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218EF" w14:textId="77777777" w:rsidR="006A55BC" w:rsidRDefault="00000000">
      <w:pPr>
        <w:spacing w:before="1600"/>
        <w:jc w:val="center"/>
      </w:pPr>
      <w:r>
        <w:rPr>
          <w:b/>
          <w:color w:val="17365D"/>
          <w:sz w:val="30"/>
        </w:rPr>
        <w:t>ORGANISATIONAL</w:t>
      </w:r>
    </w:p>
    <w:p w14:paraId="3A335600" w14:textId="77777777" w:rsidR="006A55BC" w:rsidRDefault="00000000">
      <w:pPr>
        <w:pStyle w:val="Title"/>
        <w:jc w:val="center"/>
      </w:pPr>
      <w:r>
        <w:t>Corruption Risk Assessment Template</w:t>
      </w:r>
    </w:p>
    <w:p w14:paraId="5E771B49" w14:textId="77777777" w:rsidR="006A55BC" w:rsidRDefault="00000000">
      <w:pPr>
        <w:pStyle w:val="Subtitle"/>
        <w:jc w:val="center"/>
      </w:pPr>
      <w:r>
        <w:t>A practical framework for identifying, analysing, evaluating, treating and monitoring corruption risks</w:t>
      </w:r>
    </w:p>
    <w:p w14:paraId="1A5E9ED5" w14:textId="77777777" w:rsidR="006A55BC" w:rsidRDefault="00000000">
      <w:pPr>
        <w:spacing w:before="700"/>
        <w:jc w:val="center"/>
      </w:pPr>
      <w:r>
        <w:rPr>
          <w:b/>
        </w:rPr>
        <w:t>Organisation name</w:t>
      </w:r>
      <w:r>
        <w:rPr>
          <w:b/>
        </w:rPr>
        <w:br/>
      </w:r>
      <w:r>
        <w:t>__________________________________________________</w:t>
      </w:r>
      <w:r>
        <w:br/>
      </w:r>
      <w:r>
        <w:br/>
      </w:r>
      <w:r>
        <w:rPr>
          <w:b/>
        </w:rPr>
        <w:t>Assessment period</w:t>
      </w:r>
      <w:r>
        <w:rPr>
          <w:b/>
        </w:rPr>
        <w:br/>
      </w:r>
      <w:r>
        <w:t>__________________________________________________</w:t>
      </w:r>
      <w:r>
        <w:br/>
      </w:r>
      <w:r>
        <w:br/>
      </w:r>
      <w:r>
        <w:rPr>
          <w:b/>
        </w:rPr>
        <w:t>Document owner</w:t>
      </w:r>
      <w:r>
        <w:rPr>
          <w:b/>
        </w:rPr>
        <w:br/>
      </w:r>
      <w:r>
        <w:t>__________________________________________________</w:t>
      </w:r>
    </w:p>
    <w:p w14:paraId="3B0006A7" w14:textId="77777777" w:rsidR="006A55BC" w:rsidRDefault="00000000">
      <w:pPr>
        <w:spacing w:before="1400"/>
        <w:jc w:val="center"/>
      </w:pPr>
      <w:r>
        <w:rPr>
          <w:i/>
        </w:rPr>
        <w:t>Confidentiality classification: ______________________________</w:t>
      </w:r>
    </w:p>
    <w:p w14:paraId="0B0C1421" w14:textId="77777777" w:rsidR="006A55BC" w:rsidRDefault="00000000">
      <w:r>
        <w:br w:type="page"/>
      </w:r>
    </w:p>
    <w:p w14:paraId="696CF932" w14:textId="77777777" w:rsidR="006A55BC" w:rsidRDefault="00000000">
      <w:pPr>
        <w:pStyle w:val="Heading1"/>
      </w:pPr>
      <w:r>
        <w:lastRenderedPageBreak/>
        <w:t>Document Control</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6A55BC" w14:paraId="31618D82" w14:textId="77777777">
        <w:trPr>
          <w:cantSplit/>
          <w:tblHeader/>
          <w:jc w:val="center"/>
        </w:trPr>
        <w:tc>
          <w:tcPr>
            <w:tcW w:w="3168" w:type="dxa"/>
            <w:shd w:val="clear" w:color="auto" w:fill="17365D"/>
            <w:tcMar>
              <w:top w:w="100" w:type="dxa"/>
              <w:left w:w="110" w:type="dxa"/>
              <w:bottom w:w="100" w:type="dxa"/>
              <w:right w:w="110" w:type="dxa"/>
            </w:tcMar>
            <w:vAlign w:val="center"/>
          </w:tcPr>
          <w:p w14:paraId="14A0F0BF" w14:textId="77777777" w:rsidR="006A55BC" w:rsidRDefault="00000000">
            <w:r>
              <w:rPr>
                <w:b/>
                <w:color w:val="FFFFFF"/>
                <w:sz w:val="18"/>
              </w:rPr>
              <w:t>Field</w:t>
            </w:r>
          </w:p>
        </w:tc>
        <w:tc>
          <w:tcPr>
            <w:tcW w:w="6768" w:type="dxa"/>
            <w:shd w:val="clear" w:color="auto" w:fill="17365D"/>
            <w:tcMar>
              <w:top w:w="100" w:type="dxa"/>
              <w:left w:w="110" w:type="dxa"/>
              <w:bottom w:w="100" w:type="dxa"/>
              <w:right w:w="110" w:type="dxa"/>
            </w:tcMar>
            <w:vAlign w:val="center"/>
          </w:tcPr>
          <w:p w14:paraId="7D409358" w14:textId="77777777" w:rsidR="006A55BC" w:rsidRDefault="00000000">
            <w:r>
              <w:rPr>
                <w:b/>
                <w:color w:val="FFFFFF"/>
                <w:sz w:val="18"/>
              </w:rPr>
              <w:t>Entry</w:t>
            </w:r>
          </w:p>
        </w:tc>
      </w:tr>
      <w:tr w:rsidR="006A55BC" w14:paraId="678BF915" w14:textId="77777777">
        <w:trPr>
          <w:cantSplit/>
          <w:jc w:val="center"/>
        </w:trPr>
        <w:tc>
          <w:tcPr>
            <w:tcW w:w="3168" w:type="dxa"/>
            <w:tcMar>
              <w:top w:w="100" w:type="dxa"/>
              <w:left w:w="110" w:type="dxa"/>
              <w:bottom w:w="100" w:type="dxa"/>
              <w:right w:w="110" w:type="dxa"/>
            </w:tcMar>
            <w:vAlign w:val="center"/>
          </w:tcPr>
          <w:p w14:paraId="067E757E" w14:textId="77777777" w:rsidR="006A55BC" w:rsidRDefault="00000000">
            <w:pPr>
              <w:spacing w:after="20" w:line="240" w:lineRule="auto"/>
            </w:pPr>
            <w:r>
              <w:rPr>
                <w:sz w:val="18"/>
              </w:rPr>
              <w:t>Document title</w:t>
            </w:r>
          </w:p>
        </w:tc>
        <w:tc>
          <w:tcPr>
            <w:tcW w:w="6768" w:type="dxa"/>
            <w:tcMar>
              <w:top w:w="100" w:type="dxa"/>
              <w:left w:w="110" w:type="dxa"/>
              <w:bottom w:w="100" w:type="dxa"/>
              <w:right w:w="110" w:type="dxa"/>
            </w:tcMar>
            <w:vAlign w:val="center"/>
          </w:tcPr>
          <w:p w14:paraId="3C6E1E44" w14:textId="77777777" w:rsidR="006A55BC" w:rsidRDefault="00000000">
            <w:pPr>
              <w:spacing w:after="20" w:line="240" w:lineRule="auto"/>
            </w:pPr>
            <w:r>
              <w:rPr>
                <w:sz w:val="18"/>
              </w:rPr>
              <w:t>Organisational Corruption Risk Assessment</w:t>
            </w:r>
          </w:p>
        </w:tc>
      </w:tr>
      <w:tr w:rsidR="006A55BC" w14:paraId="6E623D81" w14:textId="77777777">
        <w:trPr>
          <w:cantSplit/>
          <w:jc w:val="center"/>
        </w:trPr>
        <w:tc>
          <w:tcPr>
            <w:tcW w:w="3168" w:type="dxa"/>
            <w:shd w:val="clear" w:color="auto" w:fill="F4F7FA"/>
            <w:tcMar>
              <w:top w:w="100" w:type="dxa"/>
              <w:left w:w="110" w:type="dxa"/>
              <w:bottom w:w="100" w:type="dxa"/>
              <w:right w:w="110" w:type="dxa"/>
            </w:tcMar>
            <w:vAlign w:val="center"/>
          </w:tcPr>
          <w:p w14:paraId="7FDF876C" w14:textId="77777777" w:rsidR="006A55BC" w:rsidRDefault="00000000">
            <w:pPr>
              <w:spacing w:after="20" w:line="240" w:lineRule="auto"/>
            </w:pPr>
            <w:r>
              <w:rPr>
                <w:sz w:val="18"/>
              </w:rPr>
              <w:t>Document reference</w:t>
            </w:r>
          </w:p>
        </w:tc>
        <w:tc>
          <w:tcPr>
            <w:tcW w:w="6768" w:type="dxa"/>
            <w:shd w:val="clear" w:color="auto" w:fill="F4F7FA"/>
            <w:tcMar>
              <w:top w:w="100" w:type="dxa"/>
              <w:left w:w="110" w:type="dxa"/>
              <w:bottom w:w="100" w:type="dxa"/>
              <w:right w:w="110" w:type="dxa"/>
            </w:tcMar>
            <w:vAlign w:val="center"/>
          </w:tcPr>
          <w:p w14:paraId="3D5B308C" w14:textId="77777777" w:rsidR="006A55BC" w:rsidRDefault="006A55BC">
            <w:pPr>
              <w:spacing w:after="20" w:line="240" w:lineRule="auto"/>
            </w:pPr>
          </w:p>
        </w:tc>
      </w:tr>
      <w:tr w:rsidR="006A55BC" w14:paraId="0AB51760" w14:textId="77777777">
        <w:trPr>
          <w:cantSplit/>
          <w:jc w:val="center"/>
        </w:trPr>
        <w:tc>
          <w:tcPr>
            <w:tcW w:w="3168" w:type="dxa"/>
            <w:tcMar>
              <w:top w:w="100" w:type="dxa"/>
              <w:left w:w="110" w:type="dxa"/>
              <w:bottom w:w="100" w:type="dxa"/>
              <w:right w:w="110" w:type="dxa"/>
            </w:tcMar>
            <w:vAlign w:val="center"/>
          </w:tcPr>
          <w:p w14:paraId="49DE651D" w14:textId="77777777" w:rsidR="006A55BC" w:rsidRDefault="00000000">
            <w:pPr>
              <w:spacing w:after="20" w:line="240" w:lineRule="auto"/>
            </w:pPr>
            <w:r>
              <w:rPr>
                <w:sz w:val="18"/>
              </w:rPr>
              <w:t>Version</w:t>
            </w:r>
          </w:p>
        </w:tc>
        <w:tc>
          <w:tcPr>
            <w:tcW w:w="6768" w:type="dxa"/>
            <w:tcMar>
              <w:top w:w="100" w:type="dxa"/>
              <w:left w:w="110" w:type="dxa"/>
              <w:bottom w:w="100" w:type="dxa"/>
              <w:right w:w="110" w:type="dxa"/>
            </w:tcMar>
            <w:vAlign w:val="center"/>
          </w:tcPr>
          <w:p w14:paraId="73D9EF0F" w14:textId="77777777" w:rsidR="006A55BC" w:rsidRDefault="006A55BC">
            <w:pPr>
              <w:spacing w:after="20" w:line="240" w:lineRule="auto"/>
            </w:pPr>
          </w:p>
        </w:tc>
      </w:tr>
      <w:tr w:rsidR="006A55BC" w14:paraId="6242A16A" w14:textId="77777777">
        <w:trPr>
          <w:cantSplit/>
          <w:jc w:val="center"/>
        </w:trPr>
        <w:tc>
          <w:tcPr>
            <w:tcW w:w="3168" w:type="dxa"/>
            <w:shd w:val="clear" w:color="auto" w:fill="F4F7FA"/>
            <w:tcMar>
              <w:top w:w="100" w:type="dxa"/>
              <w:left w:w="110" w:type="dxa"/>
              <w:bottom w:w="100" w:type="dxa"/>
              <w:right w:w="110" w:type="dxa"/>
            </w:tcMar>
            <w:vAlign w:val="center"/>
          </w:tcPr>
          <w:p w14:paraId="604E7A57" w14:textId="77777777" w:rsidR="006A55BC" w:rsidRDefault="00000000">
            <w:pPr>
              <w:spacing w:after="20" w:line="240" w:lineRule="auto"/>
            </w:pPr>
            <w:r>
              <w:rPr>
                <w:sz w:val="18"/>
              </w:rPr>
              <w:t>Status</w:t>
            </w:r>
          </w:p>
        </w:tc>
        <w:tc>
          <w:tcPr>
            <w:tcW w:w="6768" w:type="dxa"/>
            <w:shd w:val="clear" w:color="auto" w:fill="F4F7FA"/>
            <w:tcMar>
              <w:top w:w="100" w:type="dxa"/>
              <w:left w:w="110" w:type="dxa"/>
              <w:bottom w:w="100" w:type="dxa"/>
              <w:right w:w="110" w:type="dxa"/>
            </w:tcMar>
            <w:vAlign w:val="center"/>
          </w:tcPr>
          <w:p w14:paraId="3DB84BD9" w14:textId="77777777" w:rsidR="006A55BC" w:rsidRDefault="00000000">
            <w:pPr>
              <w:spacing w:after="20" w:line="240" w:lineRule="auto"/>
            </w:pPr>
            <w:r>
              <w:rPr>
                <w:sz w:val="18"/>
              </w:rPr>
              <w:t>Draft / Under Review / Approved</w:t>
            </w:r>
          </w:p>
        </w:tc>
      </w:tr>
      <w:tr w:rsidR="006A55BC" w14:paraId="76545A18" w14:textId="77777777">
        <w:trPr>
          <w:cantSplit/>
          <w:jc w:val="center"/>
        </w:trPr>
        <w:tc>
          <w:tcPr>
            <w:tcW w:w="3168" w:type="dxa"/>
            <w:tcMar>
              <w:top w:w="100" w:type="dxa"/>
              <w:left w:w="110" w:type="dxa"/>
              <w:bottom w:w="100" w:type="dxa"/>
              <w:right w:w="110" w:type="dxa"/>
            </w:tcMar>
            <w:vAlign w:val="center"/>
          </w:tcPr>
          <w:p w14:paraId="31375AB1" w14:textId="77777777" w:rsidR="006A55BC" w:rsidRDefault="00000000">
            <w:pPr>
              <w:spacing w:after="20" w:line="240" w:lineRule="auto"/>
            </w:pPr>
            <w:r>
              <w:rPr>
                <w:sz w:val="18"/>
              </w:rPr>
              <w:t>Assessment period</w:t>
            </w:r>
          </w:p>
        </w:tc>
        <w:tc>
          <w:tcPr>
            <w:tcW w:w="6768" w:type="dxa"/>
            <w:tcMar>
              <w:top w:w="100" w:type="dxa"/>
              <w:left w:w="110" w:type="dxa"/>
              <w:bottom w:w="100" w:type="dxa"/>
              <w:right w:w="110" w:type="dxa"/>
            </w:tcMar>
            <w:vAlign w:val="center"/>
          </w:tcPr>
          <w:p w14:paraId="339F0374" w14:textId="77777777" w:rsidR="006A55BC" w:rsidRDefault="006A55BC">
            <w:pPr>
              <w:spacing w:after="20" w:line="240" w:lineRule="auto"/>
            </w:pPr>
          </w:p>
        </w:tc>
      </w:tr>
      <w:tr w:rsidR="006A55BC" w14:paraId="68DC95A2" w14:textId="77777777">
        <w:trPr>
          <w:cantSplit/>
          <w:jc w:val="center"/>
        </w:trPr>
        <w:tc>
          <w:tcPr>
            <w:tcW w:w="3168" w:type="dxa"/>
            <w:shd w:val="clear" w:color="auto" w:fill="F4F7FA"/>
            <w:tcMar>
              <w:top w:w="100" w:type="dxa"/>
              <w:left w:w="110" w:type="dxa"/>
              <w:bottom w:w="100" w:type="dxa"/>
              <w:right w:w="110" w:type="dxa"/>
            </w:tcMar>
            <w:vAlign w:val="center"/>
          </w:tcPr>
          <w:p w14:paraId="1D114C92" w14:textId="77777777" w:rsidR="006A55BC" w:rsidRDefault="00000000">
            <w:pPr>
              <w:spacing w:after="20" w:line="240" w:lineRule="auto"/>
            </w:pPr>
            <w:r>
              <w:rPr>
                <w:sz w:val="18"/>
              </w:rPr>
              <w:t>Business units covered</w:t>
            </w:r>
          </w:p>
        </w:tc>
        <w:tc>
          <w:tcPr>
            <w:tcW w:w="6768" w:type="dxa"/>
            <w:shd w:val="clear" w:color="auto" w:fill="F4F7FA"/>
            <w:tcMar>
              <w:top w:w="100" w:type="dxa"/>
              <w:left w:w="110" w:type="dxa"/>
              <w:bottom w:w="100" w:type="dxa"/>
              <w:right w:w="110" w:type="dxa"/>
            </w:tcMar>
            <w:vAlign w:val="center"/>
          </w:tcPr>
          <w:p w14:paraId="3BB34EA3" w14:textId="77777777" w:rsidR="006A55BC" w:rsidRDefault="006A55BC">
            <w:pPr>
              <w:spacing w:after="20" w:line="240" w:lineRule="auto"/>
            </w:pPr>
          </w:p>
        </w:tc>
      </w:tr>
      <w:tr w:rsidR="006A55BC" w14:paraId="113638F4" w14:textId="77777777">
        <w:trPr>
          <w:cantSplit/>
          <w:jc w:val="center"/>
        </w:trPr>
        <w:tc>
          <w:tcPr>
            <w:tcW w:w="3168" w:type="dxa"/>
            <w:tcMar>
              <w:top w:w="100" w:type="dxa"/>
              <w:left w:w="110" w:type="dxa"/>
              <w:bottom w:w="100" w:type="dxa"/>
              <w:right w:w="110" w:type="dxa"/>
            </w:tcMar>
            <w:vAlign w:val="center"/>
          </w:tcPr>
          <w:p w14:paraId="7165608F" w14:textId="77777777" w:rsidR="006A55BC" w:rsidRDefault="00000000">
            <w:pPr>
              <w:spacing w:after="20" w:line="240" w:lineRule="auto"/>
            </w:pPr>
            <w:r>
              <w:rPr>
                <w:sz w:val="18"/>
              </w:rPr>
              <w:t>Prepared by</w:t>
            </w:r>
          </w:p>
        </w:tc>
        <w:tc>
          <w:tcPr>
            <w:tcW w:w="6768" w:type="dxa"/>
            <w:tcMar>
              <w:top w:w="100" w:type="dxa"/>
              <w:left w:w="110" w:type="dxa"/>
              <w:bottom w:w="100" w:type="dxa"/>
              <w:right w:w="110" w:type="dxa"/>
            </w:tcMar>
            <w:vAlign w:val="center"/>
          </w:tcPr>
          <w:p w14:paraId="59363FB0" w14:textId="77777777" w:rsidR="006A55BC" w:rsidRDefault="006A55BC">
            <w:pPr>
              <w:spacing w:after="20" w:line="240" w:lineRule="auto"/>
            </w:pPr>
          </w:p>
        </w:tc>
      </w:tr>
      <w:tr w:rsidR="006A55BC" w14:paraId="56D20FBA" w14:textId="77777777">
        <w:trPr>
          <w:cantSplit/>
          <w:jc w:val="center"/>
        </w:trPr>
        <w:tc>
          <w:tcPr>
            <w:tcW w:w="3168" w:type="dxa"/>
            <w:shd w:val="clear" w:color="auto" w:fill="F4F7FA"/>
            <w:tcMar>
              <w:top w:w="100" w:type="dxa"/>
              <w:left w:w="110" w:type="dxa"/>
              <w:bottom w:w="100" w:type="dxa"/>
              <w:right w:w="110" w:type="dxa"/>
            </w:tcMar>
            <w:vAlign w:val="center"/>
          </w:tcPr>
          <w:p w14:paraId="68339F56" w14:textId="77777777" w:rsidR="006A55BC" w:rsidRDefault="00000000">
            <w:pPr>
              <w:spacing w:after="20" w:line="240" w:lineRule="auto"/>
            </w:pPr>
            <w:r>
              <w:rPr>
                <w:sz w:val="18"/>
              </w:rPr>
              <w:t>Reviewed by</w:t>
            </w:r>
          </w:p>
        </w:tc>
        <w:tc>
          <w:tcPr>
            <w:tcW w:w="6768" w:type="dxa"/>
            <w:shd w:val="clear" w:color="auto" w:fill="F4F7FA"/>
            <w:tcMar>
              <w:top w:w="100" w:type="dxa"/>
              <w:left w:w="110" w:type="dxa"/>
              <w:bottom w:w="100" w:type="dxa"/>
              <w:right w:w="110" w:type="dxa"/>
            </w:tcMar>
            <w:vAlign w:val="center"/>
          </w:tcPr>
          <w:p w14:paraId="1F749703" w14:textId="77777777" w:rsidR="006A55BC" w:rsidRDefault="006A55BC">
            <w:pPr>
              <w:spacing w:after="20" w:line="240" w:lineRule="auto"/>
            </w:pPr>
          </w:p>
        </w:tc>
      </w:tr>
      <w:tr w:rsidR="006A55BC" w14:paraId="1F5AC1C2" w14:textId="77777777">
        <w:trPr>
          <w:cantSplit/>
          <w:jc w:val="center"/>
        </w:trPr>
        <w:tc>
          <w:tcPr>
            <w:tcW w:w="3168" w:type="dxa"/>
            <w:tcMar>
              <w:top w:w="100" w:type="dxa"/>
              <w:left w:w="110" w:type="dxa"/>
              <w:bottom w:w="100" w:type="dxa"/>
              <w:right w:w="110" w:type="dxa"/>
            </w:tcMar>
            <w:vAlign w:val="center"/>
          </w:tcPr>
          <w:p w14:paraId="53B230E7" w14:textId="77777777" w:rsidR="006A55BC" w:rsidRDefault="00000000">
            <w:pPr>
              <w:spacing w:after="20" w:line="240" w:lineRule="auto"/>
            </w:pPr>
            <w:r>
              <w:rPr>
                <w:sz w:val="18"/>
              </w:rPr>
              <w:t>Approved by</w:t>
            </w:r>
          </w:p>
        </w:tc>
        <w:tc>
          <w:tcPr>
            <w:tcW w:w="6768" w:type="dxa"/>
            <w:tcMar>
              <w:top w:w="100" w:type="dxa"/>
              <w:left w:w="110" w:type="dxa"/>
              <w:bottom w:w="100" w:type="dxa"/>
              <w:right w:w="110" w:type="dxa"/>
            </w:tcMar>
            <w:vAlign w:val="center"/>
          </w:tcPr>
          <w:p w14:paraId="760B020E" w14:textId="77777777" w:rsidR="006A55BC" w:rsidRDefault="006A55BC">
            <w:pPr>
              <w:spacing w:after="20" w:line="240" w:lineRule="auto"/>
            </w:pPr>
          </w:p>
        </w:tc>
      </w:tr>
      <w:tr w:rsidR="006A55BC" w14:paraId="7088467C" w14:textId="77777777">
        <w:trPr>
          <w:cantSplit/>
          <w:jc w:val="center"/>
        </w:trPr>
        <w:tc>
          <w:tcPr>
            <w:tcW w:w="3168" w:type="dxa"/>
            <w:shd w:val="clear" w:color="auto" w:fill="F4F7FA"/>
            <w:tcMar>
              <w:top w:w="100" w:type="dxa"/>
              <w:left w:w="110" w:type="dxa"/>
              <w:bottom w:w="100" w:type="dxa"/>
              <w:right w:w="110" w:type="dxa"/>
            </w:tcMar>
            <w:vAlign w:val="center"/>
          </w:tcPr>
          <w:p w14:paraId="77C7EDE4" w14:textId="77777777" w:rsidR="006A55BC" w:rsidRDefault="00000000">
            <w:pPr>
              <w:spacing w:after="20" w:line="240" w:lineRule="auto"/>
            </w:pPr>
            <w:r>
              <w:rPr>
                <w:sz w:val="18"/>
              </w:rPr>
              <w:t>Approval date</w:t>
            </w:r>
          </w:p>
        </w:tc>
        <w:tc>
          <w:tcPr>
            <w:tcW w:w="6768" w:type="dxa"/>
            <w:shd w:val="clear" w:color="auto" w:fill="F4F7FA"/>
            <w:tcMar>
              <w:top w:w="100" w:type="dxa"/>
              <w:left w:w="110" w:type="dxa"/>
              <w:bottom w:w="100" w:type="dxa"/>
              <w:right w:w="110" w:type="dxa"/>
            </w:tcMar>
            <w:vAlign w:val="center"/>
          </w:tcPr>
          <w:p w14:paraId="4BFE296E" w14:textId="77777777" w:rsidR="006A55BC" w:rsidRDefault="006A55BC">
            <w:pPr>
              <w:spacing w:after="20" w:line="240" w:lineRule="auto"/>
            </w:pPr>
          </w:p>
        </w:tc>
      </w:tr>
      <w:tr w:rsidR="006A55BC" w14:paraId="0C4428FB" w14:textId="77777777">
        <w:trPr>
          <w:cantSplit/>
          <w:jc w:val="center"/>
        </w:trPr>
        <w:tc>
          <w:tcPr>
            <w:tcW w:w="3168" w:type="dxa"/>
            <w:tcMar>
              <w:top w:w="100" w:type="dxa"/>
              <w:left w:w="110" w:type="dxa"/>
              <w:bottom w:w="100" w:type="dxa"/>
              <w:right w:w="110" w:type="dxa"/>
            </w:tcMar>
            <w:vAlign w:val="center"/>
          </w:tcPr>
          <w:p w14:paraId="370507F8" w14:textId="77777777" w:rsidR="006A55BC" w:rsidRDefault="00000000">
            <w:pPr>
              <w:spacing w:after="20" w:line="240" w:lineRule="auto"/>
            </w:pPr>
            <w:r>
              <w:rPr>
                <w:sz w:val="18"/>
              </w:rPr>
              <w:t>Next review date</w:t>
            </w:r>
          </w:p>
        </w:tc>
        <w:tc>
          <w:tcPr>
            <w:tcW w:w="6768" w:type="dxa"/>
            <w:tcMar>
              <w:top w:w="100" w:type="dxa"/>
              <w:left w:w="110" w:type="dxa"/>
              <w:bottom w:w="100" w:type="dxa"/>
              <w:right w:w="110" w:type="dxa"/>
            </w:tcMar>
            <w:vAlign w:val="center"/>
          </w:tcPr>
          <w:p w14:paraId="570F97EC" w14:textId="77777777" w:rsidR="006A55BC" w:rsidRDefault="006A55BC">
            <w:pPr>
              <w:spacing w:after="20" w:line="240" w:lineRule="auto"/>
            </w:pPr>
          </w:p>
        </w:tc>
      </w:tr>
      <w:tr w:rsidR="006A55BC" w14:paraId="4F4F1D19" w14:textId="77777777">
        <w:trPr>
          <w:cantSplit/>
          <w:jc w:val="center"/>
        </w:trPr>
        <w:tc>
          <w:tcPr>
            <w:tcW w:w="3168" w:type="dxa"/>
            <w:shd w:val="clear" w:color="auto" w:fill="F4F7FA"/>
            <w:tcMar>
              <w:top w:w="100" w:type="dxa"/>
              <w:left w:w="110" w:type="dxa"/>
              <w:bottom w:w="100" w:type="dxa"/>
              <w:right w:w="110" w:type="dxa"/>
            </w:tcMar>
            <w:vAlign w:val="center"/>
          </w:tcPr>
          <w:p w14:paraId="2DE4DC68" w14:textId="77777777" w:rsidR="006A55BC" w:rsidRDefault="00000000">
            <w:pPr>
              <w:spacing w:after="20" w:line="240" w:lineRule="auto"/>
            </w:pPr>
            <w:r>
              <w:rPr>
                <w:sz w:val="18"/>
              </w:rPr>
              <w:t>Document location</w:t>
            </w:r>
          </w:p>
        </w:tc>
        <w:tc>
          <w:tcPr>
            <w:tcW w:w="6768" w:type="dxa"/>
            <w:shd w:val="clear" w:color="auto" w:fill="F4F7FA"/>
            <w:tcMar>
              <w:top w:w="100" w:type="dxa"/>
              <w:left w:w="110" w:type="dxa"/>
              <w:bottom w:w="100" w:type="dxa"/>
              <w:right w:w="110" w:type="dxa"/>
            </w:tcMar>
            <w:vAlign w:val="center"/>
          </w:tcPr>
          <w:p w14:paraId="3FE8569A" w14:textId="77777777" w:rsidR="006A55BC" w:rsidRDefault="006A55BC">
            <w:pPr>
              <w:spacing w:after="20" w:line="240" w:lineRule="auto"/>
            </w:pPr>
          </w:p>
        </w:tc>
      </w:tr>
      <w:tr w:rsidR="006A55BC" w14:paraId="392BB6C9" w14:textId="77777777">
        <w:trPr>
          <w:cantSplit/>
          <w:jc w:val="center"/>
        </w:trPr>
        <w:tc>
          <w:tcPr>
            <w:tcW w:w="3168" w:type="dxa"/>
            <w:tcMar>
              <w:top w:w="100" w:type="dxa"/>
              <w:left w:w="110" w:type="dxa"/>
              <w:bottom w:w="100" w:type="dxa"/>
              <w:right w:w="110" w:type="dxa"/>
            </w:tcMar>
            <w:vAlign w:val="center"/>
          </w:tcPr>
          <w:p w14:paraId="291C290A" w14:textId="77777777" w:rsidR="006A55BC" w:rsidRDefault="00000000">
            <w:pPr>
              <w:spacing w:after="20" w:line="240" w:lineRule="auto"/>
            </w:pPr>
            <w:r>
              <w:rPr>
                <w:sz w:val="18"/>
              </w:rPr>
              <w:t>Confidentiality classification</w:t>
            </w:r>
          </w:p>
        </w:tc>
        <w:tc>
          <w:tcPr>
            <w:tcW w:w="6768" w:type="dxa"/>
            <w:tcMar>
              <w:top w:w="100" w:type="dxa"/>
              <w:left w:w="110" w:type="dxa"/>
              <w:bottom w:w="100" w:type="dxa"/>
              <w:right w:w="110" w:type="dxa"/>
            </w:tcMar>
            <w:vAlign w:val="center"/>
          </w:tcPr>
          <w:p w14:paraId="385F401F" w14:textId="77777777" w:rsidR="006A55BC" w:rsidRDefault="006A55BC">
            <w:pPr>
              <w:spacing w:after="20" w:line="240" w:lineRule="auto"/>
            </w:pPr>
          </w:p>
        </w:tc>
      </w:tr>
    </w:tbl>
    <w:p w14:paraId="5D100879" w14:textId="77777777" w:rsidR="006A55BC" w:rsidRDefault="006A55BC">
      <w:pPr>
        <w:spacing w:after="20"/>
      </w:pPr>
    </w:p>
    <w:p w14:paraId="4B21E06D" w14:textId="77777777" w:rsidR="006A55BC" w:rsidRDefault="00000000">
      <w:pPr>
        <w:pStyle w:val="Heading2"/>
      </w:pPr>
      <w:r>
        <w:t>Version History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1224"/>
        <w:gridCol w:w="1728"/>
        <w:gridCol w:w="4824"/>
        <w:gridCol w:w="1224"/>
      </w:tblGrid>
      <w:tr w:rsidR="006A55BC" w14:paraId="518E404B" w14:textId="77777777">
        <w:trPr>
          <w:cantSplit/>
          <w:tblHeader/>
          <w:jc w:val="center"/>
        </w:trPr>
        <w:tc>
          <w:tcPr>
            <w:tcW w:w="936" w:type="dxa"/>
            <w:shd w:val="clear" w:color="auto" w:fill="17365D"/>
            <w:tcMar>
              <w:top w:w="100" w:type="dxa"/>
              <w:left w:w="110" w:type="dxa"/>
              <w:bottom w:w="100" w:type="dxa"/>
              <w:right w:w="110" w:type="dxa"/>
            </w:tcMar>
            <w:vAlign w:val="center"/>
          </w:tcPr>
          <w:p w14:paraId="6DAB8099" w14:textId="77777777" w:rsidR="006A55BC" w:rsidRDefault="00000000">
            <w:r>
              <w:rPr>
                <w:b/>
                <w:color w:val="FFFFFF"/>
                <w:sz w:val="16"/>
              </w:rPr>
              <w:t>Version</w:t>
            </w:r>
          </w:p>
        </w:tc>
        <w:tc>
          <w:tcPr>
            <w:tcW w:w="1224" w:type="dxa"/>
            <w:shd w:val="clear" w:color="auto" w:fill="17365D"/>
            <w:tcMar>
              <w:top w:w="100" w:type="dxa"/>
              <w:left w:w="110" w:type="dxa"/>
              <w:bottom w:w="100" w:type="dxa"/>
              <w:right w:w="110" w:type="dxa"/>
            </w:tcMar>
            <w:vAlign w:val="center"/>
          </w:tcPr>
          <w:p w14:paraId="677166F7" w14:textId="77777777" w:rsidR="006A55BC" w:rsidRDefault="00000000">
            <w:r>
              <w:rPr>
                <w:b/>
                <w:color w:val="FFFFFF"/>
                <w:sz w:val="16"/>
              </w:rPr>
              <w:t>Date</w:t>
            </w:r>
          </w:p>
        </w:tc>
        <w:tc>
          <w:tcPr>
            <w:tcW w:w="1728" w:type="dxa"/>
            <w:shd w:val="clear" w:color="auto" w:fill="17365D"/>
            <w:tcMar>
              <w:top w:w="100" w:type="dxa"/>
              <w:left w:w="110" w:type="dxa"/>
              <w:bottom w:w="100" w:type="dxa"/>
              <w:right w:w="110" w:type="dxa"/>
            </w:tcMar>
            <w:vAlign w:val="center"/>
          </w:tcPr>
          <w:p w14:paraId="0487F577" w14:textId="77777777" w:rsidR="006A55BC" w:rsidRDefault="00000000">
            <w:r>
              <w:rPr>
                <w:b/>
                <w:color w:val="FFFFFF"/>
                <w:sz w:val="16"/>
              </w:rPr>
              <w:t>Author</w:t>
            </w:r>
          </w:p>
        </w:tc>
        <w:tc>
          <w:tcPr>
            <w:tcW w:w="4824" w:type="dxa"/>
            <w:shd w:val="clear" w:color="auto" w:fill="17365D"/>
            <w:tcMar>
              <w:top w:w="100" w:type="dxa"/>
              <w:left w:w="110" w:type="dxa"/>
              <w:bottom w:w="100" w:type="dxa"/>
              <w:right w:w="110" w:type="dxa"/>
            </w:tcMar>
            <w:vAlign w:val="center"/>
          </w:tcPr>
          <w:p w14:paraId="6EE080A3" w14:textId="77777777" w:rsidR="006A55BC" w:rsidRDefault="00000000">
            <w:r>
              <w:rPr>
                <w:b/>
                <w:color w:val="FFFFFF"/>
                <w:sz w:val="16"/>
              </w:rPr>
              <w:t>Summary of changes</w:t>
            </w:r>
          </w:p>
        </w:tc>
        <w:tc>
          <w:tcPr>
            <w:tcW w:w="1224" w:type="dxa"/>
            <w:shd w:val="clear" w:color="auto" w:fill="17365D"/>
            <w:tcMar>
              <w:top w:w="100" w:type="dxa"/>
              <w:left w:w="110" w:type="dxa"/>
              <w:bottom w:w="100" w:type="dxa"/>
              <w:right w:w="110" w:type="dxa"/>
            </w:tcMar>
            <w:vAlign w:val="center"/>
          </w:tcPr>
          <w:p w14:paraId="35B3E613" w14:textId="77777777" w:rsidR="006A55BC" w:rsidRDefault="00000000">
            <w:r>
              <w:rPr>
                <w:b/>
                <w:color w:val="FFFFFF"/>
                <w:sz w:val="16"/>
              </w:rPr>
              <w:t>Approval</w:t>
            </w:r>
          </w:p>
        </w:tc>
      </w:tr>
      <w:tr w:rsidR="006A55BC" w14:paraId="5F8B39DF" w14:textId="77777777">
        <w:trPr>
          <w:cantSplit/>
          <w:jc w:val="center"/>
        </w:trPr>
        <w:tc>
          <w:tcPr>
            <w:tcW w:w="936" w:type="dxa"/>
            <w:tcMar>
              <w:top w:w="100" w:type="dxa"/>
              <w:left w:w="110" w:type="dxa"/>
              <w:bottom w:w="100" w:type="dxa"/>
              <w:right w:w="110" w:type="dxa"/>
            </w:tcMar>
            <w:vAlign w:val="center"/>
          </w:tcPr>
          <w:p w14:paraId="59454B78"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526D2CB5"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41590E18" w14:textId="77777777" w:rsidR="006A55BC" w:rsidRDefault="006A55BC">
            <w:pPr>
              <w:spacing w:after="20" w:line="240" w:lineRule="auto"/>
            </w:pPr>
          </w:p>
        </w:tc>
        <w:tc>
          <w:tcPr>
            <w:tcW w:w="4824" w:type="dxa"/>
            <w:tcMar>
              <w:top w:w="100" w:type="dxa"/>
              <w:left w:w="110" w:type="dxa"/>
              <w:bottom w:w="100" w:type="dxa"/>
              <w:right w:w="110" w:type="dxa"/>
            </w:tcMar>
            <w:vAlign w:val="center"/>
          </w:tcPr>
          <w:p w14:paraId="107E8F9B"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6257DB76" w14:textId="77777777" w:rsidR="006A55BC" w:rsidRDefault="006A55BC">
            <w:pPr>
              <w:spacing w:after="20" w:line="240" w:lineRule="auto"/>
            </w:pPr>
          </w:p>
        </w:tc>
      </w:tr>
      <w:tr w:rsidR="006A55BC" w14:paraId="50F6FF8E" w14:textId="77777777">
        <w:trPr>
          <w:cantSplit/>
          <w:jc w:val="center"/>
        </w:trPr>
        <w:tc>
          <w:tcPr>
            <w:tcW w:w="936" w:type="dxa"/>
            <w:shd w:val="clear" w:color="auto" w:fill="F4F7FA"/>
            <w:tcMar>
              <w:top w:w="100" w:type="dxa"/>
              <w:left w:w="110" w:type="dxa"/>
              <w:bottom w:w="100" w:type="dxa"/>
              <w:right w:w="110" w:type="dxa"/>
            </w:tcMar>
            <w:vAlign w:val="center"/>
          </w:tcPr>
          <w:p w14:paraId="7B381173"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31026921"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4487F6AC" w14:textId="77777777" w:rsidR="006A55BC" w:rsidRDefault="006A55BC">
            <w:pPr>
              <w:spacing w:after="20" w:line="240" w:lineRule="auto"/>
            </w:pPr>
          </w:p>
        </w:tc>
        <w:tc>
          <w:tcPr>
            <w:tcW w:w="4824" w:type="dxa"/>
            <w:shd w:val="clear" w:color="auto" w:fill="F4F7FA"/>
            <w:tcMar>
              <w:top w:w="100" w:type="dxa"/>
              <w:left w:w="110" w:type="dxa"/>
              <w:bottom w:w="100" w:type="dxa"/>
              <w:right w:w="110" w:type="dxa"/>
            </w:tcMar>
            <w:vAlign w:val="center"/>
          </w:tcPr>
          <w:p w14:paraId="2F0EFC9A"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6CFD6ACC" w14:textId="77777777" w:rsidR="006A55BC" w:rsidRDefault="006A55BC">
            <w:pPr>
              <w:spacing w:after="20" w:line="240" w:lineRule="auto"/>
            </w:pPr>
          </w:p>
        </w:tc>
      </w:tr>
      <w:tr w:rsidR="006A55BC" w14:paraId="055D9F17" w14:textId="77777777">
        <w:trPr>
          <w:cantSplit/>
          <w:jc w:val="center"/>
        </w:trPr>
        <w:tc>
          <w:tcPr>
            <w:tcW w:w="936" w:type="dxa"/>
            <w:tcMar>
              <w:top w:w="100" w:type="dxa"/>
              <w:left w:w="110" w:type="dxa"/>
              <w:bottom w:w="100" w:type="dxa"/>
              <w:right w:w="110" w:type="dxa"/>
            </w:tcMar>
            <w:vAlign w:val="center"/>
          </w:tcPr>
          <w:p w14:paraId="2EB6D6B5"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3757BBB7"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3BC92CC7" w14:textId="77777777" w:rsidR="006A55BC" w:rsidRDefault="006A55BC">
            <w:pPr>
              <w:spacing w:after="20" w:line="240" w:lineRule="auto"/>
            </w:pPr>
          </w:p>
        </w:tc>
        <w:tc>
          <w:tcPr>
            <w:tcW w:w="4824" w:type="dxa"/>
            <w:tcMar>
              <w:top w:w="100" w:type="dxa"/>
              <w:left w:w="110" w:type="dxa"/>
              <w:bottom w:w="100" w:type="dxa"/>
              <w:right w:w="110" w:type="dxa"/>
            </w:tcMar>
            <w:vAlign w:val="center"/>
          </w:tcPr>
          <w:p w14:paraId="2FC7AB35"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19FFCCB9" w14:textId="77777777" w:rsidR="006A55BC" w:rsidRDefault="006A55BC">
            <w:pPr>
              <w:spacing w:after="20" w:line="240" w:lineRule="auto"/>
            </w:pPr>
          </w:p>
        </w:tc>
      </w:tr>
      <w:tr w:rsidR="006A55BC" w14:paraId="692AFF84" w14:textId="77777777">
        <w:trPr>
          <w:cantSplit/>
          <w:jc w:val="center"/>
        </w:trPr>
        <w:tc>
          <w:tcPr>
            <w:tcW w:w="936" w:type="dxa"/>
            <w:shd w:val="clear" w:color="auto" w:fill="F4F7FA"/>
            <w:tcMar>
              <w:top w:w="100" w:type="dxa"/>
              <w:left w:w="110" w:type="dxa"/>
              <w:bottom w:w="100" w:type="dxa"/>
              <w:right w:w="110" w:type="dxa"/>
            </w:tcMar>
            <w:vAlign w:val="center"/>
          </w:tcPr>
          <w:p w14:paraId="73ACEC93"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4BFCBE96"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3A284BA5" w14:textId="77777777" w:rsidR="006A55BC" w:rsidRDefault="006A55BC">
            <w:pPr>
              <w:spacing w:after="20" w:line="240" w:lineRule="auto"/>
            </w:pPr>
          </w:p>
        </w:tc>
        <w:tc>
          <w:tcPr>
            <w:tcW w:w="4824" w:type="dxa"/>
            <w:shd w:val="clear" w:color="auto" w:fill="F4F7FA"/>
            <w:tcMar>
              <w:top w:w="100" w:type="dxa"/>
              <w:left w:w="110" w:type="dxa"/>
              <w:bottom w:w="100" w:type="dxa"/>
              <w:right w:w="110" w:type="dxa"/>
            </w:tcMar>
            <w:vAlign w:val="center"/>
          </w:tcPr>
          <w:p w14:paraId="36EAD9E6"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6AB6280A" w14:textId="77777777" w:rsidR="006A55BC" w:rsidRDefault="006A55BC">
            <w:pPr>
              <w:spacing w:after="20" w:line="240" w:lineRule="auto"/>
            </w:pPr>
          </w:p>
        </w:tc>
      </w:tr>
      <w:tr w:rsidR="006A55BC" w14:paraId="23935B00" w14:textId="77777777">
        <w:trPr>
          <w:cantSplit/>
          <w:jc w:val="center"/>
        </w:trPr>
        <w:tc>
          <w:tcPr>
            <w:tcW w:w="936" w:type="dxa"/>
            <w:tcMar>
              <w:top w:w="100" w:type="dxa"/>
              <w:left w:w="110" w:type="dxa"/>
              <w:bottom w:w="100" w:type="dxa"/>
              <w:right w:w="110" w:type="dxa"/>
            </w:tcMar>
            <w:vAlign w:val="center"/>
          </w:tcPr>
          <w:p w14:paraId="31995CC5"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6388C808"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116ECC47" w14:textId="77777777" w:rsidR="006A55BC" w:rsidRDefault="006A55BC">
            <w:pPr>
              <w:spacing w:after="20" w:line="240" w:lineRule="auto"/>
            </w:pPr>
          </w:p>
        </w:tc>
        <w:tc>
          <w:tcPr>
            <w:tcW w:w="4824" w:type="dxa"/>
            <w:tcMar>
              <w:top w:w="100" w:type="dxa"/>
              <w:left w:w="110" w:type="dxa"/>
              <w:bottom w:w="100" w:type="dxa"/>
              <w:right w:w="110" w:type="dxa"/>
            </w:tcMar>
            <w:vAlign w:val="center"/>
          </w:tcPr>
          <w:p w14:paraId="629F6C73"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19105B82" w14:textId="77777777" w:rsidR="006A55BC" w:rsidRDefault="006A55BC">
            <w:pPr>
              <w:spacing w:after="20" w:line="240" w:lineRule="auto"/>
            </w:pPr>
          </w:p>
        </w:tc>
      </w:tr>
    </w:tbl>
    <w:p w14:paraId="6716E17E" w14:textId="77777777" w:rsidR="006A55BC" w:rsidRDefault="006A55BC">
      <w:pPr>
        <w:spacing w:after="20"/>
      </w:pPr>
    </w:p>
    <w:p w14:paraId="73D59E73" w14:textId="77777777" w:rsidR="006A55BC" w:rsidRDefault="00000000">
      <w:pPr>
        <w:pStyle w:val="Heading2"/>
      </w:pPr>
      <w:r>
        <w:t>Distribution List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2448"/>
        <w:gridCol w:w="2448"/>
        <w:gridCol w:w="1872"/>
      </w:tblGrid>
      <w:tr w:rsidR="006A55BC" w14:paraId="0B51F60D" w14:textId="77777777">
        <w:trPr>
          <w:cantSplit/>
          <w:tblHeader/>
          <w:jc w:val="center"/>
        </w:trPr>
        <w:tc>
          <w:tcPr>
            <w:tcW w:w="3168" w:type="dxa"/>
            <w:shd w:val="clear" w:color="auto" w:fill="17365D"/>
            <w:tcMar>
              <w:top w:w="100" w:type="dxa"/>
              <w:left w:w="110" w:type="dxa"/>
              <w:bottom w:w="100" w:type="dxa"/>
              <w:right w:w="110" w:type="dxa"/>
            </w:tcMar>
            <w:vAlign w:val="center"/>
          </w:tcPr>
          <w:p w14:paraId="652C8F65" w14:textId="77777777" w:rsidR="006A55BC" w:rsidRDefault="00000000">
            <w:r>
              <w:rPr>
                <w:b/>
                <w:color w:val="FFFFFF"/>
                <w:sz w:val="16"/>
              </w:rPr>
              <w:t>Name or role</w:t>
            </w:r>
          </w:p>
        </w:tc>
        <w:tc>
          <w:tcPr>
            <w:tcW w:w="2448" w:type="dxa"/>
            <w:shd w:val="clear" w:color="auto" w:fill="17365D"/>
            <w:tcMar>
              <w:top w:w="100" w:type="dxa"/>
              <w:left w:w="110" w:type="dxa"/>
              <w:bottom w:w="100" w:type="dxa"/>
              <w:right w:w="110" w:type="dxa"/>
            </w:tcMar>
            <w:vAlign w:val="center"/>
          </w:tcPr>
          <w:p w14:paraId="79860C00" w14:textId="77777777" w:rsidR="006A55BC" w:rsidRDefault="00000000">
            <w:r>
              <w:rPr>
                <w:b/>
                <w:color w:val="FFFFFF"/>
                <w:sz w:val="16"/>
              </w:rPr>
              <w:t>Business unit</w:t>
            </w:r>
          </w:p>
        </w:tc>
        <w:tc>
          <w:tcPr>
            <w:tcW w:w="2448" w:type="dxa"/>
            <w:shd w:val="clear" w:color="auto" w:fill="17365D"/>
            <w:tcMar>
              <w:top w:w="100" w:type="dxa"/>
              <w:left w:w="110" w:type="dxa"/>
              <w:bottom w:w="100" w:type="dxa"/>
              <w:right w:w="110" w:type="dxa"/>
            </w:tcMar>
            <w:vAlign w:val="center"/>
          </w:tcPr>
          <w:p w14:paraId="268754F0" w14:textId="77777777" w:rsidR="006A55BC" w:rsidRDefault="00000000">
            <w:r>
              <w:rPr>
                <w:b/>
                <w:color w:val="FFFFFF"/>
                <w:sz w:val="16"/>
              </w:rPr>
              <w:t>Copy type</w:t>
            </w:r>
          </w:p>
        </w:tc>
        <w:tc>
          <w:tcPr>
            <w:tcW w:w="1872" w:type="dxa"/>
            <w:shd w:val="clear" w:color="auto" w:fill="17365D"/>
            <w:tcMar>
              <w:top w:w="100" w:type="dxa"/>
              <w:left w:w="110" w:type="dxa"/>
              <w:bottom w:w="100" w:type="dxa"/>
              <w:right w:w="110" w:type="dxa"/>
            </w:tcMar>
            <w:vAlign w:val="center"/>
          </w:tcPr>
          <w:p w14:paraId="30D23542" w14:textId="77777777" w:rsidR="006A55BC" w:rsidRDefault="00000000">
            <w:r>
              <w:rPr>
                <w:b/>
                <w:color w:val="FFFFFF"/>
                <w:sz w:val="16"/>
              </w:rPr>
              <w:t>Date issued</w:t>
            </w:r>
          </w:p>
        </w:tc>
      </w:tr>
      <w:tr w:rsidR="006A55BC" w14:paraId="3BB7C497" w14:textId="77777777">
        <w:trPr>
          <w:cantSplit/>
          <w:jc w:val="center"/>
        </w:trPr>
        <w:tc>
          <w:tcPr>
            <w:tcW w:w="3168" w:type="dxa"/>
            <w:tcMar>
              <w:top w:w="100" w:type="dxa"/>
              <w:left w:w="110" w:type="dxa"/>
              <w:bottom w:w="100" w:type="dxa"/>
              <w:right w:w="110" w:type="dxa"/>
            </w:tcMar>
            <w:vAlign w:val="center"/>
          </w:tcPr>
          <w:p w14:paraId="625918BA"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0F1686C4"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6E3CD5F5" w14:textId="77777777" w:rsidR="006A55BC" w:rsidRDefault="00000000">
            <w:pPr>
              <w:spacing w:after="20" w:line="240" w:lineRule="auto"/>
            </w:pPr>
            <w:r>
              <w:rPr>
                <w:sz w:val="16"/>
              </w:rPr>
              <w:t>Controlled / Reference</w:t>
            </w:r>
          </w:p>
        </w:tc>
        <w:tc>
          <w:tcPr>
            <w:tcW w:w="1872" w:type="dxa"/>
            <w:tcMar>
              <w:top w:w="100" w:type="dxa"/>
              <w:left w:w="110" w:type="dxa"/>
              <w:bottom w:w="100" w:type="dxa"/>
              <w:right w:w="110" w:type="dxa"/>
            </w:tcMar>
            <w:vAlign w:val="center"/>
          </w:tcPr>
          <w:p w14:paraId="2EE90028" w14:textId="77777777" w:rsidR="006A55BC" w:rsidRDefault="006A55BC">
            <w:pPr>
              <w:spacing w:after="20" w:line="240" w:lineRule="auto"/>
            </w:pPr>
          </w:p>
        </w:tc>
      </w:tr>
      <w:tr w:rsidR="006A55BC" w14:paraId="2F9209A8" w14:textId="77777777">
        <w:trPr>
          <w:cantSplit/>
          <w:jc w:val="center"/>
        </w:trPr>
        <w:tc>
          <w:tcPr>
            <w:tcW w:w="3168" w:type="dxa"/>
            <w:shd w:val="clear" w:color="auto" w:fill="F4F7FA"/>
            <w:tcMar>
              <w:top w:w="100" w:type="dxa"/>
              <w:left w:w="110" w:type="dxa"/>
              <w:bottom w:w="100" w:type="dxa"/>
              <w:right w:w="110" w:type="dxa"/>
            </w:tcMar>
            <w:vAlign w:val="center"/>
          </w:tcPr>
          <w:p w14:paraId="13FDA854" w14:textId="77777777" w:rsidR="006A55BC" w:rsidRDefault="006A55BC">
            <w:pPr>
              <w:spacing w:after="20" w:line="240" w:lineRule="auto"/>
            </w:pPr>
          </w:p>
        </w:tc>
        <w:tc>
          <w:tcPr>
            <w:tcW w:w="2448" w:type="dxa"/>
            <w:shd w:val="clear" w:color="auto" w:fill="F4F7FA"/>
            <w:tcMar>
              <w:top w:w="100" w:type="dxa"/>
              <w:left w:w="110" w:type="dxa"/>
              <w:bottom w:w="100" w:type="dxa"/>
              <w:right w:w="110" w:type="dxa"/>
            </w:tcMar>
            <w:vAlign w:val="center"/>
          </w:tcPr>
          <w:p w14:paraId="052F5F55" w14:textId="77777777" w:rsidR="006A55BC" w:rsidRDefault="006A55BC">
            <w:pPr>
              <w:spacing w:after="20" w:line="240" w:lineRule="auto"/>
            </w:pPr>
          </w:p>
        </w:tc>
        <w:tc>
          <w:tcPr>
            <w:tcW w:w="2448" w:type="dxa"/>
            <w:shd w:val="clear" w:color="auto" w:fill="F4F7FA"/>
            <w:tcMar>
              <w:top w:w="100" w:type="dxa"/>
              <w:left w:w="110" w:type="dxa"/>
              <w:bottom w:w="100" w:type="dxa"/>
              <w:right w:w="110" w:type="dxa"/>
            </w:tcMar>
            <w:vAlign w:val="center"/>
          </w:tcPr>
          <w:p w14:paraId="0568F7EE" w14:textId="77777777" w:rsidR="006A55BC" w:rsidRDefault="00000000">
            <w:pPr>
              <w:spacing w:after="20" w:line="240" w:lineRule="auto"/>
            </w:pPr>
            <w:r>
              <w:rPr>
                <w:sz w:val="16"/>
              </w:rPr>
              <w:t>Controlled / Reference</w:t>
            </w:r>
          </w:p>
        </w:tc>
        <w:tc>
          <w:tcPr>
            <w:tcW w:w="1872" w:type="dxa"/>
            <w:shd w:val="clear" w:color="auto" w:fill="F4F7FA"/>
            <w:tcMar>
              <w:top w:w="100" w:type="dxa"/>
              <w:left w:w="110" w:type="dxa"/>
              <w:bottom w:w="100" w:type="dxa"/>
              <w:right w:w="110" w:type="dxa"/>
            </w:tcMar>
            <w:vAlign w:val="center"/>
          </w:tcPr>
          <w:p w14:paraId="26FC13D8" w14:textId="77777777" w:rsidR="006A55BC" w:rsidRDefault="006A55BC">
            <w:pPr>
              <w:spacing w:after="20" w:line="240" w:lineRule="auto"/>
            </w:pPr>
          </w:p>
        </w:tc>
      </w:tr>
      <w:tr w:rsidR="006A55BC" w14:paraId="51E44D0D" w14:textId="77777777">
        <w:trPr>
          <w:cantSplit/>
          <w:jc w:val="center"/>
        </w:trPr>
        <w:tc>
          <w:tcPr>
            <w:tcW w:w="3168" w:type="dxa"/>
            <w:tcMar>
              <w:top w:w="100" w:type="dxa"/>
              <w:left w:w="110" w:type="dxa"/>
              <w:bottom w:w="100" w:type="dxa"/>
              <w:right w:w="110" w:type="dxa"/>
            </w:tcMar>
            <w:vAlign w:val="center"/>
          </w:tcPr>
          <w:p w14:paraId="108930C0"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7A1FEA7F"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3574058B" w14:textId="77777777" w:rsidR="006A55BC" w:rsidRDefault="00000000">
            <w:pPr>
              <w:spacing w:after="20" w:line="240" w:lineRule="auto"/>
            </w:pPr>
            <w:r>
              <w:rPr>
                <w:sz w:val="16"/>
              </w:rPr>
              <w:t>Controlled / Reference</w:t>
            </w:r>
          </w:p>
        </w:tc>
        <w:tc>
          <w:tcPr>
            <w:tcW w:w="1872" w:type="dxa"/>
            <w:tcMar>
              <w:top w:w="100" w:type="dxa"/>
              <w:left w:w="110" w:type="dxa"/>
              <w:bottom w:w="100" w:type="dxa"/>
              <w:right w:w="110" w:type="dxa"/>
            </w:tcMar>
            <w:vAlign w:val="center"/>
          </w:tcPr>
          <w:p w14:paraId="3F0585A1" w14:textId="77777777" w:rsidR="006A55BC" w:rsidRDefault="006A55BC">
            <w:pPr>
              <w:spacing w:after="20" w:line="240" w:lineRule="auto"/>
            </w:pPr>
          </w:p>
        </w:tc>
      </w:tr>
      <w:tr w:rsidR="006A55BC" w14:paraId="5D52447D" w14:textId="77777777">
        <w:trPr>
          <w:cantSplit/>
          <w:jc w:val="center"/>
        </w:trPr>
        <w:tc>
          <w:tcPr>
            <w:tcW w:w="3168" w:type="dxa"/>
            <w:shd w:val="clear" w:color="auto" w:fill="F4F7FA"/>
            <w:tcMar>
              <w:top w:w="100" w:type="dxa"/>
              <w:left w:w="110" w:type="dxa"/>
              <w:bottom w:w="100" w:type="dxa"/>
              <w:right w:w="110" w:type="dxa"/>
            </w:tcMar>
            <w:vAlign w:val="center"/>
          </w:tcPr>
          <w:p w14:paraId="3E6CC437" w14:textId="77777777" w:rsidR="006A55BC" w:rsidRDefault="006A55BC">
            <w:pPr>
              <w:spacing w:after="20" w:line="240" w:lineRule="auto"/>
            </w:pPr>
          </w:p>
        </w:tc>
        <w:tc>
          <w:tcPr>
            <w:tcW w:w="2448" w:type="dxa"/>
            <w:shd w:val="clear" w:color="auto" w:fill="F4F7FA"/>
            <w:tcMar>
              <w:top w:w="100" w:type="dxa"/>
              <w:left w:w="110" w:type="dxa"/>
              <w:bottom w:w="100" w:type="dxa"/>
              <w:right w:w="110" w:type="dxa"/>
            </w:tcMar>
            <w:vAlign w:val="center"/>
          </w:tcPr>
          <w:p w14:paraId="6DB0394F" w14:textId="77777777" w:rsidR="006A55BC" w:rsidRDefault="006A55BC">
            <w:pPr>
              <w:spacing w:after="20" w:line="240" w:lineRule="auto"/>
            </w:pPr>
          </w:p>
        </w:tc>
        <w:tc>
          <w:tcPr>
            <w:tcW w:w="2448" w:type="dxa"/>
            <w:shd w:val="clear" w:color="auto" w:fill="F4F7FA"/>
            <w:tcMar>
              <w:top w:w="100" w:type="dxa"/>
              <w:left w:w="110" w:type="dxa"/>
              <w:bottom w:w="100" w:type="dxa"/>
              <w:right w:w="110" w:type="dxa"/>
            </w:tcMar>
            <w:vAlign w:val="center"/>
          </w:tcPr>
          <w:p w14:paraId="1C9388E8" w14:textId="77777777" w:rsidR="006A55BC" w:rsidRDefault="00000000">
            <w:pPr>
              <w:spacing w:after="20" w:line="240" w:lineRule="auto"/>
            </w:pPr>
            <w:r>
              <w:rPr>
                <w:sz w:val="16"/>
              </w:rPr>
              <w:t>Controlled / Reference</w:t>
            </w:r>
          </w:p>
        </w:tc>
        <w:tc>
          <w:tcPr>
            <w:tcW w:w="1872" w:type="dxa"/>
            <w:shd w:val="clear" w:color="auto" w:fill="F4F7FA"/>
            <w:tcMar>
              <w:top w:w="100" w:type="dxa"/>
              <w:left w:w="110" w:type="dxa"/>
              <w:bottom w:w="100" w:type="dxa"/>
              <w:right w:w="110" w:type="dxa"/>
            </w:tcMar>
            <w:vAlign w:val="center"/>
          </w:tcPr>
          <w:p w14:paraId="62F7F3D6" w14:textId="77777777" w:rsidR="006A55BC" w:rsidRDefault="006A55BC">
            <w:pPr>
              <w:spacing w:after="20" w:line="240" w:lineRule="auto"/>
            </w:pPr>
          </w:p>
        </w:tc>
      </w:tr>
    </w:tbl>
    <w:p w14:paraId="381A50E5" w14:textId="77777777" w:rsidR="006A55BC" w:rsidRDefault="006A55BC">
      <w:pPr>
        <w:spacing w:after="20"/>
      </w:pPr>
    </w:p>
    <w:p w14:paraId="649E20BB" w14:textId="77777777" w:rsidR="006A55BC" w:rsidRDefault="00000000">
      <w:pPr>
        <w:pStyle w:val="Heading2"/>
      </w:pPr>
      <w:r>
        <w:t>Approval</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2448"/>
        <w:gridCol w:w="2592"/>
        <w:gridCol w:w="1584"/>
      </w:tblGrid>
      <w:tr w:rsidR="006A55BC" w14:paraId="1A6CBF41" w14:textId="77777777">
        <w:trPr>
          <w:cantSplit/>
          <w:tblHeader/>
          <w:jc w:val="center"/>
        </w:trPr>
        <w:tc>
          <w:tcPr>
            <w:tcW w:w="3168" w:type="dxa"/>
            <w:shd w:val="clear" w:color="auto" w:fill="17365D"/>
            <w:tcMar>
              <w:top w:w="100" w:type="dxa"/>
              <w:left w:w="110" w:type="dxa"/>
              <w:bottom w:w="100" w:type="dxa"/>
              <w:right w:w="110" w:type="dxa"/>
            </w:tcMar>
            <w:vAlign w:val="center"/>
          </w:tcPr>
          <w:p w14:paraId="215A80F9" w14:textId="77777777" w:rsidR="006A55BC" w:rsidRDefault="00000000">
            <w:r>
              <w:rPr>
                <w:b/>
                <w:color w:val="FFFFFF"/>
                <w:sz w:val="16"/>
              </w:rPr>
              <w:t>Role</w:t>
            </w:r>
          </w:p>
        </w:tc>
        <w:tc>
          <w:tcPr>
            <w:tcW w:w="2448" w:type="dxa"/>
            <w:shd w:val="clear" w:color="auto" w:fill="17365D"/>
            <w:tcMar>
              <w:top w:w="100" w:type="dxa"/>
              <w:left w:w="110" w:type="dxa"/>
              <w:bottom w:w="100" w:type="dxa"/>
              <w:right w:w="110" w:type="dxa"/>
            </w:tcMar>
            <w:vAlign w:val="center"/>
          </w:tcPr>
          <w:p w14:paraId="28129E89" w14:textId="77777777" w:rsidR="006A55BC" w:rsidRDefault="00000000">
            <w:r>
              <w:rPr>
                <w:b/>
                <w:color w:val="FFFFFF"/>
                <w:sz w:val="16"/>
              </w:rPr>
              <w:t>Name</w:t>
            </w:r>
          </w:p>
        </w:tc>
        <w:tc>
          <w:tcPr>
            <w:tcW w:w="2592" w:type="dxa"/>
            <w:shd w:val="clear" w:color="auto" w:fill="17365D"/>
            <w:tcMar>
              <w:top w:w="100" w:type="dxa"/>
              <w:left w:w="110" w:type="dxa"/>
              <w:bottom w:w="100" w:type="dxa"/>
              <w:right w:w="110" w:type="dxa"/>
            </w:tcMar>
            <w:vAlign w:val="center"/>
          </w:tcPr>
          <w:p w14:paraId="6D58AB95" w14:textId="77777777" w:rsidR="006A55BC" w:rsidRDefault="00000000">
            <w:r>
              <w:rPr>
                <w:b/>
                <w:color w:val="FFFFFF"/>
                <w:sz w:val="16"/>
              </w:rPr>
              <w:t>Signature</w:t>
            </w:r>
          </w:p>
        </w:tc>
        <w:tc>
          <w:tcPr>
            <w:tcW w:w="1584" w:type="dxa"/>
            <w:shd w:val="clear" w:color="auto" w:fill="17365D"/>
            <w:tcMar>
              <w:top w:w="100" w:type="dxa"/>
              <w:left w:w="110" w:type="dxa"/>
              <w:bottom w:w="100" w:type="dxa"/>
              <w:right w:w="110" w:type="dxa"/>
            </w:tcMar>
            <w:vAlign w:val="center"/>
          </w:tcPr>
          <w:p w14:paraId="7DBB6DB5" w14:textId="77777777" w:rsidR="006A55BC" w:rsidRDefault="00000000">
            <w:r>
              <w:rPr>
                <w:b/>
                <w:color w:val="FFFFFF"/>
                <w:sz w:val="16"/>
              </w:rPr>
              <w:t>Date</w:t>
            </w:r>
          </w:p>
        </w:tc>
      </w:tr>
      <w:tr w:rsidR="006A55BC" w14:paraId="5F8BE754" w14:textId="77777777">
        <w:trPr>
          <w:cantSplit/>
          <w:jc w:val="center"/>
        </w:trPr>
        <w:tc>
          <w:tcPr>
            <w:tcW w:w="3168" w:type="dxa"/>
            <w:tcMar>
              <w:top w:w="100" w:type="dxa"/>
              <w:left w:w="110" w:type="dxa"/>
              <w:bottom w:w="100" w:type="dxa"/>
              <w:right w:w="110" w:type="dxa"/>
            </w:tcMar>
            <w:vAlign w:val="center"/>
          </w:tcPr>
          <w:p w14:paraId="58F1D5E3" w14:textId="77777777" w:rsidR="006A55BC" w:rsidRDefault="00000000">
            <w:pPr>
              <w:spacing w:after="20" w:line="240" w:lineRule="auto"/>
            </w:pPr>
            <w:r>
              <w:rPr>
                <w:sz w:val="16"/>
              </w:rPr>
              <w:t>Board or governing body</w:t>
            </w:r>
          </w:p>
        </w:tc>
        <w:tc>
          <w:tcPr>
            <w:tcW w:w="2448" w:type="dxa"/>
            <w:tcMar>
              <w:top w:w="100" w:type="dxa"/>
              <w:left w:w="110" w:type="dxa"/>
              <w:bottom w:w="100" w:type="dxa"/>
              <w:right w:w="110" w:type="dxa"/>
            </w:tcMar>
            <w:vAlign w:val="center"/>
          </w:tcPr>
          <w:p w14:paraId="50A744EC" w14:textId="77777777" w:rsidR="006A55BC" w:rsidRDefault="006A55BC">
            <w:pPr>
              <w:spacing w:after="20" w:line="240" w:lineRule="auto"/>
            </w:pPr>
          </w:p>
        </w:tc>
        <w:tc>
          <w:tcPr>
            <w:tcW w:w="2592" w:type="dxa"/>
            <w:tcMar>
              <w:top w:w="100" w:type="dxa"/>
              <w:left w:w="110" w:type="dxa"/>
              <w:bottom w:w="100" w:type="dxa"/>
              <w:right w:w="110" w:type="dxa"/>
            </w:tcMar>
            <w:vAlign w:val="center"/>
          </w:tcPr>
          <w:p w14:paraId="3C0BFB4F"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32B4DCEB" w14:textId="77777777" w:rsidR="006A55BC" w:rsidRDefault="006A55BC">
            <w:pPr>
              <w:spacing w:after="20" w:line="240" w:lineRule="auto"/>
            </w:pPr>
          </w:p>
        </w:tc>
      </w:tr>
      <w:tr w:rsidR="006A55BC" w14:paraId="5BF8B751" w14:textId="77777777">
        <w:trPr>
          <w:cantSplit/>
          <w:jc w:val="center"/>
        </w:trPr>
        <w:tc>
          <w:tcPr>
            <w:tcW w:w="3168" w:type="dxa"/>
            <w:shd w:val="clear" w:color="auto" w:fill="F4F7FA"/>
            <w:tcMar>
              <w:top w:w="100" w:type="dxa"/>
              <w:left w:w="110" w:type="dxa"/>
              <w:bottom w:w="100" w:type="dxa"/>
              <w:right w:w="110" w:type="dxa"/>
            </w:tcMar>
            <w:vAlign w:val="center"/>
          </w:tcPr>
          <w:p w14:paraId="1536780E" w14:textId="77777777" w:rsidR="006A55BC" w:rsidRDefault="00000000">
            <w:pPr>
              <w:spacing w:after="20" w:line="240" w:lineRule="auto"/>
            </w:pPr>
            <w:r>
              <w:rPr>
                <w:sz w:val="16"/>
              </w:rPr>
              <w:t>Chief Executive</w:t>
            </w:r>
          </w:p>
        </w:tc>
        <w:tc>
          <w:tcPr>
            <w:tcW w:w="2448" w:type="dxa"/>
            <w:shd w:val="clear" w:color="auto" w:fill="F4F7FA"/>
            <w:tcMar>
              <w:top w:w="100" w:type="dxa"/>
              <w:left w:w="110" w:type="dxa"/>
              <w:bottom w:w="100" w:type="dxa"/>
              <w:right w:w="110" w:type="dxa"/>
            </w:tcMar>
            <w:vAlign w:val="center"/>
          </w:tcPr>
          <w:p w14:paraId="65A87232" w14:textId="77777777" w:rsidR="006A55BC" w:rsidRDefault="006A55BC">
            <w:pPr>
              <w:spacing w:after="20" w:line="240" w:lineRule="auto"/>
            </w:pPr>
          </w:p>
        </w:tc>
        <w:tc>
          <w:tcPr>
            <w:tcW w:w="2592" w:type="dxa"/>
            <w:shd w:val="clear" w:color="auto" w:fill="F4F7FA"/>
            <w:tcMar>
              <w:top w:w="100" w:type="dxa"/>
              <w:left w:w="110" w:type="dxa"/>
              <w:bottom w:w="100" w:type="dxa"/>
              <w:right w:w="110" w:type="dxa"/>
            </w:tcMar>
            <w:vAlign w:val="center"/>
          </w:tcPr>
          <w:p w14:paraId="0A31E273"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36C91A0A" w14:textId="77777777" w:rsidR="006A55BC" w:rsidRDefault="006A55BC">
            <w:pPr>
              <w:spacing w:after="20" w:line="240" w:lineRule="auto"/>
            </w:pPr>
          </w:p>
        </w:tc>
      </w:tr>
      <w:tr w:rsidR="006A55BC" w14:paraId="29E6E231" w14:textId="77777777">
        <w:trPr>
          <w:cantSplit/>
          <w:jc w:val="center"/>
        </w:trPr>
        <w:tc>
          <w:tcPr>
            <w:tcW w:w="3168" w:type="dxa"/>
            <w:tcMar>
              <w:top w:w="100" w:type="dxa"/>
              <w:left w:w="110" w:type="dxa"/>
              <w:bottom w:w="100" w:type="dxa"/>
              <w:right w:w="110" w:type="dxa"/>
            </w:tcMar>
            <w:vAlign w:val="center"/>
          </w:tcPr>
          <w:p w14:paraId="6F9D756A" w14:textId="77777777" w:rsidR="006A55BC" w:rsidRDefault="00000000">
            <w:pPr>
              <w:spacing w:after="20" w:line="240" w:lineRule="auto"/>
            </w:pPr>
            <w:r>
              <w:rPr>
                <w:sz w:val="16"/>
              </w:rPr>
              <w:t>Compliance or Ethics Lead</w:t>
            </w:r>
          </w:p>
        </w:tc>
        <w:tc>
          <w:tcPr>
            <w:tcW w:w="2448" w:type="dxa"/>
            <w:tcMar>
              <w:top w:w="100" w:type="dxa"/>
              <w:left w:w="110" w:type="dxa"/>
              <w:bottom w:w="100" w:type="dxa"/>
              <w:right w:w="110" w:type="dxa"/>
            </w:tcMar>
            <w:vAlign w:val="center"/>
          </w:tcPr>
          <w:p w14:paraId="06AE5F4B" w14:textId="77777777" w:rsidR="006A55BC" w:rsidRDefault="006A55BC">
            <w:pPr>
              <w:spacing w:after="20" w:line="240" w:lineRule="auto"/>
            </w:pPr>
          </w:p>
        </w:tc>
        <w:tc>
          <w:tcPr>
            <w:tcW w:w="2592" w:type="dxa"/>
            <w:tcMar>
              <w:top w:w="100" w:type="dxa"/>
              <w:left w:w="110" w:type="dxa"/>
              <w:bottom w:w="100" w:type="dxa"/>
              <w:right w:w="110" w:type="dxa"/>
            </w:tcMar>
            <w:vAlign w:val="center"/>
          </w:tcPr>
          <w:p w14:paraId="6A8A766B"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5CEDCD39" w14:textId="77777777" w:rsidR="006A55BC" w:rsidRDefault="006A55BC">
            <w:pPr>
              <w:spacing w:after="20" w:line="240" w:lineRule="auto"/>
            </w:pPr>
          </w:p>
        </w:tc>
      </w:tr>
      <w:tr w:rsidR="006A55BC" w14:paraId="5CB613E3" w14:textId="77777777">
        <w:trPr>
          <w:cantSplit/>
          <w:jc w:val="center"/>
        </w:trPr>
        <w:tc>
          <w:tcPr>
            <w:tcW w:w="3168" w:type="dxa"/>
            <w:shd w:val="clear" w:color="auto" w:fill="F4F7FA"/>
            <w:tcMar>
              <w:top w:w="100" w:type="dxa"/>
              <w:left w:w="110" w:type="dxa"/>
              <w:bottom w:w="100" w:type="dxa"/>
              <w:right w:w="110" w:type="dxa"/>
            </w:tcMar>
            <w:vAlign w:val="center"/>
          </w:tcPr>
          <w:p w14:paraId="19804D84" w14:textId="77777777" w:rsidR="006A55BC" w:rsidRDefault="00000000">
            <w:pPr>
              <w:spacing w:after="20" w:line="240" w:lineRule="auto"/>
            </w:pPr>
            <w:r>
              <w:rPr>
                <w:sz w:val="16"/>
              </w:rPr>
              <w:t>Risk Lead</w:t>
            </w:r>
          </w:p>
        </w:tc>
        <w:tc>
          <w:tcPr>
            <w:tcW w:w="2448" w:type="dxa"/>
            <w:shd w:val="clear" w:color="auto" w:fill="F4F7FA"/>
            <w:tcMar>
              <w:top w:w="100" w:type="dxa"/>
              <w:left w:w="110" w:type="dxa"/>
              <w:bottom w:w="100" w:type="dxa"/>
              <w:right w:w="110" w:type="dxa"/>
            </w:tcMar>
            <w:vAlign w:val="center"/>
          </w:tcPr>
          <w:p w14:paraId="6A2A8104" w14:textId="77777777" w:rsidR="006A55BC" w:rsidRDefault="006A55BC">
            <w:pPr>
              <w:spacing w:after="20" w:line="240" w:lineRule="auto"/>
            </w:pPr>
          </w:p>
        </w:tc>
        <w:tc>
          <w:tcPr>
            <w:tcW w:w="2592" w:type="dxa"/>
            <w:shd w:val="clear" w:color="auto" w:fill="F4F7FA"/>
            <w:tcMar>
              <w:top w:w="100" w:type="dxa"/>
              <w:left w:w="110" w:type="dxa"/>
              <w:bottom w:w="100" w:type="dxa"/>
              <w:right w:w="110" w:type="dxa"/>
            </w:tcMar>
            <w:vAlign w:val="center"/>
          </w:tcPr>
          <w:p w14:paraId="7BA45BE7"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6B66AADF" w14:textId="77777777" w:rsidR="006A55BC" w:rsidRDefault="006A55BC">
            <w:pPr>
              <w:spacing w:after="20" w:line="240" w:lineRule="auto"/>
            </w:pPr>
          </w:p>
        </w:tc>
      </w:tr>
    </w:tbl>
    <w:p w14:paraId="5025D470" w14:textId="77777777" w:rsidR="006A55BC" w:rsidRDefault="006A55BC">
      <w:pPr>
        <w:spacing w:after="20"/>
      </w:pPr>
    </w:p>
    <w:p w14:paraId="5653B8E2" w14:textId="77777777" w:rsidR="006A55BC" w:rsidRDefault="00000000">
      <w:r>
        <w:br w:type="page"/>
      </w:r>
    </w:p>
    <w:p w14:paraId="64E89B07" w14:textId="77777777" w:rsidR="006A55BC" w:rsidRDefault="00000000">
      <w:pPr>
        <w:pStyle w:val="Heading1"/>
      </w:pPr>
      <w:r>
        <w:lastRenderedPageBreak/>
        <w:t>How to Use This Template</w:t>
      </w:r>
    </w:p>
    <w:p w14:paraId="4A904F15" w14:textId="77777777" w:rsidR="006A55BC" w:rsidRDefault="00000000">
      <w:r>
        <w:t>This template helps an organisation conduct a structured assessment of where, how and why corruption could occur, whether existing controls are adequate, and what additional treatment is required. It is designed for adaptation to the organisation’s size, sector, operating locations and regulatory obligations. It does not replace legal advice or a jurisdiction-specific compliance review.</w:t>
      </w:r>
    </w:p>
    <w:p w14:paraId="1D36B5EB" w14:textId="77777777" w:rsidR="006A55BC" w:rsidRDefault="00000000">
      <w:pPr>
        <w:pStyle w:val="Heading2"/>
      </w:pPr>
      <w:r>
        <w:t>Expected Outputs</w:t>
      </w:r>
    </w:p>
    <w:p w14:paraId="56EDB151" w14:textId="77777777" w:rsidR="006A55BC" w:rsidRDefault="00000000">
      <w:pPr>
        <w:pStyle w:val="ListBullet"/>
        <w:spacing w:after="60"/>
      </w:pPr>
      <w:r>
        <w:t>A documented assessment scope and governance structure.</w:t>
      </w:r>
    </w:p>
    <w:p w14:paraId="77B84C0F" w14:textId="77777777" w:rsidR="006A55BC" w:rsidRDefault="00000000">
      <w:pPr>
        <w:pStyle w:val="ListBullet"/>
        <w:spacing w:after="60"/>
      </w:pPr>
      <w:r>
        <w:t>A corruption risk universe tailored to the organisation.</w:t>
      </w:r>
    </w:p>
    <w:p w14:paraId="744AE145" w14:textId="77777777" w:rsidR="006A55BC" w:rsidRDefault="00000000">
      <w:pPr>
        <w:pStyle w:val="ListBullet"/>
        <w:spacing w:after="60"/>
      </w:pPr>
      <w:r>
        <w:t>A completed inherent and residual risk register.</w:t>
      </w:r>
    </w:p>
    <w:p w14:paraId="77B0FDCA" w14:textId="77777777" w:rsidR="006A55BC" w:rsidRDefault="00000000">
      <w:pPr>
        <w:pStyle w:val="ListBullet"/>
        <w:spacing w:after="60"/>
      </w:pPr>
      <w:r>
        <w:t>Evidence supporting control design and operating-effectiveness ratings.</w:t>
      </w:r>
    </w:p>
    <w:p w14:paraId="5C05139C" w14:textId="77777777" w:rsidR="006A55BC" w:rsidRDefault="00000000">
      <w:pPr>
        <w:pStyle w:val="ListBullet"/>
        <w:spacing w:after="60"/>
      </w:pPr>
      <w:r>
        <w:t>A prioritised risk-treatment plan with accountable owners and deadlines.</w:t>
      </w:r>
    </w:p>
    <w:p w14:paraId="49CE30CC" w14:textId="77777777" w:rsidR="006A55BC" w:rsidRDefault="00000000">
      <w:pPr>
        <w:pStyle w:val="ListBullet"/>
        <w:spacing w:after="60"/>
      </w:pPr>
      <w:r>
        <w:t>A monitoring, reporting and reassessment schedule approved by management.</w:t>
      </w:r>
    </w:p>
    <w:p w14:paraId="0632D5E2" w14:textId="77777777" w:rsidR="006A55BC" w:rsidRDefault="00000000">
      <w:pPr>
        <w:pStyle w:val="Heading2"/>
      </w:pPr>
      <w:r>
        <w:t>Recommended Assessment Process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440"/>
        <w:gridCol w:w="5760"/>
        <w:gridCol w:w="2736"/>
      </w:tblGrid>
      <w:tr w:rsidR="006A55BC" w14:paraId="4D548032" w14:textId="77777777">
        <w:trPr>
          <w:cantSplit/>
          <w:tblHeader/>
          <w:jc w:val="center"/>
        </w:trPr>
        <w:tc>
          <w:tcPr>
            <w:tcW w:w="1440" w:type="dxa"/>
            <w:shd w:val="clear" w:color="auto" w:fill="17365D"/>
            <w:tcMar>
              <w:top w:w="100" w:type="dxa"/>
              <w:left w:w="110" w:type="dxa"/>
              <w:bottom w:w="100" w:type="dxa"/>
              <w:right w:w="110" w:type="dxa"/>
            </w:tcMar>
            <w:vAlign w:val="center"/>
          </w:tcPr>
          <w:p w14:paraId="6743F56C" w14:textId="77777777" w:rsidR="006A55BC" w:rsidRDefault="00000000">
            <w:r>
              <w:rPr>
                <w:b/>
                <w:color w:val="FFFFFF"/>
                <w:sz w:val="17"/>
              </w:rPr>
              <w:t>Phase</w:t>
            </w:r>
          </w:p>
        </w:tc>
        <w:tc>
          <w:tcPr>
            <w:tcW w:w="5760" w:type="dxa"/>
            <w:shd w:val="clear" w:color="auto" w:fill="17365D"/>
            <w:tcMar>
              <w:top w:w="100" w:type="dxa"/>
              <w:left w:w="110" w:type="dxa"/>
              <w:bottom w:w="100" w:type="dxa"/>
              <w:right w:w="110" w:type="dxa"/>
            </w:tcMar>
            <w:vAlign w:val="center"/>
          </w:tcPr>
          <w:p w14:paraId="352B2486" w14:textId="77777777" w:rsidR="006A55BC" w:rsidRDefault="00000000">
            <w:r>
              <w:rPr>
                <w:b/>
                <w:color w:val="FFFFFF"/>
                <w:sz w:val="17"/>
              </w:rPr>
              <w:t>Core activities</w:t>
            </w:r>
          </w:p>
        </w:tc>
        <w:tc>
          <w:tcPr>
            <w:tcW w:w="2736" w:type="dxa"/>
            <w:shd w:val="clear" w:color="auto" w:fill="17365D"/>
            <w:tcMar>
              <w:top w:w="100" w:type="dxa"/>
              <w:left w:w="110" w:type="dxa"/>
              <w:bottom w:w="100" w:type="dxa"/>
              <w:right w:w="110" w:type="dxa"/>
            </w:tcMar>
            <w:vAlign w:val="center"/>
          </w:tcPr>
          <w:p w14:paraId="5324FEEC" w14:textId="77777777" w:rsidR="006A55BC" w:rsidRDefault="00000000">
            <w:r>
              <w:rPr>
                <w:b/>
                <w:color w:val="FFFFFF"/>
                <w:sz w:val="17"/>
              </w:rPr>
              <w:t>Primary output</w:t>
            </w:r>
          </w:p>
        </w:tc>
      </w:tr>
      <w:tr w:rsidR="006A55BC" w14:paraId="6CB26A9F" w14:textId="77777777">
        <w:trPr>
          <w:cantSplit/>
          <w:jc w:val="center"/>
        </w:trPr>
        <w:tc>
          <w:tcPr>
            <w:tcW w:w="1440" w:type="dxa"/>
            <w:tcMar>
              <w:top w:w="100" w:type="dxa"/>
              <w:left w:w="110" w:type="dxa"/>
              <w:bottom w:w="100" w:type="dxa"/>
              <w:right w:w="110" w:type="dxa"/>
            </w:tcMar>
            <w:vAlign w:val="center"/>
          </w:tcPr>
          <w:p w14:paraId="3DC6DD8C" w14:textId="77777777" w:rsidR="006A55BC" w:rsidRDefault="00000000">
            <w:pPr>
              <w:spacing w:after="20" w:line="240" w:lineRule="auto"/>
            </w:pPr>
            <w:r>
              <w:rPr>
                <w:sz w:val="17"/>
              </w:rPr>
              <w:t>1 Initiate</w:t>
            </w:r>
          </w:p>
        </w:tc>
        <w:tc>
          <w:tcPr>
            <w:tcW w:w="5760" w:type="dxa"/>
            <w:tcMar>
              <w:top w:w="100" w:type="dxa"/>
              <w:left w:w="110" w:type="dxa"/>
              <w:bottom w:w="100" w:type="dxa"/>
              <w:right w:w="110" w:type="dxa"/>
            </w:tcMar>
            <w:vAlign w:val="center"/>
          </w:tcPr>
          <w:p w14:paraId="112E2678" w14:textId="77777777" w:rsidR="006A55BC" w:rsidRDefault="00000000">
            <w:pPr>
              <w:spacing w:after="20" w:line="240" w:lineRule="auto"/>
            </w:pPr>
            <w:r>
              <w:rPr>
                <w:sz w:val="17"/>
              </w:rPr>
              <w:t>Set scope, objectives, governance, timetable and assessment criteria.</w:t>
            </w:r>
          </w:p>
        </w:tc>
        <w:tc>
          <w:tcPr>
            <w:tcW w:w="2736" w:type="dxa"/>
            <w:tcMar>
              <w:top w:w="100" w:type="dxa"/>
              <w:left w:w="110" w:type="dxa"/>
              <w:bottom w:w="100" w:type="dxa"/>
              <w:right w:w="110" w:type="dxa"/>
            </w:tcMar>
            <w:vAlign w:val="center"/>
          </w:tcPr>
          <w:p w14:paraId="32867E92" w14:textId="77777777" w:rsidR="006A55BC" w:rsidRDefault="00000000">
            <w:pPr>
              <w:spacing w:after="20" w:line="240" w:lineRule="auto"/>
            </w:pPr>
            <w:r>
              <w:rPr>
                <w:sz w:val="17"/>
              </w:rPr>
              <w:t>Approved assessment plan</w:t>
            </w:r>
          </w:p>
        </w:tc>
      </w:tr>
      <w:tr w:rsidR="006A55BC" w14:paraId="12369AB1" w14:textId="77777777">
        <w:trPr>
          <w:cantSplit/>
          <w:jc w:val="center"/>
        </w:trPr>
        <w:tc>
          <w:tcPr>
            <w:tcW w:w="1440" w:type="dxa"/>
            <w:shd w:val="clear" w:color="auto" w:fill="F4F7FA"/>
            <w:tcMar>
              <w:top w:w="100" w:type="dxa"/>
              <w:left w:w="110" w:type="dxa"/>
              <w:bottom w:w="100" w:type="dxa"/>
              <w:right w:w="110" w:type="dxa"/>
            </w:tcMar>
            <w:vAlign w:val="center"/>
          </w:tcPr>
          <w:p w14:paraId="13B14FD3" w14:textId="77777777" w:rsidR="006A55BC" w:rsidRDefault="00000000">
            <w:pPr>
              <w:spacing w:after="20" w:line="240" w:lineRule="auto"/>
            </w:pPr>
            <w:r>
              <w:rPr>
                <w:sz w:val="17"/>
              </w:rPr>
              <w:t>2 Gather evidence</w:t>
            </w:r>
          </w:p>
        </w:tc>
        <w:tc>
          <w:tcPr>
            <w:tcW w:w="5760" w:type="dxa"/>
            <w:shd w:val="clear" w:color="auto" w:fill="F4F7FA"/>
            <w:tcMar>
              <w:top w:w="100" w:type="dxa"/>
              <w:left w:w="110" w:type="dxa"/>
              <w:bottom w:w="100" w:type="dxa"/>
              <w:right w:w="110" w:type="dxa"/>
            </w:tcMar>
            <w:vAlign w:val="center"/>
          </w:tcPr>
          <w:p w14:paraId="14500116" w14:textId="77777777" w:rsidR="006A55BC" w:rsidRDefault="00000000">
            <w:pPr>
              <w:spacing w:after="20" w:line="240" w:lineRule="auto"/>
            </w:pPr>
            <w:r>
              <w:rPr>
                <w:sz w:val="17"/>
              </w:rPr>
              <w:t>Review documents, data, incidents, audits, interviews and questionnaires.</w:t>
            </w:r>
          </w:p>
        </w:tc>
        <w:tc>
          <w:tcPr>
            <w:tcW w:w="2736" w:type="dxa"/>
            <w:shd w:val="clear" w:color="auto" w:fill="F4F7FA"/>
            <w:tcMar>
              <w:top w:w="100" w:type="dxa"/>
              <w:left w:w="110" w:type="dxa"/>
              <w:bottom w:w="100" w:type="dxa"/>
              <w:right w:w="110" w:type="dxa"/>
            </w:tcMar>
            <w:vAlign w:val="center"/>
          </w:tcPr>
          <w:p w14:paraId="5C465BA4" w14:textId="77777777" w:rsidR="006A55BC" w:rsidRDefault="00000000">
            <w:pPr>
              <w:spacing w:after="20" w:line="240" w:lineRule="auto"/>
            </w:pPr>
            <w:r>
              <w:rPr>
                <w:sz w:val="17"/>
              </w:rPr>
              <w:t>Evidence inventory</w:t>
            </w:r>
          </w:p>
        </w:tc>
      </w:tr>
      <w:tr w:rsidR="006A55BC" w14:paraId="2B92D021" w14:textId="77777777">
        <w:trPr>
          <w:cantSplit/>
          <w:jc w:val="center"/>
        </w:trPr>
        <w:tc>
          <w:tcPr>
            <w:tcW w:w="1440" w:type="dxa"/>
            <w:tcMar>
              <w:top w:w="100" w:type="dxa"/>
              <w:left w:w="110" w:type="dxa"/>
              <w:bottom w:w="100" w:type="dxa"/>
              <w:right w:w="110" w:type="dxa"/>
            </w:tcMar>
            <w:vAlign w:val="center"/>
          </w:tcPr>
          <w:p w14:paraId="53D9324B" w14:textId="77777777" w:rsidR="006A55BC" w:rsidRDefault="00000000">
            <w:pPr>
              <w:spacing w:after="20" w:line="240" w:lineRule="auto"/>
            </w:pPr>
            <w:r>
              <w:rPr>
                <w:sz w:val="17"/>
              </w:rPr>
              <w:t>3 Identify risks</w:t>
            </w:r>
          </w:p>
        </w:tc>
        <w:tc>
          <w:tcPr>
            <w:tcW w:w="5760" w:type="dxa"/>
            <w:tcMar>
              <w:top w:w="100" w:type="dxa"/>
              <w:left w:w="110" w:type="dxa"/>
              <w:bottom w:w="100" w:type="dxa"/>
              <w:right w:w="110" w:type="dxa"/>
            </w:tcMar>
            <w:vAlign w:val="center"/>
          </w:tcPr>
          <w:p w14:paraId="4E6B57B7" w14:textId="77777777" w:rsidR="006A55BC" w:rsidRDefault="00000000">
            <w:pPr>
              <w:spacing w:after="20" w:line="240" w:lineRule="auto"/>
            </w:pPr>
            <w:r>
              <w:rPr>
                <w:sz w:val="17"/>
              </w:rPr>
              <w:t>Map processes, decisions, third parties, public-official touchpoints and scenarios.</w:t>
            </w:r>
          </w:p>
        </w:tc>
        <w:tc>
          <w:tcPr>
            <w:tcW w:w="2736" w:type="dxa"/>
            <w:tcMar>
              <w:top w:w="100" w:type="dxa"/>
              <w:left w:w="110" w:type="dxa"/>
              <w:bottom w:w="100" w:type="dxa"/>
              <w:right w:w="110" w:type="dxa"/>
            </w:tcMar>
            <w:vAlign w:val="center"/>
          </w:tcPr>
          <w:p w14:paraId="0710D39D" w14:textId="77777777" w:rsidR="006A55BC" w:rsidRDefault="00000000">
            <w:pPr>
              <w:spacing w:after="20" w:line="240" w:lineRule="auto"/>
            </w:pPr>
            <w:r>
              <w:rPr>
                <w:sz w:val="17"/>
              </w:rPr>
              <w:t>Risk universe and scenarios</w:t>
            </w:r>
          </w:p>
        </w:tc>
      </w:tr>
      <w:tr w:rsidR="006A55BC" w14:paraId="0416F20B" w14:textId="77777777">
        <w:trPr>
          <w:cantSplit/>
          <w:jc w:val="center"/>
        </w:trPr>
        <w:tc>
          <w:tcPr>
            <w:tcW w:w="1440" w:type="dxa"/>
            <w:shd w:val="clear" w:color="auto" w:fill="F4F7FA"/>
            <w:tcMar>
              <w:top w:w="100" w:type="dxa"/>
              <w:left w:w="110" w:type="dxa"/>
              <w:bottom w:w="100" w:type="dxa"/>
              <w:right w:w="110" w:type="dxa"/>
            </w:tcMar>
            <w:vAlign w:val="center"/>
          </w:tcPr>
          <w:p w14:paraId="3A474E44" w14:textId="77777777" w:rsidR="006A55BC" w:rsidRDefault="00000000">
            <w:pPr>
              <w:spacing w:after="20" w:line="240" w:lineRule="auto"/>
            </w:pPr>
            <w:r>
              <w:rPr>
                <w:sz w:val="17"/>
              </w:rPr>
              <w:t>4 Analyse</w:t>
            </w:r>
          </w:p>
        </w:tc>
        <w:tc>
          <w:tcPr>
            <w:tcW w:w="5760" w:type="dxa"/>
            <w:shd w:val="clear" w:color="auto" w:fill="F4F7FA"/>
            <w:tcMar>
              <w:top w:w="100" w:type="dxa"/>
              <w:left w:w="110" w:type="dxa"/>
              <w:bottom w:w="100" w:type="dxa"/>
              <w:right w:w="110" w:type="dxa"/>
            </w:tcMar>
            <w:vAlign w:val="center"/>
          </w:tcPr>
          <w:p w14:paraId="5C925D18" w14:textId="77777777" w:rsidR="006A55BC" w:rsidRDefault="00000000">
            <w:pPr>
              <w:spacing w:after="20" w:line="240" w:lineRule="auto"/>
            </w:pPr>
            <w:r>
              <w:rPr>
                <w:sz w:val="17"/>
              </w:rPr>
              <w:t>Score likelihood and impact before controls; identify and test controls.</w:t>
            </w:r>
          </w:p>
        </w:tc>
        <w:tc>
          <w:tcPr>
            <w:tcW w:w="2736" w:type="dxa"/>
            <w:shd w:val="clear" w:color="auto" w:fill="F4F7FA"/>
            <w:tcMar>
              <w:top w:w="100" w:type="dxa"/>
              <w:left w:w="110" w:type="dxa"/>
              <w:bottom w:w="100" w:type="dxa"/>
              <w:right w:w="110" w:type="dxa"/>
            </w:tcMar>
            <w:vAlign w:val="center"/>
          </w:tcPr>
          <w:p w14:paraId="760A4C1D" w14:textId="77777777" w:rsidR="006A55BC" w:rsidRDefault="00000000">
            <w:pPr>
              <w:spacing w:after="20" w:line="240" w:lineRule="auto"/>
            </w:pPr>
            <w:r>
              <w:rPr>
                <w:sz w:val="17"/>
              </w:rPr>
              <w:t>Inherent and control ratings</w:t>
            </w:r>
          </w:p>
        </w:tc>
      </w:tr>
      <w:tr w:rsidR="006A55BC" w14:paraId="765DEEA8" w14:textId="77777777">
        <w:trPr>
          <w:cantSplit/>
          <w:jc w:val="center"/>
        </w:trPr>
        <w:tc>
          <w:tcPr>
            <w:tcW w:w="1440" w:type="dxa"/>
            <w:tcMar>
              <w:top w:w="100" w:type="dxa"/>
              <w:left w:w="110" w:type="dxa"/>
              <w:bottom w:w="100" w:type="dxa"/>
              <w:right w:w="110" w:type="dxa"/>
            </w:tcMar>
            <w:vAlign w:val="center"/>
          </w:tcPr>
          <w:p w14:paraId="7F504D0F" w14:textId="77777777" w:rsidR="006A55BC" w:rsidRDefault="00000000">
            <w:pPr>
              <w:spacing w:after="20" w:line="240" w:lineRule="auto"/>
            </w:pPr>
            <w:r>
              <w:rPr>
                <w:sz w:val="17"/>
              </w:rPr>
              <w:t>5 Evaluate</w:t>
            </w:r>
          </w:p>
        </w:tc>
        <w:tc>
          <w:tcPr>
            <w:tcW w:w="5760" w:type="dxa"/>
            <w:tcMar>
              <w:top w:w="100" w:type="dxa"/>
              <w:left w:w="110" w:type="dxa"/>
              <w:bottom w:w="100" w:type="dxa"/>
              <w:right w:w="110" w:type="dxa"/>
            </w:tcMar>
            <w:vAlign w:val="center"/>
          </w:tcPr>
          <w:p w14:paraId="46A93A13" w14:textId="77777777" w:rsidR="006A55BC" w:rsidRDefault="00000000">
            <w:pPr>
              <w:spacing w:after="20" w:line="240" w:lineRule="auto"/>
            </w:pPr>
            <w:r>
              <w:rPr>
                <w:sz w:val="17"/>
              </w:rPr>
              <w:t>Determine residual exposure, priority and risk acceptance.</w:t>
            </w:r>
          </w:p>
        </w:tc>
        <w:tc>
          <w:tcPr>
            <w:tcW w:w="2736" w:type="dxa"/>
            <w:tcMar>
              <w:top w:w="100" w:type="dxa"/>
              <w:left w:w="110" w:type="dxa"/>
              <w:bottom w:w="100" w:type="dxa"/>
              <w:right w:w="110" w:type="dxa"/>
            </w:tcMar>
            <w:vAlign w:val="center"/>
          </w:tcPr>
          <w:p w14:paraId="6525CE08" w14:textId="77777777" w:rsidR="006A55BC" w:rsidRDefault="00000000">
            <w:pPr>
              <w:spacing w:after="20" w:line="240" w:lineRule="auto"/>
            </w:pPr>
            <w:r>
              <w:rPr>
                <w:sz w:val="17"/>
              </w:rPr>
              <w:t>Approved residual ratings</w:t>
            </w:r>
          </w:p>
        </w:tc>
      </w:tr>
      <w:tr w:rsidR="006A55BC" w14:paraId="34C17332" w14:textId="77777777">
        <w:trPr>
          <w:cantSplit/>
          <w:jc w:val="center"/>
        </w:trPr>
        <w:tc>
          <w:tcPr>
            <w:tcW w:w="1440" w:type="dxa"/>
            <w:shd w:val="clear" w:color="auto" w:fill="F4F7FA"/>
            <w:tcMar>
              <w:top w:w="100" w:type="dxa"/>
              <w:left w:w="110" w:type="dxa"/>
              <w:bottom w:w="100" w:type="dxa"/>
              <w:right w:w="110" w:type="dxa"/>
            </w:tcMar>
            <w:vAlign w:val="center"/>
          </w:tcPr>
          <w:p w14:paraId="0C999680" w14:textId="77777777" w:rsidR="006A55BC" w:rsidRDefault="00000000">
            <w:pPr>
              <w:spacing w:after="20" w:line="240" w:lineRule="auto"/>
            </w:pPr>
            <w:r>
              <w:rPr>
                <w:sz w:val="17"/>
              </w:rPr>
              <w:t>6 Treat</w:t>
            </w:r>
          </w:p>
        </w:tc>
        <w:tc>
          <w:tcPr>
            <w:tcW w:w="5760" w:type="dxa"/>
            <w:shd w:val="clear" w:color="auto" w:fill="F4F7FA"/>
            <w:tcMar>
              <w:top w:w="100" w:type="dxa"/>
              <w:left w:w="110" w:type="dxa"/>
              <w:bottom w:w="100" w:type="dxa"/>
              <w:right w:w="110" w:type="dxa"/>
            </w:tcMar>
            <w:vAlign w:val="center"/>
          </w:tcPr>
          <w:p w14:paraId="7B2F5C87" w14:textId="77777777" w:rsidR="006A55BC" w:rsidRDefault="00000000">
            <w:pPr>
              <w:spacing w:after="20" w:line="240" w:lineRule="auto"/>
            </w:pPr>
            <w:r>
              <w:rPr>
                <w:sz w:val="17"/>
              </w:rPr>
              <w:t>Select actions, owners, resources, measures and deadlines.</w:t>
            </w:r>
          </w:p>
        </w:tc>
        <w:tc>
          <w:tcPr>
            <w:tcW w:w="2736" w:type="dxa"/>
            <w:shd w:val="clear" w:color="auto" w:fill="F4F7FA"/>
            <w:tcMar>
              <w:top w:w="100" w:type="dxa"/>
              <w:left w:w="110" w:type="dxa"/>
              <w:bottom w:w="100" w:type="dxa"/>
              <w:right w:w="110" w:type="dxa"/>
            </w:tcMar>
            <w:vAlign w:val="center"/>
          </w:tcPr>
          <w:p w14:paraId="62FD9170" w14:textId="77777777" w:rsidR="006A55BC" w:rsidRDefault="00000000">
            <w:pPr>
              <w:spacing w:after="20" w:line="240" w:lineRule="auto"/>
            </w:pPr>
            <w:r>
              <w:rPr>
                <w:sz w:val="17"/>
              </w:rPr>
              <w:t>Risk-treatment plan</w:t>
            </w:r>
          </w:p>
        </w:tc>
      </w:tr>
      <w:tr w:rsidR="006A55BC" w14:paraId="2898E081" w14:textId="77777777">
        <w:trPr>
          <w:cantSplit/>
          <w:jc w:val="center"/>
        </w:trPr>
        <w:tc>
          <w:tcPr>
            <w:tcW w:w="1440" w:type="dxa"/>
            <w:tcMar>
              <w:top w:w="100" w:type="dxa"/>
              <w:left w:w="110" w:type="dxa"/>
              <w:bottom w:w="100" w:type="dxa"/>
              <w:right w:w="110" w:type="dxa"/>
            </w:tcMar>
            <w:vAlign w:val="center"/>
          </w:tcPr>
          <w:p w14:paraId="7C6D0227" w14:textId="77777777" w:rsidR="006A55BC" w:rsidRDefault="00000000">
            <w:pPr>
              <w:spacing w:after="20" w:line="240" w:lineRule="auto"/>
            </w:pPr>
            <w:r>
              <w:rPr>
                <w:sz w:val="17"/>
              </w:rPr>
              <w:t>7 Monitor</w:t>
            </w:r>
          </w:p>
        </w:tc>
        <w:tc>
          <w:tcPr>
            <w:tcW w:w="5760" w:type="dxa"/>
            <w:tcMar>
              <w:top w:w="100" w:type="dxa"/>
              <w:left w:w="110" w:type="dxa"/>
              <w:bottom w:w="100" w:type="dxa"/>
              <w:right w:w="110" w:type="dxa"/>
            </w:tcMar>
            <w:vAlign w:val="center"/>
          </w:tcPr>
          <w:p w14:paraId="7CF88CD2" w14:textId="77777777" w:rsidR="006A55BC" w:rsidRDefault="00000000">
            <w:pPr>
              <w:spacing w:after="20" w:line="240" w:lineRule="auto"/>
            </w:pPr>
            <w:r>
              <w:rPr>
                <w:sz w:val="17"/>
              </w:rPr>
              <w:t>Track indicators, control performance, incidents and changes.</w:t>
            </w:r>
          </w:p>
        </w:tc>
        <w:tc>
          <w:tcPr>
            <w:tcW w:w="2736" w:type="dxa"/>
            <w:tcMar>
              <w:top w:w="100" w:type="dxa"/>
              <w:left w:w="110" w:type="dxa"/>
              <w:bottom w:w="100" w:type="dxa"/>
              <w:right w:w="110" w:type="dxa"/>
            </w:tcMar>
            <w:vAlign w:val="center"/>
          </w:tcPr>
          <w:p w14:paraId="663F61D4" w14:textId="77777777" w:rsidR="006A55BC" w:rsidRDefault="00000000">
            <w:pPr>
              <w:spacing w:after="20" w:line="240" w:lineRule="auto"/>
            </w:pPr>
            <w:r>
              <w:rPr>
                <w:sz w:val="17"/>
              </w:rPr>
              <w:t>Management and board reporting</w:t>
            </w:r>
          </w:p>
        </w:tc>
      </w:tr>
    </w:tbl>
    <w:p w14:paraId="0BE96A37" w14:textId="77777777" w:rsidR="006A55BC" w:rsidRDefault="006A55BC">
      <w:pPr>
        <w:spacing w:after="20"/>
      </w:pPr>
    </w:p>
    <w:p w14:paraId="149C800C" w14:textId="77777777" w:rsidR="006A55BC" w:rsidRDefault="00000000">
      <w:pPr>
        <w:pStyle w:val="Heading2"/>
      </w:pPr>
      <w:r>
        <w:t>Core Principles</w:t>
      </w:r>
    </w:p>
    <w:p w14:paraId="52E90B73" w14:textId="77777777" w:rsidR="006A55BC" w:rsidRDefault="00000000">
      <w:pPr>
        <w:pStyle w:val="ListBullet"/>
        <w:spacing w:after="60"/>
      </w:pPr>
      <w:r>
        <w:t>Assess real decisions and transactions, not policy wording alone.</w:t>
      </w:r>
    </w:p>
    <w:p w14:paraId="5169125E" w14:textId="77777777" w:rsidR="006A55BC" w:rsidRDefault="00000000">
      <w:pPr>
        <w:pStyle w:val="ListBullet"/>
        <w:spacing w:after="60"/>
      </w:pPr>
      <w:r>
        <w:t>Describe risks as specific events with causes and consequences.</w:t>
      </w:r>
    </w:p>
    <w:p w14:paraId="46F286F3" w14:textId="77777777" w:rsidR="006A55BC" w:rsidRDefault="00000000">
      <w:pPr>
        <w:pStyle w:val="ListBullet"/>
        <w:spacing w:after="60"/>
      </w:pPr>
      <w:r>
        <w:t>Separate inherent risk from the effect of existing controls.</w:t>
      </w:r>
    </w:p>
    <w:p w14:paraId="612FFA35" w14:textId="77777777" w:rsidR="006A55BC" w:rsidRDefault="00000000">
      <w:pPr>
        <w:pStyle w:val="ListBullet"/>
        <w:spacing w:after="60"/>
      </w:pPr>
      <w:r>
        <w:t>Support ratings with evidence and record any uncertainty.</w:t>
      </w:r>
    </w:p>
    <w:p w14:paraId="089EAC9B" w14:textId="77777777" w:rsidR="006A55BC" w:rsidRDefault="00000000">
      <w:pPr>
        <w:pStyle w:val="ListBullet"/>
        <w:spacing w:after="60"/>
      </w:pPr>
      <w:r>
        <w:t>Consider direct and indirect corruption, including conduct through third parties.</w:t>
      </w:r>
    </w:p>
    <w:p w14:paraId="4A50789F" w14:textId="77777777" w:rsidR="006A55BC" w:rsidRDefault="00000000">
      <w:pPr>
        <w:pStyle w:val="ListBullet"/>
        <w:spacing w:after="60"/>
      </w:pPr>
      <w:r>
        <w:t>Protect participants from retaliation and handle sensitive information securely.</w:t>
      </w:r>
    </w:p>
    <w:p w14:paraId="0C303C17" w14:textId="77777777" w:rsidR="006A55BC" w:rsidRDefault="00000000">
      <w:pPr>
        <w:pStyle w:val="ListBullet"/>
        <w:spacing w:after="60"/>
      </w:pPr>
      <w:r>
        <w:t>Escalate suspected misconduct through approved investigation and reporting channels; do not use the assessment to conduct an unauthorised investigation.</w:t>
      </w:r>
    </w:p>
    <w:p w14:paraId="317DE70B" w14:textId="77777777" w:rsidR="006A55BC" w:rsidRDefault="00000000">
      <w:pPr>
        <w:pStyle w:val="Heading1"/>
      </w:pPr>
      <w:r>
        <w:t>Section 1 Assessment Mandate and Governance</w:t>
      </w:r>
    </w:p>
    <w:p w14:paraId="46155CAC" w14:textId="77777777" w:rsidR="006A55BC" w:rsidRDefault="00000000">
      <w:pPr>
        <w:pStyle w:val="Heading2"/>
      </w:pPr>
      <w:r>
        <w:t>1.1 Assessment Charter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6A55BC" w14:paraId="171A4B76" w14:textId="77777777">
        <w:trPr>
          <w:cantSplit/>
          <w:tblHeader/>
          <w:jc w:val="center"/>
        </w:trPr>
        <w:tc>
          <w:tcPr>
            <w:tcW w:w="3168" w:type="dxa"/>
            <w:shd w:val="clear" w:color="auto" w:fill="17365D"/>
            <w:tcMar>
              <w:top w:w="100" w:type="dxa"/>
              <w:left w:w="110" w:type="dxa"/>
              <w:bottom w:w="100" w:type="dxa"/>
              <w:right w:w="110" w:type="dxa"/>
            </w:tcMar>
            <w:vAlign w:val="center"/>
          </w:tcPr>
          <w:p w14:paraId="3C911DDB" w14:textId="77777777" w:rsidR="006A55BC" w:rsidRDefault="00000000">
            <w:r>
              <w:rPr>
                <w:b/>
                <w:color w:val="FFFFFF"/>
                <w:sz w:val="18"/>
              </w:rPr>
              <w:t>Field</w:t>
            </w:r>
          </w:p>
        </w:tc>
        <w:tc>
          <w:tcPr>
            <w:tcW w:w="6768" w:type="dxa"/>
            <w:shd w:val="clear" w:color="auto" w:fill="17365D"/>
            <w:tcMar>
              <w:top w:w="100" w:type="dxa"/>
              <w:left w:w="110" w:type="dxa"/>
              <w:bottom w:w="100" w:type="dxa"/>
              <w:right w:w="110" w:type="dxa"/>
            </w:tcMar>
            <w:vAlign w:val="center"/>
          </w:tcPr>
          <w:p w14:paraId="26333F90" w14:textId="77777777" w:rsidR="006A55BC" w:rsidRDefault="00000000">
            <w:r>
              <w:rPr>
                <w:b/>
                <w:color w:val="FFFFFF"/>
                <w:sz w:val="18"/>
              </w:rPr>
              <w:t>Details</w:t>
            </w:r>
          </w:p>
        </w:tc>
      </w:tr>
      <w:tr w:rsidR="006A55BC" w14:paraId="159479F4" w14:textId="77777777">
        <w:trPr>
          <w:cantSplit/>
          <w:jc w:val="center"/>
        </w:trPr>
        <w:tc>
          <w:tcPr>
            <w:tcW w:w="3168" w:type="dxa"/>
            <w:tcMar>
              <w:top w:w="100" w:type="dxa"/>
              <w:left w:w="110" w:type="dxa"/>
              <w:bottom w:w="100" w:type="dxa"/>
              <w:right w:w="110" w:type="dxa"/>
            </w:tcMar>
            <w:vAlign w:val="center"/>
          </w:tcPr>
          <w:p w14:paraId="66CDA0AB" w14:textId="77777777" w:rsidR="006A55BC" w:rsidRDefault="00000000">
            <w:pPr>
              <w:spacing w:after="20" w:line="240" w:lineRule="auto"/>
            </w:pPr>
            <w:r>
              <w:rPr>
                <w:sz w:val="18"/>
              </w:rPr>
              <w:lastRenderedPageBreak/>
              <w:t>Assessment sponsor</w:t>
            </w:r>
          </w:p>
        </w:tc>
        <w:tc>
          <w:tcPr>
            <w:tcW w:w="6768" w:type="dxa"/>
            <w:tcMar>
              <w:top w:w="100" w:type="dxa"/>
              <w:left w:w="110" w:type="dxa"/>
              <w:bottom w:w="100" w:type="dxa"/>
              <w:right w:w="110" w:type="dxa"/>
            </w:tcMar>
            <w:vAlign w:val="center"/>
          </w:tcPr>
          <w:p w14:paraId="79999FCD" w14:textId="77777777" w:rsidR="006A55BC" w:rsidRDefault="006A55BC">
            <w:pPr>
              <w:spacing w:after="20" w:line="240" w:lineRule="auto"/>
            </w:pPr>
          </w:p>
        </w:tc>
      </w:tr>
      <w:tr w:rsidR="006A55BC" w14:paraId="026E9978" w14:textId="77777777">
        <w:trPr>
          <w:cantSplit/>
          <w:jc w:val="center"/>
        </w:trPr>
        <w:tc>
          <w:tcPr>
            <w:tcW w:w="3168" w:type="dxa"/>
            <w:shd w:val="clear" w:color="auto" w:fill="F4F7FA"/>
            <w:tcMar>
              <w:top w:w="100" w:type="dxa"/>
              <w:left w:w="110" w:type="dxa"/>
              <w:bottom w:w="100" w:type="dxa"/>
              <w:right w:w="110" w:type="dxa"/>
            </w:tcMar>
            <w:vAlign w:val="center"/>
          </w:tcPr>
          <w:p w14:paraId="7C17507E" w14:textId="77777777" w:rsidR="006A55BC" w:rsidRDefault="00000000">
            <w:pPr>
              <w:spacing w:after="20" w:line="240" w:lineRule="auto"/>
            </w:pPr>
            <w:r>
              <w:rPr>
                <w:sz w:val="18"/>
              </w:rPr>
              <w:t>Assessment lead</w:t>
            </w:r>
          </w:p>
        </w:tc>
        <w:tc>
          <w:tcPr>
            <w:tcW w:w="6768" w:type="dxa"/>
            <w:shd w:val="clear" w:color="auto" w:fill="F4F7FA"/>
            <w:tcMar>
              <w:top w:w="100" w:type="dxa"/>
              <w:left w:w="110" w:type="dxa"/>
              <w:bottom w:w="100" w:type="dxa"/>
              <w:right w:w="110" w:type="dxa"/>
            </w:tcMar>
            <w:vAlign w:val="center"/>
          </w:tcPr>
          <w:p w14:paraId="2577DD39" w14:textId="77777777" w:rsidR="006A55BC" w:rsidRDefault="006A55BC">
            <w:pPr>
              <w:spacing w:after="20" w:line="240" w:lineRule="auto"/>
            </w:pPr>
          </w:p>
        </w:tc>
      </w:tr>
      <w:tr w:rsidR="006A55BC" w14:paraId="006C2000" w14:textId="77777777">
        <w:trPr>
          <w:cantSplit/>
          <w:jc w:val="center"/>
        </w:trPr>
        <w:tc>
          <w:tcPr>
            <w:tcW w:w="3168" w:type="dxa"/>
            <w:tcMar>
              <w:top w:w="100" w:type="dxa"/>
              <w:left w:w="110" w:type="dxa"/>
              <w:bottom w:w="100" w:type="dxa"/>
              <w:right w:w="110" w:type="dxa"/>
            </w:tcMar>
            <w:vAlign w:val="center"/>
          </w:tcPr>
          <w:p w14:paraId="68024830" w14:textId="77777777" w:rsidR="006A55BC" w:rsidRDefault="00000000">
            <w:pPr>
              <w:spacing w:after="20" w:line="240" w:lineRule="auto"/>
            </w:pPr>
            <w:r>
              <w:rPr>
                <w:sz w:val="18"/>
              </w:rPr>
              <w:t>Core team members</w:t>
            </w:r>
          </w:p>
        </w:tc>
        <w:tc>
          <w:tcPr>
            <w:tcW w:w="6768" w:type="dxa"/>
            <w:tcMar>
              <w:top w:w="100" w:type="dxa"/>
              <w:left w:w="110" w:type="dxa"/>
              <w:bottom w:w="100" w:type="dxa"/>
              <w:right w:w="110" w:type="dxa"/>
            </w:tcMar>
            <w:vAlign w:val="center"/>
          </w:tcPr>
          <w:p w14:paraId="3A98511A" w14:textId="77777777" w:rsidR="006A55BC" w:rsidRDefault="006A55BC">
            <w:pPr>
              <w:spacing w:after="20" w:line="240" w:lineRule="auto"/>
            </w:pPr>
          </w:p>
        </w:tc>
      </w:tr>
      <w:tr w:rsidR="006A55BC" w14:paraId="2A2ACB3D" w14:textId="77777777">
        <w:trPr>
          <w:cantSplit/>
          <w:jc w:val="center"/>
        </w:trPr>
        <w:tc>
          <w:tcPr>
            <w:tcW w:w="3168" w:type="dxa"/>
            <w:shd w:val="clear" w:color="auto" w:fill="F4F7FA"/>
            <w:tcMar>
              <w:top w:w="100" w:type="dxa"/>
              <w:left w:w="110" w:type="dxa"/>
              <w:bottom w:w="100" w:type="dxa"/>
              <w:right w:w="110" w:type="dxa"/>
            </w:tcMar>
            <w:vAlign w:val="center"/>
          </w:tcPr>
          <w:p w14:paraId="4F145366" w14:textId="77777777" w:rsidR="006A55BC" w:rsidRDefault="00000000">
            <w:pPr>
              <w:spacing w:after="20" w:line="240" w:lineRule="auto"/>
            </w:pPr>
            <w:r>
              <w:rPr>
                <w:sz w:val="18"/>
              </w:rPr>
              <w:t>Independent reviewer</w:t>
            </w:r>
          </w:p>
        </w:tc>
        <w:tc>
          <w:tcPr>
            <w:tcW w:w="6768" w:type="dxa"/>
            <w:shd w:val="clear" w:color="auto" w:fill="F4F7FA"/>
            <w:tcMar>
              <w:top w:w="100" w:type="dxa"/>
              <w:left w:w="110" w:type="dxa"/>
              <w:bottom w:w="100" w:type="dxa"/>
              <w:right w:w="110" w:type="dxa"/>
            </w:tcMar>
            <w:vAlign w:val="center"/>
          </w:tcPr>
          <w:p w14:paraId="59D0611F" w14:textId="77777777" w:rsidR="006A55BC" w:rsidRDefault="006A55BC">
            <w:pPr>
              <w:spacing w:after="20" w:line="240" w:lineRule="auto"/>
            </w:pPr>
          </w:p>
        </w:tc>
      </w:tr>
      <w:tr w:rsidR="006A55BC" w14:paraId="679C8111" w14:textId="77777777">
        <w:trPr>
          <w:cantSplit/>
          <w:jc w:val="center"/>
        </w:trPr>
        <w:tc>
          <w:tcPr>
            <w:tcW w:w="3168" w:type="dxa"/>
            <w:tcMar>
              <w:top w:w="100" w:type="dxa"/>
              <w:left w:w="110" w:type="dxa"/>
              <w:bottom w:w="100" w:type="dxa"/>
              <w:right w:w="110" w:type="dxa"/>
            </w:tcMar>
            <w:vAlign w:val="center"/>
          </w:tcPr>
          <w:p w14:paraId="46C3A8FE" w14:textId="77777777" w:rsidR="006A55BC" w:rsidRDefault="00000000">
            <w:pPr>
              <w:spacing w:after="20" w:line="240" w:lineRule="auto"/>
            </w:pPr>
            <w:r>
              <w:rPr>
                <w:sz w:val="18"/>
              </w:rPr>
              <w:t>Purpose</w:t>
            </w:r>
          </w:p>
        </w:tc>
        <w:tc>
          <w:tcPr>
            <w:tcW w:w="6768" w:type="dxa"/>
            <w:tcMar>
              <w:top w:w="100" w:type="dxa"/>
              <w:left w:w="110" w:type="dxa"/>
              <w:bottom w:w="100" w:type="dxa"/>
              <w:right w:w="110" w:type="dxa"/>
            </w:tcMar>
            <w:vAlign w:val="center"/>
          </w:tcPr>
          <w:p w14:paraId="5B36FD33" w14:textId="77777777" w:rsidR="006A55BC" w:rsidRDefault="006A55BC">
            <w:pPr>
              <w:spacing w:after="20" w:line="240" w:lineRule="auto"/>
            </w:pPr>
          </w:p>
        </w:tc>
      </w:tr>
      <w:tr w:rsidR="006A55BC" w14:paraId="12B625FD" w14:textId="77777777">
        <w:trPr>
          <w:cantSplit/>
          <w:jc w:val="center"/>
        </w:trPr>
        <w:tc>
          <w:tcPr>
            <w:tcW w:w="3168" w:type="dxa"/>
            <w:shd w:val="clear" w:color="auto" w:fill="F4F7FA"/>
            <w:tcMar>
              <w:top w:w="100" w:type="dxa"/>
              <w:left w:w="110" w:type="dxa"/>
              <w:bottom w:w="100" w:type="dxa"/>
              <w:right w:w="110" w:type="dxa"/>
            </w:tcMar>
            <w:vAlign w:val="center"/>
          </w:tcPr>
          <w:p w14:paraId="7A104675" w14:textId="77777777" w:rsidR="006A55BC" w:rsidRDefault="00000000">
            <w:pPr>
              <w:spacing w:after="20" w:line="240" w:lineRule="auto"/>
            </w:pPr>
            <w:r>
              <w:rPr>
                <w:sz w:val="18"/>
              </w:rPr>
              <w:t>Objectives</w:t>
            </w:r>
          </w:p>
        </w:tc>
        <w:tc>
          <w:tcPr>
            <w:tcW w:w="6768" w:type="dxa"/>
            <w:shd w:val="clear" w:color="auto" w:fill="F4F7FA"/>
            <w:tcMar>
              <w:top w:w="100" w:type="dxa"/>
              <w:left w:w="110" w:type="dxa"/>
              <w:bottom w:w="100" w:type="dxa"/>
              <w:right w:w="110" w:type="dxa"/>
            </w:tcMar>
            <w:vAlign w:val="center"/>
          </w:tcPr>
          <w:p w14:paraId="5D6BFC2D" w14:textId="77777777" w:rsidR="006A55BC" w:rsidRDefault="006A55BC">
            <w:pPr>
              <w:spacing w:after="20" w:line="240" w:lineRule="auto"/>
            </w:pPr>
          </w:p>
        </w:tc>
      </w:tr>
      <w:tr w:rsidR="006A55BC" w14:paraId="62B8F57A" w14:textId="77777777">
        <w:trPr>
          <w:cantSplit/>
          <w:jc w:val="center"/>
        </w:trPr>
        <w:tc>
          <w:tcPr>
            <w:tcW w:w="3168" w:type="dxa"/>
            <w:tcMar>
              <w:top w:w="100" w:type="dxa"/>
              <w:left w:w="110" w:type="dxa"/>
              <w:bottom w:w="100" w:type="dxa"/>
              <w:right w:w="110" w:type="dxa"/>
            </w:tcMar>
            <w:vAlign w:val="center"/>
          </w:tcPr>
          <w:p w14:paraId="70DC1401" w14:textId="77777777" w:rsidR="006A55BC" w:rsidRDefault="00000000">
            <w:pPr>
              <w:spacing w:after="20" w:line="240" w:lineRule="auto"/>
            </w:pPr>
            <w:r>
              <w:rPr>
                <w:sz w:val="18"/>
              </w:rPr>
              <w:t>Start date</w:t>
            </w:r>
          </w:p>
        </w:tc>
        <w:tc>
          <w:tcPr>
            <w:tcW w:w="6768" w:type="dxa"/>
            <w:tcMar>
              <w:top w:w="100" w:type="dxa"/>
              <w:left w:w="110" w:type="dxa"/>
              <w:bottom w:w="100" w:type="dxa"/>
              <w:right w:w="110" w:type="dxa"/>
            </w:tcMar>
            <w:vAlign w:val="center"/>
          </w:tcPr>
          <w:p w14:paraId="45F853F0" w14:textId="77777777" w:rsidR="006A55BC" w:rsidRDefault="006A55BC">
            <w:pPr>
              <w:spacing w:after="20" w:line="240" w:lineRule="auto"/>
            </w:pPr>
          </w:p>
        </w:tc>
      </w:tr>
      <w:tr w:rsidR="006A55BC" w14:paraId="1731E4EC" w14:textId="77777777">
        <w:trPr>
          <w:cantSplit/>
          <w:jc w:val="center"/>
        </w:trPr>
        <w:tc>
          <w:tcPr>
            <w:tcW w:w="3168" w:type="dxa"/>
            <w:shd w:val="clear" w:color="auto" w:fill="F4F7FA"/>
            <w:tcMar>
              <w:top w:w="100" w:type="dxa"/>
              <w:left w:w="110" w:type="dxa"/>
              <w:bottom w:w="100" w:type="dxa"/>
              <w:right w:w="110" w:type="dxa"/>
            </w:tcMar>
            <w:vAlign w:val="center"/>
          </w:tcPr>
          <w:p w14:paraId="6CAE3A9C" w14:textId="77777777" w:rsidR="006A55BC" w:rsidRDefault="00000000">
            <w:pPr>
              <w:spacing w:after="20" w:line="240" w:lineRule="auto"/>
            </w:pPr>
            <w:r>
              <w:rPr>
                <w:sz w:val="18"/>
              </w:rPr>
              <w:t>Target completion date</w:t>
            </w:r>
          </w:p>
        </w:tc>
        <w:tc>
          <w:tcPr>
            <w:tcW w:w="6768" w:type="dxa"/>
            <w:shd w:val="clear" w:color="auto" w:fill="F4F7FA"/>
            <w:tcMar>
              <w:top w:w="100" w:type="dxa"/>
              <w:left w:w="110" w:type="dxa"/>
              <w:bottom w:w="100" w:type="dxa"/>
              <w:right w:w="110" w:type="dxa"/>
            </w:tcMar>
            <w:vAlign w:val="center"/>
          </w:tcPr>
          <w:p w14:paraId="730B6516" w14:textId="77777777" w:rsidR="006A55BC" w:rsidRDefault="006A55BC">
            <w:pPr>
              <w:spacing w:after="20" w:line="240" w:lineRule="auto"/>
            </w:pPr>
          </w:p>
        </w:tc>
      </w:tr>
      <w:tr w:rsidR="006A55BC" w14:paraId="21DD25EC" w14:textId="77777777">
        <w:trPr>
          <w:cantSplit/>
          <w:jc w:val="center"/>
        </w:trPr>
        <w:tc>
          <w:tcPr>
            <w:tcW w:w="3168" w:type="dxa"/>
            <w:tcMar>
              <w:top w:w="100" w:type="dxa"/>
              <w:left w:w="110" w:type="dxa"/>
              <w:bottom w:w="100" w:type="dxa"/>
              <w:right w:w="110" w:type="dxa"/>
            </w:tcMar>
            <w:vAlign w:val="center"/>
          </w:tcPr>
          <w:p w14:paraId="7027E2CF" w14:textId="77777777" w:rsidR="006A55BC" w:rsidRDefault="00000000">
            <w:pPr>
              <w:spacing w:after="20" w:line="240" w:lineRule="auto"/>
            </w:pPr>
            <w:r>
              <w:rPr>
                <w:sz w:val="18"/>
              </w:rPr>
              <w:t>Reporting line</w:t>
            </w:r>
          </w:p>
        </w:tc>
        <w:tc>
          <w:tcPr>
            <w:tcW w:w="6768" w:type="dxa"/>
            <w:tcMar>
              <w:top w:w="100" w:type="dxa"/>
              <w:left w:w="110" w:type="dxa"/>
              <w:bottom w:w="100" w:type="dxa"/>
              <w:right w:w="110" w:type="dxa"/>
            </w:tcMar>
            <w:vAlign w:val="center"/>
          </w:tcPr>
          <w:p w14:paraId="45351E6D" w14:textId="77777777" w:rsidR="006A55BC" w:rsidRDefault="006A55BC">
            <w:pPr>
              <w:spacing w:after="20" w:line="240" w:lineRule="auto"/>
            </w:pPr>
          </w:p>
        </w:tc>
      </w:tr>
      <w:tr w:rsidR="006A55BC" w14:paraId="79231365" w14:textId="77777777">
        <w:trPr>
          <w:cantSplit/>
          <w:jc w:val="center"/>
        </w:trPr>
        <w:tc>
          <w:tcPr>
            <w:tcW w:w="3168" w:type="dxa"/>
            <w:shd w:val="clear" w:color="auto" w:fill="F4F7FA"/>
            <w:tcMar>
              <w:top w:w="100" w:type="dxa"/>
              <w:left w:w="110" w:type="dxa"/>
              <w:bottom w:w="100" w:type="dxa"/>
              <w:right w:w="110" w:type="dxa"/>
            </w:tcMar>
            <w:vAlign w:val="center"/>
          </w:tcPr>
          <w:p w14:paraId="3C049EE9" w14:textId="77777777" w:rsidR="006A55BC" w:rsidRDefault="00000000">
            <w:pPr>
              <w:spacing w:after="20" w:line="240" w:lineRule="auto"/>
            </w:pPr>
            <w:r>
              <w:rPr>
                <w:sz w:val="18"/>
              </w:rPr>
              <w:t>Decision-making authority</w:t>
            </w:r>
          </w:p>
        </w:tc>
        <w:tc>
          <w:tcPr>
            <w:tcW w:w="6768" w:type="dxa"/>
            <w:shd w:val="clear" w:color="auto" w:fill="F4F7FA"/>
            <w:tcMar>
              <w:top w:w="100" w:type="dxa"/>
              <w:left w:w="110" w:type="dxa"/>
              <w:bottom w:w="100" w:type="dxa"/>
              <w:right w:w="110" w:type="dxa"/>
            </w:tcMar>
            <w:vAlign w:val="center"/>
          </w:tcPr>
          <w:p w14:paraId="185111C3" w14:textId="77777777" w:rsidR="006A55BC" w:rsidRDefault="006A55BC">
            <w:pPr>
              <w:spacing w:after="20" w:line="240" w:lineRule="auto"/>
            </w:pPr>
          </w:p>
        </w:tc>
      </w:tr>
      <w:tr w:rsidR="006A55BC" w14:paraId="44DD2209" w14:textId="77777777">
        <w:trPr>
          <w:cantSplit/>
          <w:jc w:val="center"/>
        </w:trPr>
        <w:tc>
          <w:tcPr>
            <w:tcW w:w="3168" w:type="dxa"/>
            <w:tcMar>
              <w:top w:w="100" w:type="dxa"/>
              <w:left w:w="110" w:type="dxa"/>
              <w:bottom w:w="100" w:type="dxa"/>
              <w:right w:w="110" w:type="dxa"/>
            </w:tcMar>
            <w:vAlign w:val="center"/>
          </w:tcPr>
          <w:p w14:paraId="51ABF450" w14:textId="77777777" w:rsidR="006A55BC" w:rsidRDefault="00000000">
            <w:pPr>
              <w:spacing w:after="20" w:line="240" w:lineRule="auto"/>
            </w:pPr>
            <w:r>
              <w:rPr>
                <w:sz w:val="18"/>
              </w:rPr>
              <w:t>Resources approved</w:t>
            </w:r>
          </w:p>
        </w:tc>
        <w:tc>
          <w:tcPr>
            <w:tcW w:w="6768" w:type="dxa"/>
            <w:tcMar>
              <w:top w:w="100" w:type="dxa"/>
              <w:left w:w="110" w:type="dxa"/>
              <w:bottom w:w="100" w:type="dxa"/>
              <w:right w:w="110" w:type="dxa"/>
            </w:tcMar>
            <w:vAlign w:val="center"/>
          </w:tcPr>
          <w:p w14:paraId="4CC88D2F" w14:textId="77777777" w:rsidR="006A55BC" w:rsidRDefault="006A55BC">
            <w:pPr>
              <w:spacing w:after="20" w:line="240" w:lineRule="auto"/>
            </w:pPr>
          </w:p>
        </w:tc>
      </w:tr>
      <w:tr w:rsidR="006A55BC" w14:paraId="4320DC53" w14:textId="77777777">
        <w:trPr>
          <w:cantSplit/>
          <w:jc w:val="center"/>
        </w:trPr>
        <w:tc>
          <w:tcPr>
            <w:tcW w:w="3168" w:type="dxa"/>
            <w:shd w:val="clear" w:color="auto" w:fill="F4F7FA"/>
            <w:tcMar>
              <w:top w:w="100" w:type="dxa"/>
              <w:left w:w="110" w:type="dxa"/>
              <w:bottom w:w="100" w:type="dxa"/>
              <w:right w:w="110" w:type="dxa"/>
            </w:tcMar>
            <w:vAlign w:val="center"/>
          </w:tcPr>
          <w:p w14:paraId="726F8490" w14:textId="77777777" w:rsidR="006A55BC" w:rsidRDefault="00000000">
            <w:pPr>
              <w:spacing w:after="20" w:line="240" w:lineRule="auto"/>
            </w:pPr>
            <w:r>
              <w:rPr>
                <w:sz w:val="18"/>
              </w:rPr>
              <w:t>Restrictions or exclusions</w:t>
            </w:r>
          </w:p>
        </w:tc>
        <w:tc>
          <w:tcPr>
            <w:tcW w:w="6768" w:type="dxa"/>
            <w:shd w:val="clear" w:color="auto" w:fill="F4F7FA"/>
            <w:tcMar>
              <w:top w:w="100" w:type="dxa"/>
              <w:left w:w="110" w:type="dxa"/>
              <w:bottom w:w="100" w:type="dxa"/>
              <w:right w:w="110" w:type="dxa"/>
            </w:tcMar>
            <w:vAlign w:val="center"/>
          </w:tcPr>
          <w:p w14:paraId="3B3D8B96" w14:textId="77777777" w:rsidR="006A55BC" w:rsidRDefault="006A55BC">
            <w:pPr>
              <w:spacing w:after="20" w:line="240" w:lineRule="auto"/>
            </w:pPr>
          </w:p>
        </w:tc>
      </w:tr>
    </w:tbl>
    <w:p w14:paraId="5EB12608" w14:textId="77777777" w:rsidR="006A55BC" w:rsidRDefault="006A55BC">
      <w:pPr>
        <w:spacing w:after="20"/>
      </w:pPr>
    </w:p>
    <w:p w14:paraId="4D0CDE7E" w14:textId="77777777" w:rsidR="006A55BC" w:rsidRDefault="00000000">
      <w:pPr>
        <w:pStyle w:val="Heading2"/>
      </w:pPr>
      <w:r>
        <w:t>1.2 Roles and Responsibilities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088"/>
        <w:gridCol w:w="6552"/>
        <w:gridCol w:w="1296"/>
      </w:tblGrid>
      <w:tr w:rsidR="006A55BC" w14:paraId="1E9FE516" w14:textId="77777777">
        <w:trPr>
          <w:cantSplit/>
          <w:tblHeader/>
          <w:jc w:val="center"/>
        </w:trPr>
        <w:tc>
          <w:tcPr>
            <w:tcW w:w="2088" w:type="dxa"/>
            <w:shd w:val="clear" w:color="auto" w:fill="17365D"/>
            <w:tcMar>
              <w:top w:w="100" w:type="dxa"/>
              <w:left w:w="110" w:type="dxa"/>
              <w:bottom w:w="100" w:type="dxa"/>
              <w:right w:w="110" w:type="dxa"/>
            </w:tcMar>
            <w:vAlign w:val="center"/>
          </w:tcPr>
          <w:p w14:paraId="01C05C99" w14:textId="77777777" w:rsidR="006A55BC" w:rsidRDefault="00000000">
            <w:r>
              <w:rPr>
                <w:b/>
                <w:color w:val="FFFFFF"/>
                <w:sz w:val="16"/>
              </w:rPr>
              <w:t>Role</w:t>
            </w:r>
          </w:p>
        </w:tc>
        <w:tc>
          <w:tcPr>
            <w:tcW w:w="6552" w:type="dxa"/>
            <w:shd w:val="clear" w:color="auto" w:fill="17365D"/>
            <w:tcMar>
              <w:top w:w="100" w:type="dxa"/>
              <w:left w:w="110" w:type="dxa"/>
              <w:bottom w:w="100" w:type="dxa"/>
              <w:right w:w="110" w:type="dxa"/>
            </w:tcMar>
            <w:vAlign w:val="center"/>
          </w:tcPr>
          <w:p w14:paraId="4BACFE5F" w14:textId="77777777" w:rsidR="006A55BC" w:rsidRDefault="00000000">
            <w:r>
              <w:rPr>
                <w:b/>
                <w:color w:val="FFFFFF"/>
                <w:sz w:val="16"/>
              </w:rPr>
              <w:t>Minimum responsibility</w:t>
            </w:r>
          </w:p>
        </w:tc>
        <w:tc>
          <w:tcPr>
            <w:tcW w:w="1296" w:type="dxa"/>
            <w:shd w:val="clear" w:color="auto" w:fill="17365D"/>
            <w:tcMar>
              <w:top w:w="100" w:type="dxa"/>
              <w:left w:w="110" w:type="dxa"/>
              <w:bottom w:w="100" w:type="dxa"/>
              <w:right w:w="110" w:type="dxa"/>
            </w:tcMar>
            <w:vAlign w:val="center"/>
          </w:tcPr>
          <w:p w14:paraId="46A76379" w14:textId="77777777" w:rsidR="006A55BC" w:rsidRDefault="00000000">
            <w:r>
              <w:rPr>
                <w:b/>
                <w:color w:val="FFFFFF"/>
                <w:sz w:val="16"/>
              </w:rPr>
              <w:t>Named person</w:t>
            </w:r>
          </w:p>
        </w:tc>
      </w:tr>
      <w:tr w:rsidR="006A55BC" w14:paraId="1E256676" w14:textId="77777777">
        <w:trPr>
          <w:cantSplit/>
          <w:jc w:val="center"/>
        </w:trPr>
        <w:tc>
          <w:tcPr>
            <w:tcW w:w="2088" w:type="dxa"/>
            <w:tcMar>
              <w:top w:w="100" w:type="dxa"/>
              <w:left w:w="110" w:type="dxa"/>
              <w:bottom w:w="100" w:type="dxa"/>
              <w:right w:w="110" w:type="dxa"/>
            </w:tcMar>
            <w:vAlign w:val="center"/>
          </w:tcPr>
          <w:p w14:paraId="77244572" w14:textId="77777777" w:rsidR="006A55BC" w:rsidRDefault="00000000">
            <w:pPr>
              <w:spacing w:after="20" w:line="240" w:lineRule="auto"/>
            </w:pPr>
            <w:r>
              <w:rPr>
                <w:sz w:val="16"/>
              </w:rPr>
              <w:t>Board or governing body</w:t>
            </w:r>
          </w:p>
        </w:tc>
        <w:tc>
          <w:tcPr>
            <w:tcW w:w="6552" w:type="dxa"/>
            <w:tcMar>
              <w:top w:w="100" w:type="dxa"/>
              <w:left w:w="110" w:type="dxa"/>
              <w:bottom w:w="100" w:type="dxa"/>
              <w:right w:w="110" w:type="dxa"/>
            </w:tcMar>
            <w:vAlign w:val="center"/>
          </w:tcPr>
          <w:p w14:paraId="4589190E" w14:textId="77777777" w:rsidR="006A55BC" w:rsidRDefault="00000000">
            <w:pPr>
              <w:spacing w:after="20" w:line="240" w:lineRule="auto"/>
            </w:pPr>
            <w:r>
              <w:rPr>
                <w:sz w:val="16"/>
              </w:rPr>
              <w:t>Approve risk appetite, oversee material exposure and challenge management response.</w:t>
            </w:r>
          </w:p>
        </w:tc>
        <w:tc>
          <w:tcPr>
            <w:tcW w:w="1296" w:type="dxa"/>
            <w:tcMar>
              <w:top w:w="100" w:type="dxa"/>
              <w:left w:w="110" w:type="dxa"/>
              <w:bottom w:w="100" w:type="dxa"/>
              <w:right w:w="110" w:type="dxa"/>
            </w:tcMar>
            <w:vAlign w:val="center"/>
          </w:tcPr>
          <w:p w14:paraId="379304A1" w14:textId="77777777" w:rsidR="006A55BC" w:rsidRDefault="006A55BC">
            <w:pPr>
              <w:spacing w:after="20" w:line="240" w:lineRule="auto"/>
            </w:pPr>
          </w:p>
        </w:tc>
      </w:tr>
      <w:tr w:rsidR="006A55BC" w14:paraId="68CED787" w14:textId="77777777">
        <w:trPr>
          <w:cantSplit/>
          <w:jc w:val="center"/>
        </w:trPr>
        <w:tc>
          <w:tcPr>
            <w:tcW w:w="2088" w:type="dxa"/>
            <w:shd w:val="clear" w:color="auto" w:fill="F4F7FA"/>
            <w:tcMar>
              <w:top w:w="100" w:type="dxa"/>
              <w:left w:w="110" w:type="dxa"/>
              <w:bottom w:w="100" w:type="dxa"/>
              <w:right w:w="110" w:type="dxa"/>
            </w:tcMar>
            <w:vAlign w:val="center"/>
          </w:tcPr>
          <w:p w14:paraId="1BD88BC5" w14:textId="77777777" w:rsidR="006A55BC" w:rsidRDefault="00000000">
            <w:pPr>
              <w:spacing w:after="20" w:line="240" w:lineRule="auto"/>
            </w:pPr>
            <w:r>
              <w:rPr>
                <w:sz w:val="16"/>
              </w:rPr>
              <w:t>Executive sponsor</w:t>
            </w:r>
          </w:p>
        </w:tc>
        <w:tc>
          <w:tcPr>
            <w:tcW w:w="6552" w:type="dxa"/>
            <w:shd w:val="clear" w:color="auto" w:fill="F4F7FA"/>
            <w:tcMar>
              <w:top w:w="100" w:type="dxa"/>
              <w:left w:w="110" w:type="dxa"/>
              <w:bottom w:w="100" w:type="dxa"/>
              <w:right w:w="110" w:type="dxa"/>
            </w:tcMar>
            <w:vAlign w:val="center"/>
          </w:tcPr>
          <w:p w14:paraId="5D76C24E" w14:textId="77777777" w:rsidR="006A55BC" w:rsidRDefault="00000000">
            <w:pPr>
              <w:spacing w:after="20" w:line="240" w:lineRule="auto"/>
            </w:pPr>
            <w:r>
              <w:rPr>
                <w:sz w:val="16"/>
              </w:rPr>
              <w:t>Authorise access, remove barriers and ensure timely treatment.</w:t>
            </w:r>
          </w:p>
        </w:tc>
        <w:tc>
          <w:tcPr>
            <w:tcW w:w="1296" w:type="dxa"/>
            <w:shd w:val="clear" w:color="auto" w:fill="F4F7FA"/>
            <w:tcMar>
              <w:top w:w="100" w:type="dxa"/>
              <w:left w:w="110" w:type="dxa"/>
              <w:bottom w:w="100" w:type="dxa"/>
              <w:right w:w="110" w:type="dxa"/>
            </w:tcMar>
            <w:vAlign w:val="center"/>
          </w:tcPr>
          <w:p w14:paraId="30091DF4" w14:textId="77777777" w:rsidR="006A55BC" w:rsidRDefault="006A55BC">
            <w:pPr>
              <w:spacing w:after="20" w:line="240" w:lineRule="auto"/>
            </w:pPr>
          </w:p>
        </w:tc>
      </w:tr>
      <w:tr w:rsidR="006A55BC" w14:paraId="01C5C67C" w14:textId="77777777">
        <w:trPr>
          <w:cantSplit/>
          <w:jc w:val="center"/>
        </w:trPr>
        <w:tc>
          <w:tcPr>
            <w:tcW w:w="2088" w:type="dxa"/>
            <w:tcMar>
              <w:top w:w="100" w:type="dxa"/>
              <w:left w:w="110" w:type="dxa"/>
              <w:bottom w:w="100" w:type="dxa"/>
              <w:right w:w="110" w:type="dxa"/>
            </w:tcMar>
            <w:vAlign w:val="center"/>
          </w:tcPr>
          <w:p w14:paraId="622F5798" w14:textId="77777777" w:rsidR="006A55BC" w:rsidRDefault="00000000">
            <w:pPr>
              <w:spacing w:after="20" w:line="240" w:lineRule="auto"/>
            </w:pPr>
            <w:r>
              <w:rPr>
                <w:sz w:val="16"/>
              </w:rPr>
              <w:t>Assessment lead</w:t>
            </w:r>
          </w:p>
        </w:tc>
        <w:tc>
          <w:tcPr>
            <w:tcW w:w="6552" w:type="dxa"/>
            <w:tcMar>
              <w:top w:w="100" w:type="dxa"/>
              <w:left w:w="110" w:type="dxa"/>
              <w:bottom w:w="100" w:type="dxa"/>
              <w:right w:w="110" w:type="dxa"/>
            </w:tcMar>
            <w:vAlign w:val="center"/>
          </w:tcPr>
          <w:p w14:paraId="4D403E3B" w14:textId="77777777" w:rsidR="006A55BC" w:rsidRDefault="00000000">
            <w:pPr>
              <w:spacing w:after="20" w:line="240" w:lineRule="auto"/>
            </w:pPr>
            <w:r>
              <w:rPr>
                <w:sz w:val="16"/>
              </w:rPr>
              <w:t>Plan the work, maintain consistency, document evidence and report results.</w:t>
            </w:r>
          </w:p>
        </w:tc>
        <w:tc>
          <w:tcPr>
            <w:tcW w:w="1296" w:type="dxa"/>
            <w:tcMar>
              <w:top w:w="100" w:type="dxa"/>
              <w:left w:w="110" w:type="dxa"/>
              <w:bottom w:w="100" w:type="dxa"/>
              <w:right w:w="110" w:type="dxa"/>
            </w:tcMar>
            <w:vAlign w:val="center"/>
          </w:tcPr>
          <w:p w14:paraId="34A0395F" w14:textId="77777777" w:rsidR="006A55BC" w:rsidRDefault="006A55BC">
            <w:pPr>
              <w:spacing w:after="20" w:line="240" w:lineRule="auto"/>
            </w:pPr>
          </w:p>
        </w:tc>
      </w:tr>
      <w:tr w:rsidR="006A55BC" w14:paraId="047C527E" w14:textId="77777777">
        <w:trPr>
          <w:cantSplit/>
          <w:jc w:val="center"/>
        </w:trPr>
        <w:tc>
          <w:tcPr>
            <w:tcW w:w="2088" w:type="dxa"/>
            <w:shd w:val="clear" w:color="auto" w:fill="F4F7FA"/>
            <w:tcMar>
              <w:top w:w="100" w:type="dxa"/>
              <w:left w:w="110" w:type="dxa"/>
              <w:bottom w:w="100" w:type="dxa"/>
              <w:right w:w="110" w:type="dxa"/>
            </w:tcMar>
            <w:vAlign w:val="center"/>
          </w:tcPr>
          <w:p w14:paraId="1B5C35C7" w14:textId="77777777" w:rsidR="006A55BC" w:rsidRDefault="00000000">
            <w:pPr>
              <w:spacing w:after="20" w:line="240" w:lineRule="auto"/>
            </w:pPr>
            <w:r>
              <w:rPr>
                <w:sz w:val="16"/>
              </w:rPr>
              <w:t>Business owner</w:t>
            </w:r>
          </w:p>
        </w:tc>
        <w:tc>
          <w:tcPr>
            <w:tcW w:w="6552" w:type="dxa"/>
            <w:shd w:val="clear" w:color="auto" w:fill="F4F7FA"/>
            <w:tcMar>
              <w:top w:w="100" w:type="dxa"/>
              <w:left w:w="110" w:type="dxa"/>
              <w:bottom w:w="100" w:type="dxa"/>
              <w:right w:w="110" w:type="dxa"/>
            </w:tcMar>
            <w:vAlign w:val="center"/>
          </w:tcPr>
          <w:p w14:paraId="3B87C5A6" w14:textId="77777777" w:rsidR="006A55BC" w:rsidRDefault="00000000">
            <w:pPr>
              <w:spacing w:after="20" w:line="240" w:lineRule="auto"/>
            </w:pPr>
            <w:r>
              <w:rPr>
                <w:sz w:val="16"/>
              </w:rPr>
              <w:t>Explain processes, validate scenarios, confirm controls and own actions.</w:t>
            </w:r>
          </w:p>
        </w:tc>
        <w:tc>
          <w:tcPr>
            <w:tcW w:w="1296" w:type="dxa"/>
            <w:shd w:val="clear" w:color="auto" w:fill="F4F7FA"/>
            <w:tcMar>
              <w:top w:w="100" w:type="dxa"/>
              <w:left w:w="110" w:type="dxa"/>
              <w:bottom w:w="100" w:type="dxa"/>
              <w:right w:w="110" w:type="dxa"/>
            </w:tcMar>
            <w:vAlign w:val="center"/>
          </w:tcPr>
          <w:p w14:paraId="62B63E2E" w14:textId="77777777" w:rsidR="006A55BC" w:rsidRDefault="006A55BC">
            <w:pPr>
              <w:spacing w:after="20" w:line="240" w:lineRule="auto"/>
            </w:pPr>
          </w:p>
        </w:tc>
      </w:tr>
      <w:tr w:rsidR="006A55BC" w14:paraId="2A597B72" w14:textId="77777777">
        <w:trPr>
          <w:cantSplit/>
          <w:jc w:val="center"/>
        </w:trPr>
        <w:tc>
          <w:tcPr>
            <w:tcW w:w="2088" w:type="dxa"/>
            <w:tcMar>
              <w:top w:w="100" w:type="dxa"/>
              <w:left w:w="110" w:type="dxa"/>
              <w:bottom w:w="100" w:type="dxa"/>
              <w:right w:w="110" w:type="dxa"/>
            </w:tcMar>
            <w:vAlign w:val="center"/>
          </w:tcPr>
          <w:p w14:paraId="30754ED7" w14:textId="77777777" w:rsidR="006A55BC" w:rsidRDefault="00000000">
            <w:pPr>
              <w:spacing w:after="20" w:line="240" w:lineRule="auto"/>
            </w:pPr>
            <w:r>
              <w:rPr>
                <w:sz w:val="16"/>
              </w:rPr>
              <w:t>Compliance or ethics</w:t>
            </w:r>
          </w:p>
        </w:tc>
        <w:tc>
          <w:tcPr>
            <w:tcW w:w="6552" w:type="dxa"/>
            <w:tcMar>
              <w:top w:w="100" w:type="dxa"/>
              <w:left w:w="110" w:type="dxa"/>
              <w:bottom w:w="100" w:type="dxa"/>
              <w:right w:w="110" w:type="dxa"/>
            </w:tcMar>
            <w:vAlign w:val="center"/>
          </w:tcPr>
          <w:p w14:paraId="1F5E683F" w14:textId="77777777" w:rsidR="006A55BC" w:rsidRDefault="00000000">
            <w:pPr>
              <w:spacing w:after="20" w:line="240" w:lineRule="auto"/>
            </w:pPr>
            <w:r>
              <w:rPr>
                <w:sz w:val="16"/>
              </w:rPr>
              <w:t>Provide subject-matter guidance, review indicators and coordinate reporting.</w:t>
            </w:r>
          </w:p>
        </w:tc>
        <w:tc>
          <w:tcPr>
            <w:tcW w:w="1296" w:type="dxa"/>
            <w:tcMar>
              <w:top w:w="100" w:type="dxa"/>
              <w:left w:w="110" w:type="dxa"/>
              <w:bottom w:w="100" w:type="dxa"/>
              <w:right w:w="110" w:type="dxa"/>
            </w:tcMar>
            <w:vAlign w:val="center"/>
          </w:tcPr>
          <w:p w14:paraId="03D20013" w14:textId="77777777" w:rsidR="006A55BC" w:rsidRDefault="006A55BC">
            <w:pPr>
              <w:spacing w:after="20" w:line="240" w:lineRule="auto"/>
            </w:pPr>
          </w:p>
        </w:tc>
      </w:tr>
      <w:tr w:rsidR="006A55BC" w14:paraId="358CCFA6" w14:textId="77777777">
        <w:trPr>
          <w:cantSplit/>
          <w:jc w:val="center"/>
        </w:trPr>
        <w:tc>
          <w:tcPr>
            <w:tcW w:w="2088" w:type="dxa"/>
            <w:shd w:val="clear" w:color="auto" w:fill="F4F7FA"/>
            <w:tcMar>
              <w:top w:w="100" w:type="dxa"/>
              <w:left w:w="110" w:type="dxa"/>
              <w:bottom w:w="100" w:type="dxa"/>
              <w:right w:w="110" w:type="dxa"/>
            </w:tcMar>
            <w:vAlign w:val="center"/>
          </w:tcPr>
          <w:p w14:paraId="45E19423" w14:textId="77777777" w:rsidR="006A55BC" w:rsidRDefault="00000000">
            <w:pPr>
              <w:spacing w:after="20" w:line="240" w:lineRule="auto"/>
            </w:pPr>
            <w:r>
              <w:rPr>
                <w:sz w:val="16"/>
              </w:rPr>
              <w:t>Internal audit or independent reviewer</w:t>
            </w:r>
          </w:p>
        </w:tc>
        <w:tc>
          <w:tcPr>
            <w:tcW w:w="6552" w:type="dxa"/>
            <w:shd w:val="clear" w:color="auto" w:fill="F4F7FA"/>
            <w:tcMar>
              <w:top w:w="100" w:type="dxa"/>
              <w:left w:w="110" w:type="dxa"/>
              <w:bottom w:w="100" w:type="dxa"/>
              <w:right w:w="110" w:type="dxa"/>
            </w:tcMar>
            <w:vAlign w:val="center"/>
          </w:tcPr>
          <w:p w14:paraId="79FCE6BE" w14:textId="77777777" w:rsidR="006A55BC" w:rsidRDefault="00000000">
            <w:pPr>
              <w:spacing w:after="20" w:line="240" w:lineRule="auto"/>
            </w:pPr>
            <w:r>
              <w:rPr>
                <w:sz w:val="16"/>
              </w:rPr>
              <w:t>Challenge methodology, evidence and conclusions without assuming management ownership.</w:t>
            </w:r>
          </w:p>
        </w:tc>
        <w:tc>
          <w:tcPr>
            <w:tcW w:w="1296" w:type="dxa"/>
            <w:shd w:val="clear" w:color="auto" w:fill="F4F7FA"/>
            <w:tcMar>
              <w:top w:w="100" w:type="dxa"/>
              <w:left w:w="110" w:type="dxa"/>
              <w:bottom w:w="100" w:type="dxa"/>
              <w:right w:w="110" w:type="dxa"/>
            </w:tcMar>
            <w:vAlign w:val="center"/>
          </w:tcPr>
          <w:p w14:paraId="762CF3AB" w14:textId="77777777" w:rsidR="006A55BC" w:rsidRDefault="006A55BC">
            <w:pPr>
              <w:spacing w:after="20" w:line="240" w:lineRule="auto"/>
            </w:pPr>
          </w:p>
        </w:tc>
      </w:tr>
      <w:tr w:rsidR="006A55BC" w14:paraId="3A17C5E0" w14:textId="77777777">
        <w:trPr>
          <w:cantSplit/>
          <w:jc w:val="center"/>
        </w:trPr>
        <w:tc>
          <w:tcPr>
            <w:tcW w:w="2088" w:type="dxa"/>
            <w:tcMar>
              <w:top w:w="100" w:type="dxa"/>
              <w:left w:w="110" w:type="dxa"/>
              <w:bottom w:w="100" w:type="dxa"/>
              <w:right w:w="110" w:type="dxa"/>
            </w:tcMar>
            <w:vAlign w:val="center"/>
          </w:tcPr>
          <w:p w14:paraId="7606D5C3" w14:textId="77777777" w:rsidR="006A55BC" w:rsidRDefault="00000000">
            <w:pPr>
              <w:spacing w:after="20" w:line="240" w:lineRule="auto"/>
            </w:pPr>
            <w:r>
              <w:rPr>
                <w:sz w:val="16"/>
              </w:rPr>
              <w:t>Legal counsel</w:t>
            </w:r>
          </w:p>
        </w:tc>
        <w:tc>
          <w:tcPr>
            <w:tcW w:w="6552" w:type="dxa"/>
            <w:tcMar>
              <w:top w:w="100" w:type="dxa"/>
              <w:left w:w="110" w:type="dxa"/>
              <w:bottom w:w="100" w:type="dxa"/>
              <w:right w:w="110" w:type="dxa"/>
            </w:tcMar>
            <w:vAlign w:val="center"/>
          </w:tcPr>
          <w:p w14:paraId="7F439E76" w14:textId="77777777" w:rsidR="006A55BC" w:rsidRDefault="00000000">
            <w:pPr>
              <w:spacing w:after="20" w:line="240" w:lineRule="auto"/>
            </w:pPr>
            <w:r>
              <w:rPr>
                <w:sz w:val="16"/>
              </w:rPr>
              <w:t>Advise on privilege, reporting duties, employment law, data protection and investigations.</w:t>
            </w:r>
          </w:p>
        </w:tc>
        <w:tc>
          <w:tcPr>
            <w:tcW w:w="1296" w:type="dxa"/>
            <w:tcMar>
              <w:top w:w="100" w:type="dxa"/>
              <w:left w:w="110" w:type="dxa"/>
              <w:bottom w:w="100" w:type="dxa"/>
              <w:right w:w="110" w:type="dxa"/>
            </w:tcMar>
            <w:vAlign w:val="center"/>
          </w:tcPr>
          <w:p w14:paraId="60230230" w14:textId="77777777" w:rsidR="006A55BC" w:rsidRDefault="006A55BC">
            <w:pPr>
              <w:spacing w:after="20" w:line="240" w:lineRule="auto"/>
            </w:pPr>
          </w:p>
        </w:tc>
      </w:tr>
      <w:tr w:rsidR="006A55BC" w14:paraId="4782A99D" w14:textId="77777777">
        <w:trPr>
          <w:cantSplit/>
          <w:jc w:val="center"/>
        </w:trPr>
        <w:tc>
          <w:tcPr>
            <w:tcW w:w="2088" w:type="dxa"/>
            <w:shd w:val="clear" w:color="auto" w:fill="F4F7FA"/>
            <w:tcMar>
              <w:top w:w="100" w:type="dxa"/>
              <w:left w:w="110" w:type="dxa"/>
              <w:bottom w:w="100" w:type="dxa"/>
              <w:right w:w="110" w:type="dxa"/>
            </w:tcMar>
            <w:vAlign w:val="center"/>
          </w:tcPr>
          <w:p w14:paraId="3D0F056E" w14:textId="77777777" w:rsidR="006A55BC" w:rsidRDefault="00000000">
            <w:pPr>
              <w:spacing w:after="20" w:line="240" w:lineRule="auto"/>
            </w:pPr>
            <w:r>
              <w:rPr>
                <w:sz w:val="16"/>
              </w:rPr>
              <w:t>Data analyst</w:t>
            </w:r>
          </w:p>
        </w:tc>
        <w:tc>
          <w:tcPr>
            <w:tcW w:w="6552" w:type="dxa"/>
            <w:shd w:val="clear" w:color="auto" w:fill="F4F7FA"/>
            <w:tcMar>
              <w:top w:w="100" w:type="dxa"/>
              <w:left w:w="110" w:type="dxa"/>
              <w:bottom w:w="100" w:type="dxa"/>
              <w:right w:w="110" w:type="dxa"/>
            </w:tcMar>
            <w:vAlign w:val="center"/>
          </w:tcPr>
          <w:p w14:paraId="04502BC0" w14:textId="77777777" w:rsidR="006A55BC" w:rsidRDefault="00000000">
            <w:pPr>
              <w:spacing w:after="20" w:line="240" w:lineRule="auto"/>
            </w:pPr>
            <w:r>
              <w:rPr>
                <w:sz w:val="16"/>
              </w:rPr>
              <w:t>Test transactions, exceptions, trends and relationships.</w:t>
            </w:r>
          </w:p>
        </w:tc>
        <w:tc>
          <w:tcPr>
            <w:tcW w:w="1296" w:type="dxa"/>
            <w:shd w:val="clear" w:color="auto" w:fill="F4F7FA"/>
            <w:tcMar>
              <w:top w:w="100" w:type="dxa"/>
              <w:left w:w="110" w:type="dxa"/>
              <w:bottom w:w="100" w:type="dxa"/>
              <w:right w:w="110" w:type="dxa"/>
            </w:tcMar>
            <w:vAlign w:val="center"/>
          </w:tcPr>
          <w:p w14:paraId="12AB0F9D" w14:textId="77777777" w:rsidR="006A55BC" w:rsidRDefault="006A55BC">
            <w:pPr>
              <w:spacing w:after="20" w:line="240" w:lineRule="auto"/>
            </w:pPr>
          </w:p>
        </w:tc>
      </w:tr>
    </w:tbl>
    <w:p w14:paraId="7AB1D2FC" w14:textId="77777777" w:rsidR="006A55BC" w:rsidRDefault="006A55BC">
      <w:pPr>
        <w:spacing w:after="20"/>
      </w:pPr>
    </w:p>
    <w:p w14:paraId="7973CF68" w14:textId="77777777" w:rsidR="00E935B2" w:rsidRDefault="00E935B2">
      <w:pPr>
        <w:spacing w:after="20"/>
      </w:pPr>
    </w:p>
    <w:p w14:paraId="7DC410B0" w14:textId="77777777" w:rsidR="00E935B2" w:rsidRDefault="00E935B2">
      <w:pPr>
        <w:spacing w:after="20"/>
      </w:pPr>
    </w:p>
    <w:p w14:paraId="410453F2" w14:textId="77777777" w:rsidR="00E935B2" w:rsidRDefault="00E935B2">
      <w:pPr>
        <w:spacing w:after="20"/>
      </w:pPr>
    </w:p>
    <w:p w14:paraId="6E0773CC" w14:textId="77777777" w:rsidR="00E935B2" w:rsidRDefault="00E935B2">
      <w:pPr>
        <w:spacing w:after="20"/>
      </w:pPr>
    </w:p>
    <w:p w14:paraId="12F7FD6B" w14:textId="77777777" w:rsidR="006A55BC" w:rsidRDefault="00000000">
      <w:pPr>
        <w:pStyle w:val="Heading2"/>
      </w:pPr>
      <w:r>
        <w:lastRenderedPageBreak/>
        <w:t>1.3 Independence and Conflict Declaration</w:t>
      </w:r>
    </w:p>
    <w:p w14:paraId="4EC1ACB0" w14:textId="77777777" w:rsidR="006A55BC" w:rsidRDefault="00000000">
      <w:r>
        <w:t>☐ Each assessor has disclosed actual, potential or perceived conflicts of interest.</w:t>
      </w:r>
    </w:p>
    <w:p w14:paraId="770ACC54" w14:textId="77777777" w:rsidR="006A55BC" w:rsidRDefault="00000000">
      <w:r>
        <w:t>☐ No assessor is evaluating a process for which they have sole operational responsibility without independent challenge.</w:t>
      </w:r>
    </w:p>
    <w:p w14:paraId="744D9E09" w14:textId="77777777" w:rsidR="006A55BC" w:rsidRDefault="00000000">
      <w:r>
        <w:t>☐ Sensitive allegations and personal data will be restricted to authorised personnel.</w:t>
      </w:r>
    </w:p>
    <w:p w14:paraId="60B4B248" w14:textId="77777777" w:rsidR="006A55BC" w:rsidRDefault="00000000">
      <w:r>
        <w:t>Declared conflicts and safeguards: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872"/>
        <w:gridCol w:w="3456"/>
        <w:gridCol w:w="3312"/>
        <w:gridCol w:w="1296"/>
      </w:tblGrid>
      <w:tr w:rsidR="006A55BC" w14:paraId="3EDEEBDC" w14:textId="77777777">
        <w:trPr>
          <w:cantSplit/>
          <w:tblHeader/>
          <w:jc w:val="center"/>
        </w:trPr>
        <w:tc>
          <w:tcPr>
            <w:tcW w:w="1872" w:type="dxa"/>
            <w:shd w:val="clear" w:color="auto" w:fill="17365D"/>
            <w:tcMar>
              <w:top w:w="100" w:type="dxa"/>
              <w:left w:w="110" w:type="dxa"/>
              <w:bottom w:w="100" w:type="dxa"/>
              <w:right w:w="110" w:type="dxa"/>
            </w:tcMar>
            <w:vAlign w:val="center"/>
          </w:tcPr>
          <w:p w14:paraId="0F286D78" w14:textId="77777777" w:rsidR="006A55BC" w:rsidRDefault="00000000">
            <w:r>
              <w:rPr>
                <w:b/>
                <w:color w:val="FFFFFF"/>
                <w:sz w:val="16"/>
              </w:rPr>
              <w:t>Person</w:t>
            </w:r>
          </w:p>
        </w:tc>
        <w:tc>
          <w:tcPr>
            <w:tcW w:w="3456" w:type="dxa"/>
            <w:shd w:val="clear" w:color="auto" w:fill="17365D"/>
            <w:tcMar>
              <w:top w:w="100" w:type="dxa"/>
              <w:left w:w="110" w:type="dxa"/>
              <w:bottom w:w="100" w:type="dxa"/>
              <w:right w:w="110" w:type="dxa"/>
            </w:tcMar>
            <w:vAlign w:val="center"/>
          </w:tcPr>
          <w:p w14:paraId="1CFC4AFF" w14:textId="77777777" w:rsidR="006A55BC" w:rsidRDefault="00000000">
            <w:r>
              <w:rPr>
                <w:b/>
                <w:color w:val="FFFFFF"/>
                <w:sz w:val="16"/>
              </w:rPr>
              <w:t>Conflict</w:t>
            </w:r>
          </w:p>
        </w:tc>
        <w:tc>
          <w:tcPr>
            <w:tcW w:w="3312" w:type="dxa"/>
            <w:shd w:val="clear" w:color="auto" w:fill="17365D"/>
            <w:tcMar>
              <w:top w:w="100" w:type="dxa"/>
              <w:left w:w="110" w:type="dxa"/>
              <w:bottom w:w="100" w:type="dxa"/>
              <w:right w:w="110" w:type="dxa"/>
            </w:tcMar>
            <w:vAlign w:val="center"/>
          </w:tcPr>
          <w:p w14:paraId="15D5C72C" w14:textId="77777777" w:rsidR="006A55BC" w:rsidRDefault="00000000">
            <w:r>
              <w:rPr>
                <w:b/>
                <w:color w:val="FFFFFF"/>
                <w:sz w:val="16"/>
              </w:rPr>
              <w:t>Safeguard</w:t>
            </w:r>
          </w:p>
        </w:tc>
        <w:tc>
          <w:tcPr>
            <w:tcW w:w="1296" w:type="dxa"/>
            <w:shd w:val="clear" w:color="auto" w:fill="17365D"/>
            <w:tcMar>
              <w:top w:w="100" w:type="dxa"/>
              <w:left w:w="110" w:type="dxa"/>
              <w:bottom w:w="100" w:type="dxa"/>
              <w:right w:w="110" w:type="dxa"/>
            </w:tcMar>
            <w:vAlign w:val="center"/>
          </w:tcPr>
          <w:p w14:paraId="45468EBE" w14:textId="77777777" w:rsidR="006A55BC" w:rsidRDefault="00000000">
            <w:r>
              <w:rPr>
                <w:b/>
                <w:color w:val="FFFFFF"/>
                <w:sz w:val="16"/>
              </w:rPr>
              <w:t>Approved by</w:t>
            </w:r>
          </w:p>
        </w:tc>
      </w:tr>
      <w:tr w:rsidR="006A55BC" w14:paraId="77EC49DB" w14:textId="77777777">
        <w:trPr>
          <w:cantSplit/>
          <w:jc w:val="center"/>
        </w:trPr>
        <w:tc>
          <w:tcPr>
            <w:tcW w:w="1872" w:type="dxa"/>
            <w:tcMar>
              <w:top w:w="100" w:type="dxa"/>
              <w:left w:w="110" w:type="dxa"/>
              <w:bottom w:w="100" w:type="dxa"/>
              <w:right w:w="110" w:type="dxa"/>
            </w:tcMar>
            <w:vAlign w:val="center"/>
          </w:tcPr>
          <w:p w14:paraId="090B32CA"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0DA81706" w14:textId="77777777" w:rsidR="006A55BC" w:rsidRDefault="006A55BC">
            <w:pPr>
              <w:spacing w:after="20" w:line="240" w:lineRule="auto"/>
            </w:pPr>
          </w:p>
        </w:tc>
        <w:tc>
          <w:tcPr>
            <w:tcW w:w="3312" w:type="dxa"/>
            <w:tcMar>
              <w:top w:w="100" w:type="dxa"/>
              <w:left w:w="110" w:type="dxa"/>
              <w:bottom w:w="100" w:type="dxa"/>
              <w:right w:w="110" w:type="dxa"/>
            </w:tcMar>
            <w:vAlign w:val="center"/>
          </w:tcPr>
          <w:p w14:paraId="0487F808"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6F42FCE2" w14:textId="77777777" w:rsidR="006A55BC" w:rsidRDefault="006A55BC">
            <w:pPr>
              <w:spacing w:after="20" w:line="240" w:lineRule="auto"/>
            </w:pPr>
          </w:p>
        </w:tc>
      </w:tr>
      <w:tr w:rsidR="006A55BC" w14:paraId="2BE67BBE" w14:textId="77777777">
        <w:trPr>
          <w:cantSplit/>
          <w:jc w:val="center"/>
        </w:trPr>
        <w:tc>
          <w:tcPr>
            <w:tcW w:w="1872" w:type="dxa"/>
            <w:shd w:val="clear" w:color="auto" w:fill="F4F7FA"/>
            <w:tcMar>
              <w:top w:w="100" w:type="dxa"/>
              <w:left w:w="110" w:type="dxa"/>
              <w:bottom w:w="100" w:type="dxa"/>
              <w:right w:w="110" w:type="dxa"/>
            </w:tcMar>
            <w:vAlign w:val="center"/>
          </w:tcPr>
          <w:p w14:paraId="3EDA5C28" w14:textId="77777777" w:rsidR="006A55BC" w:rsidRDefault="006A55BC">
            <w:pPr>
              <w:spacing w:after="20" w:line="240" w:lineRule="auto"/>
            </w:pPr>
          </w:p>
        </w:tc>
        <w:tc>
          <w:tcPr>
            <w:tcW w:w="3456" w:type="dxa"/>
            <w:shd w:val="clear" w:color="auto" w:fill="F4F7FA"/>
            <w:tcMar>
              <w:top w:w="100" w:type="dxa"/>
              <w:left w:w="110" w:type="dxa"/>
              <w:bottom w:w="100" w:type="dxa"/>
              <w:right w:w="110" w:type="dxa"/>
            </w:tcMar>
            <w:vAlign w:val="center"/>
          </w:tcPr>
          <w:p w14:paraId="5A0E3F46" w14:textId="77777777" w:rsidR="006A55BC" w:rsidRDefault="006A55BC">
            <w:pPr>
              <w:spacing w:after="20" w:line="240" w:lineRule="auto"/>
            </w:pPr>
          </w:p>
        </w:tc>
        <w:tc>
          <w:tcPr>
            <w:tcW w:w="3312" w:type="dxa"/>
            <w:shd w:val="clear" w:color="auto" w:fill="F4F7FA"/>
            <w:tcMar>
              <w:top w:w="100" w:type="dxa"/>
              <w:left w:w="110" w:type="dxa"/>
              <w:bottom w:w="100" w:type="dxa"/>
              <w:right w:w="110" w:type="dxa"/>
            </w:tcMar>
            <w:vAlign w:val="center"/>
          </w:tcPr>
          <w:p w14:paraId="6F9E4AFA"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26AF3DE7" w14:textId="77777777" w:rsidR="006A55BC" w:rsidRDefault="006A55BC">
            <w:pPr>
              <w:spacing w:after="20" w:line="240" w:lineRule="auto"/>
            </w:pPr>
          </w:p>
        </w:tc>
      </w:tr>
      <w:tr w:rsidR="006A55BC" w14:paraId="30743054" w14:textId="77777777">
        <w:trPr>
          <w:cantSplit/>
          <w:jc w:val="center"/>
        </w:trPr>
        <w:tc>
          <w:tcPr>
            <w:tcW w:w="1872" w:type="dxa"/>
            <w:tcMar>
              <w:top w:w="100" w:type="dxa"/>
              <w:left w:w="110" w:type="dxa"/>
              <w:bottom w:w="100" w:type="dxa"/>
              <w:right w:w="110" w:type="dxa"/>
            </w:tcMar>
            <w:vAlign w:val="center"/>
          </w:tcPr>
          <w:p w14:paraId="44260409"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0175A936" w14:textId="77777777" w:rsidR="006A55BC" w:rsidRDefault="006A55BC">
            <w:pPr>
              <w:spacing w:after="20" w:line="240" w:lineRule="auto"/>
            </w:pPr>
          </w:p>
        </w:tc>
        <w:tc>
          <w:tcPr>
            <w:tcW w:w="3312" w:type="dxa"/>
            <w:tcMar>
              <w:top w:w="100" w:type="dxa"/>
              <w:left w:w="110" w:type="dxa"/>
              <w:bottom w:w="100" w:type="dxa"/>
              <w:right w:w="110" w:type="dxa"/>
            </w:tcMar>
            <w:vAlign w:val="center"/>
          </w:tcPr>
          <w:p w14:paraId="19E92B3A"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212C02CD" w14:textId="77777777" w:rsidR="006A55BC" w:rsidRDefault="006A55BC">
            <w:pPr>
              <w:spacing w:after="20" w:line="240" w:lineRule="auto"/>
            </w:pPr>
          </w:p>
        </w:tc>
      </w:tr>
      <w:tr w:rsidR="006A55BC" w14:paraId="6561F274" w14:textId="77777777">
        <w:trPr>
          <w:cantSplit/>
          <w:jc w:val="center"/>
        </w:trPr>
        <w:tc>
          <w:tcPr>
            <w:tcW w:w="1872" w:type="dxa"/>
            <w:shd w:val="clear" w:color="auto" w:fill="F4F7FA"/>
            <w:tcMar>
              <w:top w:w="100" w:type="dxa"/>
              <w:left w:w="110" w:type="dxa"/>
              <w:bottom w:w="100" w:type="dxa"/>
              <w:right w:w="110" w:type="dxa"/>
            </w:tcMar>
            <w:vAlign w:val="center"/>
          </w:tcPr>
          <w:p w14:paraId="746ECB09" w14:textId="77777777" w:rsidR="006A55BC" w:rsidRDefault="006A55BC">
            <w:pPr>
              <w:spacing w:after="20" w:line="240" w:lineRule="auto"/>
            </w:pPr>
          </w:p>
        </w:tc>
        <w:tc>
          <w:tcPr>
            <w:tcW w:w="3456" w:type="dxa"/>
            <w:shd w:val="clear" w:color="auto" w:fill="F4F7FA"/>
            <w:tcMar>
              <w:top w:w="100" w:type="dxa"/>
              <w:left w:w="110" w:type="dxa"/>
              <w:bottom w:w="100" w:type="dxa"/>
              <w:right w:w="110" w:type="dxa"/>
            </w:tcMar>
            <w:vAlign w:val="center"/>
          </w:tcPr>
          <w:p w14:paraId="59700986" w14:textId="77777777" w:rsidR="006A55BC" w:rsidRDefault="006A55BC">
            <w:pPr>
              <w:spacing w:after="20" w:line="240" w:lineRule="auto"/>
            </w:pPr>
          </w:p>
        </w:tc>
        <w:tc>
          <w:tcPr>
            <w:tcW w:w="3312" w:type="dxa"/>
            <w:shd w:val="clear" w:color="auto" w:fill="F4F7FA"/>
            <w:tcMar>
              <w:top w:w="100" w:type="dxa"/>
              <w:left w:w="110" w:type="dxa"/>
              <w:bottom w:w="100" w:type="dxa"/>
              <w:right w:w="110" w:type="dxa"/>
            </w:tcMar>
            <w:vAlign w:val="center"/>
          </w:tcPr>
          <w:p w14:paraId="3A2A3578"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005203A1" w14:textId="77777777" w:rsidR="006A55BC" w:rsidRDefault="006A55BC">
            <w:pPr>
              <w:spacing w:after="20" w:line="240" w:lineRule="auto"/>
            </w:pPr>
          </w:p>
        </w:tc>
      </w:tr>
    </w:tbl>
    <w:p w14:paraId="799F4A78" w14:textId="77777777" w:rsidR="006A55BC" w:rsidRDefault="006A55BC">
      <w:pPr>
        <w:spacing w:after="20"/>
      </w:pPr>
    </w:p>
    <w:p w14:paraId="6EF8CF42" w14:textId="77777777" w:rsidR="006A55BC" w:rsidRDefault="00000000">
      <w:r>
        <w:br w:type="page"/>
      </w:r>
    </w:p>
    <w:p w14:paraId="5A3405F2" w14:textId="77777777" w:rsidR="006A55BC" w:rsidRDefault="00000000">
      <w:pPr>
        <w:pStyle w:val="Heading1"/>
      </w:pPr>
      <w:r>
        <w:lastRenderedPageBreak/>
        <w:t>Section 2 Scope and Organisational Context</w:t>
      </w:r>
    </w:p>
    <w:p w14:paraId="18D4EF35" w14:textId="77777777" w:rsidR="006A55BC" w:rsidRDefault="00000000">
      <w:pPr>
        <w:pStyle w:val="Heading2"/>
      </w:pPr>
      <w:r>
        <w:t>2.1 Scope Definition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6A55BC" w14:paraId="15B98E97" w14:textId="77777777">
        <w:trPr>
          <w:cantSplit/>
          <w:tblHeader/>
          <w:jc w:val="center"/>
        </w:trPr>
        <w:tc>
          <w:tcPr>
            <w:tcW w:w="3168" w:type="dxa"/>
            <w:shd w:val="clear" w:color="auto" w:fill="17365D"/>
            <w:tcMar>
              <w:top w:w="100" w:type="dxa"/>
              <w:left w:w="110" w:type="dxa"/>
              <w:bottom w:w="100" w:type="dxa"/>
              <w:right w:w="110" w:type="dxa"/>
            </w:tcMar>
            <w:vAlign w:val="center"/>
          </w:tcPr>
          <w:p w14:paraId="3BE97302" w14:textId="77777777" w:rsidR="006A55BC" w:rsidRDefault="00000000">
            <w:r>
              <w:rPr>
                <w:b/>
                <w:color w:val="FFFFFF"/>
                <w:sz w:val="18"/>
              </w:rPr>
              <w:t>Field</w:t>
            </w:r>
          </w:p>
        </w:tc>
        <w:tc>
          <w:tcPr>
            <w:tcW w:w="6768" w:type="dxa"/>
            <w:shd w:val="clear" w:color="auto" w:fill="17365D"/>
            <w:tcMar>
              <w:top w:w="100" w:type="dxa"/>
              <w:left w:w="110" w:type="dxa"/>
              <w:bottom w:w="100" w:type="dxa"/>
              <w:right w:w="110" w:type="dxa"/>
            </w:tcMar>
            <w:vAlign w:val="center"/>
          </w:tcPr>
          <w:p w14:paraId="05EDFAC2" w14:textId="77777777" w:rsidR="006A55BC" w:rsidRDefault="00000000">
            <w:r>
              <w:rPr>
                <w:b/>
                <w:color w:val="FFFFFF"/>
                <w:sz w:val="18"/>
              </w:rPr>
              <w:t>Details</w:t>
            </w:r>
          </w:p>
        </w:tc>
      </w:tr>
      <w:tr w:rsidR="006A55BC" w14:paraId="535CAA05" w14:textId="77777777">
        <w:trPr>
          <w:cantSplit/>
          <w:jc w:val="center"/>
        </w:trPr>
        <w:tc>
          <w:tcPr>
            <w:tcW w:w="3168" w:type="dxa"/>
            <w:tcMar>
              <w:top w:w="100" w:type="dxa"/>
              <w:left w:w="110" w:type="dxa"/>
              <w:bottom w:w="100" w:type="dxa"/>
              <w:right w:w="110" w:type="dxa"/>
            </w:tcMar>
            <w:vAlign w:val="center"/>
          </w:tcPr>
          <w:p w14:paraId="0A9FED7B" w14:textId="77777777" w:rsidR="006A55BC" w:rsidRDefault="00000000">
            <w:pPr>
              <w:spacing w:after="20" w:line="240" w:lineRule="auto"/>
            </w:pPr>
            <w:r>
              <w:rPr>
                <w:sz w:val="18"/>
              </w:rPr>
              <w:t>Legal entities included</w:t>
            </w:r>
          </w:p>
        </w:tc>
        <w:tc>
          <w:tcPr>
            <w:tcW w:w="6768" w:type="dxa"/>
            <w:tcMar>
              <w:top w:w="100" w:type="dxa"/>
              <w:left w:w="110" w:type="dxa"/>
              <w:bottom w:w="100" w:type="dxa"/>
              <w:right w:w="110" w:type="dxa"/>
            </w:tcMar>
            <w:vAlign w:val="center"/>
          </w:tcPr>
          <w:p w14:paraId="34664B1F" w14:textId="77777777" w:rsidR="006A55BC" w:rsidRDefault="006A55BC">
            <w:pPr>
              <w:spacing w:after="20" w:line="240" w:lineRule="auto"/>
            </w:pPr>
          </w:p>
        </w:tc>
      </w:tr>
      <w:tr w:rsidR="006A55BC" w14:paraId="5F0B4BC4" w14:textId="77777777">
        <w:trPr>
          <w:cantSplit/>
          <w:jc w:val="center"/>
        </w:trPr>
        <w:tc>
          <w:tcPr>
            <w:tcW w:w="3168" w:type="dxa"/>
            <w:shd w:val="clear" w:color="auto" w:fill="F4F7FA"/>
            <w:tcMar>
              <w:top w:w="100" w:type="dxa"/>
              <w:left w:w="110" w:type="dxa"/>
              <w:bottom w:w="100" w:type="dxa"/>
              <w:right w:w="110" w:type="dxa"/>
            </w:tcMar>
            <w:vAlign w:val="center"/>
          </w:tcPr>
          <w:p w14:paraId="24F35FC7" w14:textId="77777777" w:rsidR="006A55BC" w:rsidRDefault="00000000">
            <w:pPr>
              <w:spacing w:after="20" w:line="240" w:lineRule="auto"/>
            </w:pPr>
            <w:r>
              <w:rPr>
                <w:sz w:val="18"/>
              </w:rPr>
              <w:t>Countries and locations</w:t>
            </w:r>
          </w:p>
        </w:tc>
        <w:tc>
          <w:tcPr>
            <w:tcW w:w="6768" w:type="dxa"/>
            <w:shd w:val="clear" w:color="auto" w:fill="F4F7FA"/>
            <w:tcMar>
              <w:top w:w="100" w:type="dxa"/>
              <w:left w:w="110" w:type="dxa"/>
              <w:bottom w:w="100" w:type="dxa"/>
              <w:right w:w="110" w:type="dxa"/>
            </w:tcMar>
            <w:vAlign w:val="center"/>
          </w:tcPr>
          <w:p w14:paraId="27AE2698" w14:textId="77777777" w:rsidR="006A55BC" w:rsidRDefault="006A55BC">
            <w:pPr>
              <w:spacing w:after="20" w:line="240" w:lineRule="auto"/>
            </w:pPr>
          </w:p>
        </w:tc>
      </w:tr>
      <w:tr w:rsidR="006A55BC" w14:paraId="4C1F8F64" w14:textId="77777777">
        <w:trPr>
          <w:cantSplit/>
          <w:jc w:val="center"/>
        </w:trPr>
        <w:tc>
          <w:tcPr>
            <w:tcW w:w="3168" w:type="dxa"/>
            <w:tcMar>
              <w:top w:w="100" w:type="dxa"/>
              <w:left w:w="110" w:type="dxa"/>
              <w:bottom w:w="100" w:type="dxa"/>
              <w:right w:w="110" w:type="dxa"/>
            </w:tcMar>
            <w:vAlign w:val="center"/>
          </w:tcPr>
          <w:p w14:paraId="4F668108" w14:textId="77777777" w:rsidR="006A55BC" w:rsidRDefault="00000000">
            <w:pPr>
              <w:spacing w:after="20" w:line="240" w:lineRule="auto"/>
            </w:pPr>
            <w:r>
              <w:rPr>
                <w:sz w:val="18"/>
              </w:rPr>
              <w:t>Business units</w:t>
            </w:r>
          </w:p>
        </w:tc>
        <w:tc>
          <w:tcPr>
            <w:tcW w:w="6768" w:type="dxa"/>
            <w:tcMar>
              <w:top w:w="100" w:type="dxa"/>
              <w:left w:w="110" w:type="dxa"/>
              <w:bottom w:w="100" w:type="dxa"/>
              <w:right w:w="110" w:type="dxa"/>
            </w:tcMar>
            <w:vAlign w:val="center"/>
          </w:tcPr>
          <w:p w14:paraId="2A710027" w14:textId="77777777" w:rsidR="006A55BC" w:rsidRDefault="006A55BC">
            <w:pPr>
              <w:spacing w:after="20" w:line="240" w:lineRule="auto"/>
            </w:pPr>
          </w:p>
        </w:tc>
      </w:tr>
      <w:tr w:rsidR="006A55BC" w14:paraId="71CA8809" w14:textId="77777777">
        <w:trPr>
          <w:cantSplit/>
          <w:jc w:val="center"/>
        </w:trPr>
        <w:tc>
          <w:tcPr>
            <w:tcW w:w="3168" w:type="dxa"/>
            <w:shd w:val="clear" w:color="auto" w:fill="F4F7FA"/>
            <w:tcMar>
              <w:top w:w="100" w:type="dxa"/>
              <w:left w:w="110" w:type="dxa"/>
              <w:bottom w:w="100" w:type="dxa"/>
              <w:right w:w="110" w:type="dxa"/>
            </w:tcMar>
            <w:vAlign w:val="center"/>
          </w:tcPr>
          <w:p w14:paraId="71CCC425" w14:textId="77777777" w:rsidR="006A55BC" w:rsidRDefault="00000000">
            <w:pPr>
              <w:spacing w:after="20" w:line="240" w:lineRule="auto"/>
            </w:pPr>
            <w:r>
              <w:rPr>
                <w:sz w:val="18"/>
              </w:rPr>
              <w:t>Functions and processes</w:t>
            </w:r>
          </w:p>
        </w:tc>
        <w:tc>
          <w:tcPr>
            <w:tcW w:w="6768" w:type="dxa"/>
            <w:shd w:val="clear" w:color="auto" w:fill="F4F7FA"/>
            <w:tcMar>
              <w:top w:w="100" w:type="dxa"/>
              <w:left w:w="110" w:type="dxa"/>
              <w:bottom w:w="100" w:type="dxa"/>
              <w:right w:w="110" w:type="dxa"/>
            </w:tcMar>
            <w:vAlign w:val="center"/>
          </w:tcPr>
          <w:p w14:paraId="578DB0F5" w14:textId="77777777" w:rsidR="006A55BC" w:rsidRDefault="006A55BC">
            <w:pPr>
              <w:spacing w:after="20" w:line="240" w:lineRule="auto"/>
            </w:pPr>
          </w:p>
        </w:tc>
      </w:tr>
      <w:tr w:rsidR="006A55BC" w14:paraId="52765307" w14:textId="77777777">
        <w:trPr>
          <w:cantSplit/>
          <w:jc w:val="center"/>
        </w:trPr>
        <w:tc>
          <w:tcPr>
            <w:tcW w:w="3168" w:type="dxa"/>
            <w:tcMar>
              <w:top w:w="100" w:type="dxa"/>
              <w:left w:w="110" w:type="dxa"/>
              <w:bottom w:w="100" w:type="dxa"/>
              <w:right w:w="110" w:type="dxa"/>
            </w:tcMar>
            <w:vAlign w:val="center"/>
          </w:tcPr>
          <w:p w14:paraId="01D1A3BB" w14:textId="77777777" w:rsidR="006A55BC" w:rsidRDefault="00000000">
            <w:pPr>
              <w:spacing w:after="20" w:line="240" w:lineRule="auto"/>
            </w:pPr>
            <w:r>
              <w:rPr>
                <w:sz w:val="18"/>
              </w:rPr>
              <w:t>Products and services</w:t>
            </w:r>
          </w:p>
        </w:tc>
        <w:tc>
          <w:tcPr>
            <w:tcW w:w="6768" w:type="dxa"/>
            <w:tcMar>
              <w:top w:w="100" w:type="dxa"/>
              <w:left w:w="110" w:type="dxa"/>
              <w:bottom w:w="100" w:type="dxa"/>
              <w:right w:w="110" w:type="dxa"/>
            </w:tcMar>
            <w:vAlign w:val="center"/>
          </w:tcPr>
          <w:p w14:paraId="6282E41F" w14:textId="77777777" w:rsidR="006A55BC" w:rsidRDefault="006A55BC">
            <w:pPr>
              <w:spacing w:after="20" w:line="240" w:lineRule="auto"/>
            </w:pPr>
          </w:p>
        </w:tc>
      </w:tr>
      <w:tr w:rsidR="006A55BC" w14:paraId="54FBD756" w14:textId="77777777">
        <w:trPr>
          <w:cantSplit/>
          <w:jc w:val="center"/>
        </w:trPr>
        <w:tc>
          <w:tcPr>
            <w:tcW w:w="3168" w:type="dxa"/>
            <w:shd w:val="clear" w:color="auto" w:fill="F4F7FA"/>
            <w:tcMar>
              <w:top w:w="100" w:type="dxa"/>
              <w:left w:w="110" w:type="dxa"/>
              <w:bottom w:w="100" w:type="dxa"/>
              <w:right w:w="110" w:type="dxa"/>
            </w:tcMar>
            <w:vAlign w:val="center"/>
          </w:tcPr>
          <w:p w14:paraId="205C1540" w14:textId="77777777" w:rsidR="006A55BC" w:rsidRDefault="00000000">
            <w:pPr>
              <w:spacing w:after="20" w:line="240" w:lineRule="auto"/>
            </w:pPr>
            <w:r>
              <w:rPr>
                <w:sz w:val="18"/>
              </w:rPr>
              <w:t>Projects and programmes</w:t>
            </w:r>
          </w:p>
        </w:tc>
        <w:tc>
          <w:tcPr>
            <w:tcW w:w="6768" w:type="dxa"/>
            <w:shd w:val="clear" w:color="auto" w:fill="F4F7FA"/>
            <w:tcMar>
              <w:top w:w="100" w:type="dxa"/>
              <w:left w:w="110" w:type="dxa"/>
              <w:bottom w:w="100" w:type="dxa"/>
              <w:right w:w="110" w:type="dxa"/>
            </w:tcMar>
            <w:vAlign w:val="center"/>
          </w:tcPr>
          <w:p w14:paraId="07A80CB3" w14:textId="77777777" w:rsidR="006A55BC" w:rsidRDefault="006A55BC">
            <w:pPr>
              <w:spacing w:after="20" w:line="240" w:lineRule="auto"/>
            </w:pPr>
          </w:p>
        </w:tc>
      </w:tr>
      <w:tr w:rsidR="006A55BC" w14:paraId="18F5C1E9" w14:textId="77777777">
        <w:trPr>
          <w:cantSplit/>
          <w:jc w:val="center"/>
        </w:trPr>
        <w:tc>
          <w:tcPr>
            <w:tcW w:w="3168" w:type="dxa"/>
            <w:tcMar>
              <w:top w:w="100" w:type="dxa"/>
              <w:left w:w="110" w:type="dxa"/>
              <w:bottom w:w="100" w:type="dxa"/>
              <w:right w:w="110" w:type="dxa"/>
            </w:tcMar>
            <w:vAlign w:val="center"/>
          </w:tcPr>
          <w:p w14:paraId="5C80F3CE" w14:textId="77777777" w:rsidR="006A55BC" w:rsidRDefault="00000000">
            <w:pPr>
              <w:spacing w:after="20" w:line="240" w:lineRule="auto"/>
            </w:pPr>
            <w:r>
              <w:rPr>
                <w:sz w:val="18"/>
              </w:rPr>
              <w:t>Joint ventures and partnerships</w:t>
            </w:r>
          </w:p>
        </w:tc>
        <w:tc>
          <w:tcPr>
            <w:tcW w:w="6768" w:type="dxa"/>
            <w:tcMar>
              <w:top w:w="100" w:type="dxa"/>
              <w:left w:w="110" w:type="dxa"/>
              <w:bottom w:w="100" w:type="dxa"/>
              <w:right w:w="110" w:type="dxa"/>
            </w:tcMar>
            <w:vAlign w:val="center"/>
          </w:tcPr>
          <w:p w14:paraId="5A15FF73" w14:textId="77777777" w:rsidR="006A55BC" w:rsidRDefault="006A55BC">
            <w:pPr>
              <w:spacing w:after="20" w:line="240" w:lineRule="auto"/>
            </w:pPr>
          </w:p>
        </w:tc>
      </w:tr>
      <w:tr w:rsidR="006A55BC" w14:paraId="76661FD3" w14:textId="77777777">
        <w:trPr>
          <w:cantSplit/>
          <w:jc w:val="center"/>
        </w:trPr>
        <w:tc>
          <w:tcPr>
            <w:tcW w:w="3168" w:type="dxa"/>
            <w:shd w:val="clear" w:color="auto" w:fill="F4F7FA"/>
            <w:tcMar>
              <w:top w:w="100" w:type="dxa"/>
              <w:left w:w="110" w:type="dxa"/>
              <w:bottom w:w="100" w:type="dxa"/>
              <w:right w:w="110" w:type="dxa"/>
            </w:tcMar>
            <w:vAlign w:val="center"/>
          </w:tcPr>
          <w:p w14:paraId="271CC709" w14:textId="77777777" w:rsidR="006A55BC" w:rsidRDefault="00000000">
            <w:pPr>
              <w:spacing w:after="20" w:line="240" w:lineRule="auto"/>
            </w:pPr>
            <w:r>
              <w:rPr>
                <w:sz w:val="18"/>
              </w:rPr>
              <w:t>Third-party categories</w:t>
            </w:r>
          </w:p>
        </w:tc>
        <w:tc>
          <w:tcPr>
            <w:tcW w:w="6768" w:type="dxa"/>
            <w:shd w:val="clear" w:color="auto" w:fill="F4F7FA"/>
            <w:tcMar>
              <w:top w:w="100" w:type="dxa"/>
              <w:left w:w="110" w:type="dxa"/>
              <w:bottom w:w="100" w:type="dxa"/>
              <w:right w:w="110" w:type="dxa"/>
            </w:tcMar>
            <w:vAlign w:val="center"/>
          </w:tcPr>
          <w:p w14:paraId="160C7160" w14:textId="77777777" w:rsidR="006A55BC" w:rsidRDefault="006A55BC">
            <w:pPr>
              <w:spacing w:after="20" w:line="240" w:lineRule="auto"/>
            </w:pPr>
          </w:p>
        </w:tc>
      </w:tr>
      <w:tr w:rsidR="006A55BC" w14:paraId="31F862B3" w14:textId="77777777">
        <w:trPr>
          <w:cantSplit/>
          <w:jc w:val="center"/>
        </w:trPr>
        <w:tc>
          <w:tcPr>
            <w:tcW w:w="3168" w:type="dxa"/>
            <w:tcMar>
              <w:top w:w="100" w:type="dxa"/>
              <w:left w:w="110" w:type="dxa"/>
              <w:bottom w:w="100" w:type="dxa"/>
              <w:right w:w="110" w:type="dxa"/>
            </w:tcMar>
            <w:vAlign w:val="center"/>
          </w:tcPr>
          <w:p w14:paraId="46DFEB72" w14:textId="77777777" w:rsidR="006A55BC" w:rsidRDefault="00000000">
            <w:pPr>
              <w:spacing w:after="20" w:line="240" w:lineRule="auto"/>
            </w:pPr>
            <w:r>
              <w:rPr>
                <w:sz w:val="18"/>
              </w:rPr>
              <w:t>Assessment period</w:t>
            </w:r>
          </w:p>
        </w:tc>
        <w:tc>
          <w:tcPr>
            <w:tcW w:w="6768" w:type="dxa"/>
            <w:tcMar>
              <w:top w:w="100" w:type="dxa"/>
              <w:left w:w="110" w:type="dxa"/>
              <w:bottom w:w="100" w:type="dxa"/>
              <w:right w:w="110" w:type="dxa"/>
            </w:tcMar>
            <w:vAlign w:val="center"/>
          </w:tcPr>
          <w:p w14:paraId="17584FC1" w14:textId="77777777" w:rsidR="006A55BC" w:rsidRDefault="006A55BC">
            <w:pPr>
              <w:spacing w:after="20" w:line="240" w:lineRule="auto"/>
            </w:pPr>
          </w:p>
        </w:tc>
      </w:tr>
      <w:tr w:rsidR="006A55BC" w14:paraId="3C192C25" w14:textId="77777777">
        <w:trPr>
          <w:cantSplit/>
          <w:jc w:val="center"/>
        </w:trPr>
        <w:tc>
          <w:tcPr>
            <w:tcW w:w="3168" w:type="dxa"/>
            <w:shd w:val="clear" w:color="auto" w:fill="F4F7FA"/>
            <w:tcMar>
              <w:top w:w="100" w:type="dxa"/>
              <w:left w:w="110" w:type="dxa"/>
              <w:bottom w:w="100" w:type="dxa"/>
              <w:right w:w="110" w:type="dxa"/>
            </w:tcMar>
            <w:vAlign w:val="center"/>
          </w:tcPr>
          <w:p w14:paraId="20EF40B9" w14:textId="77777777" w:rsidR="006A55BC" w:rsidRDefault="00000000">
            <w:pPr>
              <w:spacing w:after="20" w:line="240" w:lineRule="auto"/>
            </w:pPr>
            <w:r>
              <w:rPr>
                <w:sz w:val="18"/>
              </w:rPr>
              <w:t>Financial materiality threshold</w:t>
            </w:r>
          </w:p>
        </w:tc>
        <w:tc>
          <w:tcPr>
            <w:tcW w:w="6768" w:type="dxa"/>
            <w:shd w:val="clear" w:color="auto" w:fill="F4F7FA"/>
            <w:tcMar>
              <w:top w:w="100" w:type="dxa"/>
              <w:left w:w="110" w:type="dxa"/>
              <w:bottom w:w="100" w:type="dxa"/>
              <w:right w:w="110" w:type="dxa"/>
            </w:tcMar>
            <w:vAlign w:val="center"/>
          </w:tcPr>
          <w:p w14:paraId="1592CEEE" w14:textId="77777777" w:rsidR="006A55BC" w:rsidRDefault="006A55BC">
            <w:pPr>
              <w:spacing w:after="20" w:line="240" w:lineRule="auto"/>
            </w:pPr>
          </w:p>
        </w:tc>
      </w:tr>
      <w:tr w:rsidR="006A55BC" w14:paraId="6B0E2A33" w14:textId="77777777">
        <w:trPr>
          <w:cantSplit/>
          <w:jc w:val="center"/>
        </w:trPr>
        <w:tc>
          <w:tcPr>
            <w:tcW w:w="3168" w:type="dxa"/>
            <w:tcMar>
              <w:top w:w="100" w:type="dxa"/>
              <w:left w:w="110" w:type="dxa"/>
              <w:bottom w:w="100" w:type="dxa"/>
              <w:right w:w="110" w:type="dxa"/>
            </w:tcMar>
            <w:vAlign w:val="center"/>
          </w:tcPr>
          <w:p w14:paraId="2CBF5D50" w14:textId="77777777" w:rsidR="006A55BC" w:rsidRDefault="00000000">
            <w:pPr>
              <w:spacing w:after="20" w:line="240" w:lineRule="auto"/>
            </w:pPr>
            <w:r>
              <w:rPr>
                <w:sz w:val="18"/>
              </w:rPr>
              <w:t>Excluded areas and reasons</w:t>
            </w:r>
          </w:p>
        </w:tc>
        <w:tc>
          <w:tcPr>
            <w:tcW w:w="6768" w:type="dxa"/>
            <w:tcMar>
              <w:top w:w="100" w:type="dxa"/>
              <w:left w:w="110" w:type="dxa"/>
              <w:bottom w:w="100" w:type="dxa"/>
              <w:right w:w="110" w:type="dxa"/>
            </w:tcMar>
            <w:vAlign w:val="center"/>
          </w:tcPr>
          <w:p w14:paraId="446B7FAF" w14:textId="77777777" w:rsidR="006A55BC" w:rsidRDefault="006A55BC">
            <w:pPr>
              <w:spacing w:after="20" w:line="240" w:lineRule="auto"/>
            </w:pPr>
          </w:p>
        </w:tc>
      </w:tr>
      <w:tr w:rsidR="006A55BC" w14:paraId="3FC0EA7E" w14:textId="77777777">
        <w:trPr>
          <w:cantSplit/>
          <w:jc w:val="center"/>
        </w:trPr>
        <w:tc>
          <w:tcPr>
            <w:tcW w:w="3168" w:type="dxa"/>
            <w:shd w:val="clear" w:color="auto" w:fill="F4F7FA"/>
            <w:tcMar>
              <w:top w:w="100" w:type="dxa"/>
              <w:left w:w="110" w:type="dxa"/>
              <w:bottom w:w="100" w:type="dxa"/>
              <w:right w:w="110" w:type="dxa"/>
            </w:tcMar>
            <w:vAlign w:val="center"/>
          </w:tcPr>
          <w:p w14:paraId="1975C743" w14:textId="77777777" w:rsidR="006A55BC" w:rsidRDefault="00000000">
            <w:pPr>
              <w:spacing w:after="20" w:line="240" w:lineRule="auto"/>
            </w:pPr>
            <w:r>
              <w:rPr>
                <w:sz w:val="18"/>
              </w:rPr>
              <w:t>Dependencies and assumptions</w:t>
            </w:r>
          </w:p>
        </w:tc>
        <w:tc>
          <w:tcPr>
            <w:tcW w:w="6768" w:type="dxa"/>
            <w:shd w:val="clear" w:color="auto" w:fill="F4F7FA"/>
            <w:tcMar>
              <w:top w:w="100" w:type="dxa"/>
              <w:left w:w="110" w:type="dxa"/>
              <w:bottom w:w="100" w:type="dxa"/>
              <w:right w:w="110" w:type="dxa"/>
            </w:tcMar>
            <w:vAlign w:val="center"/>
          </w:tcPr>
          <w:p w14:paraId="566A1BFF" w14:textId="77777777" w:rsidR="006A55BC" w:rsidRDefault="006A55BC">
            <w:pPr>
              <w:spacing w:after="20" w:line="240" w:lineRule="auto"/>
            </w:pPr>
          </w:p>
        </w:tc>
      </w:tr>
    </w:tbl>
    <w:p w14:paraId="66F0A9FB" w14:textId="77777777" w:rsidR="006A55BC" w:rsidRDefault="006A55BC">
      <w:pPr>
        <w:spacing w:after="20"/>
      </w:pPr>
    </w:p>
    <w:p w14:paraId="39B5E397" w14:textId="77777777" w:rsidR="006A55BC" w:rsidRDefault="00000000">
      <w:pPr>
        <w:pStyle w:val="Heading2"/>
      </w:pPr>
      <w:r>
        <w:t>2.2 Organisational Profile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80"/>
        <w:gridCol w:w="3600"/>
        <w:gridCol w:w="3456"/>
      </w:tblGrid>
      <w:tr w:rsidR="006A55BC" w14:paraId="1A8851DE" w14:textId="77777777">
        <w:trPr>
          <w:cantSplit/>
          <w:tblHeader/>
          <w:jc w:val="center"/>
        </w:trPr>
        <w:tc>
          <w:tcPr>
            <w:tcW w:w="2880" w:type="dxa"/>
            <w:shd w:val="clear" w:color="auto" w:fill="17365D"/>
            <w:tcMar>
              <w:top w:w="100" w:type="dxa"/>
              <w:left w:w="110" w:type="dxa"/>
              <w:bottom w:w="100" w:type="dxa"/>
              <w:right w:w="110" w:type="dxa"/>
            </w:tcMar>
            <w:vAlign w:val="center"/>
          </w:tcPr>
          <w:p w14:paraId="11E8F6CB" w14:textId="77777777" w:rsidR="006A55BC" w:rsidRDefault="00000000">
            <w:r>
              <w:rPr>
                <w:b/>
                <w:color w:val="FFFFFF"/>
                <w:sz w:val="16"/>
              </w:rPr>
              <w:t>Context factor</w:t>
            </w:r>
          </w:p>
        </w:tc>
        <w:tc>
          <w:tcPr>
            <w:tcW w:w="3600" w:type="dxa"/>
            <w:shd w:val="clear" w:color="auto" w:fill="17365D"/>
            <w:tcMar>
              <w:top w:w="100" w:type="dxa"/>
              <w:left w:w="110" w:type="dxa"/>
              <w:bottom w:w="100" w:type="dxa"/>
              <w:right w:w="110" w:type="dxa"/>
            </w:tcMar>
            <w:vAlign w:val="center"/>
          </w:tcPr>
          <w:p w14:paraId="3150828B" w14:textId="77777777" w:rsidR="006A55BC" w:rsidRDefault="00000000">
            <w:r>
              <w:rPr>
                <w:b/>
                <w:color w:val="FFFFFF"/>
                <w:sz w:val="16"/>
              </w:rPr>
              <w:t>Description</w:t>
            </w:r>
          </w:p>
        </w:tc>
        <w:tc>
          <w:tcPr>
            <w:tcW w:w="3456" w:type="dxa"/>
            <w:shd w:val="clear" w:color="auto" w:fill="17365D"/>
            <w:tcMar>
              <w:top w:w="100" w:type="dxa"/>
              <w:left w:w="110" w:type="dxa"/>
              <w:bottom w:w="100" w:type="dxa"/>
              <w:right w:w="110" w:type="dxa"/>
            </w:tcMar>
            <w:vAlign w:val="center"/>
          </w:tcPr>
          <w:p w14:paraId="78ACDC32" w14:textId="77777777" w:rsidR="006A55BC" w:rsidRDefault="00000000">
            <w:r>
              <w:rPr>
                <w:b/>
                <w:color w:val="FFFFFF"/>
                <w:sz w:val="16"/>
              </w:rPr>
              <w:t>Risk implication</w:t>
            </w:r>
          </w:p>
        </w:tc>
      </w:tr>
      <w:tr w:rsidR="006A55BC" w14:paraId="7FD19D84" w14:textId="77777777">
        <w:trPr>
          <w:cantSplit/>
          <w:jc w:val="center"/>
        </w:trPr>
        <w:tc>
          <w:tcPr>
            <w:tcW w:w="2880" w:type="dxa"/>
            <w:tcMar>
              <w:top w:w="100" w:type="dxa"/>
              <w:left w:w="110" w:type="dxa"/>
              <w:bottom w:w="100" w:type="dxa"/>
              <w:right w:w="110" w:type="dxa"/>
            </w:tcMar>
            <w:vAlign w:val="center"/>
          </w:tcPr>
          <w:p w14:paraId="7AB9741B" w14:textId="77777777" w:rsidR="006A55BC" w:rsidRDefault="00000000">
            <w:pPr>
              <w:spacing w:after="20" w:line="240" w:lineRule="auto"/>
            </w:pPr>
            <w:r>
              <w:rPr>
                <w:sz w:val="16"/>
              </w:rPr>
              <w:t>Ownership and governance</w:t>
            </w:r>
          </w:p>
        </w:tc>
        <w:tc>
          <w:tcPr>
            <w:tcW w:w="3600" w:type="dxa"/>
            <w:tcMar>
              <w:top w:w="100" w:type="dxa"/>
              <w:left w:w="110" w:type="dxa"/>
              <w:bottom w:w="100" w:type="dxa"/>
              <w:right w:w="110" w:type="dxa"/>
            </w:tcMar>
            <w:vAlign w:val="center"/>
          </w:tcPr>
          <w:p w14:paraId="37A8346F"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4AF04D48" w14:textId="77777777" w:rsidR="006A55BC" w:rsidRDefault="006A55BC">
            <w:pPr>
              <w:spacing w:after="20" w:line="240" w:lineRule="auto"/>
            </w:pPr>
          </w:p>
        </w:tc>
      </w:tr>
      <w:tr w:rsidR="006A55BC" w14:paraId="74AC615A" w14:textId="77777777">
        <w:trPr>
          <w:cantSplit/>
          <w:jc w:val="center"/>
        </w:trPr>
        <w:tc>
          <w:tcPr>
            <w:tcW w:w="2880" w:type="dxa"/>
            <w:shd w:val="clear" w:color="auto" w:fill="F4F7FA"/>
            <w:tcMar>
              <w:top w:w="100" w:type="dxa"/>
              <w:left w:w="110" w:type="dxa"/>
              <w:bottom w:w="100" w:type="dxa"/>
              <w:right w:w="110" w:type="dxa"/>
            </w:tcMar>
            <w:vAlign w:val="center"/>
          </w:tcPr>
          <w:p w14:paraId="2794D368" w14:textId="77777777" w:rsidR="006A55BC" w:rsidRDefault="00000000">
            <w:pPr>
              <w:spacing w:after="20" w:line="240" w:lineRule="auto"/>
            </w:pPr>
            <w:r>
              <w:rPr>
                <w:sz w:val="16"/>
              </w:rPr>
              <w:t>Revenue and funding sources</w:t>
            </w:r>
          </w:p>
        </w:tc>
        <w:tc>
          <w:tcPr>
            <w:tcW w:w="3600" w:type="dxa"/>
            <w:shd w:val="clear" w:color="auto" w:fill="F4F7FA"/>
            <w:tcMar>
              <w:top w:w="100" w:type="dxa"/>
              <w:left w:w="110" w:type="dxa"/>
              <w:bottom w:w="100" w:type="dxa"/>
              <w:right w:w="110" w:type="dxa"/>
            </w:tcMar>
            <w:vAlign w:val="center"/>
          </w:tcPr>
          <w:p w14:paraId="137EF967" w14:textId="77777777" w:rsidR="006A55BC" w:rsidRDefault="006A55BC">
            <w:pPr>
              <w:spacing w:after="20" w:line="240" w:lineRule="auto"/>
            </w:pPr>
          </w:p>
        </w:tc>
        <w:tc>
          <w:tcPr>
            <w:tcW w:w="3456" w:type="dxa"/>
            <w:shd w:val="clear" w:color="auto" w:fill="F4F7FA"/>
            <w:tcMar>
              <w:top w:w="100" w:type="dxa"/>
              <w:left w:w="110" w:type="dxa"/>
              <w:bottom w:w="100" w:type="dxa"/>
              <w:right w:w="110" w:type="dxa"/>
            </w:tcMar>
            <w:vAlign w:val="center"/>
          </w:tcPr>
          <w:p w14:paraId="093295E0" w14:textId="77777777" w:rsidR="006A55BC" w:rsidRDefault="006A55BC">
            <w:pPr>
              <w:spacing w:after="20" w:line="240" w:lineRule="auto"/>
            </w:pPr>
          </w:p>
        </w:tc>
      </w:tr>
      <w:tr w:rsidR="006A55BC" w14:paraId="25288551" w14:textId="77777777">
        <w:trPr>
          <w:cantSplit/>
          <w:jc w:val="center"/>
        </w:trPr>
        <w:tc>
          <w:tcPr>
            <w:tcW w:w="2880" w:type="dxa"/>
            <w:tcMar>
              <w:top w:w="100" w:type="dxa"/>
              <w:left w:w="110" w:type="dxa"/>
              <w:bottom w:w="100" w:type="dxa"/>
              <w:right w:w="110" w:type="dxa"/>
            </w:tcMar>
            <w:vAlign w:val="center"/>
          </w:tcPr>
          <w:p w14:paraId="141FB5A1" w14:textId="77777777" w:rsidR="006A55BC" w:rsidRDefault="00000000">
            <w:pPr>
              <w:spacing w:after="20" w:line="240" w:lineRule="auto"/>
            </w:pPr>
            <w:r>
              <w:rPr>
                <w:sz w:val="16"/>
              </w:rPr>
              <w:t>Operating model and decision rights</w:t>
            </w:r>
          </w:p>
        </w:tc>
        <w:tc>
          <w:tcPr>
            <w:tcW w:w="3600" w:type="dxa"/>
            <w:tcMar>
              <w:top w:w="100" w:type="dxa"/>
              <w:left w:w="110" w:type="dxa"/>
              <w:bottom w:w="100" w:type="dxa"/>
              <w:right w:w="110" w:type="dxa"/>
            </w:tcMar>
            <w:vAlign w:val="center"/>
          </w:tcPr>
          <w:p w14:paraId="1F87A5C0"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31EE7C6F" w14:textId="77777777" w:rsidR="006A55BC" w:rsidRDefault="006A55BC">
            <w:pPr>
              <w:spacing w:after="20" w:line="240" w:lineRule="auto"/>
            </w:pPr>
          </w:p>
        </w:tc>
      </w:tr>
      <w:tr w:rsidR="006A55BC" w14:paraId="5394671D" w14:textId="77777777">
        <w:trPr>
          <w:cantSplit/>
          <w:jc w:val="center"/>
        </w:trPr>
        <w:tc>
          <w:tcPr>
            <w:tcW w:w="2880" w:type="dxa"/>
            <w:shd w:val="clear" w:color="auto" w:fill="F4F7FA"/>
            <w:tcMar>
              <w:top w:w="100" w:type="dxa"/>
              <w:left w:w="110" w:type="dxa"/>
              <w:bottom w:w="100" w:type="dxa"/>
              <w:right w:w="110" w:type="dxa"/>
            </w:tcMar>
            <w:vAlign w:val="center"/>
          </w:tcPr>
          <w:p w14:paraId="1E8F49D9" w14:textId="77777777" w:rsidR="006A55BC" w:rsidRDefault="00000000">
            <w:pPr>
              <w:spacing w:after="20" w:line="240" w:lineRule="auto"/>
            </w:pPr>
            <w:r>
              <w:rPr>
                <w:sz w:val="16"/>
              </w:rPr>
              <w:t>Public-sector interaction</w:t>
            </w:r>
          </w:p>
        </w:tc>
        <w:tc>
          <w:tcPr>
            <w:tcW w:w="3600" w:type="dxa"/>
            <w:shd w:val="clear" w:color="auto" w:fill="F4F7FA"/>
            <w:tcMar>
              <w:top w:w="100" w:type="dxa"/>
              <w:left w:w="110" w:type="dxa"/>
              <w:bottom w:w="100" w:type="dxa"/>
              <w:right w:w="110" w:type="dxa"/>
            </w:tcMar>
            <w:vAlign w:val="center"/>
          </w:tcPr>
          <w:p w14:paraId="7A10C001" w14:textId="77777777" w:rsidR="006A55BC" w:rsidRDefault="006A55BC">
            <w:pPr>
              <w:spacing w:after="20" w:line="240" w:lineRule="auto"/>
            </w:pPr>
          </w:p>
        </w:tc>
        <w:tc>
          <w:tcPr>
            <w:tcW w:w="3456" w:type="dxa"/>
            <w:shd w:val="clear" w:color="auto" w:fill="F4F7FA"/>
            <w:tcMar>
              <w:top w:w="100" w:type="dxa"/>
              <w:left w:w="110" w:type="dxa"/>
              <w:bottom w:w="100" w:type="dxa"/>
              <w:right w:w="110" w:type="dxa"/>
            </w:tcMar>
            <w:vAlign w:val="center"/>
          </w:tcPr>
          <w:p w14:paraId="6FA2CCB6" w14:textId="77777777" w:rsidR="006A55BC" w:rsidRDefault="006A55BC">
            <w:pPr>
              <w:spacing w:after="20" w:line="240" w:lineRule="auto"/>
            </w:pPr>
          </w:p>
        </w:tc>
      </w:tr>
      <w:tr w:rsidR="006A55BC" w14:paraId="5ECF7934" w14:textId="77777777">
        <w:trPr>
          <w:cantSplit/>
          <w:jc w:val="center"/>
        </w:trPr>
        <w:tc>
          <w:tcPr>
            <w:tcW w:w="2880" w:type="dxa"/>
            <w:tcMar>
              <w:top w:w="100" w:type="dxa"/>
              <w:left w:w="110" w:type="dxa"/>
              <w:bottom w:w="100" w:type="dxa"/>
              <w:right w:w="110" w:type="dxa"/>
            </w:tcMar>
            <w:vAlign w:val="center"/>
          </w:tcPr>
          <w:p w14:paraId="7F44AD41" w14:textId="77777777" w:rsidR="006A55BC" w:rsidRDefault="00000000">
            <w:pPr>
              <w:spacing w:after="20" w:line="240" w:lineRule="auto"/>
            </w:pPr>
            <w:r>
              <w:rPr>
                <w:sz w:val="16"/>
              </w:rPr>
              <w:t>Licences, permits and inspections</w:t>
            </w:r>
          </w:p>
        </w:tc>
        <w:tc>
          <w:tcPr>
            <w:tcW w:w="3600" w:type="dxa"/>
            <w:tcMar>
              <w:top w:w="100" w:type="dxa"/>
              <w:left w:w="110" w:type="dxa"/>
              <w:bottom w:w="100" w:type="dxa"/>
              <w:right w:w="110" w:type="dxa"/>
            </w:tcMar>
            <w:vAlign w:val="center"/>
          </w:tcPr>
          <w:p w14:paraId="08B7A222"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07D3AE39" w14:textId="77777777" w:rsidR="006A55BC" w:rsidRDefault="006A55BC">
            <w:pPr>
              <w:spacing w:after="20" w:line="240" w:lineRule="auto"/>
            </w:pPr>
          </w:p>
        </w:tc>
      </w:tr>
      <w:tr w:rsidR="006A55BC" w14:paraId="40E96FCB" w14:textId="77777777">
        <w:trPr>
          <w:cantSplit/>
          <w:jc w:val="center"/>
        </w:trPr>
        <w:tc>
          <w:tcPr>
            <w:tcW w:w="2880" w:type="dxa"/>
            <w:shd w:val="clear" w:color="auto" w:fill="F4F7FA"/>
            <w:tcMar>
              <w:top w:w="100" w:type="dxa"/>
              <w:left w:w="110" w:type="dxa"/>
              <w:bottom w:w="100" w:type="dxa"/>
              <w:right w:w="110" w:type="dxa"/>
            </w:tcMar>
            <w:vAlign w:val="center"/>
          </w:tcPr>
          <w:p w14:paraId="58699814" w14:textId="77777777" w:rsidR="006A55BC" w:rsidRDefault="00000000">
            <w:pPr>
              <w:spacing w:after="20" w:line="240" w:lineRule="auto"/>
            </w:pPr>
            <w:r>
              <w:rPr>
                <w:sz w:val="16"/>
              </w:rPr>
              <w:t>Procurement and supply chain</w:t>
            </w:r>
          </w:p>
        </w:tc>
        <w:tc>
          <w:tcPr>
            <w:tcW w:w="3600" w:type="dxa"/>
            <w:shd w:val="clear" w:color="auto" w:fill="F4F7FA"/>
            <w:tcMar>
              <w:top w:w="100" w:type="dxa"/>
              <w:left w:w="110" w:type="dxa"/>
              <w:bottom w:w="100" w:type="dxa"/>
              <w:right w:w="110" w:type="dxa"/>
            </w:tcMar>
            <w:vAlign w:val="center"/>
          </w:tcPr>
          <w:p w14:paraId="65FC2F73" w14:textId="77777777" w:rsidR="006A55BC" w:rsidRDefault="006A55BC">
            <w:pPr>
              <w:spacing w:after="20" w:line="240" w:lineRule="auto"/>
            </w:pPr>
          </w:p>
        </w:tc>
        <w:tc>
          <w:tcPr>
            <w:tcW w:w="3456" w:type="dxa"/>
            <w:shd w:val="clear" w:color="auto" w:fill="F4F7FA"/>
            <w:tcMar>
              <w:top w:w="100" w:type="dxa"/>
              <w:left w:w="110" w:type="dxa"/>
              <w:bottom w:w="100" w:type="dxa"/>
              <w:right w:w="110" w:type="dxa"/>
            </w:tcMar>
            <w:vAlign w:val="center"/>
          </w:tcPr>
          <w:p w14:paraId="16B5361B" w14:textId="77777777" w:rsidR="006A55BC" w:rsidRDefault="006A55BC">
            <w:pPr>
              <w:spacing w:after="20" w:line="240" w:lineRule="auto"/>
            </w:pPr>
          </w:p>
        </w:tc>
      </w:tr>
      <w:tr w:rsidR="006A55BC" w14:paraId="0E31A271" w14:textId="77777777">
        <w:trPr>
          <w:cantSplit/>
          <w:jc w:val="center"/>
        </w:trPr>
        <w:tc>
          <w:tcPr>
            <w:tcW w:w="2880" w:type="dxa"/>
            <w:tcMar>
              <w:top w:w="100" w:type="dxa"/>
              <w:left w:w="110" w:type="dxa"/>
              <w:bottom w:w="100" w:type="dxa"/>
              <w:right w:w="110" w:type="dxa"/>
            </w:tcMar>
            <w:vAlign w:val="center"/>
          </w:tcPr>
          <w:p w14:paraId="56728B3F" w14:textId="77777777" w:rsidR="006A55BC" w:rsidRDefault="00000000">
            <w:pPr>
              <w:spacing w:after="20" w:line="240" w:lineRule="auto"/>
            </w:pPr>
            <w:r>
              <w:rPr>
                <w:sz w:val="16"/>
              </w:rPr>
              <w:t>Sales channels and intermediaries</w:t>
            </w:r>
          </w:p>
        </w:tc>
        <w:tc>
          <w:tcPr>
            <w:tcW w:w="3600" w:type="dxa"/>
            <w:tcMar>
              <w:top w:w="100" w:type="dxa"/>
              <w:left w:w="110" w:type="dxa"/>
              <w:bottom w:w="100" w:type="dxa"/>
              <w:right w:w="110" w:type="dxa"/>
            </w:tcMar>
            <w:vAlign w:val="center"/>
          </w:tcPr>
          <w:p w14:paraId="0354DB30"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6969781B" w14:textId="77777777" w:rsidR="006A55BC" w:rsidRDefault="006A55BC">
            <w:pPr>
              <w:spacing w:after="20" w:line="240" w:lineRule="auto"/>
            </w:pPr>
          </w:p>
        </w:tc>
      </w:tr>
      <w:tr w:rsidR="006A55BC" w14:paraId="630AEDA5" w14:textId="77777777">
        <w:trPr>
          <w:cantSplit/>
          <w:jc w:val="center"/>
        </w:trPr>
        <w:tc>
          <w:tcPr>
            <w:tcW w:w="2880" w:type="dxa"/>
            <w:shd w:val="clear" w:color="auto" w:fill="F4F7FA"/>
            <w:tcMar>
              <w:top w:w="100" w:type="dxa"/>
              <w:left w:w="110" w:type="dxa"/>
              <w:bottom w:w="100" w:type="dxa"/>
              <w:right w:w="110" w:type="dxa"/>
            </w:tcMar>
            <w:vAlign w:val="center"/>
          </w:tcPr>
          <w:p w14:paraId="2131927C" w14:textId="77777777" w:rsidR="006A55BC" w:rsidRDefault="00000000">
            <w:pPr>
              <w:spacing w:after="20" w:line="240" w:lineRule="auto"/>
            </w:pPr>
            <w:r>
              <w:rPr>
                <w:sz w:val="16"/>
              </w:rPr>
              <w:t>Cash intensity</w:t>
            </w:r>
          </w:p>
        </w:tc>
        <w:tc>
          <w:tcPr>
            <w:tcW w:w="3600" w:type="dxa"/>
            <w:shd w:val="clear" w:color="auto" w:fill="F4F7FA"/>
            <w:tcMar>
              <w:top w:w="100" w:type="dxa"/>
              <w:left w:w="110" w:type="dxa"/>
              <w:bottom w:w="100" w:type="dxa"/>
              <w:right w:w="110" w:type="dxa"/>
            </w:tcMar>
            <w:vAlign w:val="center"/>
          </w:tcPr>
          <w:p w14:paraId="05CD52D4" w14:textId="77777777" w:rsidR="006A55BC" w:rsidRDefault="006A55BC">
            <w:pPr>
              <w:spacing w:after="20" w:line="240" w:lineRule="auto"/>
            </w:pPr>
          </w:p>
        </w:tc>
        <w:tc>
          <w:tcPr>
            <w:tcW w:w="3456" w:type="dxa"/>
            <w:shd w:val="clear" w:color="auto" w:fill="F4F7FA"/>
            <w:tcMar>
              <w:top w:w="100" w:type="dxa"/>
              <w:left w:w="110" w:type="dxa"/>
              <w:bottom w:w="100" w:type="dxa"/>
              <w:right w:w="110" w:type="dxa"/>
            </w:tcMar>
            <w:vAlign w:val="center"/>
          </w:tcPr>
          <w:p w14:paraId="30EF2FD6" w14:textId="77777777" w:rsidR="006A55BC" w:rsidRDefault="006A55BC">
            <w:pPr>
              <w:spacing w:after="20" w:line="240" w:lineRule="auto"/>
            </w:pPr>
          </w:p>
        </w:tc>
      </w:tr>
      <w:tr w:rsidR="006A55BC" w14:paraId="23DDF7F4" w14:textId="77777777">
        <w:trPr>
          <w:cantSplit/>
          <w:jc w:val="center"/>
        </w:trPr>
        <w:tc>
          <w:tcPr>
            <w:tcW w:w="2880" w:type="dxa"/>
            <w:tcMar>
              <w:top w:w="100" w:type="dxa"/>
              <w:left w:w="110" w:type="dxa"/>
              <w:bottom w:w="100" w:type="dxa"/>
              <w:right w:w="110" w:type="dxa"/>
            </w:tcMar>
            <w:vAlign w:val="center"/>
          </w:tcPr>
          <w:p w14:paraId="354BC908" w14:textId="77777777" w:rsidR="006A55BC" w:rsidRDefault="00000000">
            <w:pPr>
              <w:spacing w:after="20" w:line="240" w:lineRule="auto"/>
            </w:pPr>
            <w:r>
              <w:rPr>
                <w:sz w:val="16"/>
              </w:rPr>
              <w:t>Geographic footprint</w:t>
            </w:r>
          </w:p>
        </w:tc>
        <w:tc>
          <w:tcPr>
            <w:tcW w:w="3600" w:type="dxa"/>
            <w:tcMar>
              <w:top w:w="100" w:type="dxa"/>
              <w:left w:w="110" w:type="dxa"/>
              <w:bottom w:w="100" w:type="dxa"/>
              <w:right w:w="110" w:type="dxa"/>
            </w:tcMar>
            <w:vAlign w:val="center"/>
          </w:tcPr>
          <w:p w14:paraId="376BF593"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43B8CEAF" w14:textId="77777777" w:rsidR="006A55BC" w:rsidRDefault="006A55BC">
            <w:pPr>
              <w:spacing w:after="20" w:line="240" w:lineRule="auto"/>
            </w:pPr>
          </w:p>
        </w:tc>
      </w:tr>
      <w:tr w:rsidR="006A55BC" w14:paraId="098CB9D3" w14:textId="77777777">
        <w:trPr>
          <w:cantSplit/>
          <w:jc w:val="center"/>
        </w:trPr>
        <w:tc>
          <w:tcPr>
            <w:tcW w:w="2880" w:type="dxa"/>
            <w:shd w:val="clear" w:color="auto" w:fill="F4F7FA"/>
            <w:tcMar>
              <w:top w:w="100" w:type="dxa"/>
              <w:left w:w="110" w:type="dxa"/>
              <w:bottom w:w="100" w:type="dxa"/>
              <w:right w:w="110" w:type="dxa"/>
            </w:tcMar>
            <w:vAlign w:val="center"/>
          </w:tcPr>
          <w:p w14:paraId="157E0018" w14:textId="77777777" w:rsidR="006A55BC" w:rsidRDefault="00000000">
            <w:pPr>
              <w:spacing w:after="20" w:line="240" w:lineRule="auto"/>
            </w:pPr>
            <w:r>
              <w:rPr>
                <w:sz w:val="16"/>
              </w:rPr>
              <w:t>Use of agents or consultants</w:t>
            </w:r>
          </w:p>
        </w:tc>
        <w:tc>
          <w:tcPr>
            <w:tcW w:w="3600" w:type="dxa"/>
            <w:shd w:val="clear" w:color="auto" w:fill="F4F7FA"/>
            <w:tcMar>
              <w:top w:w="100" w:type="dxa"/>
              <w:left w:w="110" w:type="dxa"/>
              <w:bottom w:w="100" w:type="dxa"/>
              <w:right w:w="110" w:type="dxa"/>
            </w:tcMar>
            <w:vAlign w:val="center"/>
          </w:tcPr>
          <w:p w14:paraId="1DD651E4" w14:textId="77777777" w:rsidR="006A55BC" w:rsidRDefault="006A55BC">
            <w:pPr>
              <w:spacing w:after="20" w:line="240" w:lineRule="auto"/>
            </w:pPr>
          </w:p>
        </w:tc>
        <w:tc>
          <w:tcPr>
            <w:tcW w:w="3456" w:type="dxa"/>
            <w:shd w:val="clear" w:color="auto" w:fill="F4F7FA"/>
            <w:tcMar>
              <w:top w:w="100" w:type="dxa"/>
              <w:left w:w="110" w:type="dxa"/>
              <w:bottom w:w="100" w:type="dxa"/>
              <w:right w:w="110" w:type="dxa"/>
            </w:tcMar>
            <w:vAlign w:val="center"/>
          </w:tcPr>
          <w:p w14:paraId="42106202" w14:textId="77777777" w:rsidR="006A55BC" w:rsidRDefault="006A55BC">
            <w:pPr>
              <w:spacing w:after="20" w:line="240" w:lineRule="auto"/>
            </w:pPr>
          </w:p>
        </w:tc>
      </w:tr>
      <w:tr w:rsidR="006A55BC" w14:paraId="2BCF04D0" w14:textId="77777777">
        <w:trPr>
          <w:cantSplit/>
          <w:jc w:val="center"/>
        </w:trPr>
        <w:tc>
          <w:tcPr>
            <w:tcW w:w="2880" w:type="dxa"/>
            <w:tcMar>
              <w:top w:w="100" w:type="dxa"/>
              <w:left w:w="110" w:type="dxa"/>
              <w:bottom w:w="100" w:type="dxa"/>
              <w:right w:w="110" w:type="dxa"/>
            </w:tcMar>
            <w:vAlign w:val="center"/>
          </w:tcPr>
          <w:p w14:paraId="76C197FC" w14:textId="77777777" w:rsidR="006A55BC" w:rsidRDefault="00000000">
            <w:pPr>
              <w:spacing w:after="20" w:line="240" w:lineRule="auto"/>
            </w:pPr>
            <w:r>
              <w:rPr>
                <w:sz w:val="16"/>
              </w:rPr>
              <w:lastRenderedPageBreak/>
              <w:t>Community investment and donations</w:t>
            </w:r>
          </w:p>
        </w:tc>
        <w:tc>
          <w:tcPr>
            <w:tcW w:w="3600" w:type="dxa"/>
            <w:tcMar>
              <w:top w:w="100" w:type="dxa"/>
              <w:left w:w="110" w:type="dxa"/>
              <w:bottom w:w="100" w:type="dxa"/>
              <w:right w:w="110" w:type="dxa"/>
            </w:tcMar>
            <w:vAlign w:val="center"/>
          </w:tcPr>
          <w:p w14:paraId="7BF0918F"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570D1442" w14:textId="77777777" w:rsidR="006A55BC" w:rsidRDefault="006A55BC">
            <w:pPr>
              <w:spacing w:after="20" w:line="240" w:lineRule="auto"/>
            </w:pPr>
          </w:p>
        </w:tc>
      </w:tr>
      <w:tr w:rsidR="006A55BC" w14:paraId="71D18815" w14:textId="77777777">
        <w:trPr>
          <w:cantSplit/>
          <w:jc w:val="center"/>
        </w:trPr>
        <w:tc>
          <w:tcPr>
            <w:tcW w:w="2880" w:type="dxa"/>
            <w:shd w:val="clear" w:color="auto" w:fill="F4F7FA"/>
            <w:tcMar>
              <w:top w:w="100" w:type="dxa"/>
              <w:left w:w="110" w:type="dxa"/>
              <w:bottom w:w="100" w:type="dxa"/>
              <w:right w:w="110" w:type="dxa"/>
            </w:tcMar>
            <w:vAlign w:val="center"/>
          </w:tcPr>
          <w:p w14:paraId="3FF87B6D" w14:textId="77777777" w:rsidR="006A55BC" w:rsidRDefault="00000000">
            <w:pPr>
              <w:spacing w:after="20" w:line="240" w:lineRule="auto"/>
            </w:pPr>
            <w:r>
              <w:rPr>
                <w:sz w:val="16"/>
              </w:rPr>
              <w:t>Workforce and incentive structure</w:t>
            </w:r>
          </w:p>
        </w:tc>
        <w:tc>
          <w:tcPr>
            <w:tcW w:w="3600" w:type="dxa"/>
            <w:shd w:val="clear" w:color="auto" w:fill="F4F7FA"/>
            <w:tcMar>
              <w:top w:w="100" w:type="dxa"/>
              <w:left w:w="110" w:type="dxa"/>
              <w:bottom w:w="100" w:type="dxa"/>
              <w:right w:w="110" w:type="dxa"/>
            </w:tcMar>
            <w:vAlign w:val="center"/>
          </w:tcPr>
          <w:p w14:paraId="3AA3D299" w14:textId="77777777" w:rsidR="006A55BC" w:rsidRDefault="006A55BC">
            <w:pPr>
              <w:spacing w:after="20" w:line="240" w:lineRule="auto"/>
            </w:pPr>
          </w:p>
        </w:tc>
        <w:tc>
          <w:tcPr>
            <w:tcW w:w="3456" w:type="dxa"/>
            <w:shd w:val="clear" w:color="auto" w:fill="F4F7FA"/>
            <w:tcMar>
              <w:top w:w="100" w:type="dxa"/>
              <w:left w:w="110" w:type="dxa"/>
              <w:bottom w:w="100" w:type="dxa"/>
              <w:right w:w="110" w:type="dxa"/>
            </w:tcMar>
            <w:vAlign w:val="center"/>
          </w:tcPr>
          <w:p w14:paraId="39D314CB" w14:textId="77777777" w:rsidR="006A55BC" w:rsidRDefault="006A55BC">
            <w:pPr>
              <w:spacing w:after="20" w:line="240" w:lineRule="auto"/>
            </w:pPr>
          </w:p>
        </w:tc>
      </w:tr>
      <w:tr w:rsidR="006A55BC" w14:paraId="407CFC8F" w14:textId="77777777">
        <w:trPr>
          <w:cantSplit/>
          <w:jc w:val="center"/>
        </w:trPr>
        <w:tc>
          <w:tcPr>
            <w:tcW w:w="2880" w:type="dxa"/>
            <w:tcMar>
              <w:top w:w="100" w:type="dxa"/>
              <w:left w:w="110" w:type="dxa"/>
              <w:bottom w:w="100" w:type="dxa"/>
              <w:right w:w="110" w:type="dxa"/>
            </w:tcMar>
            <w:vAlign w:val="center"/>
          </w:tcPr>
          <w:p w14:paraId="0E5E93C1" w14:textId="77777777" w:rsidR="006A55BC" w:rsidRDefault="00000000">
            <w:pPr>
              <w:spacing w:after="20" w:line="240" w:lineRule="auto"/>
            </w:pPr>
            <w:r>
              <w:rPr>
                <w:sz w:val="16"/>
              </w:rPr>
              <w:t>Technology and data environment</w:t>
            </w:r>
          </w:p>
        </w:tc>
        <w:tc>
          <w:tcPr>
            <w:tcW w:w="3600" w:type="dxa"/>
            <w:tcMar>
              <w:top w:w="100" w:type="dxa"/>
              <w:left w:w="110" w:type="dxa"/>
              <w:bottom w:w="100" w:type="dxa"/>
              <w:right w:w="110" w:type="dxa"/>
            </w:tcMar>
            <w:vAlign w:val="center"/>
          </w:tcPr>
          <w:p w14:paraId="5D570BFB"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6F739737" w14:textId="77777777" w:rsidR="006A55BC" w:rsidRDefault="006A55BC">
            <w:pPr>
              <w:spacing w:after="20" w:line="240" w:lineRule="auto"/>
            </w:pPr>
          </w:p>
        </w:tc>
      </w:tr>
      <w:tr w:rsidR="006A55BC" w14:paraId="6042B863" w14:textId="77777777">
        <w:trPr>
          <w:cantSplit/>
          <w:jc w:val="center"/>
        </w:trPr>
        <w:tc>
          <w:tcPr>
            <w:tcW w:w="2880" w:type="dxa"/>
            <w:shd w:val="clear" w:color="auto" w:fill="F4F7FA"/>
            <w:tcMar>
              <w:top w:w="100" w:type="dxa"/>
              <w:left w:w="110" w:type="dxa"/>
              <w:bottom w:w="100" w:type="dxa"/>
              <w:right w:w="110" w:type="dxa"/>
            </w:tcMar>
            <w:vAlign w:val="center"/>
          </w:tcPr>
          <w:p w14:paraId="15F1E33A" w14:textId="77777777" w:rsidR="006A55BC" w:rsidRDefault="00000000">
            <w:pPr>
              <w:spacing w:after="20" w:line="240" w:lineRule="auto"/>
            </w:pPr>
            <w:r>
              <w:rPr>
                <w:sz w:val="16"/>
              </w:rPr>
              <w:t>Recent restructuring or growth</w:t>
            </w:r>
          </w:p>
        </w:tc>
        <w:tc>
          <w:tcPr>
            <w:tcW w:w="3600" w:type="dxa"/>
            <w:shd w:val="clear" w:color="auto" w:fill="F4F7FA"/>
            <w:tcMar>
              <w:top w:w="100" w:type="dxa"/>
              <w:left w:w="110" w:type="dxa"/>
              <w:bottom w:w="100" w:type="dxa"/>
              <w:right w:w="110" w:type="dxa"/>
            </w:tcMar>
            <w:vAlign w:val="center"/>
          </w:tcPr>
          <w:p w14:paraId="7BA6E369" w14:textId="77777777" w:rsidR="006A55BC" w:rsidRDefault="006A55BC">
            <w:pPr>
              <w:spacing w:after="20" w:line="240" w:lineRule="auto"/>
            </w:pPr>
          </w:p>
        </w:tc>
        <w:tc>
          <w:tcPr>
            <w:tcW w:w="3456" w:type="dxa"/>
            <w:shd w:val="clear" w:color="auto" w:fill="F4F7FA"/>
            <w:tcMar>
              <w:top w:w="100" w:type="dxa"/>
              <w:left w:w="110" w:type="dxa"/>
              <w:bottom w:w="100" w:type="dxa"/>
              <w:right w:w="110" w:type="dxa"/>
            </w:tcMar>
            <w:vAlign w:val="center"/>
          </w:tcPr>
          <w:p w14:paraId="4C6F2DF4" w14:textId="77777777" w:rsidR="006A55BC" w:rsidRDefault="006A55BC">
            <w:pPr>
              <w:spacing w:after="20" w:line="240" w:lineRule="auto"/>
            </w:pPr>
          </w:p>
        </w:tc>
      </w:tr>
    </w:tbl>
    <w:p w14:paraId="7AA8AA7E" w14:textId="77777777" w:rsidR="006A55BC" w:rsidRDefault="006A55BC">
      <w:pPr>
        <w:spacing w:after="20"/>
      </w:pPr>
    </w:p>
    <w:p w14:paraId="33A19FA2" w14:textId="77777777" w:rsidR="006A55BC" w:rsidRDefault="00000000">
      <w:pPr>
        <w:pStyle w:val="Heading2"/>
      </w:pPr>
      <w:r>
        <w:t>2.3 External Context Review</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32"/>
        <w:gridCol w:w="3240"/>
        <w:gridCol w:w="3240"/>
        <w:gridCol w:w="1224"/>
      </w:tblGrid>
      <w:tr w:rsidR="006A55BC" w14:paraId="6BD0EA1D" w14:textId="77777777">
        <w:trPr>
          <w:cantSplit/>
          <w:tblHeader/>
          <w:jc w:val="center"/>
        </w:trPr>
        <w:tc>
          <w:tcPr>
            <w:tcW w:w="2232" w:type="dxa"/>
            <w:shd w:val="clear" w:color="auto" w:fill="17365D"/>
            <w:tcMar>
              <w:top w:w="100" w:type="dxa"/>
              <w:left w:w="110" w:type="dxa"/>
              <w:bottom w:w="100" w:type="dxa"/>
              <w:right w:w="110" w:type="dxa"/>
            </w:tcMar>
            <w:vAlign w:val="center"/>
          </w:tcPr>
          <w:p w14:paraId="5A75C711" w14:textId="77777777" w:rsidR="006A55BC" w:rsidRDefault="00000000">
            <w:r>
              <w:rPr>
                <w:b/>
                <w:color w:val="FFFFFF"/>
                <w:sz w:val="15"/>
              </w:rPr>
              <w:t>External factor</w:t>
            </w:r>
          </w:p>
        </w:tc>
        <w:tc>
          <w:tcPr>
            <w:tcW w:w="3240" w:type="dxa"/>
            <w:shd w:val="clear" w:color="auto" w:fill="17365D"/>
            <w:tcMar>
              <w:top w:w="100" w:type="dxa"/>
              <w:left w:w="110" w:type="dxa"/>
              <w:bottom w:w="100" w:type="dxa"/>
              <w:right w:w="110" w:type="dxa"/>
            </w:tcMar>
            <w:vAlign w:val="center"/>
          </w:tcPr>
          <w:p w14:paraId="7362C05F" w14:textId="77777777" w:rsidR="006A55BC" w:rsidRDefault="00000000">
            <w:r>
              <w:rPr>
                <w:b/>
                <w:color w:val="FFFFFF"/>
                <w:sz w:val="15"/>
              </w:rPr>
              <w:t>Relevant change or condition</w:t>
            </w:r>
          </w:p>
        </w:tc>
        <w:tc>
          <w:tcPr>
            <w:tcW w:w="3240" w:type="dxa"/>
            <w:shd w:val="clear" w:color="auto" w:fill="17365D"/>
            <w:tcMar>
              <w:top w:w="100" w:type="dxa"/>
              <w:left w:w="110" w:type="dxa"/>
              <w:bottom w:w="100" w:type="dxa"/>
              <w:right w:w="110" w:type="dxa"/>
            </w:tcMar>
            <w:vAlign w:val="center"/>
          </w:tcPr>
          <w:p w14:paraId="2E7AFD9D" w14:textId="77777777" w:rsidR="006A55BC" w:rsidRDefault="00000000">
            <w:r>
              <w:rPr>
                <w:b/>
                <w:color w:val="FFFFFF"/>
                <w:sz w:val="15"/>
              </w:rPr>
              <w:t>Exposure created</w:t>
            </w:r>
          </w:p>
        </w:tc>
        <w:tc>
          <w:tcPr>
            <w:tcW w:w="1224" w:type="dxa"/>
            <w:shd w:val="clear" w:color="auto" w:fill="17365D"/>
            <w:tcMar>
              <w:top w:w="100" w:type="dxa"/>
              <w:left w:w="110" w:type="dxa"/>
              <w:bottom w:w="100" w:type="dxa"/>
              <w:right w:w="110" w:type="dxa"/>
            </w:tcMar>
            <w:vAlign w:val="center"/>
          </w:tcPr>
          <w:p w14:paraId="3F6048AD" w14:textId="77777777" w:rsidR="006A55BC" w:rsidRDefault="00000000">
            <w:r>
              <w:rPr>
                <w:b/>
                <w:color w:val="FFFFFF"/>
                <w:sz w:val="15"/>
              </w:rPr>
              <w:t>Evidence source</w:t>
            </w:r>
          </w:p>
        </w:tc>
      </w:tr>
      <w:tr w:rsidR="006A55BC" w14:paraId="4BA08CDA" w14:textId="77777777">
        <w:trPr>
          <w:cantSplit/>
          <w:jc w:val="center"/>
        </w:trPr>
        <w:tc>
          <w:tcPr>
            <w:tcW w:w="2232" w:type="dxa"/>
            <w:tcMar>
              <w:top w:w="100" w:type="dxa"/>
              <w:left w:w="110" w:type="dxa"/>
              <w:bottom w:w="100" w:type="dxa"/>
              <w:right w:w="110" w:type="dxa"/>
            </w:tcMar>
            <w:vAlign w:val="center"/>
          </w:tcPr>
          <w:p w14:paraId="48B24F7F" w14:textId="77777777" w:rsidR="006A55BC" w:rsidRDefault="00000000">
            <w:pPr>
              <w:spacing w:after="20" w:line="240" w:lineRule="auto"/>
            </w:pPr>
            <w:r>
              <w:rPr>
                <w:sz w:val="15"/>
              </w:rPr>
              <w:t>Applicable anti-corruption laws</w:t>
            </w:r>
          </w:p>
        </w:tc>
        <w:tc>
          <w:tcPr>
            <w:tcW w:w="3240" w:type="dxa"/>
            <w:tcMar>
              <w:top w:w="100" w:type="dxa"/>
              <w:left w:w="110" w:type="dxa"/>
              <w:bottom w:w="100" w:type="dxa"/>
              <w:right w:w="110" w:type="dxa"/>
            </w:tcMar>
            <w:vAlign w:val="center"/>
          </w:tcPr>
          <w:p w14:paraId="7BA0A9CD" w14:textId="77777777" w:rsidR="006A55BC" w:rsidRDefault="006A55BC">
            <w:pPr>
              <w:spacing w:after="20" w:line="240" w:lineRule="auto"/>
            </w:pPr>
          </w:p>
        </w:tc>
        <w:tc>
          <w:tcPr>
            <w:tcW w:w="3240" w:type="dxa"/>
            <w:tcMar>
              <w:top w:w="100" w:type="dxa"/>
              <w:left w:w="110" w:type="dxa"/>
              <w:bottom w:w="100" w:type="dxa"/>
              <w:right w:w="110" w:type="dxa"/>
            </w:tcMar>
            <w:vAlign w:val="center"/>
          </w:tcPr>
          <w:p w14:paraId="5D9F288A"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3DE314C5" w14:textId="77777777" w:rsidR="006A55BC" w:rsidRDefault="006A55BC">
            <w:pPr>
              <w:spacing w:after="20" w:line="240" w:lineRule="auto"/>
            </w:pPr>
          </w:p>
        </w:tc>
      </w:tr>
      <w:tr w:rsidR="006A55BC" w14:paraId="3186F199" w14:textId="77777777">
        <w:trPr>
          <w:cantSplit/>
          <w:jc w:val="center"/>
        </w:trPr>
        <w:tc>
          <w:tcPr>
            <w:tcW w:w="2232" w:type="dxa"/>
            <w:shd w:val="clear" w:color="auto" w:fill="F4F7FA"/>
            <w:tcMar>
              <w:top w:w="100" w:type="dxa"/>
              <w:left w:w="110" w:type="dxa"/>
              <w:bottom w:w="100" w:type="dxa"/>
              <w:right w:w="110" w:type="dxa"/>
            </w:tcMar>
            <w:vAlign w:val="center"/>
          </w:tcPr>
          <w:p w14:paraId="69486561" w14:textId="77777777" w:rsidR="006A55BC" w:rsidRDefault="00000000">
            <w:pPr>
              <w:spacing w:after="20" w:line="240" w:lineRule="auto"/>
            </w:pPr>
            <w:r>
              <w:rPr>
                <w:sz w:val="15"/>
              </w:rPr>
              <w:t>Sector regulation</w:t>
            </w:r>
          </w:p>
        </w:tc>
        <w:tc>
          <w:tcPr>
            <w:tcW w:w="3240" w:type="dxa"/>
            <w:shd w:val="clear" w:color="auto" w:fill="F4F7FA"/>
            <w:tcMar>
              <w:top w:w="100" w:type="dxa"/>
              <w:left w:w="110" w:type="dxa"/>
              <w:bottom w:w="100" w:type="dxa"/>
              <w:right w:w="110" w:type="dxa"/>
            </w:tcMar>
            <w:vAlign w:val="center"/>
          </w:tcPr>
          <w:p w14:paraId="19662071" w14:textId="77777777" w:rsidR="006A55BC" w:rsidRDefault="006A55BC">
            <w:pPr>
              <w:spacing w:after="20" w:line="240" w:lineRule="auto"/>
            </w:pPr>
          </w:p>
        </w:tc>
        <w:tc>
          <w:tcPr>
            <w:tcW w:w="3240" w:type="dxa"/>
            <w:shd w:val="clear" w:color="auto" w:fill="F4F7FA"/>
            <w:tcMar>
              <w:top w:w="100" w:type="dxa"/>
              <w:left w:w="110" w:type="dxa"/>
              <w:bottom w:w="100" w:type="dxa"/>
              <w:right w:w="110" w:type="dxa"/>
            </w:tcMar>
            <w:vAlign w:val="center"/>
          </w:tcPr>
          <w:p w14:paraId="7DF75F98"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161B548A" w14:textId="77777777" w:rsidR="006A55BC" w:rsidRDefault="006A55BC">
            <w:pPr>
              <w:spacing w:after="20" w:line="240" w:lineRule="auto"/>
            </w:pPr>
          </w:p>
        </w:tc>
      </w:tr>
      <w:tr w:rsidR="006A55BC" w14:paraId="33CEE775" w14:textId="77777777">
        <w:trPr>
          <w:cantSplit/>
          <w:jc w:val="center"/>
        </w:trPr>
        <w:tc>
          <w:tcPr>
            <w:tcW w:w="2232" w:type="dxa"/>
            <w:tcMar>
              <w:top w:w="100" w:type="dxa"/>
              <w:left w:w="110" w:type="dxa"/>
              <w:bottom w:w="100" w:type="dxa"/>
              <w:right w:w="110" w:type="dxa"/>
            </w:tcMar>
            <w:vAlign w:val="center"/>
          </w:tcPr>
          <w:p w14:paraId="20EF4EA7" w14:textId="77777777" w:rsidR="006A55BC" w:rsidRDefault="00000000">
            <w:pPr>
              <w:spacing w:after="20" w:line="240" w:lineRule="auto"/>
            </w:pPr>
            <w:r>
              <w:rPr>
                <w:sz w:val="15"/>
              </w:rPr>
              <w:t>Government policy and enforcement</w:t>
            </w:r>
          </w:p>
        </w:tc>
        <w:tc>
          <w:tcPr>
            <w:tcW w:w="3240" w:type="dxa"/>
            <w:tcMar>
              <w:top w:w="100" w:type="dxa"/>
              <w:left w:w="110" w:type="dxa"/>
              <w:bottom w:w="100" w:type="dxa"/>
              <w:right w:w="110" w:type="dxa"/>
            </w:tcMar>
            <w:vAlign w:val="center"/>
          </w:tcPr>
          <w:p w14:paraId="17A92EDE" w14:textId="77777777" w:rsidR="006A55BC" w:rsidRDefault="006A55BC">
            <w:pPr>
              <w:spacing w:after="20" w:line="240" w:lineRule="auto"/>
            </w:pPr>
          </w:p>
        </w:tc>
        <w:tc>
          <w:tcPr>
            <w:tcW w:w="3240" w:type="dxa"/>
            <w:tcMar>
              <w:top w:w="100" w:type="dxa"/>
              <w:left w:w="110" w:type="dxa"/>
              <w:bottom w:w="100" w:type="dxa"/>
              <w:right w:w="110" w:type="dxa"/>
            </w:tcMar>
            <w:vAlign w:val="center"/>
          </w:tcPr>
          <w:p w14:paraId="5077B817"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1BDE2219" w14:textId="77777777" w:rsidR="006A55BC" w:rsidRDefault="006A55BC">
            <w:pPr>
              <w:spacing w:after="20" w:line="240" w:lineRule="auto"/>
            </w:pPr>
          </w:p>
        </w:tc>
      </w:tr>
      <w:tr w:rsidR="006A55BC" w14:paraId="11A22CCF" w14:textId="77777777">
        <w:trPr>
          <w:cantSplit/>
          <w:jc w:val="center"/>
        </w:trPr>
        <w:tc>
          <w:tcPr>
            <w:tcW w:w="2232" w:type="dxa"/>
            <w:shd w:val="clear" w:color="auto" w:fill="F4F7FA"/>
            <w:tcMar>
              <w:top w:w="100" w:type="dxa"/>
              <w:left w:w="110" w:type="dxa"/>
              <w:bottom w:w="100" w:type="dxa"/>
              <w:right w:w="110" w:type="dxa"/>
            </w:tcMar>
            <w:vAlign w:val="center"/>
          </w:tcPr>
          <w:p w14:paraId="23924D32" w14:textId="77777777" w:rsidR="006A55BC" w:rsidRDefault="00000000">
            <w:pPr>
              <w:spacing w:after="20" w:line="240" w:lineRule="auto"/>
            </w:pPr>
            <w:r>
              <w:rPr>
                <w:sz w:val="15"/>
              </w:rPr>
              <w:t>Political and election environment</w:t>
            </w:r>
          </w:p>
        </w:tc>
        <w:tc>
          <w:tcPr>
            <w:tcW w:w="3240" w:type="dxa"/>
            <w:shd w:val="clear" w:color="auto" w:fill="F4F7FA"/>
            <w:tcMar>
              <w:top w:w="100" w:type="dxa"/>
              <w:left w:w="110" w:type="dxa"/>
              <w:bottom w:w="100" w:type="dxa"/>
              <w:right w:w="110" w:type="dxa"/>
            </w:tcMar>
            <w:vAlign w:val="center"/>
          </w:tcPr>
          <w:p w14:paraId="3EA83AE6" w14:textId="77777777" w:rsidR="006A55BC" w:rsidRDefault="006A55BC">
            <w:pPr>
              <w:spacing w:after="20" w:line="240" w:lineRule="auto"/>
            </w:pPr>
          </w:p>
        </w:tc>
        <w:tc>
          <w:tcPr>
            <w:tcW w:w="3240" w:type="dxa"/>
            <w:shd w:val="clear" w:color="auto" w:fill="F4F7FA"/>
            <w:tcMar>
              <w:top w:w="100" w:type="dxa"/>
              <w:left w:w="110" w:type="dxa"/>
              <w:bottom w:w="100" w:type="dxa"/>
              <w:right w:w="110" w:type="dxa"/>
            </w:tcMar>
            <w:vAlign w:val="center"/>
          </w:tcPr>
          <w:p w14:paraId="56E86B2F"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2D64DDEA" w14:textId="77777777" w:rsidR="006A55BC" w:rsidRDefault="006A55BC">
            <w:pPr>
              <w:spacing w:after="20" w:line="240" w:lineRule="auto"/>
            </w:pPr>
          </w:p>
        </w:tc>
      </w:tr>
      <w:tr w:rsidR="006A55BC" w14:paraId="0F8ABFB2" w14:textId="77777777">
        <w:trPr>
          <w:cantSplit/>
          <w:jc w:val="center"/>
        </w:trPr>
        <w:tc>
          <w:tcPr>
            <w:tcW w:w="2232" w:type="dxa"/>
            <w:tcMar>
              <w:top w:w="100" w:type="dxa"/>
              <w:left w:w="110" w:type="dxa"/>
              <w:bottom w:w="100" w:type="dxa"/>
              <w:right w:w="110" w:type="dxa"/>
            </w:tcMar>
            <w:vAlign w:val="center"/>
          </w:tcPr>
          <w:p w14:paraId="159DA9AA" w14:textId="77777777" w:rsidR="006A55BC" w:rsidRDefault="00000000">
            <w:pPr>
              <w:spacing w:after="20" w:line="240" w:lineRule="auto"/>
            </w:pPr>
            <w:r>
              <w:rPr>
                <w:sz w:val="15"/>
              </w:rPr>
              <w:t>Country or regional risk</w:t>
            </w:r>
          </w:p>
        </w:tc>
        <w:tc>
          <w:tcPr>
            <w:tcW w:w="3240" w:type="dxa"/>
            <w:tcMar>
              <w:top w:w="100" w:type="dxa"/>
              <w:left w:w="110" w:type="dxa"/>
              <w:bottom w:w="100" w:type="dxa"/>
              <w:right w:w="110" w:type="dxa"/>
            </w:tcMar>
            <w:vAlign w:val="center"/>
          </w:tcPr>
          <w:p w14:paraId="5C829587" w14:textId="77777777" w:rsidR="006A55BC" w:rsidRDefault="006A55BC">
            <w:pPr>
              <w:spacing w:after="20" w:line="240" w:lineRule="auto"/>
            </w:pPr>
          </w:p>
        </w:tc>
        <w:tc>
          <w:tcPr>
            <w:tcW w:w="3240" w:type="dxa"/>
            <w:tcMar>
              <w:top w:w="100" w:type="dxa"/>
              <w:left w:w="110" w:type="dxa"/>
              <w:bottom w:w="100" w:type="dxa"/>
              <w:right w:w="110" w:type="dxa"/>
            </w:tcMar>
            <w:vAlign w:val="center"/>
          </w:tcPr>
          <w:p w14:paraId="18AF53C8"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192DDD2D" w14:textId="77777777" w:rsidR="006A55BC" w:rsidRDefault="006A55BC">
            <w:pPr>
              <w:spacing w:after="20" w:line="240" w:lineRule="auto"/>
            </w:pPr>
          </w:p>
        </w:tc>
      </w:tr>
      <w:tr w:rsidR="006A55BC" w14:paraId="1261BB23" w14:textId="77777777">
        <w:trPr>
          <w:cantSplit/>
          <w:jc w:val="center"/>
        </w:trPr>
        <w:tc>
          <w:tcPr>
            <w:tcW w:w="2232" w:type="dxa"/>
            <w:shd w:val="clear" w:color="auto" w:fill="F4F7FA"/>
            <w:tcMar>
              <w:top w:w="100" w:type="dxa"/>
              <w:left w:w="110" w:type="dxa"/>
              <w:bottom w:w="100" w:type="dxa"/>
              <w:right w:w="110" w:type="dxa"/>
            </w:tcMar>
            <w:vAlign w:val="center"/>
          </w:tcPr>
          <w:p w14:paraId="58E8D9EB" w14:textId="77777777" w:rsidR="006A55BC" w:rsidRDefault="00000000">
            <w:pPr>
              <w:spacing w:after="20" w:line="240" w:lineRule="auto"/>
            </w:pPr>
            <w:r>
              <w:rPr>
                <w:sz w:val="15"/>
              </w:rPr>
              <w:t>Economic pressure and inflation</w:t>
            </w:r>
          </w:p>
        </w:tc>
        <w:tc>
          <w:tcPr>
            <w:tcW w:w="3240" w:type="dxa"/>
            <w:shd w:val="clear" w:color="auto" w:fill="F4F7FA"/>
            <w:tcMar>
              <w:top w:w="100" w:type="dxa"/>
              <w:left w:w="110" w:type="dxa"/>
              <w:bottom w:w="100" w:type="dxa"/>
              <w:right w:w="110" w:type="dxa"/>
            </w:tcMar>
            <w:vAlign w:val="center"/>
          </w:tcPr>
          <w:p w14:paraId="77FCE66F" w14:textId="77777777" w:rsidR="006A55BC" w:rsidRDefault="006A55BC">
            <w:pPr>
              <w:spacing w:after="20" w:line="240" w:lineRule="auto"/>
            </w:pPr>
          </w:p>
        </w:tc>
        <w:tc>
          <w:tcPr>
            <w:tcW w:w="3240" w:type="dxa"/>
            <w:shd w:val="clear" w:color="auto" w:fill="F4F7FA"/>
            <w:tcMar>
              <w:top w:w="100" w:type="dxa"/>
              <w:left w:w="110" w:type="dxa"/>
              <w:bottom w:w="100" w:type="dxa"/>
              <w:right w:w="110" w:type="dxa"/>
            </w:tcMar>
            <w:vAlign w:val="center"/>
          </w:tcPr>
          <w:p w14:paraId="3C2116E7"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5C786905" w14:textId="77777777" w:rsidR="006A55BC" w:rsidRDefault="006A55BC">
            <w:pPr>
              <w:spacing w:after="20" w:line="240" w:lineRule="auto"/>
            </w:pPr>
          </w:p>
        </w:tc>
      </w:tr>
      <w:tr w:rsidR="006A55BC" w14:paraId="1D468DF0" w14:textId="77777777">
        <w:trPr>
          <w:cantSplit/>
          <w:jc w:val="center"/>
        </w:trPr>
        <w:tc>
          <w:tcPr>
            <w:tcW w:w="2232" w:type="dxa"/>
            <w:tcMar>
              <w:top w:w="100" w:type="dxa"/>
              <w:left w:w="110" w:type="dxa"/>
              <w:bottom w:w="100" w:type="dxa"/>
              <w:right w:w="110" w:type="dxa"/>
            </w:tcMar>
            <w:vAlign w:val="center"/>
          </w:tcPr>
          <w:p w14:paraId="4A54EAC8" w14:textId="77777777" w:rsidR="006A55BC" w:rsidRDefault="00000000">
            <w:pPr>
              <w:spacing w:after="20" w:line="240" w:lineRule="auto"/>
            </w:pPr>
            <w:r>
              <w:rPr>
                <w:sz w:val="15"/>
              </w:rPr>
              <w:t>Industry practices</w:t>
            </w:r>
          </w:p>
        </w:tc>
        <w:tc>
          <w:tcPr>
            <w:tcW w:w="3240" w:type="dxa"/>
            <w:tcMar>
              <w:top w:w="100" w:type="dxa"/>
              <w:left w:w="110" w:type="dxa"/>
              <w:bottom w:w="100" w:type="dxa"/>
              <w:right w:w="110" w:type="dxa"/>
            </w:tcMar>
            <w:vAlign w:val="center"/>
          </w:tcPr>
          <w:p w14:paraId="36BFD5EB" w14:textId="77777777" w:rsidR="006A55BC" w:rsidRDefault="006A55BC">
            <w:pPr>
              <w:spacing w:after="20" w:line="240" w:lineRule="auto"/>
            </w:pPr>
          </w:p>
        </w:tc>
        <w:tc>
          <w:tcPr>
            <w:tcW w:w="3240" w:type="dxa"/>
            <w:tcMar>
              <w:top w:w="100" w:type="dxa"/>
              <w:left w:w="110" w:type="dxa"/>
              <w:bottom w:w="100" w:type="dxa"/>
              <w:right w:w="110" w:type="dxa"/>
            </w:tcMar>
            <w:vAlign w:val="center"/>
          </w:tcPr>
          <w:p w14:paraId="787E7B59"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274F0383" w14:textId="77777777" w:rsidR="006A55BC" w:rsidRDefault="006A55BC">
            <w:pPr>
              <w:spacing w:after="20" w:line="240" w:lineRule="auto"/>
            </w:pPr>
          </w:p>
        </w:tc>
      </w:tr>
      <w:tr w:rsidR="006A55BC" w14:paraId="48069E74" w14:textId="77777777">
        <w:trPr>
          <w:cantSplit/>
          <w:jc w:val="center"/>
        </w:trPr>
        <w:tc>
          <w:tcPr>
            <w:tcW w:w="2232" w:type="dxa"/>
            <w:shd w:val="clear" w:color="auto" w:fill="F4F7FA"/>
            <w:tcMar>
              <w:top w:w="100" w:type="dxa"/>
              <w:left w:w="110" w:type="dxa"/>
              <w:bottom w:w="100" w:type="dxa"/>
              <w:right w:w="110" w:type="dxa"/>
            </w:tcMar>
            <w:vAlign w:val="center"/>
          </w:tcPr>
          <w:p w14:paraId="36BFDF65" w14:textId="77777777" w:rsidR="006A55BC" w:rsidRDefault="00000000">
            <w:pPr>
              <w:spacing w:after="20" w:line="240" w:lineRule="auto"/>
            </w:pPr>
            <w:r>
              <w:rPr>
                <w:sz w:val="15"/>
              </w:rPr>
              <w:t>Conflict, emergency or disruption</w:t>
            </w:r>
          </w:p>
        </w:tc>
        <w:tc>
          <w:tcPr>
            <w:tcW w:w="3240" w:type="dxa"/>
            <w:shd w:val="clear" w:color="auto" w:fill="F4F7FA"/>
            <w:tcMar>
              <w:top w:w="100" w:type="dxa"/>
              <w:left w:w="110" w:type="dxa"/>
              <w:bottom w:w="100" w:type="dxa"/>
              <w:right w:w="110" w:type="dxa"/>
            </w:tcMar>
            <w:vAlign w:val="center"/>
          </w:tcPr>
          <w:p w14:paraId="79E9E9CC" w14:textId="77777777" w:rsidR="006A55BC" w:rsidRDefault="006A55BC">
            <w:pPr>
              <w:spacing w:after="20" w:line="240" w:lineRule="auto"/>
            </w:pPr>
          </w:p>
        </w:tc>
        <w:tc>
          <w:tcPr>
            <w:tcW w:w="3240" w:type="dxa"/>
            <w:shd w:val="clear" w:color="auto" w:fill="F4F7FA"/>
            <w:tcMar>
              <w:top w:w="100" w:type="dxa"/>
              <w:left w:w="110" w:type="dxa"/>
              <w:bottom w:w="100" w:type="dxa"/>
              <w:right w:w="110" w:type="dxa"/>
            </w:tcMar>
            <w:vAlign w:val="center"/>
          </w:tcPr>
          <w:p w14:paraId="1DBB3B96"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32E9A25D" w14:textId="77777777" w:rsidR="006A55BC" w:rsidRDefault="006A55BC">
            <w:pPr>
              <w:spacing w:after="20" w:line="240" w:lineRule="auto"/>
            </w:pPr>
          </w:p>
        </w:tc>
      </w:tr>
      <w:tr w:rsidR="006A55BC" w14:paraId="3EDAE796" w14:textId="77777777">
        <w:trPr>
          <w:cantSplit/>
          <w:jc w:val="center"/>
        </w:trPr>
        <w:tc>
          <w:tcPr>
            <w:tcW w:w="2232" w:type="dxa"/>
            <w:tcMar>
              <w:top w:w="100" w:type="dxa"/>
              <w:left w:w="110" w:type="dxa"/>
              <w:bottom w:w="100" w:type="dxa"/>
              <w:right w:w="110" w:type="dxa"/>
            </w:tcMar>
            <w:vAlign w:val="center"/>
          </w:tcPr>
          <w:p w14:paraId="40F9ABB8" w14:textId="77777777" w:rsidR="006A55BC" w:rsidRDefault="00000000">
            <w:pPr>
              <w:spacing w:after="20" w:line="240" w:lineRule="auto"/>
            </w:pPr>
            <w:r>
              <w:rPr>
                <w:sz w:val="15"/>
              </w:rPr>
              <w:t>Stakeholder expectations</w:t>
            </w:r>
          </w:p>
        </w:tc>
        <w:tc>
          <w:tcPr>
            <w:tcW w:w="3240" w:type="dxa"/>
            <w:tcMar>
              <w:top w:w="100" w:type="dxa"/>
              <w:left w:w="110" w:type="dxa"/>
              <w:bottom w:w="100" w:type="dxa"/>
              <w:right w:w="110" w:type="dxa"/>
            </w:tcMar>
            <w:vAlign w:val="center"/>
          </w:tcPr>
          <w:p w14:paraId="453D9B0B" w14:textId="77777777" w:rsidR="006A55BC" w:rsidRDefault="006A55BC">
            <w:pPr>
              <w:spacing w:after="20" w:line="240" w:lineRule="auto"/>
            </w:pPr>
          </w:p>
        </w:tc>
        <w:tc>
          <w:tcPr>
            <w:tcW w:w="3240" w:type="dxa"/>
            <w:tcMar>
              <w:top w:w="100" w:type="dxa"/>
              <w:left w:w="110" w:type="dxa"/>
              <w:bottom w:w="100" w:type="dxa"/>
              <w:right w:w="110" w:type="dxa"/>
            </w:tcMar>
            <w:vAlign w:val="center"/>
          </w:tcPr>
          <w:p w14:paraId="6771CFBB"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143B37DD" w14:textId="77777777" w:rsidR="006A55BC" w:rsidRDefault="006A55BC">
            <w:pPr>
              <w:spacing w:after="20" w:line="240" w:lineRule="auto"/>
            </w:pPr>
          </w:p>
        </w:tc>
      </w:tr>
    </w:tbl>
    <w:p w14:paraId="6EF33836" w14:textId="77777777" w:rsidR="006A55BC" w:rsidRDefault="006A55BC">
      <w:pPr>
        <w:spacing w:after="20"/>
      </w:pPr>
    </w:p>
    <w:p w14:paraId="03C05DD7" w14:textId="77777777" w:rsidR="006A55BC" w:rsidRDefault="00000000">
      <w:r>
        <w:br w:type="page"/>
      </w:r>
    </w:p>
    <w:p w14:paraId="05DCBC14" w14:textId="77777777" w:rsidR="006A55BC" w:rsidRDefault="00000000">
      <w:pPr>
        <w:pStyle w:val="Heading1"/>
      </w:pPr>
      <w:r>
        <w:lastRenderedPageBreak/>
        <w:t>Section 3 Evidence Collection Plan</w:t>
      </w:r>
    </w:p>
    <w:p w14:paraId="0027FCDF" w14:textId="77777777" w:rsidR="006A55BC" w:rsidRDefault="00000000">
      <w:pPr>
        <w:pStyle w:val="Heading2"/>
      </w:pPr>
      <w:r>
        <w:t>3.1 Evidence Inventory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1008"/>
        <w:gridCol w:w="1440"/>
        <w:gridCol w:w="864"/>
        <w:gridCol w:w="2232"/>
        <w:gridCol w:w="936"/>
      </w:tblGrid>
      <w:tr w:rsidR="006A55BC" w14:paraId="051936F9" w14:textId="77777777">
        <w:trPr>
          <w:cantSplit/>
          <w:tblHeader/>
          <w:jc w:val="center"/>
        </w:trPr>
        <w:tc>
          <w:tcPr>
            <w:tcW w:w="3456" w:type="dxa"/>
            <w:shd w:val="clear" w:color="auto" w:fill="17365D"/>
            <w:tcMar>
              <w:top w:w="100" w:type="dxa"/>
              <w:left w:w="110" w:type="dxa"/>
              <w:bottom w:w="100" w:type="dxa"/>
              <w:right w:w="110" w:type="dxa"/>
            </w:tcMar>
            <w:vAlign w:val="center"/>
          </w:tcPr>
          <w:p w14:paraId="191CB3EE" w14:textId="77777777" w:rsidR="006A55BC" w:rsidRDefault="00000000">
            <w:r>
              <w:rPr>
                <w:b/>
                <w:color w:val="FFFFFF"/>
                <w:sz w:val="15"/>
              </w:rPr>
              <w:t>Evidence item</w:t>
            </w:r>
          </w:p>
        </w:tc>
        <w:tc>
          <w:tcPr>
            <w:tcW w:w="1008" w:type="dxa"/>
            <w:shd w:val="clear" w:color="auto" w:fill="17365D"/>
            <w:tcMar>
              <w:top w:w="100" w:type="dxa"/>
              <w:left w:w="110" w:type="dxa"/>
              <w:bottom w:w="100" w:type="dxa"/>
              <w:right w:w="110" w:type="dxa"/>
            </w:tcMar>
            <w:vAlign w:val="center"/>
          </w:tcPr>
          <w:p w14:paraId="7D2F7EC9" w14:textId="77777777" w:rsidR="006A55BC" w:rsidRDefault="00000000">
            <w:r>
              <w:rPr>
                <w:b/>
                <w:color w:val="FFFFFF"/>
                <w:sz w:val="15"/>
              </w:rPr>
              <w:t>Period</w:t>
            </w:r>
          </w:p>
        </w:tc>
        <w:tc>
          <w:tcPr>
            <w:tcW w:w="1440" w:type="dxa"/>
            <w:shd w:val="clear" w:color="auto" w:fill="17365D"/>
            <w:tcMar>
              <w:top w:w="100" w:type="dxa"/>
              <w:left w:w="110" w:type="dxa"/>
              <w:bottom w:w="100" w:type="dxa"/>
              <w:right w:w="110" w:type="dxa"/>
            </w:tcMar>
            <w:vAlign w:val="center"/>
          </w:tcPr>
          <w:p w14:paraId="221FDE9D" w14:textId="77777777" w:rsidR="006A55BC" w:rsidRDefault="00000000">
            <w:r>
              <w:rPr>
                <w:b/>
                <w:color w:val="FFFFFF"/>
                <w:sz w:val="15"/>
              </w:rPr>
              <w:t>Owner</w:t>
            </w:r>
          </w:p>
        </w:tc>
        <w:tc>
          <w:tcPr>
            <w:tcW w:w="864" w:type="dxa"/>
            <w:shd w:val="clear" w:color="auto" w:fill="17365D"/>
            <w:tcMar>
              <w:top w:w="100" w:type="dxa"/>
              <w:left w:w="110" w:type="dxa"/>
              <w:bottom w:w="100" w:type="dxa"/>
              <w:right w:w="110" w:type="dxa"/>
            </w:tcMar>
            <w:vAlign w:val="center"/>
          </w:tcPr>
          <w:p w14:paraId="3BABE0D0" w14:textId="77777777" w:rsidR="006A55BC" w:rsidRDefault="00000000">
            <w:r>
              <w:rPr>
                <w:b/>
                <w:color w:val="FFFFFF"/>
                <w:sz w:val="15"/>
              </w:rPr>
              <w:t>Received</w:t>
            </w:r>
          </w:p>
        </w:tc>
        <w:tc>
          <w:tcPr>
            <w:tcW w:w="2232" w:type="dxa"/>
            <w:shd w:val="clear" w:color="auto" w:fill="17365D"/>
            <w:tcMar>
              <w:top w:w="100" w:type="dxa"/>
              <w:left w:w="110" w:type="dxa"/>
              <w:bottom w:w="100" w:type="dxa"/>
              <w:right w:w="110" w:type="dxa"/>
            </w:tcMar>
            <w:vAlign w:val="center"/>
          </w:tcPr>
          <w:p w14:paraId="4BDC52BE" w14:textId="77777777" w:rsidR="006A55BC" w:rsidRDefault="00000000">
            <w:r>
              <w:rPr>
                <w:b/>
                <w:color w:val="FFFFFF"/>
                <w:sz w:val="15"/>
              </w:rPr>
              <w:t>Quality or limitation</w:t>
            </w:r>
          </w:p>
        </w:tc>
        <w:tc>
          <w:tcPr>
            <w:tcW w:w="936" w:type="dxa"/>
            <w:shd w:val="clear" w:color="auto" w:fill="17365D"/>
            <w:tcMar>
              <w:top w:w="100" w:type="dxa"/>
              <w:left w:w="110" w:type="dxa"/>
              <w:bottom w:w="100" w:type="dxa"/>
              <w:right w:w="110" w:type="dxa"/>
            </w:tcMar>
            <w:vAlign w:val="center"/>
          </w:tcPr>
          <w:p w14:paraId="5E5F324A" w14:textId="77777777" w:rsidR="006A55BC" w:rsidRDefault="00000000">
            <w:r>
              <w:rPr>
                <w:b/>
                <w:color w:val="FFFFFF"/>
                <w:sz w:val="15"/>
              </w:rPr>
              <w:t>Reference</w:t>
            </w:r>
          </w:p>
        </w:tc>
      </w:tr>
      <w:tr w:rsidR="006A55BC" w14:paraId="0BD41D98" w14:textId="77777777">
        <w:trPr>
          <w:cantSplit/>
          <w:jc w:val="center"/>
        </w:trPr>
        <w:tc>
          <w:tcPr>
            <w:tcW w:w="3456" w:type="dxa"/>
            <w:tcMar>
              <w:top w:w="100" w:type="dxa"/>
              <w:left w:w="110" w:type="dxa"/>
              <w:bottom w:w="100" w:type="dxa"/>
              <w:right w:w="110" w:type="dxa"/>
            </w:tcMar>
            <w:vAlign w:val="center"/>
          </w:tcPr>
          <w:p w14:paraId="335EAC20" w14:textId="77777777" w:rsidR="006A55BC" w:rsidRDefault="00000000">
            <w:pPr>
              <w:spacing w:after="20" w:line="240" w:lineRule="auto"/>
            </w:pPr>
            <w:r>
              <w:rPr>
                <w:sz w:val="15"/>
              </w:rPr>
              <w:t>Policies and codes</w:t>
            </w:r>
          </w:p>
        </w:tc>
        <w:tc>
          <w:tcPr>
            <w:tcW w:w="1008" w:type="dxa"/>
            <w:tcMar>
              <w:top w:w="100" w:type="dxa"/>
              <w:left w:w="110" w:type="dxa"/>
              <w:bottom w:w="100" w:type="dxa"/>
              <w:right w:w="110" w:type="dxa"/>
            </w:tcMar>
            <w:vAlign w:val="center"/>
          </w:tcPr>
          <w:p w14:paraId="51FE0DE8"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1A6865A9"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3210B8D8" w14:textId="77777777" w:rsidR="006A55BC" w:rsidRDefault="00000000">
            <w:pPr>
              <w:spacing w:after="20" w:line="240" w:lineRule="auto"/>
            </w:pPr>
            <w:r>
              <w:rPr>
                <w:sz w:val="15"/>
              </w:rPr>
              <w:t>☐</w:t>
            </w:r>
          </w:p>
        </w:tc>
        <w:tc>
          <w:tcPr>
            <w:tcW w:w="2232" w:type="dxa"/>
            <w:tcMar>
              <w:top w:w="100" w:type="dxa"/>
              <w:left w:w="110" w:type="dxa"/>
              <w:bottom w:w="100" w:type="dxa"/>
              <w:right w:w="110" w:type="dxa"/>
            </w:tcMar>
            <w:vAlign w:val="center"/>
          </w:tcPr>
          <w:p w14:paraId="46901601"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20A8EE8B" w14:textId="77777777" w:rsidR="006A55BC" w:rsidRDefault="006A55BC">
            <w:pPr>
              <w:spacing w:after="20" w:line="240" w:lineRule="auto"/>
            </w:pPr>
          </w:p>
        </w:tc>
      </w:tr>
      <w:tr w:rsidR="006A55BC" w14:paraId="570AE761" w14:textId="77777777">
        <w:trPr>
          <w:cantSplit/>
          <w:jc w:val="center"/>
        </w:trPr>
        <w:tc>
          <w:tcPr>
            <w:tcW w:w="3456" w:type="dxa"/>
            <w:shd w:val="clear" w:color="auto" w:fill="F4F7FA"/>
            <w:tcMar>
              <w:top w:w="100" w:type="dxa"/>
              <w:left w:w="110" w:type="dxa"/>
              <w:bottom w:w="100" w:type="dxa"/>
              <w:right w:w="110" w:type="dxa"/>
            </w:tcMar>
            <w:vAlign w:val="center"/>
          </w:tcPr>
          <w:p w14:paraId="6380148D" w14:textId="77777777" w:rsidR="006A55BC" w:rsidRDefault="00000000">
            <w:pPr>
              <w:spacing w:after="20" w:line="240" w:lineRule="auto"/>
            </w:pPr>
            <w:r>
              <w:rPr>
                <w:sz w:val="15"/>
              </w:rPr>
              <w:t>Delegations of authority</w:t>
            </w:r>
          </w:p>
        </w:tc>
        <w:tc>
          <w:tcPr>
            <w:tcW w:w="1008" w:type="dxa"/>
            <w:shd w:val="clear" w:color="auto" w:fill="F4F7FA"/>
            <w:tcMar>
              <w:top w:w="100" w:type="dxa"/>
              <w:left w:w="110" w:type="dxa"/>
              <w:bottom w:w="100" w:type="dxa"/>
              <w:right w:w="110" w:type="dxa"/>
            </w:tcMar>
            <w:vAlign w:val="center"/>
          </w:tcPr>
          <w:p w14:paraId="43A1583D"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1FC2EF08"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1458DBB4" w14:textId="77777777" w:rsidR="006A55BC" w:rsidRDefault="00000000">
            <w:pPr>
              <w:spacing w:after="20" w:line="240" w:lineRule="auto"/>
            </w:pPr>
            <w:r>
              <w:rPr>
                <w:sz w:val="15"/>
              </w:rPr>
              <w:t>☐</w:t>
            </w:r>
          </w:p>
        </w:tc>
        <w:tc>
          <w:tcPr>
            <w:tcW w:w="2232" w:type="dxa"/>
            <w:shd w:val="clear" w:color="auto" w:fill="F4F7FA"/>
            <w:tcMar>
              <w:top w:w="100" w:type="dxa"/>
              <w:left w:w="110" w:type="dxa"/>
              <w:bottom w:w="100" w:type="dxa"/>
              <w:right w:w="110" w:type="dxa"/>
            </w:tcMar>
            <w:vAlign w:val="center"/>
          </w:tcPr>
          <w:p w14:paraId="2FF13B0B"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472E6BE" w14:textId="77777777" w:rsidR="006A55BC" w:rsidRDefault="006A55BC">
            <w:pPr>
              <w:spacing w:after="20" w:line="240" w:lineRule="auto"/>
            </w:pPr>
          </w:p>
        </w:tc>
      </w:tr>
      <w:tr w:rsidR="006A55BC" w14:paraId="2F0C96D9" w14:textId="77777777">
        <w:trPr>
          <w:cantSplit/>
          <w:jc w:val="center"/>
        </w:trPr>
        <w:tc>
          <w:tcPr>
            <w:tcW w:w="3456" w:type="dxa"/>
            <w:tcMar>
              <w:top w:w="100" w:type="dxa"/>
              <w:left w:w="110" w:type="dxa"/>
              <w:bottom w:w="100" w:type="dxa"/>
              <w:right w:w="110" w:type="dxa"/>
            </w:tcMar>
            <w:vAlign w:val="center"/>
          </w:tcPr>
          <w:p w14:paraId="585B64B4" w14:textId="77777777" w:rsidR="006A55BC" w:rsidRDefault="00000000">
            <w:pPr>
              <w:spacing w:after="20" w:line="240" w:lineRule="auto"/>
            </w:pPr>
            <w:r>
              <w:rPr>
                <w:sz w:val="15"/>
              </w:rPr>
              <w:t>Organisation and process maps</w:t>
            </w:r>
          </w:p>
        </w:tc>
        <w:tc>
          <w:tcPr>
            <w:tcW w:w="1008" w:type="dxa"/>
            <w:tcMar>
              <w:top w:w="100" w:type="dxa"/>
              <w:left w:w="110" w:type="dxa"/>
              <w:bottom w:w="100" w:type="dxa"/>
              <w:right w:w="110" w:type="dxa"/>
            </w:tcMar>
            <w:vAlign w:val="center"/>
          </w:tcPr>
          <w:p w14:paraId="45333FE2"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5A26898E"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1377FF3B" w14:textId="77777777" w:rsidR="006A55BC" w:rsidRDefault="00000000">
            <w:pPr>
              <w:spacing w:after="20" w:line="240" w:lineRule="auto"/>
            </w:pPr>
            <w:r>
              <w:rPr>
                <w:sz w:val="15"/>
              </w:rPr>
              <w:t>☐</w:t>
            </w:r>
          </w:p>
        </w:tc>
        <w:tc>
          <w:tcPr>
            <w:tcW w:w="2232" w:type="dxa"/>
            <w:tcMar>
              <w:top w:w="100" w:type="dxa"/>
              <w:left w:w="110" w:type="dxa"/>
              <w:bottom w:w="100" w:type="dxa"/>
              <w:right w:w="110" w:type="dxa"/>
            </w:tcMar>
            <w:vAlign w:val="center"/>
          </w:tcPr>
          <w:p w14:paraId="7D872A76"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4574DB44" w14:textId="77777777" w:rsidR="006A55BC" w:rsidRDefault="006A55BC">
            <w:pPr>
              <w:spacing w:after="20" w:line="240" w:lineRule="auto"/>
            </w:pPr>
          </w:p>
        </w:tc>
      </w:tr>
      <w:tr w:rsidR="006A55BC" w14:paraId="13A65994" w14:textId="77777777">
        <w:trPr>
          <w:cantSplit/>
          <w:jc w:val="center"/>
        </w:trPr>
        <w:tc>
          <w:tcPr>
            <w:tcW w:w="3456" w:type="dxa"/>
            <w:shd w:val="clear" w:color="auto" w:fill="F4F7FA"/>
            <w:tcMar>
              <w:top w:w="100" w:type="dxa"/>
              <w:left w:w="110" w:type="dxa"/>
              <w:bottom w:w="100" w:type="dxa"/>
              <w:right w:w="110" w:type="dxa"/>
            </w:tcMar>
            <w:vAlign w:val="center"/>
          </w:tcPr>
          <w:p w14:paraId="1103BFD4" w14:textId="77777777" w:rsidR="006A55BC" w:rsidRDefault="00000000">
            <w:pPr>
              <w:spacing w:after="20" w:line="240" w:lineRule="auto"/>
            </w:pPr>
            <w:r>
              <w:rPr>
                <w:sz w:val="15"/>
              </w:rPr>
              <w:t>Risk registers and audits</w:t>
            </w:r>
          </w:p>
        </w:tc>
        <w:tc>
          <w:tcPr>
            <w:tcW w:w="1008" w:type="dxa"/>
            <w:shd w:val="clear" w:color="auto" w:fill="F4F7FA"/>
            <w:tcMar>
              <w:top w:w="100" w:type="dxa"/>
              <w:left w:w="110" w:type="dxa"/>
              <w:bottom w:w="100" w:type="dxa"/>
              <w:right w:w="110" w:type="dxa"/>
            </w:tcMar>
            <w:vAlign w:val="center"/>
          </w:tcPr>
          <w:p w14:paraId="57E2D5F2"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34368C04"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2BA64CE5" w14:textId="77777777" w:rsidR="006A55BC" w:rsidRDefault="00000000">
            <w:pPr>
              <w:spacing w:after="20" w:line="240" w:lineRule="auto"/>
            </w:pPr>
            <w:r>
              <w:rPr>
                <w:sz w:val="15"/>
              </w:rPr>
              <w:t>☐</w:t>
            </w:r>
          </w:p>
        </w:tc>
        <w:tc>
          <w:tcPr>
            <w:tcW w:w="2232" w:type="dxa"/>
            <w:shd w:val="clear" w:color="auto" w:fill="F4F7FA"/>
            <w:tcMar>
              <w:top w:w="100" w:type="dxa"/>
              <w:left w:w="110" w:type="dxa"/>
              <w:bottom w:w="100" w:type="dxa"/>
              <w:right w:w="110" w:type="dxa"/>
            </w:tcMar>
            <w:vAlign w:val="center"/>
          </w:tcPr>
          <w:p w14:paraId="25E0C60F"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3B1AF143" w14:textId="77777777" w:rsidR="006A55BC" w:rsidRDefault="006A55BC">
            <w:pPr>
              <w:spacing w:after="20" w:line="240" w:lineRule="auto"/>
            </w:pPr>
          </w:p>
        </w:tc>
      </w:tr>
      <w:tr w:rsidR="006A55BC" w14:paraId="797C9023" w14:textId="77777777">
        <w:trPr>
          <w:cantSplit/>
          <w:jc w:val="center"/>
        </w:trPr>
        <w:tc>
          <w:tcPr>
            <w:tcW w:w="3456" w:type="dxa"/>
            <w:tcMar>
              <w:top w:w="100" w:type="dxa"/>
              <w:left w:w="110" w:type="dxa"/>
              <w:bottom w:w="100" w:type="dxa"/>
              <w:right w:w="110" w:type="dxa"/>
            </w:tcMar>
            <w:vAlign w:val="center"/>
          </w:tcPr>
          <w:p w14:paraId="6FC74C1E" w14:textId="77777777" w:rsidR="006A55BC" w:rsidRDefault="00000000">
            <w:pPr>
              <w:spacing w:after="20" w:line="240" w:lineRule="auto"/>
            </w:pPr>
            <w:r>
              <w:rPr>
                <w:sz w:val="15"/>
              </w:rPr>
              <w:t>Investigation and allegation records</w:t>
            </w:r>
          </w:p>
        </w:tc>
        <w:tc>
          <w:tcPr>
            <w:tcW w:w="1008" w:type="dxa"/>
            <w:tcMar>
              <w:top w:w="100" w:type="dxa"/>
              <w:left w:w="110" w:type="dxa"/>
              <w:bottom w:w="100" w:type="dxa"/>
              <w:right w:w="110" w:type="dxa"/>
            </w:tcMar>
            <w:vAlign w:val="center"/>
          </w:tcPr>
          <w:p w14:paraId="4BC0146F"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22DCB1C7"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079CF5C4" w14:textId="77777777" w:rsidR="006A55BC" w:rsidRDefault="00000000">
            <w:pPr>
              <w:spacing w:after="20" w:line="240" w:lineRule="auto"/>
            </w:pPr>
            <w:r>
              <w:rPr>
                <w:sz w:val="15"/>
              </w:rPr>
              <w:t>☐</w:t>
            </w:r>
          </w:p>
        </w:tc>
        <w:tc>
          <w:tcPr>
            <w:tcW w:w="2232" w:type="dxa"/>
            <w:tcMar>
              <w:top w:w="100" w:type="dxa"/>
              <w:left w:w="110" w:type="dxa"/>
              <w:bottom w:w="100" w:type="dxa"/>
              <w:right w:w="110" w:type="dxa"/>
            </w:tcMar>
            <w:vAlign w:val="center"/>
          </w:tcPr>
          <w:p w14:paraId="2B8D04D8"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BFFA57D" w14:textId="77777777" w:rsidR="006A55BC" w:rsidRDefault="006A55BC">
            <w:pPr>
              <w:spacing w:after="20" w:line="240" w:lineRule="auto"/>
            </w:pPr>
          </w:p>
        </w:tc>
      </w:tr>
      <w:tr w:rsidR="006A55BC" w14:paraId="6A0F40B9" w14:textId="77777777">
        <w:trPr>
          <w:cantSplit/>
          <w:jc w:val="center"/>
        </w:trPr>
        <w:tc>
          <w:tcPr>
            <w:tcW w:w="3456" w:type="dxa"/>
            <w:shd w:val="clear" w:color="auto" w:fill="F4F7FA"/>
            <w:tcMar>
              <w:top w:w="100" w:type="dxa"/>
              <w:left w:w="110" w:type="dxa"/>
              <w:bottom w:w="100" w:type="dxa"/>
              <w:right w:w="110" w:type="dxa"/>
            </w:tcMar>
            <w:vAlign w:val="center"/>
          </w:tcPr>
          <w:p w14:paraId="3AB285DA" w14:textId="77777777" w:rsidR="006A55BC" w:rsidRDefault="00000000">
            <w:pPr>
              <w:spacing w:after="20" w:line="240" w:lineRule="auto"/>
            </w:pPr>
            <w:r>
              <w:rPr>
                <w:sz w:val="15"/>
              </w:rPr>
              <w:t>Gifts and hospitality register</w:t>
            </w:r>
          </w:p>
        </w:tc>
        <w:tc>
          <w:tcPr>
            <w:tcW w:w="1008" w:type="dxa"/>
            <w:shd w:val="clear" w:color="auto" w:fill="F4F7FA"/>
            <w:tcMar>
              <w:top w:w="100" w:type="dxa"/>
              <w:left w:w="110" w:type="dxa"/>
              <w:bottom w:w="100" w:type="dxa"/>
              <w:right w:w="110" w:type="dxa"/>
            </w:tcMar>
            <w:vAlign w:val="center"/>
          </w:tcPr>
          <w:p w14:paraId="6DC5CED7"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589CF55B"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187D8997" w14:textId="77777777" w:rsidR="006A55BC" w:rsidRDefault="00000000">
            <w:pPr>
              <w:spacing w:after="20" w:line="240" w:lineRule="auto"/>
            </w:pPr>
            <w:r>
              <w:rPr>
                <w:sz w:val="15"/>
              </w:rPr>
              <w:t>☐</w:t>
            </w:r>
          </w:p>
        </w:tc>
        <w:tc>
          <w:tcPr>
            <w:tcW w:w="2232" w:type="dxa"/>
            <w:shd w:val="clear" w:color="auto" w:fill="F4F7FA"/>
            <w:tcMar>
              <w:top w:w="100" w:type="dxa"/>
              <w:left w:w="110" w:type="dxa"/>
              <w:bottom w:w="100" w:type="dxa"/>
              <w:right w:w="110" w:type="dxa"/>
            </w:tcMar>
            <w:vAlign w:val="center"/>
          </w:tcPr>
          <w:p w14:paraId="23141E0E"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5D1BB67" w14:textId="77777777" w:rsidR="006A55BC" w:rsidRDefault="006A55BC">
            <w:pPr>
              <w:spacing w:after="20" w:line="240" w:lineRule="auto"/>
            </w:pPr>
          </w:p>
        </w:tc>
      </w:tr>
      <w:tr w:rsidR="006A55BC" w14:paraId="14777D22" w14:textId="77777777">
        <w:trPr>
          <w:cantSplit/>
          <w:jc w:val="center"/>
        </w:trPr>
        <w:tc>
          <w:tcPr>
            <w:tcW w:w="3456" w:type="dxa"/>
            <w:tcMar>
              <w:top w:w="100" w:type="dxa"/>
              <w:left w:w="110" w:type="dxa"/>
              <w:bottom w:w="100" w:type="dxa"/>
              <w:right w:w="110" w:type="dxa"/>
            </w:tcMar>
            <w:vAlign w:val="center"/>
          </w:tcPr>
          <w:p w14:paraId="6632DF08" w14:textId="77777777" w:rsidR="006A55BC" w:rsidRDefault="00000000">
            <w:pPr>
              <w:spacing w:after="20" w:line="240" w:lineRule="auto"/>
            </w:pPr>
            <w:r>
              <w:rPr>
                <w:sz w:val="15"/>
              </w:rPr>
              <w:t>Conflict-of-interest declarations</w:t>
            </w:r>
          </w:p>
        </w:tc>
        <w:tc>
          <w:tcPr>
            <w:tcW w:w="1008" w:type="dxa"/>
            <w:tcMar>
              <w:top w:w="100" w:type="dxa"/>
              <w:left w:w="110" w:type="dxa"/>
              <w:bottom w:w="100" w:type="dxa"/>
              <w:right w:w="110" w:type="dxa"/>
            </w:tcMar>
            <w:vAlign w:val="center"/>
          </w:tcPr>
          <w:p w14:paraId="48A33057"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37824BCD"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1CA2DB48" w14:textId="77777777" w:rsidR="006A55BC" w:rsidRDefault="00000000">
            <w:pPr>
              <w:spacing w:after="20" w:line="240" w:lineRule="auto"/>
            </w:pPr>
            <w:r>
              <w:rPr>
                <w:sz w:val="15"/>
              </w:rPr>
              <w:t>☐</w:t>
            </w:r>
          </w:p>
        </w:tc>
        <w:tc>
          <w:tcPr>
            <w:tcW w:w="2232" w:type="dxa"/>
            <w:tcMar>
              <w:top w:w="100" w:type="dxa"/>
              <w:left w:w="110" w:type="dxa"/>
              <w:bottom w:w="100" w:type="dxa"/>
              <w:right w:w="110" w:type="dxa"/>
            </w:tcMar>
            <w:vAlign w:val="center"/>
          </w:tcPr>
          <w:p w14:paraId="2EC30A89"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0B77F826" w14:textId="77777777" w:rsidR="006A55BC" w:rsidRDefault="006A55BC">
            <w:pPr>
              <w:spacing w:after="20" w:line="240" w:lineRule="auto"/>
            </w:pPr>
          </w:p>
        </w:tc>
      </w:tr>
      <w:tr w:rsidR="006A55BC" w14:paraId="7D47528A" w14:textId="77777777">
        <w:trPr>
          <w:cantSplit/>
          <w:jc w:val="center"/>
        </w:trPr>
        <w:tc>
          <w:tcPr>
            <w:tcW w:w="3456" w:type="dxa"/>
            <w:shd w:val="clear" w:color="auto" w:fill="F4F7FA"/>
            <w:tcMar>
              <w:top w:w="100" w:type="dxa"/>
              <w:left w:w="110" w:type="dxa"/>
              <w:bottom w:w="100" w:type="dxa"/>
              <w:right w:w="110" w:type="dxa"/>
            </w:tcMar>
            <w:vAlign w:val="center"/>
          </w:tcPr>
          <w:p w14:paraId="47084516" w14:textId="77777777" w:rsidR="006A55BC" w:rsidRDefault="00000000">
            <w:pPr>
              <w:spacing w:after="20" w:line="240" w:lineRule="auto"/>
            </w:pPr>
            <w:r>
              <w:rPr>
                <w:sz w:val="15"/>
              </w:rPr>
              <w:t>Third-party master and due diligence</w:t>
            </w:r>
          </w:p>
        </w:tc>
        <w:tc>
          <w:tcPr>
            <w:tcW w:w="1008" w:type="dxa"/>
            <w:shd w:val="clear" w:color="auto" w:fill="F4F7FA"/>
            <w:tcMar>
              <w:top w:w="100" w:type="dxa"/>
              <w:left w:w="110" w:type="dxa"/>
              <w:bottom w:w="100" w:type="dxa"/>
              <w:right w:w="110" w:type="dxa"/>
            </w:tcMar>
            <w:vAlign w:val="center"/>
          </w:tcPr>
          <w:p w14:paraId="234F3EA0"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32224D9A"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6907DFBD" w14:textId="77777777" w:rsidR="006A55BC" w:rsidRDefault="00000000">
            <w:pPr>
              <w:spacing w:after="20" w:line="240" w:lineRule="auto"/>
            </w:pPr>
            <w:r>
              <w:rPr>
                <w:sz w:val="15"/>
              </w:rPr>
              <w:t>☐</w:t>
            </w:r>
          </w:p>
        </w:tc>
        <w:tc>
          <w:tcPr>
            <w:tcW w:w="2232" w:type="dxa"/>
            <w:shd w:val="clear" w:color="auto" w:fill="F4F7FA"/>
            <w:tcMar>
              <w:top w:w="100" w:type="dxa"/>
              <w:left w:w="110" w:type="dxa"/>
              <w:bottom w:w="100" w:type="dxa"/>
              <w:right w:w="110" w:type="dxa"/>
            </w:tcMar>
            <w:vAlign w:val="center"/>
          </w:tcPr>
          <w:p w14:paraId="6E1F4AD8"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18743F8" w14:textId="77777777" w:rsidR="006A55BC" w:rsidRDefault="006A55BC">
            <w:pPr>
              <w:spacing w:after="20" w:line="240" w:lineRule="auto"/>
            </w:pPr>
          </w:p>
        </w:tc>
      </w:tr>
      <w:tr w:rsidR="006A55BC" w14:paraId="1E4B4270" w14:textId="77777777">
        <w:trPr>
          <w:cantSplit/>
          <w:jc w:val="center"/>
        </w:trPr>
        <w:tc>
          <w:tcPr>
            <w:tcW w:w="3456" w:type="dxa"/>
            <w:tcMar>
              <w:top w:w="100" w:type="dxa"/>
              <w:left w:w="110" w:type="dxa"/>
              <w:bottom w:w="100" w:type="dxa"/>
              <w:right w:w="110" w:type="dxa"/>
            </w:tcMar>
            <w:vAlign w:val="center"/>
          </w:tcPr>
          <w:p w14:paraId="343662FB" w14:textId="77777777" w:rsidR="006A55BC" w:rsidRDefault="00000000">
            <w:pPr>
              <w:spacing w:after="20" w:line="240" w:lineRule="auto"/>
            </w:pPr>
            <w:r>
              <w:rPr>
                <w:sz w:val="15"/>
              </w:rPr>
              <w:t>Procurement and tender data</w:t>
            </w:r>
          </w:p>
        </w:tc>
        <w:tc>
          <w:tcPr>
            <w:tcW w:w="1008" w:type="dxa"/>
            <w:tcMar>
              <w:top w:w="100" w:type="dxa"/>
              <w:left w:w="110" w:type="dxa"/>
              <w:bottom w:w="100" w:type="dxa"/>
              <w:right w:w="110" w:type="dxa"/>
            </w:tcMar>
            <w:vAlign w:val="center"/>
          </w:tcPr>
          <w:p w14:paraId="258011EC"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3D3C634D"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50BA4F46" w14:textId="77777777" w:rsidR="006A55BC" w:rsidRDefault="00000000">
            <w:pPr>
              <w:spacing w:after="20" w:line="240" w:lineRule="auto"/>
            </w:pPr>
            <w:r>
              <w:rPr>
                <w:sz w:val="15"/>
              </w:rPr>
              <w:t>☐</w:t>
            </w:r>
          </w:p>
        </w:tc>
        <w:tc>
          <w:tcPr>
            <w:tcW w:w="2232" w:type="dxa"/>
            <w:tcMar>
              <w:top w:w="100" w:type="dxa"/>
              <w:left w:w="110" w:type="dxa"/>
              <w:bottom w:w="100" w:type="dxa"/>
              <w:right w:w="110" w:type="dxa"/>
            </w:tcMar>
            <w:vAlign w:val="center"/>
          </w:tcPr>
          <w:p w14:paraId="16800327"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4805B706" w14:textId="77777777" w:rsidR="006A55BC" w:rsidRDefault="006A55BC">
            <w:pPr>
              <w:spacing w:after="20" w:line="240" w:lineRule="auto"/>
            </w:pPr>
          </w:p>
        </w:tc>
      </w:tr>
      <w:tr w:rsidR="006A55BC" w14:paraId="672EBF67" w14:textId="77777777">
        <w:trPr>
          <w:cantSplit/>
          <w:jc w:val="center"/>
        </w:trPr>
        <w:tc>
          <w:tcPr>
            <w:tcW w:w="3456" w:type="dxa"/>
            <w:shd w:val="clear" w:color="auto" w:fill="F4F7FA"/>
            <w:tcMar>
              <w:top w:w="100" w:type="dxa"/>
              <w:left w:w="110" w:type="dxa"/>
              <w:bottom w:w="100" w:type="dxa"/>
              <w:right w:w="110" w:type="dxa"/>
            </w:tcMar>
            <w:vAlign w:val="center"/>
          </w:tcPr>
          <w:p w14:paraId="484093AF" w14:textId="77777777" w:rsidR="006A55BC" w:rsidRDefault="00000000">
            <w:pPr>
              <w:spacing w:after="20" w:line="240" w:lineRule="auto"/>
            </w:pPr>
            <w:r>
              <w:rPr>
                <w:sz w:val="15"/>
              </w:rPr>
              <w:t>Payments, journals and expenses</w:t>
            </w:r>
          </w:p>
        </w:tc>
        <w:tc>
          <w:tcPr>
            <w:tcW w:w="1008" w:type="dxa"/>
            <w:shd w:val="clear" w:color="auto" w:fill="F4F7FA"/>
            <w:tcMar>
              <w:top w:w="100" w:type="dxa"/>
              <w:left w:w="110" w:type="dxa"/>
              <w:bottom w:w="100" w:type="dxa"/>
              <w:right w:w="110" w:type="dxa"/>
            </w:tcMar>
            <w:vAlign w:val="center"/>
          </w:tcPr>
          <w:p w14:paraId="706E87F9"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5B634EC5"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0BD1CA64" w14:textId="77777777" w:rsidR="006A55BC" w:rsidRDefault="00000000">
            <w:pPr>
              <w:spacing w:after="20" w:line="240" w:lineRule="auto"/>
            </w:pPr>
            <w:r>
              <w:rPr>
                <w:sz w:val="15"/>
              </w:rPr>
              <w:t>☐</w:t>
            </w:r>
          </w:p>
        </w:tc>
        <w:tc>
          <w:tcPr>
            <w:tcW w:w="2232" w:type="dxa"/>
            <w:shd w:val="clear" w:color="auto" w:fill="F4F7FA"/>
            <w:tcMar>
              <w:top w:w="100" w:type="dxa"/>
              <w:left w:w="110" w:type="dxa"/>
              <w:bottom w:w="100" w:type="dxa"/>
              <w:right w:w="110" w:type="dxa"/>
            </w:tcMar>
            <w:vAlign w:val="center"/>
          </w:tcPr>
          <w:p w14:paraId="0A4E043F"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E0594EA" w14:textId="77777777" w:rsidR="006A55BC" w:rsidRDefault="006A55BC">
            <w:pPr>
              <w:spacing w:after="20" w:line="240" w:lineRule="auto"/>
            </w:pPr>
          </w:p>
        </w:tc>
      </w:tr>
      <w:tr w:rsidR="006A55BC" w14:paraId="32C4A416" w14:textId="77777777">
        <w:trPr>
          <w:cantSplit/>
          <w:jc w:val="center"/>
        </w:trPr>
        <w:tc>
          <w:tcPr>
            <w:tcW w:w="3456" w:type="dxa"/>
            <w:tcMar>
              <w:top w:w="100" w:type="dxa"/>
              <w:left w:w="110" w:type="dxa"/>
              <w:bottom w:w="100" w:type="dxa"/>
              <w:right w:w="110" w:type="dxa"/>
            </w:tcMar>
            <w:vAlign w:val="center"/>
          </w:tcPr>
          <w:p w14:paraId="0771CFED" w14:textId="77777777" w:rsidR="006A55BC" w:rsidRDefault="00000000">
            <w:pPr>
              <w:spacing w:after="20" w:line="240" w:lineRule="auto"/>
            </w:pPr>
            <w:r>
              <w:rPr>
                <w:sz w:val="15"/>
              </w:rPr>
              <w:t>Donations and sponsorships</w:t>
            </w:r>
          </w:p>
        </w:tc>
        <w:tc>
          <w:tcPr>
            <w:tcW w:w="1008" w:type="dxa"/>
            <w:tcMar>
              <w:top w:w="100" w:type="dxa"/>
              <w:left w:w="110" w:type="dxa"/>
              <w:bottom w:w="100" w:type="dxa"/>
              <w:right w:w="110" w:type="dxa"/>
            </w:tcMar>
            <w:vAlign w:val="center"/>
          </w:tcPr>
          <w:p w14:paraId="34427417"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746C6AA6"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7E444967" w14:textId="77777777" w:rsidR="006A55BC" w:rsidRDefault="00000000">
            <w:pPr>
              <w:spacing w:after="20" w:line="240" w:lineRule="auto"/>
            </w:pPr>
            <w:r>
              <w:rPr>
                <w:sz w:val="15"/>
              </w:rPr>
              <w:t>☐</w:t>
            </w:r>
          </w:p>
        </w:tc>
        <w:tc>
          <w:tcPr>
            <w:tcW w:w="2232" w:type="dxa"/>
            <w:tcMar>
              <w:top w:w="100" w:type="dxa"/>
              <w:left w:w="110" w:type="dxa"/>
              <w:bottom w:w="100" w:type="dxa"/>
              <w:right w:w="110" w:type="dxa"/>
            </w:tcMar>
            <w:vAlign w:val="center"/>
          </w:tcPr>
          <w:p w14:paraId="1CC0F23A"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31194DA6" w14:textId="77777777" w:rsidR="006A55BC" w:rsidRDefault="006A55BC">
            <w:pPr>
              <w:spacing w:after="20" w:line="240" w:lineRule="auto"/>
            </w:pPr>
          </w:p>
        </w:tc>
      </w:tr>
      <w:tr w:rsidR="006A55BC" w14:paraId="478F64C5" w14:textId="77777777">
        <w:trPr>
          <w:cantSplit/>
          <w:jc w:val="center"/>
        </w:trPr>
        <w:tc>
          <w:tcPr>
            <w:tcW w:w="3456" w:type="dxa"/>
            <w:shd w:val="clear" w:color="auto" w:fill="F4F7FA"/>
            <w:tcMar>
              <w:top w:w="100" w:type="dxa"/>
              <w:left w:w="110" w:type="dxa"/>
              <w:bottom w:w="100" w:type="dxa"/>
              <w:right w:w="110" w:type="dxa"/>
            </w:tcMar>
            <w:vAlign w:val="center"/>
          </w:tcPr>
          <w:p w14:paraId="3CD79E1C" w14:textId="77777777" w:rsidR="006A55BC" w:rsidRDefault="00000000">
            <w:pPr>
              <w:spacing w:after="20" w:line="240" w:lineRule="auto"/>
            </w:pPr>
            <w:r>
              <w:rPr>
                <w:sz w:val="15"/>
              </w:rPr>
              <w:t>Training and attestations</w:t>
            </w:r>
          </w:p>
        </w:tc>
        <w:tc>
          <w:tcPr>
            <w:tcW w:w="1008" w:type="dxa"/>
            <w:shd w:val="clear" w:color="auto" w:fill="F4F7FA"/>
            <w:tcMar>
              <w:top w:w="100" w:type="dxa"/>
              <w:left w:w="110" w:type="dxa"/>
              <w:bottom w:w="100" w:type="dxa"/>
              <w:right w:w="110" w:type="dxa"/>
            </w:tcMar>
            <w:vAlign w:val="center"/>
          </w:tcPr>
          <w:p w14:paraId="36D961E7"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4C8DAA91"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71D559BC" w14:textId="77777777" w:rsidR="006A55BC" w:rsidRDefault="00000000">
            <w:pPr>
              <w:spacing w:after="20" w:line="240" w:lineRule="auto"/>
            </w:pPr>
            <w:r>
              <w:rPr>
                <w:sz w:val="15"/>
              </w:rPr>
              <w:t>☐</w:t>
            </w:r>
          </w:p>
        </w:tc>
        <w:tc>
          <w:tcPr>
            <w:tcW w:w="2232" w:type="dxa"/>
            <w:shd w:val="clear" w:color="auto" w:fill="F4F7FA"/>
            <w:tcMar>
              <w:top w:w="100" w:type="dxa"/>
              <w:left w:w="110" w:type="dxa"/>
              <w:bottom w:w="100" w:type="dxa"/>
              <w:right w:w="110" w:type="dxa"/>
            </w:tcMar>
            <w:vAlign w:val="center"/>
          </w:tcPr>
          <w:p w14:paraId="20E07211"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D84B7E3" w14:textId="77777777" w:rsidR="006A55BC" w:rsidRDefault="006A55BC">
            <w:pPr>
              <w:spacing w:after="20" w:line="240" w:lineRule="auto"/>
            </w:pPr>
          </w:p>
        </w:tc>
      </w:tr>
      <w:tr w:rsidR="006A55BC" w14:paraId="769FEC09" w14:textId="77777777">
        <w:trPr>
          <w:cantSplit/>
          <w:jc w:val="center"/>
        </w:trPr>
        <w:tc>
          <w:tcPr>
            <w:tcW w:w="3456" w:type="dxa"/>
            <w:tcMar>
              <w:top w:w="100" w:type="dxa"/>
              <w:left w:w="110" w:type="dxa"/>
              <w:bottom w:w="100" w:type="dxa"/>
              <w:right w:w="110" w:type="dxa"/>
            </w:tcMar>
            <w:vAlign w:val="center"/>
          </w:tcPr>
          <w:p w14:paraId="6319A338" w14:textId="77777777" w:rsidR="006A55BC" w:rsidRDefault="00000000">
            <w:pPr>
              <w:spacing w:after="20" w:line="240" w:lineRule="auto"/>
            </w:pPr>
            <w:r>
              <w:rPr>
                <w:sz w:val="15"/>
              </w:rPr>
              <w:t>Disciplinary records</w:t>
            </w:r>
          </w:p>
        </w:tc>
        <w:tc>
          <w:tcPr>
            <w:tcW w:w="1008" w:type="dxa"/>
            <w:tcMar>
              <w:top w:w="100" w:type="dxa"/>
              <w:left w:w="110" w:type="dxa"/>
              <w:bottom w:w="100" w:type="dxa"/>
              <w:right w:w="110" w:type="dxa"/>
            </w:tcMar>
            <w:vAlign w:val="center"/>
          </w:tcPr>
          <w:p w14:paraId="69978A63"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75A4D925"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502B50D5" w14:textId="77777777" w:rsidR="006A55BC" w:rsidRDefault="00000000">
            <w:pPr>
              <w:spacing w:after="20" w:line="240" w:lineRule="auto"/>
            </w:pPr>
            <w:r>
              <w:rPr>
                <w:sz w:val="15"/>
              </w:rPr>
              <w:t>☐</w:t>
            </w:r>
          </w:p>
        </w:tc>
        <w:tc>
          <w:tcPr>
            <w:tcW w:w="2232" w:type="dxa"/>
            <w:tcMar>
              <w:top w:w="100" w:type="dxa"/>
              <w:left w:w="110" w:type="dxa"/>
              <w:bottom w:w="100" w:type="dxa"/>
              <w:right w:w="110" w:type="dxa"/>
            </w:tcMar>
            <w:vAlign w:val="center"/>
          </w:tcPr>
          <w:p w14:paraId="28C8E6E7"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3E4EF87F" w14:textId="77777777" w:rsidR="006A55BC" w:rsidRDefault="006A55BC">
            <w:pPr>
              <w:spacing w:after="20" w:line="240" w:lineRule="auto"/>
            </w:pPr>
          </w:p>
        </w:tc>
      </w:tr>
      <w:tr w:rsidR="006A55BC" w14:paraId="53FDDC5E" w14:textId="77777777">
        <w:trPr>
          <w:cantSplit/>
          <w:jc w:val="center"/>
        </w:trPr>
        <w:tc>
          <w:tcPr>
            <w:tcW w:w="3456" w:type="dxa"/>
            <w:shd w:val="clear" w:color="auto" w:fill="F4F7FA"/>
            <w:tcMar>
              <w:top w:w="100" w:type="dxa"/>
              <w:left w:w="110" w:type="dxa"/>
              <w:bottom w:w="100" w:type="dxa"/>
              <w:right w:w="110" w:type="dxa"/>
            </w:tcMar>
            <w:vAlign w:val="center"/>
          </w:tcPr>
          <w:p w14:paraId="702F158B" w14:textId="77777777" w:rsidR="006A55BC" w:rsidRDefault="00000000">
            <w:pPr>
              <w:spacing w:after="20" w:line="240" w:lineRule="auto"/>
            </w:pPr>
            <w:r>
              <w:rPr>
                <w:sz w:val="15"/>
              </w:rPr>
              <w:t>Whistleblowing metrics</w:t>
            </w:r>
          </w:p>
        </w:tc>
        <w:tc>
          <w:tcPr>
            <w:tcW w:w="1008" w:type="dxa"/>
            <w:shd w:val="clear" w:color="auto" w:fill="F4F7FA"/>
            <w:tcMar>
              <w:top w:w="100" w:type="dxa"/>
              <w:left w:w="110" w:type="dxa"/>
              <w:bottom w:w="100" w:type="dxa"/>
              <w:right w:w="110" w:type="dxa"/>
            </w:tcMar>
            <w:vAlign w:val="center"/>
          </w:tcPr>
          <w:p w14:paraId="595A7480"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7E3427D7"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31E95F0A" w14:textId="77777777" w:rsidR="006A55BC" w:rsidRDefault="00000000">
            <w:pPr>
              <w:spacing w:after="20" w:line="240" w:lineRule="auto"/>
            </w:pPr>
            <w:r>
              <w:rPr>
                <w:sz w:val="15"/>
              </w:rPr>
              <w:t>☐</w:t>
            </w:r>
          </w:p>
        </w:tc>
        <w:tc>
          <w:tcPr>
            <w:tcW w:w="2232" w:type="dxa"/>
            <w:shd w:val="clear" w:color="auto" w:fill="F4F7FA"/>
            <w:tcMar>
              <w:top w:w="100" w:type="dxa"/>
              <w:left w:w="110" w:type="dxa"/>
              <w:bottom w:w="100" w:type="dxa"/>
              <w:right w:w="110" w:type="dxa"/>
            </w:tcMar>
            <w:vAlign w:val="center"/>
          </w:tcPr>
          <w:p w14:paraId="60EFC6E4"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9AE04DF" w14:textId="77777777" w:rsidR="006A55BC" w:rsidRDefault="006A55BC">
            <w:pPr>
              <w:spacing w:after="20" w:line="240" w:lineRule="auto"/>
            </w:pPr>
          </w:p>
        </w:tc>
      </w:tr>
    </w:tbl>
    <w:p w14:paraId="4CFBD791" w14:textId="77777777" w:rsidR="006A55BC" w:rsidRDefault="006A55BC">
      <w:pPr>
        <w:spacing w:after="20"/>
      </w:pPr>
    </w:p>
    <w:p w14:paraId="7489B236" w14:textId="77777777" w:rsidR="006A55BC" w:rsidRDefault="00000000">
      <w:pPr>
        <w:pStyle w:val="Heading2"/>
      </w:pPr>
      <w:r>
        <w:t>3.2 Stakeholder Interview Plan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088"/>
        <w:gridCol w:w="2088"/>
        <w:gridCol w:w="3096"/>
        <w:gridCol w:w="1008"/>
        <w:gridCol w:w="1152"/>
        <w:gridCol w:w="936"/>
      </w:tblGrid>
      <w:tr w:rsidR="006A55BC" w14:paraId="59AC902B" w14:textId="77777777">
        <w:trPr>
          <w:cantSplit/>
          <w:tblHeader/>
          <w:jc w:val="center"/>
        </w:trPr>
        <w:tc>
          <w:tcPr>
            <w:tcW w:w="2088" w:type="dxa"/>
            <w:shd w:val="clear" w:color="auto" w:fill="17365D"/>
            <w:tcMar>
              <w:top w:w="100" w:type="dxa"/>
              <w:left w:w="110" w:type="dxa"/>
              <w:bottom w:w="100" w:type="dxa"/>
              <w:right w:w="110" w:type="dxa"/>
            </w:tcMar>
            <w:vAlign w:val="center"/>
          </w:tcPr>
          <w:p w14:paraId="6186A7F8" w14:textId="77777777" w:rsidR="006A55BC" w:rsidRDefault="00000000">
            <w:r>
              <w:rPr>
                <w:b/>
                <w:color w:val="FFFFFF"/>
                <w:sz w:val="15"/>
              </w:rPr>
              <w:t>Interviewee or group</w:t>
            </w:r>
          </w:p>
        </w:tc>
        <w:tc>
          <w:tcPr>
            <w:tcW w:w="2088" w:type="dxa"/>
            <w:shd w:val="clear" w:color="auto" w:fill="17365D"/>
            <w:tcMar>
              <w:top w:w="100" w:type="dxa"/>
              <w:left w:w="110" w:type="dxa"/>
              <w:bottom w:w="100" w:type="dxa"/>
              <w:right w:w="110" w:type="dxa"/>
            </w:tcMar>
            <w:vAlign w:val="center"/>
          </w:tcPr>
          <w:p w14:paraId="05E6B3BB" w14:textId="77777777" w:rsidR="006A55BC" w:rsidRDefault="00000000">
            <w:r>
              <w:rPr>
                <w:b/>
                <w:color w:val="FFFFFF"/>
                <w:sz w:val="15"/>
              </w:rPr>
              <w:t>Role or process</w:t>
            </w:r>
          </w:p>
        </w:tc>
        <w:tc>
          <w:tcPr>
            <w:tcW w:w="3096" w:type="dxa"/>
            <w:shd w:val="clear" w:color="auto" w:fill="17365D"/>
            <w:tcMar>
              <w:top w:w="100" w:type="dxa"/>
              <w:left w:w="110" w:type="dxa"/>
              <w:bottom w:w="100" w:type="dxa"/>
              <w:right w:w="110" w:type="dxa"/>
            </w:tcMar>
            <w:vAlign w:val="center"/>
          </w:tcPr>
          <w:p w14:paraId="7E89D037" w14:textId="77777777" w:rsidR="006A55BC" w:rsidRDefault="00000000">
            <w:r>
              <w:rPr>
                <w:b/>
                <w:color w:val="FFFFFF"/>
                <w:sz w:val="15"/>
              </w:rPr>
              <w:t>Reason selected</w:t>
            </w:r>
          </w:p>
        </w:tc>
        <w:tc>
          <w:tcPr>
            <w:tcW w:w="1008" w:type="dxa"/>
            <w:shd w:val="clear" w:color="auto" w:fill="17365D"/>
            <w:tcMar>
              <w:top w:w="100" w:type="dxa"/>
              <w:left w:w="110" w:type="dxa"/>
              <w:bottom w:w="100" w:type="dxa"/>
              <w:right w:w="110" w:type="dxa"/>
            </w:tcMar>
            <w:vAlign w:val="center"/>
          </w:tcPr>
          <w:p w14:paraId="0805D288" w14:textId="77777777" w:rsidR="006A55BC" w:rsidRDefault="00000000">
            <w:r>
              <w:rPr>
                <w:b/>
                <w:color w:val="FFFFFF"/>
                <w:sz w:val="15"/>
              </w:rPr>
              <w:t>Date</w:t>
            </w:r>
          </w:p>
        </w:tc>
        <w:tc>
          <w:tcPr>
            <w:tcW w:w="1152" w:type="dxa"/>
            <w:shd w:val="clear" w:color="auto" w:fill="17365D"/>
            <w:tcMar>
              <w:top w:w="100" w:type="dxa"/>
              <w:left w:w="110" w:type="dxa"/>
              <w:bottom w:w="100" w:type="dxa"/>
              <w:right w:w="110" w:type="dxa"/>
            </w:tcMar>
            <w:vAlign w:val="center"/>
          </w:tcPr>
          <w:p w14:paraId="626A6B51" w14:textId="77777777" w:rsidR="006A55BC" w:rsidRDefault="00000000">
            <w:r>
              <w:rPr>
                <w:b/>
                <w:color w:val="FFFFFF"/>
                <w:sz w:val="15"/>
              </w:rPr>
              <w:t>Interviewer</w:t>
            </w:r>
          </w:p>
        </w:tc>
        <w:tc>
          <w:tcPr>
            <w:tcW w:w="936" w:type="dxa"/>
            <w:shd w:val="clear" w:color="auto" w:fill="17365D"/>
            <w:tcMar>
              <w:top w:w="100" w:type="dxa"/>
              <w:left w:w="110" w:type="dxa"/>
              <w:bottom w:w="100" w:type="dxa"/>
              <w:right w:w="110" w:type="dxa"/>
            </w:tcMar>
            <w:vAlign w:val="center"/>
          </w:tcPr>
          <w:p w14:paraId="27A4004F" w14:textId="77777777" w:rsidR="006A55BC" w:rsidRDefault="00000000">
            <w:r>
              <w:rPr>
                <w:b/>
                <w:color w:val="FFFFFF"/>
                <w:sz w:val="15"/>
              </w:rPr>
              <w:t>Status</w:t>
            </w:r>
          </w:p>
        </w:tc>
      </w:tr>
      <w:tr w:rsidR="006A55BC" w14:paraId="34216FF2" w14:textId="77777777">
        <w:trPr>
          <w:cantSplit/>
          <w:jc w:val="center"/>
        </w:trPr>
        <w:tc>
          <w:tcPr>
            <w:tcW w:w="2088" w:type="dxa"/>
            <w:tcMar>
              <w:top w:w="100" w:type="dxa"/>
              <w:left w:w="110" w:type="dxa"/>
              <w:bottom w:w="100" w:type="dxa"/>
              <w:right w:w="110" w:type="dxa"/>
            </w:tcMar>
            <w:vAlign w:val="center"/>
          </w:tcPr>
          <w:p w14:paraId="4C23A7AC"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0EE45A76" w14:textId="77777777" w:rsidR="006A55BC" w:rsidRDefault="006A55BC">
            <w:pPr>
              <w:spacing w:after="20" w:line="240" w:lineRule="auto"/>
            </w:pPr>
          </w:p>
        </w:tc>
        <w:tc>
          <w:tcPr>
            <w:tcW w:w="3096" w:type="dxa"/>
            <w:tcMar>
              <w:top w:w="100" w:type="dxa"/>
              <w:left w:w="110" w:type="dxa"/>
              <w:bottom w:w="100" w:type="dxa"/>
              <w:right w:w="110" w:type="dxa"/>
            </w:tcMar>
            <w:vAlign w:val="center"/>
          </w:tcPr>
          <w:p w14:paraId="696F26B3"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682C85F4"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0F1BD52F"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39CE22FF" w14:textId="77777777" w:rsidR="006A55BC" w:rsidRDefault="006A55BC">
            <w:pPr>
              <w:spacing w:after="20" w:line="240" w:lineRule="auto"/>
            </w:pPr>
          </w:p>
        </w:tc>
      </w:tr>
      <w:tr w:rsidR="006A55BC" w14:paraId="1386188E" w14:textId="77777777">
        <w:trPr>
          <w:cantSplit/>
          <w:jc w:val="center"/>
        </w:trPr>
        <w:tc>
          <w:tcPr>
            <w:tcW w:w="2088" w:type="dxa"/>
            <w:shd w:val="clear" w:color="auto" w:fill="F4F7FA"/>
            <w:tcMar>
              <w:top w:w="100" w:type="dxa"/>
              <w:left w:w="110" w:type="dxa"/>
              <w:bottom w:w="100" w:type="dxa"/>
              <w:right w:w="110" w:type="dxa"/>
            </w:tcMar>
            <w:vAlign w:val="center"/>
          </w:tcPr>
          <w:p w14:paraId="01D0728E"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34C76AAF" w14:textId="77777777" w:rsidR="006A55BC" w:rsidRDefault="006A55BC">
            <w:pPr>
              <w:spacing w:after="20" w:line="240" w:lineRule="auto"/>
            </w:pPr>
          </w:p>
        </w:tc>
        <w:tc>
          <w:tcPr>
            <w:tcW w:w="3096" w:type="dxa"/>
            <w:shd w:val="clear" w:color="auto" w:fill="F4F7FA"/>
            <w:tcMar>
              <w:top w:w="100" w:type="dxa"/>
              <w:left w:w="110" w:type="dxa"/>
              <w:bottom w:w="100" w:type="dxa"/>
              <w:right w:w="110" w:type="dxa"/>
            </w:tcMar>
            <w:vAlign w:val="center"/>
          </w:tcPr>
          <w:p w14:paraId="61547EC9"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0190D33E"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2C04AC6B"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A5755DF" w14:textId="77777777" w:rsidR="006A55BC" w:rsidRDefault="006A55BC">
            <w:pPr>
              <w:spacing w:after="20" w:line="240" w:lineRule="auto"/>
            </w:pPr>
          </w:p>
        </w:tc>
      </w:tr>
      <w:tr w:rsidR="006A55BC" w14:paraId="27B6C85D" w14:textId="77777777">
        <w:trPr>
          <w:cantSplit/>
          <w:jc w:val="center"/>
        </w:trPr>
        <w:tc>
          <w:tcPr>
            <w:tcW w:w="2088" w:type="dxa"/>
            <w:tcMar>
              <w:top w:w="100" w:type="dxa"/>
              <w:left w:w="110" w:type="dxa"/>
              <w:bottom w:w="100" w:type="dxa"/>
              <w:right w:w="110" w:type="dxa"/>
            </w:tcMar>
            <w:vAlign w:val="center"/>
          </w:tcPr>
          <w:p w14:paraId="1A68B4CA"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3DEC5B83" w14:textId="77777777" w:rsidR="006A55BC" w:rsidRDefault="006A55BC">
            <w:pPr>
              <w:spacing w:after="20" w:line="240" w:lineRule="auto"/>
            </w:pPr>
          </w:p>
        </w:tc>
        <w:tc>
          <w:tcPr>
            <w:tcW w:w="3096" w:type="dxa"/>
            <w:tcMar>
              <w:top w:w="100" w:type="dxa"/>
              <w:left w:w="110" w:type="dxa"/>
              <w:bottom w:w="100" w:type="dxa"/>
              <w:right w:w="110" w:type="dxa"/>
            </w:tcMar>
            <w:vAlign w:val="center"/>
          </w:tcPr>
          <w:p w14:paraId="2F7F77EC"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48286F93"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524D483F"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9D97DA9" w14:textId="77777777" w:rsidR="006A55BC" w:rsidRDefault="006A55BC">
            <w:pPr>
              <w:spacing w:after="20" w:line="240" w:lineRule="auto"/>
            </w:pPr>
          </w:p>
        </w:tc>
      </w:tr>
      <w:tr w:rsidR="006A55BC" w14:paraId="563DE9E2" w14:textId="77777777">
        <w:trPr>
          <w:cantSplit/>
          <w:jc w:val="center"/>
        </w:trPr>
        <w:tc>
          <w:tcPr>
            <w:tcW w:w="2088" w:type="dxa"/>
            <w:shd w:val="clear" w:color="auto" w:fill="F4F7FA"/>
            <w:tcMar>
              <w:top w:w="100" w:type="dxa"/>
              <w:left w:w="110" w:type="dxa"/>
              <w:bottom w:w="100" w:type="dxa"/>
              <w:right w:w="110" w:type="dxa"/>
            </w:tcMar>
            <w:vAlign w:val="center"/>
          </w:tcPr>
          <w:p w14:paraId="2A3156F4"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41E186D6" w14:textId="77777777" w:rsidR="006A55BC" w:rsidRDefault="006A55BC">
            <w:pPr>
              <w:spacing w:after="20" w:line="240" w:lineRule="auto"/>
            </w:pPr>
          </w:p>
        </w:tc>
        <w:tc>
          <w:tcPr>
            <w:tcW w:w="3096" w:type="dxa"/>
            <w:shd w:val="clear" w:color="auto" w:fill="F4F7FA"/>
            <w:tcMar>
              <w:top w:w="100" w:type="dxa"/>
              <w:left w:w="110" w:type="dxa"/>
              <w:bottom w:w="100" w:type="dxa"/>
              <w:right w:w="110" w:type="dxa"/>
            </w:tcMar>
            <w:vAlign w:val="center"/>
          </w:tcPr>
          <w:p w14:paraId="03FEA26D"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5AA9EB8A"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43BDF2F6"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91E9B6F" w14:textId="77777777" w:rsidR="006A55BC" w:rsidRDefault="006A55BC">
            <w:pPr>
              <w:spacing w:after="20" w:line="240" w:lineRule="auto"/>
            </w:pPr>
          </w:p>
        </w:tc>
      </w:tr>
      <w:tr w:rsidR="006A55BC" w14:paraId="73180A15" w14:textId="77777777">
        <w:trPr>
          <w:cantSplit/>
          <w:jc w:val="center"/>
        </w:trPr>
        <w:tc>
          <w:tcPr>
            <w:tcW w:w="2088" w:type="dxa"/>
            <w:tcMar>
              <w:top w:w="100" w:type="dxa"/>
              <w:left w:w="110" w:type="dxa"/>
              <w:bottom w:w="100" w:type="dxa"/>
              <w:right w:w="110" w:type="dxa"/>
            </w:tcMar>
            <w:vAlign w:val="center"/>
          </w:tcPr>
          <w:p w14:paraId="204266E9"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2E72AA06" w14:textId="77777777" w:rsidR="006A55BC" w:rsidRDefault="006A55BC">
            <w:pPr>
              <w:spacing w:after="20" w:line="240" w:lineRule="auto"/>
            </w:pPr>
          </w:p>
        </w:tc>
        <w:tc>
          <w:tcPr>
            <w:tcW w:w="3096" w:type="dxa"/>
            <w:tcMar>
              <w:top w:w="100" w:type="dxa"/>
              <w:left w:w="110" w:type="dxa"/>
              <w:bottom w:w="100" w:type="dxa"/>
              <w:right w:w="110" w:type="dxa"/>
            </w:tcMar>
            <w:vAlign w:val="center"/>
          </w:tcPr>
          <w:p w14:paraId="7FF1768D"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6D5DFF46"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4A170A9A"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0FE9E9E" w14:textId="77777777" w:rsidR="006A55BC" w:rsidRDefault="006A55BC">
            <w:pPr>
              <w:spacing w:after="20" w:line="240" w:lineRule="auto"/>
            </w:pPr>
          </w:p>
        </w:tc>
      </w:tr>
      <w:tr w:rsidR="006A55BC" w14:paraId="4236A015" w14:textId="77777777">
        <w:trPr>
          <w:cantSplit/>
          <w:jc w:val="center"/>
        </w:trPr>
        <w:tc>
          <w:tcPr>
            <w:tcW w:w="2088" w:type="dxa"/>
            <w:shd w:val="clear" w:color="auto" w:fill="F4F7FA"/>
            <w:tcMar>
              <w:top w:w="100" w:type="dxa"/>
              <w:left w:w="110" w:type="dxa"/>
              <w:bottom w:w="100" w:type="dxa"/>
              <w:right w:w="110" w:type="dxa"/>
            </w:tcMar>
            <w:vAlign w:val="center"/>
          </w:tcPr>
          <w:p w14:paraId="7C47BD0A"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672C1ABF" w14:textId="77777777" w:rsidR="006A55BC" w:rsidRDefault="006A55BC">
            <w:pPr>
              <w:spacing w:after="20" w:line="240" w:lineRule="auto"/>
            </w:pPr>
          </w:p>
        </w:tc>
        <w:tc>
          <w:tcPr>
            <w:tcW w:w="3096" w:type="dxa"/>
            <w:shd w:val="clear" w:color="auto" w:fill="F4F7FA"/>
            <w:tcMar>
              <w:top w:w="100" w:type="dxa"/>
              <w:left w:w="110" w:type="dxa"/>
              <w:bottom w:w="100" w:type="dxa"/>
              <w:right w:w="110" w:type="dxa"/>
            </w:tcMar>
            <w:vAlign w:val="center"/>
          </w:tcPr>
          <w:p w14:paraId="220B03CE"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1B9DB753"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0C8EBB8E"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ABDE63D" w14:textId="77777777" w:rsidR="006A55BC" w:rsidRDefault="006A55BC">
            <w:pPr>
              <w:spacing w:after="20" w:line="240" w:lineRule="auto"/>
            </w:pPr>
          </w:p>
        </w:tc>
      </w:tr>
      <w:tr w:rsidR="006A55BC" w14:paraId="3206B0CC" w14:textId="77777777">
        <w:trPr>
          <w:cantSplit/>
          <w:jc w:val="center"/>
        </w:trPr>
        <w:tc>
          <w:tcPr>
            <w:tcW w:w="2088" w:type="dxa"/>
            <w:tcMar>
              <w:top w:w="100" w:type="dxa"/>
              <w:left w:w="110" w:type="dxa"/>
              <w:bottom w:w="100" w:type="dxa"/>
              <w:right w:w="110" w:type="dxa"/>
            </w:tcMar>
            <w:vAlign w:val="center"/>
          </w:tcPr>
          <w:p w14:paraId="44A80B03"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7DBB5391" w14:textId="77777777" w:rsidR="006A55BC" w:rsidRDefault="006A55BC">
            <w:pPr>
              <w:spacing w:after="20" w:line="240" w:lineRule="auto"/>
            </w:pPr>
          </w:p>
        </w:tc>
        <w:tc>
          <w:tcPr>
            <w:tcW w:w="3096" w:type="dxa"/>
            <w:tcMar>
              <w:top w:w="100" w:type="dxa"/>
              <w:left w:w="110" w:type="dxa"/>
              <w:bottom w:w="100" w:type="dxa"/>
              <w:right w:w="110" w:type="dxa"/>
            </w:tcMar>
            <w:vAlign w:val="center"/>
          </w:tcPr>
          <w:p w14:paraId="1681EDF2"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11921198"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2BB99BEF"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0A9FDDA5" w14:textId="77777777" w:rsidR="006A55BC" w:rsidRDefault="006A55BC">
            <w:pPr>
              <w:spacing w:after="20" w:line="240" w:lineRule="auto"/>
            </w:pPr>
          </w:p>
        </w:tc>
      </w:tr>
      <w:tr w:rsidR="006A55BC" w14:paraId="53433A0B" w14:textId="77777777">
        <w:trPr>
          <w:cantSplit/>
          <w:jc w:val="center"/>
        </w:trPr>
        <w:tc>
          <w:tcPr>
            <w:tcW w:w="2088" w:type="dxa"/>
            <w:shd w:val="clear" w:color="auto" w:fill="F4F7FA"/>
            <w:tcMar>
              <w:top w:w="100" w:type="dxa"/>
              <w:left w:w="110" w:type="dxa"/>
              <w:bottom w:w="100" w:type="dxa"/>
              <w:right w:w="110" w:type="dxa"/>
            </w:tcMar>
            <w:vAlign w:val="center"/>
          </w:tcPr>
          <w:p w14:paraId="45B9623E"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73FAC015" w14:textId="77777777" w:rsidR="006A55BC" w:rsidRDefault="006A55BC">
            <w:pPr>
              <w:spacing w:after="20" w:line="240" w:lineRule="auto"/>
            </w:pPr>
          </w:p>
        </w:tc>
        <w:tc>
          <w:tcPr>
            <w:tcW w:w="3096" w:type="dxa"/>
            <w:shd w:val="clear" w:color="auto" w:fill="F4F7FA"/>
            <w:tcMar>
              <w:top w:w="100" w:type="dxa"/>
              <w:left w:w="110" w:type="dxa"/>
              <w:bottom w:w="100" w:type="dxa"/>
              <w:right w:w="110" w:type="dxa"/>
            </w:tcMar>
            <w:vAlign w:val="center"/>
          </w:tcPr>
          <w:p w14:paraId="75A7E47B"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44F53074"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0D50B007"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B7DC6DF" w14:textId="77777777" w:rsidR="006A55BC" w:rsidRDefault="006A55BC">
            <w:pPr>
              <w:spacing w:after="20" w:line="240" w:lineRule="auto"/>
            </w:pPr>
          </w:p>
        </w:tc>
      </w:tr>
    </w:tbl>
    <w:p w14:paraId="55169A87" w14:textId="77777777" w:rsidR="006A55BC" w:rsidRDefault="006A55BC">
      <w:pPr>
        <w:spacing w:after="20"/>
      </w:pPr>
    </w:p>
    <w:p w14:paraId="5F330169" w14:textId="77777777" w:rsidR="006A55BC" w:rsidRDefault="00000000">
      <w:pPr>
        <w:pStyle w:val="Heading2"/>
      </w:pPr>
      <w:r>
        <w:lastRenderedPageBreak/>
        <w:t>3.3 Data Analytics Plan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76"/>
        <w:gridCol w:w="1440"/>
        <w:gridCol w:w="936"/>
        <w:gridCol w:w="2880"/>
        <w:gridCol w:w="1656"/>
        <w:gridCol w:w="792"/>
      </w:tblGrid>
      <w:tr w:rsidR="006A55BC" w14:paraId="23CA0C6E" w14:textId="77777777">
        <w:trPr>
          <w:cantSplit/>
          <w:tblHeader/>
          <w:jc w:val="center"/>
        </w:trPr>
        <w:tc>
          <w:tcPr>
            <w:tcW w:w="2376" w:type="dxa"/>
            <w:shd w:val="clear" w:color="auto" w:fill="17365D"/>
            <w:tcMar>
              <w:top w:w="100" w:type="dxa"/>
              <w:left w:w="110" w:type="dxa"/>
              <w:bottom w:w="100" w:type="dxa"/>
              <w:right w:w="110" w:type="dxa"/>
            </w:tcMar>
            <w:vAlign w:val="center"/>
          </w:tcPr>
          <w:p w14:paraId="42CA0737" w14:textId="77777777" w:rsidR="006A55BC" w:rsidRDefault="00000000">
            <w:r>
              <w:rPr>
                <w:b/>
                <w:color w:val="FFFFFF"/>
                <w:sz w:val="14"/>
              </w:rPr>
              <w:t>Test</w:t>
            </w:r>
          </w:p>
        </w:tc>
        <w:tc>
          <w:tcPr>
            <w:tcW w:w="1440" w:type="dxa"/>
            <w:shd w:val="clear" w:color="auto" w:fill="17365D"/>
            <w:tcMar>
              <w:top w:w="100" w:type="dxa"/>
              <w:left w:w="110" w:type="dxa"/>
              <w:bottom w:w="100" w:type="dxa"/>
              <w:right w:w="110" w:type="dxa"/>
            </w:tcMar>
            <w:vAlign w:val="center"/>
          </w:tcPr>
          <w:p w14:paraId="5B839C4D" w14:textId="77777777" w:rsidR="006A55BC" w:rsidRDefault="00000000">
            <w:r>
              <w:rPr>
                <w:b/>
                <w:color w:val="FFFFFF"/>
                <w:sz w:val="14"/>
              </w:rPr>
              <w:t>Population</w:t>
            </w:r>
          </w:p>
        </w:tc>
        <w:tc>
          <w:tcPr>
            <w:tcW w:w="936" w:type="dxa"/>
            <w:shd w:val="clear" w:color="auto" w:fill="17365D"/>
            <w:tcMar>
              <w:top w:w="100" w:type="dxa"/>
              <w:left w:w="110" w:type="dxa"/>
              <w:bottom w:w="100" w:type="dxa"/>
              <w:right w:w="110" w:type="dxa"/>
            </w:tcMar>
            <w:vAlign w:val="center"/>
          </w:tcPr>
          <w:p w14:paraId="63100F36" w14:textId="77777777" w:rsidR="006A55BC" w:rsidRDefault="00000000">
            <w:r>
              <w:rPr>
                <w:b/>
                <w:color w:val="FFFFFF"/>
                <w:sz w:val="14"/>
              </w:rPr>
              <w:t>Period</w:t>
            </w:r>
          </w:p>
        </w:tc>
        <w:tc>
          <w:tcPr>
            <w:tcW w:w="2880" w:type="dxa"/>
            <w:shd w:val="clear" w:color="auto" w:fill="17365D"/>
            <w:tcMar>
              <w:top w:w="100" w:type="dxa"/>
              <w:left w:w="110" w:type="dxa"/>
              <w:bottom w:w="100" w:type="dxa"/>
              <w:right w:w="110" w:type="dxa"/>
            </w:tcMar>
            <w:vAlign w:val="center"/>
          </w:tcPr>
          <w:p w14:paraId="7A247144" w14:textId="77777777" w:rsidR="006A55BC" w:rsidRDefault="00000000">
            <w:r>
              <w:rPr>
                <w:b/>
                <w:color w:val="FFFFFF"/>
                <w:sz w:val="14"/>
              </w:rPr>
              <w:t>Logic or threshold</w:t>
            </w:r>
          </w:p>
        </w:tc>
        <w:tc>
          <w:tcPr>
            <w:tcW w:w="1656" w:type="dxa"/>
            <w:shd w:val="clear" w:color="auto" w:fill="17365D"/>
            <w:tcMar>
              <w:top w:w="100" w:type="dxa"/>
              <w:left w:w="110" w:type="dxa"/>
              <w:bottom w:w="100" w:type="dxa"/>
              <w:right w:w="110" w:type="dxa"/>
            </w:tcMar>
            <w:vAlign w:val="center"/>
          </w:tcPr>
          <w:p w14:paraId="631A380F" w14:textId="77777777" w:rsidR="006A55BC" w:rsidRDefault="00000000">
            <w:r>
              <w:rPr>
                <w:b/>
                <w:color w:val="FFFFFF"/>
                <w:sz w:val="14"/>
              </w:rPr>
              <w:t>Expected exception</w:t>
            </w:r>
          </w:p>
        </w:tc>
        <w:tc>
          <w:tcPr>
            <w:tcW w:w="792" w:type="dxa"/>
            <w:shd w:val="clear" w:color="auto" w:fill="17365D"/>
            <w:tcMar>
              <w:top w:w="100" w:type="dxa"/>
              <w:left w:w="110" w:type="dxa"/>
              <w:bottom w:w="100" w:type="dxa"/>
              <w:right w:w="110" w:type="dxa"/>
            </w:tcMar>
            <w:vAlign w:val="center"/>
          </w:tcPr>
          <w:p w14:paraId="7FE5891D" w14:textId="77777777" w:rsidR="006A55BC" w:rsidRDefault="00000000">
            <w:r>
              <w:rPr>
                <w:b/>
                <w:color w:val="FFFFFF"/>
                <w:sz w:val="14"/>
              </w:rPr>
              <w:t>Owner</w:t>
            </w:r>
          </w:p>
        </w:tc>
      </w:tr>
      <w:tr w:rsidR="006A55BC" w14:paraId="110FC78C" w14:textId="77777777">
        <w:trPr>
          <w:cantSplit/>
          <w:jc w:val="center"/>
        </w:trPr>
        <w:tc>
          <w:tcPr>
            <w:tcW w:w="2376" w:type="dxa"/>
            <w:tcMar>
              <w:top w:w="100" w:type="dxa"/>
              <w:left w:w="110" w:type="dxa"/>
              <w:bottom w:w="100" w:type="dxa"/>
              <w:right w:w="110" w:type="dxa"/>
            </w:tcMar>
            <w:vAlign w:val="center"/>
          </w:tcPr>
          <w:p w14:paraId="194BAB35" w14:textId="77777777" w:rsidR="006A55BC" w:rsidRDefault="00000000">
            <w:pPr>
              <w:spacing w:after="20" w:line="240" w:lineRule="auto"/>
            </w:pPr>
            <w:r>
              <w:rPr>
                <w:sz w:val="14"/>
              </w:rPr>
              <w:t>Duplicate payments</w:t>
            </w:r>
          </w:p>
        </w:tc>
        <w:tc>
          <w:tcPr>
            <w:tcW w:w="1440" w:type="dxa"/>
            <w:tcMar>
              <w:top w:w="100" w:type="dxa"/>
              <w:left w:w="110" w:type="dxa"/>
              <w:bottom w:w="100" w:type="dxa"/>
              <w:right w:w="110" w:type="dxa"/>
            </w:tcMar>
            <w:vAlign w:val="center"/>
          </w:tcPr>
          <w:p w14:paraId="06F3E287"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5461974"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7D4B4AC2"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4C7FE997"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62311C19" w14:textId="77777777" w:rsidR="006A55BC" w:rsidRDefault="006A55BC">
            <w:pPr>
              <w:spacing w:after="20" w:line="240" w:lineRule="auto"/>
            </w:pPr>
          </w:p>
        </w:tc>
      </w:tr>
      <w:tr w:rsidR="006A55BC" w14:paraId="26713448" w14:textId="77777777">
        <w:trPr>
          <w:cantSplit/>
          <w:jc w:val="center"/>
        </w:trPr>
        <w:tc>
          <w:tcPr>
            <w:tcW w:w="2376" w:type="dxa"/>
            <w:shd w:val="clear" w:color="auto" w:fill="F4F7FA"/>
            <w:tcMar>
              <w:top w:w="100" w:type="dxa"/>
              <w:left w:w="110" w:type="dxa"/>
              <w:bottom w:w="100" w:type="dxa"/>
              <w:right w:w="110" w:type="dxa"/>
            </w:tcMar>
            <w:vAlign w:val="center"/>
          </w:tcPr>
          <w:p w14:paraId="2566FEE2" w14:textId="77777777" w:rsidR="006A55BC" w:rsidRDefault="00000000">
            <w:pPr>
              <w:spacing w:after="20" w:line="240" w:lineRule="auto"/>
            </w:pPr>
            <w:r>
              <w:rPr>
                <w:sz w:val="14"/>
              </w:rPr>
              <w:t>Round-sum or just-below-threshold payments</w:t>
            </w:r>
          </w:p>
        </w:tc>
        <w:tc>
          <w:tcPr>
            <w:tcW w:w="1440" w:type="dxa"/>
            <w:shd w:val="clear" w:color="auto" w:fill="F4F7FA"/>
            <w:tcMar>
              <w:top w:w="100" w:type="dxa"/>
              <w:left w:w="110" w:type="dxa"/>
              <w:bottom w:w="100" w:type="dxa"/>
              <w:right w:w="110" w:type="dxa"/>
            </w:tcMar>
            <w:vAlign w:val="center"/>
          </w:tcPr>
          <w:p w14:paraId="7B4CE057"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F476B4E"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01EC795D"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67F89915"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4715B297" w14:textId="77777777" w:rsidR="006A55BC" w:rsidRDefault="006A55BC">
            <w:pPr>
              <w:spacing w:after="20" w:line="240" w:lineRule="auto"/>
            </w:pPr>
          </w:p>
        </w:tc>
      </w:tr>
      <w:tr w:rsidR="006A55BC" w14:paraId="2B5CE749" w14:textId="77777777">
        <w:trPr>
          <w:cantSplit/>
          <w:jc w:val="center"/>
        </w:trPr>
        <w:tc>
          <w:tcPr>
            <w:tcW w:w="2376" w:type="dxa"/>
            <w:tcMar>
              <w:top w:w="100" w:type="dxa"/>
              <w:left w:w="110" w:type="dxa"/>
              <w:bottom w:w="100" w:type="dxa"/>
              <w:right w:w="110" w:type="dxa"/>
            </w:tcMar>
            <w:vAlign w:val="center"/>
          </w:tcPr>
          <w:p w14:paraId="5FEF776F" w14:textId="77777777" w:rsidR="006A55BC" w:rsidRDefault="00000000">
            <w:pPr>
              <w:spacing w:after="20" w:line="240" w:lineRule="auto"/>
            </w:pPr>
            <w:r>
              <w:rPr>
                <w:sz w:val="14"/>
              </w:rPr>
              <w:t>Payments to employee-linked accounts</w:t>
            </w:r>
          </w:p>
        </w:tc>
        <w:tc>
          <w:tcPr>
            <w:tcW w:w="1440" w:type="dxa"/>
            <w:tcMar>
              <w:top w:w="100" w:type="dxa"/>
              <w:left w:w="110" w:type="dxa"/>
              <w:bottom w:w="100" w:type="dxa"/>
              <w:right w:w="110" w:type="dxa"/>
            </w:tcMar>
            <w:vAlign w:val="center"/>
          </w:tcPr>
          <w:p w14:paraId="00C5CFE5"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3FC52D41"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0A65DEC6"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01200DCD"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45BE29F8" w14:textId="77777777" w:rsidR="006A55BC" w:rsidRDefault="006A55BC">
            <w:pPr>
              <w:spacing w:after="20" w:line="240" w:lineRule="auto"/>
            </w:pPr>
          </w:p>
        </w:tc>
      </w:tr>
      <w:tr w:rsidR="006A55BC" w14:paraId="724B559C" w14:textId="77777777">
        <w:trPr>
          <w:cantSplit/>
          <w:jc w:val="center"/>
        </w:trPr>
        <w:tc>
          <w:tcPr>
            <w:tcW w:w="2376" w:type="dxa"/>
            <w:shd w:val="clear" w:color="auto" w:fill="F4F7FA"/>
            <w:tcMar>
              <w:top w:w="100" w:type="dxa"/>
              <w:left w:w="110" w:type="dxa"/>
              <w:bottom w:w="100" w:type="dxa"/>
              <w:right w:w="110" w:type="dxa"/>
            </w:tcMar>
            <w:vAlign w:val="center"/>
          </w:tcPr>
          <w:p w14:paraId="2621B8CF" w14:textId="77777777" w:rsidR="006A55BC" w:rsidRDefault="00000000">
            <w:pPr>
              <w:spacing w:after="20" w:line="240" w:lineRule="auto"/>
            </w:pPr>
            <w:r>
              <w:rPr>
                <w:sz w:val="14"/>
              </w:rPr>
              <w:t>Split purchase orders or invoices</w:t>
            </w:r>
          </w:p>
        </w:tc>
        <w:tc>
          <w:tcPr>
            <w:tcW w:w="1440" w:type="dxa"/>
            <w:shd w:val="clear" w:color="auto" w:fill="F4F7FA"/>
            <w:tcMar>
              <w:top w:w="100" w:type="dxa"/>
              <w:left w:w="110" w:type="dxa"/>
              <w:bottom w:w="100" w:type="dxa"/>
              <w:right w:w="110" w:type="dxa"/>
            </w:tcMar>
            <w:vAlign w:val="center"/>
          </w:tcPr>
          <w:p w14:paraId="76BB9624"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157BE515"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4D100FCC"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7C3AF5A6"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7CEEDAC3" w14:textId="77777777" w:rsidR="006A55BC" w:rsidRDefault="006A55BC">
            <w:pPr>
              <w:spacing w:after="20" w:line="240" w:lineRule="auto"/>
            </w:pPr>
          </w:p>
        </w:tc>
      </w:tr>
      <w:tr w:rsidR="006A55BC" w14:paraId="1EE69741" w14:textId="77777777">
        <w:trPr>
          <w:cantSplit/>
          <w:jc w:val="center"/>
        </w:trPr>
        <w:tc>
          <w:tcPr>
            <w:tcW w:w="2376" w:type="dxa"/>
            <w:tcMar>
              <w:top w:w="100" w:type="dxa"/>
              <w:left w:w="110" w:type="dxa"/>
              <w:bottom w:w="100" w:type="dxa"/>
              <w:right w:w="110" w:type="dxa"/>
            </w:tcMar>
            <w:vAlign w:val="center"/>
          </w:tcPr>
          <w:p w14:paraId="4F203BBB" w14:textId="77777777" w:rsidR="006A55BC" w:rsidRDefault="00000000">
            <w:pPr>
              <w:spacing w:after="20" w:line="240" w:lineRule="auto"/>
            </w:pPr>
            <w:r>
              <w:rPr>
                <w:sz w:val="14"/>
              </w:rPr>
              <w:t>Unusual commissions or success fees</w:t>
            </w:r>
          </w:p>
        </w:tc>
        <w:tc>
          <w:tcPr>
            <w:tcW w:w="1440" w:type="dxa"/>
            <w:tcMar>
              <w:top w:w="100" w:type="dxa"/>
              <w:left w:w="110" w:type="dxa"/>
              <w:bottom w:w="100" w:type="dxa"/>
              <w:right w:w="110" w:type="dxa"/>
            </w:tcMar>
            <w:vAlign w:val="center"/>
          </w:tcPr>
          <w:p w14:paraId="22A04ABB"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A5F9A95"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40BA3E3D"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43F28A98"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4ABBBA4A" w14:textId="77777777" w:rsidR="006A55BC" w:rsidRDefault="006A55BC">
            <w:pPr>
              <w:spacing w:after="20" w:line="240" w:lineRule="auto"/>
            </w:pPr>
          </w:p>
        </w:tc>
      </w:tr>
      <w:tr w:rsidR="006A55BC" w14:paraId="4E561CCF" w14:textId="77777777">
        <w:trPr>
          <w:cantSplit/>
          <w:jc w:val="center"/>
        </w:trPr>
        <w:tc>
          <w:tcPr>
            <w:tcW w:w="2376" w:type="dxa"/>
            <w:shd w:val="clear" w:color="auto" w:fill="F4F7FA"/>
            <w:tcMar>
              <w:top w:w="100" w:type="dxa"/>
              <w:left w:w="110" w:type="dxa"/>
              <w:bottom w:w="100" w:type="dxa"/>
              <w:right w:w="110" w:type="dxa"/>
            </w:tcMar>
            <w:vAlign w:val="center"/>
          </w:tcPr>
          <w:p w14:paraId="0F456172" w14:textId="77777777" w:rsidR="006A55BC" w:rsidRDefault="00000000">
            <w:pPr>
              <w:spacing w:after="20" w:line="240" w:lineRule="auto"/>
            </w:pPr>
            <w:r>
              <w:rPr>
                <w:sz w:val="14"/>
              </w:rPr>
              <w:t>High-risk-country payments</w:t>
            </w:r>
          </w:p>
        </w:tc>
        <w:tc>
          <w:tcPr>
            <w:tcW w:w="1440" w:type="dxa"/>
            <w:shd w:val="clear" w:color="auto" w:fill="F4F7FA"/>
            <w:tcMar>
              <w:top w:w="100" w:type="dxa"/>
              <w:left w:w="110" w:type="dxa"/>
              <w:bottom w:w="100" w:type="dxa"/>
              <w:right w:w="110" w:type="dxa"/>
            </w:tcMar>
            <w:vAlign w:val="center"/>
          </w:tcPr>
          <w:p w14:paraId="73B81B2B"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78F728C5"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3CE3F9FD"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10FA3275"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696E7A48" w14:textId="77777777" w:rsidR="006A55BC" w:rsidRDefault="006A55BC">
            <w:pPr>
              <w:spacing w:after="20" w:line="240" w:lineRule="auto"/>
            </w:pPr>
          </w:p>
        </w:tc>
      </w:tr>
      <w:tr w:rsidR="006A55BC" w14:paraId="0CB792FA" w14:textId="77777777">
        <w:trPr>
          <w:cantSplit/>
          <w:jc w:val="center"/>
        </w:trPr>
        <w:tc>
          <w:tcPr>
            <w:tcW w:w="2376" w:type="dxa"/>
            <w:tcMar>
              <w:top w:w="100" w:type="dxa"/>
              <w:left w:w="110" w:type="dxa"/>
              <w:bottom w:w="100" w:type="dxa"/>
              <w:right w:w="110" w:type="dxa"/>
            </w:tcMar>
            <w:vAlign w:val="center"/>
          </w:tcPr>
          <w:p w14:paraId="589C0651" w14:textId="77777777" w:rsidR="006A55BC" w:rsidRDefault="00000000">
            <w:pPr>
              <w:spacing w:after="20" w:line="240" w:lineRule="auto"/>
            </w:pPr>
            <w:r>
              <w:rPr>
                <w:sz w:val="14"/>
              </w:rPr>
              <w:t>Vendor bank-detail changes</w:t>
            </w:r>
          </w:p>
        </w:tc>
        <w:tc>
          <w:tcPr>
            <w:tcW w:w="1440" w:type="dxa"/>
            <w:tcMar>
              <w:top w:w="100" w:type="dxa"/>
              <w:left w:w="110" w:type="dxa"/>
              <w:bottom w:w="100" w:type="dxa"/>
              <w:right w:w="110" w:type="dxa"/>
            </w:tcMar>
            <w:vAlign w:val="center"/>
          </w:tcPr>
          <w:p w14:paraId="74AB3873"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67A18A9D"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3B4F862C"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74DB175B"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141BE1F1" w14:textId="77777777" w:rsidR="006A55BC" w:rsidRDefault="006A55BC">
            <w:pPr>
              <w:spacing w:after="20" w:line="240" w:lineRule="auto"/>
            </w:pPr>
          </w:p>
        </w:tc>
      </w:tr>
      <w:tr w:rsidR="006A55BC" w14:paraId="0D014926" w14:textId="77777777">
        <w:trPr>
          <w:cantSplit/>
          <w:jc w:val="center"/>
        </w:trPr>
        <w:tc>
          <w:tcPr>
            <w:tcW w:w="2376" w:type="dxa"/>
            <w:shd w:val="clear" w:color="auto" w:fill="F4F7FA"/>
            <w:tcMar>
              <w:top w:w="100" w:type="dxa"/>
              <w:left w:w="110" w:type="dxa"/>
              <w:bottom w:w="100" w:type="dxa"/>
              <w:right w:w="110" w:type="dxa"/>
            </w:tcMar>
            <w:vAlign w:val="center"/>
          </w:tcPr>
          <w:p w14:paraId="798E2BAD" w14:textId="77777777" w:rsidR="006A55BC" w:rsidRDefault="00000000">
            <w:pPr>
              <w:spacing w:after="20" w:line="240" w:lineRule="auto"/>
            </w:pPr>
            <w:r>
              <w:rPr>
                <w:sz w:val="14"/>
              </w:rPr>
              <w:t>Manual journals to sensitive accounts</w:t>
            </w:r>
          </w:p>
        </w:tc>
        <w:tc>
          <w:tcPr>
            <w:tcW w:w="1440" w:type="dxa"/>
            <w:shd w:val="clear" w:color="auto" w:fill="F4F7FA"/>
            <w:tcMar>
              <w:top w:w="100" w:type="dxa"/>
              <w:left w:w="110" w:type="dxa"/>
              <w:bottom w:w="100" w:type="dxa"/>
              <w:right w:w="110" w:type="dxa"/>
            </w:tcMar>
            <w:vAlign w:val="center"/>
          </w:tcPr>
          <w:p w14:paraId="5E2E8827"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3A2A2732"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7E2E79A2"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57FD3F33"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296E7167" w14:textId="77777777" w:rsidR="006A55BC" w:rsidRDefault="006A55BC">
            <w:pPr>
              <w:spacing w:after="20" w:line="240" w:lineRule="auto"/>
            </w:pPr>
          </w:p>
        </w:tc>
      </w:tr>
      <w:tr w:rsidR="006A55BC" w14:paraId="37F36947" w14:textId="77777777">
        <w:trPr>
          <w:cantSplit/>
          <w:jc w:val="center"/>
        </w:trPr>
        <w:tc>
          <w:tcPr>
            <w:tcW w:w="2376" w:type="dxa"/>
            <w:tcMar>
              <w:top w:w="100" w:type="dxa"/>
              <w:left w:w="110" w:type="dxa"/>
              <w:bottom w:w="100" w:type="dxa"/>
              <w:right w:w="110" w:type="dxa"/>
            </w:tcMar>
            <w:vAlign w:val="center"/>
          </w:tcPr>
          <w:p w14:paraId="055FEA49" w14:textId="77777777" w:rsidR="006A55BC" w:rsidRDefault="00000000">
            <w:pPr>
              <w:spacing w:after="20" w:line="240" w:lineRule="auto"/>
            </w:pPr>
            <w:r>
              <w:rPr>
                <w:sz w:val="14"/>
              </w:rPr>
              <w:t>Single-source or emergency awards</w:t>
            </w:r>
          </w:p>
        </w:tc>
        <w:tc>
          <w:tcPr>
            <w:tcW w:w="1440" w:type="dxa"/>
            <w:tcMar>
              <w:top w:w="100" w:type="dxa"/>
              <w:left w:w="110" w:type="dxa"/>
              <w:bottom w:w="100" w:type="dxa"/>
              <w:right w:w="110" w:type="dxa"/>
            </w:tcMar>
            <w:vAlign w:val="center"/>
          </w:tcPr>
          <w:p w14:paraId="4BAB9DD4"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11D2A769"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596D0F01"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47E58B7B"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4C24B9A9" w14:textId="77777777" w:rsidR="006A55BC" w:rsidRDefault="006A55BC">
            <w:pPr>
              <w:spacing w:after="20" w:line="240" w:lineRule="auto"/>
            </w:pPr>
          </w:p>
        </w:tc>
      </w:tr>
      <w:tr w:rsidR="006A55BC" w14:paraId="55F93F2C" w14:textId="77777777">
        <w:trPr>
          <w:cantSplit/>
          <w:jc w:val="center"/>
        </w:trPr>
        <w:tc>
          <w:tcPr>
            <w:tcW w:w="2376" w:type="dxa"/>
            <w:shd w:val="clear" w:color="auto" w:fill="F4F7FA"/>
            <w:tcMar>
              <w:top w:w="100" w:type="dxa"/>
              <w:left w:w="110" w:type="dxa"/>
              <w:bottom w:w="100" w:type="dxa"/>
              <w:right w:w="110" w:type="dxa"/>
            </w:tcMar>
            <w:vAlign w:val="center"/>
          </w:tcPr>
          <w:p w14:paraId="101A9D51" w14:textId="77777777" w:rsidR="006A55BC" w:rsidRDefault="00000000">
            <w:pPr>
              <w:spacing w:after="20" w:line="240" w:lineRule="auto"/>
            </w:pPr>
            <w:r>
              <w:rPr>
                <w:sz w:val="14"/>
              </w:rPr>
              <w:t>Weekend or after-hours approvals</w:t>
            </w:r>
          </w:p>
        </w:tc>
        <w:tc>
          <w:tcPr>
            <w:tcW w:w="1440" w:type="dxa"/>
            <w:shd w:val="clear" w:color="auto" w:fill="F4F7FA"/>
            <w:tcMar>
              <w:top w:w="100" w:type="dxa"/>
              <w:left w:w="110" w:type="dxa"/>
              <w:bottom w:w="100" w:type="dxa"/>
              <w:right w:w="110" w:type="dxa"/>
            </w:tcMar>
            <w:vAlign w:val="center"/>
          </w:tcPr>
          <w:p w14:paraId="6811DBB4"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102679D6"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2F1CBA5F"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7C2687C1"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6D32EE9F" w14:textId="77777777" w:rsidR="006A55BC" w:rsidRDefault="006A55BC">
            <w:pPr>
              <w:spacing w:after="20" w:line="240" w:lineRule="auto"/>
            </w:pPr>
          </w:p>
        </w:tc>
      </w:tr>
    </w:tbl>
    <w:p w14:paraId="55F96D19" w14:textId="77777777" w:rsidR="006A55BC" w:rsidRDefault="006A55BC">
      <w:pPr>
        <w:spacing w:after="20"/>
      </w:pPr>
    </w:p>
    <w:p w14:paraId="5CDB4A6C" w14:textId="77777777" w:rsidR="006A55BC" w:rsidRDefault="00000000">
      <w:pPr>
        <w:pStyle w:val="Heading2"/>
      </w:pPr>
      <w:r>
        <w:t>3.4 Evidence Reliability Scale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3600"/>
        <w:gridCol w:w="5184"/>
      </w:tblGrid>
      <w:tr w:rsidR="006A55BC" w14:paraId="6B511E07" w14:textId="77777777">
        <w:trPr>
          <w:cantSplit/>
          <w:tblHeader/>
          <w:jc w:val="center"/>
        </w:trPr>
        <w:tc>
          <w:tcPr>
            <w:tcW w:w="1152" w:type="dxa"/>
            <w:shd w:val="clear" w:color="auto" w:fill="17365D"/>
            <w:tcMar>
              <w:top w:w="100" w:type="dxa"/>
              <w:left w:w="110" w:type="dxa"/>
              <w:bottom w:w="100" w:type="dxa"/>
              <w:right w:w="110" w:type="dxa"/>
            </w:tcMar>
            <w:vAlign w:val="center"/>
          </w:tcPr>
          <w:p w14:paraId="63C2F21D" w14:textId="77777777" w:rsidR="006A55BC" w:rsidRDefault="00000000">
            <w:r>
              <w:rPr>
                <w:b/>
                <w:color w:val="FFFFFF"/>
                <w:sz w:val="17"/>
              </w:rPr>
              <w:t>Rating</w:t>
            </w:r>
          </w:p>
        </w:tc>
        <w:tc>
          <w:tcPr>
            <w:tcW w:w="3600" w:type="dxa"/>
            <w:shd w:val="clear" w:color="auto" w:fill="17365D"/>
            <w:tcMar>
              <w:top w:w="100" w:type="dxa"/>
              <w:left w:w="110" w:type="dxa"/>
              <w:bottom w:w="100" w:type="dxa"/>
              <w:right w:w="110" w:type="dxa"/>
            </w:tcMar>
            <w:vAlign w:val="center"/>
          </w:tcPr>
          <w:p w14:paraId="48CF3D6B" w14:textId="77777777" w:rsidR="006A55BC" w:rsidRDefault="00000000">
            <w:r>
              <w:rPr>
                <w:b/>
                <w:color w:val="FFFFFF"/>
                <w:sz w:val="17"/>
              </w:rPr>
              <w:t>Meaning</w:t>
            </w:r>
          </w:p>
        </w:tc>
        <w:tc>
          <w:tcPr>
            <w:tcW w:w="5184" w:type="dxa"/>
            <w:shd w:val="clear" w:color="auto" w:fill="17365D"/>
            <w:tcMar>
              <w:top w:w="100" w:type="dxa"/>
              <w:left w:w="110" w:type="dxa"/>
              <w:bottom w:w="100" w:type="dxa"/>
              <w:right w:w="110" w:type="dxa"/>
            </w:tcMar>
            <w:vAlign w:val="center"/>
          </w:tcPr>
          <w:p w14:paraId="51740783" w14:textId="77777777" w:rsidR="006A55BC" w:rsidRDefault="00000000">
            <w:r>
              <w:rPr>
                <w:b/>
                <w:color w:val="FFFFFF"/>
                <w:sz w:val="17"/>
              </w:rPr>
              <w:t>Examples</w:t>
            </w:r>
          </w:p>
        </w:tc>
      </w:tr>
      <w:tr w:rsidR="006A55BC" w14:paraId="42003BA1" w14:textId="77777777">
        <w:trPr>
          <w:cantSplit/>
          <w:jc w:val="center"/>
        </w:trPr>
        <w:tc>
          <w:tcPr>
            <w:tcW w:w="1152" w:type="dxa"/>
            <w:tcMar>
              <w:top w:w="100" w:type="dxa"/>
              <w:left w:w="110" w:type="dxa"/>
              <w:bottom w:w="100" w:type="dxa"/>
              <w:right w:w="110" w:type="dxa"/>
            </w:tcMar>
            <w:vAlign w:val="center"/>
          </w:tcPr>
          <w:p w14:paraId="21F9F2E6" w14:textId="77777777" w:rsidR="006A55BC" w:rsidRDefault="00000000">
            <w:pPr>
              <w:spacing w:after="20" w:line="240" w:lineRule="auto"/>
            </w:pPr>
            <w:r>
              <w:rPr>
                <w:sz w:val="17"/>
              </w:rPr>
              <w:t>Strong</w:t>
            </w:r>
          </w:p>
        </w:tc>
        <w:tc>
          <w:tcPr>
            <w:tcW w:w="3600" w:type="dxa"/>
            <w:tcMar>
              <w:top w:w="100" w:type="dxa"/>
              <w:left w:w="110" w:type="dxa"/>
              <w:bottom w:w="100" w:type="dxa"/>
              <w:right w:w="110" w:type="dxa"/>
            </w:tcMar>
            <w:vAlign w:val="center"/>
          </w:tcPr>
          <w:p w14:paraId="0CE81AE1" w14:textId="77777777" w:rsidR="006A55BC" w:rsidRDefault="00000000">
            <w:pPr>
              <w:spacing w:after="20" w:line="240" w:lineRule="auto"/>
            </w:pPr>
            <w:r>
              <w:rPr>
                <w:sz w:val="17"/>
              </w:rPr>
              <w:t>Independent, complete, current and directly relevant.</w:t>
            </w:r>
          </w:p>
        </w:tc>
        <w:tc>
          <w:tcPr>
            <w:tcW w:w="5184" w:type="dxa"/>
            <w:tcMar>
              <w:top w:w="100" w:type="dxa"/>
              <w:left w:w="110" w:type="dxa"/>
              <w:bottom w:w="100" w:type="dxa"/>
              <w:right w:w="110" w:type="dxa"/>
            </w:tcMar>
            <w:vAlign w:val="center"/>
          </w:tcPr>
          <w:p w14:paraId="3F5BDB7E" w14:textId="77777777" w:rsidR="006A55BC" w:rsidRDefault="00000000">
            <w:pPr>
              <w:spacing w:after="20" w:line="240" w:lineRule="auto"/>
            </w:pPr>
            <w:r>
              <w:rPr>
                <w:sz w:val="17"/>
              </w:rPr>
              <w:t>System extract reconciled to source; tested sample; signed approval record.</w:t>
            </w:r>
          </w:p>
        </w:tc>
      </w:tr>
      <w:tr w:rsidR="006A55BC" w14:paraId="4D0E2213" w14:textId="77777777">
        <w:trPr>
          <w:cantSplit/>
          <w:jc w:val="center"/>
        </w:trPr>
        <w:tc>
          <w:tcPr>
            <w:tcW w:w="1152" w:type="dxa"/>
            <w:shd w:val="clear" w:color="auto" w:fill="F4F7FA"/>
            <w:tcMar>
              <w:top w:w="100" w:type="dxa"/>
              <w:left w:w="110" w:type="dxa"/>
              <w:bottom w:w="100" w:type="dxa"/>
              <w:right w:w="110" w:type="dxa"/>
            </w:tcMar>
            <w:vAlign w:val="center"/>
          </w:tcPr>
          <w:p w14:paraId="1DFC5493" w14:textId="77777777" w:rsidR="006A55BC" w:rsidRDefault="00000000">
            <w:pPr>
              <w:spacing w:after="20" w:line="240" w:lineRule="auto"/>
            </w:pPr>
            <w:r>
              <w:rPr>
                <w:sz w:val="17"/>
              </w:rPr>
              <w:t>Moderate</w:t>
            </w:r>
          </w:p>
        </w:tc>
        <w:tc>
          <w:tcPr>
            <w:tcW w:w="3600" w:type="dxa"/>
            <w:shd w:val="clear" w:color="auto" w:fill="F4F7FA"/>
            <w:tcMar>
              <w:top w:w="100" w:type="dxa"/>
              <w:left w:w="110" w:type="dxa"/>
              <w:bottom w:w="100" w:type="dxa"/>
              <w:right w:w="110" w:type="dxa"/>
            </w:tcMar>
            <w:vAlign w:val="center"/>
          </w:tcPr>
          <w:p w14:paraId="74455102" w14:textId="77777777" w:rsidR="006A55BC" w:rsidRDefault="00000000">
            <w:pPr>
              <w:spacing w:after="20" w:line="240" w:lineRule="auto"/>
            </w:pPr>
            <w:r>
              <w:rPr>
                <w:sz w:val="17"/>
              </w:rPr>
              <w:t>Relevant but partly dependent on representation or limited testing.</w:t>
            </w:r>
          </w:p>
        </w:tc>
        <w:tc>
          <w:tcPr>
            <w:tcW w:w="5184" w:type="dxa"/>
            <w:shd w:val="clear" w:color="auto" w:fill="F4F7FA"/>
            <w:tcMar>
              <w:top w:w="100" w:type="dxa"/>
              <w:left w:w="110" w:type="dxa"/>
              <w:bottom w:w="100" w:type="dxa"/>
              <w:right w:w="110" w:type="dxa"/>
            </w:tcMar>
            <w:vAlign w:val="center"/>
          </w:tcPr>
          <w:p w14:paraId="2241B01E" w14:textId="77777777" w:rsidR="006A55BC" w:rsidRDefault="00000000">
            <w:pPr>
              <w:spacing w:after="20" w:line="240" w:lineRule="auto"/>
            </w:pPr>
            <w:r>
              <w:rPr>
                <w:sz w:val="17"/>
              </w:rPr>
              <w:t>Manager confirmation supported by partial records.</w:t>
            </w:r>
          </w:p>
        </w:tc>
      </w:tr>
      <w:tr w:rsidR="006A55BC" w14:paraId="1A2FA199" w14:textId="77777777">
        <w:trPr>
          <w:cantSplit/>
          <w:jc w:val="center"/>
        </w:trPr>
        <w:tc>
          <w:tcPr>
            <w:tcW w:w="1152" w:type="dxa"/>
            <w:tcMar>
              <w:top w:w="100" w:type="dxa"/>
              <w:left w:w="110" w:type="dxa"/>
              <w:bottom w:w="100" w:type="dxa"/>
              <w:right w:w="110" w:type="dxa"/>
            </w:tcMar>
            <w:vAlign w:val="center"/>
          </w:tcPr>
          <w:p w14:paraId="323E0F11" w14:textId="77777777" w:rsidR="006A55BC" w:rsidRDefault="00000000">
            <w:pPr>
              <w:spacing w:after="20" w:line="240" w:lineRule="auto"/>
            </w:pPr>
            <w:r>
              <w:rPr>
                <w:sz w:val="17"/>
              </w:rPr>
              <w:t>Weak</w:t>
            </w:r>
          </w:p>
        </w:tc>
        <w:tc>
          <w:tcPr>
            <w:tcW w:w="3600" w:type="dxa"/>
            <w:tcMar>
              <w:top w:w="100" w:type="dxa"/>
              <w:left w:w="110" w:type="dxa"/>
              <w:bottom w:w="100" w:type="dxa"/>
              <w:right w:w="110" w:type="dxa"/>
            </w:tcMar>
            <w:vAlign w:val="center"/>
          </w:tcPr>
          <w:p w14:paraId="11D4C2B0" w14:textId="77777777" w:rsidR="006A55BC" w:rsidRDefault="00000000">
            <w:pPr>
              <w:spacing w:after="20" w:line="240" w:lineRule="auto"/>
            </w:pPr>
            <w:r>
              <w:rPr>
                <w:sz w:val="17"/>
              </w:rPr>
              <w:t>Incomplete, outdated, unverified or inconsistent.</w:t>
            </w:r>
          </w:p>
        </w:tc>
        <w:tc>
          <w:tcPr>
            <w:tcW w:w="5184" w:type="dxa"/>
            <w:tcMar>
              <w:top w:w="100" w:type="dxa"/>
              <w:left w:w="110" w:type="dxa"/>
              <w:bottom w:w="100" w:type="dxa"/>
              <w:right w:w="110" w:type="dxa"/>
            </w:tcMar>
            <w:vAlign w:val="center"/>
          </w:tcPr>
          <w:p w14:paraId="2A3DA6AA" w14:textId="77777777" w:rsidR="006A55BC" w:rsidRDefault="00000000">
            <w:pPr>
              <w:spacing w:after="20" w:line="240" w:lineRule="auto"/>
            </w:pPr>
            <w:r>
              <w:rPr>
                <w:sz w:val="17"/>
              </w:rPr>
              <w:t>Undocumented verbal assurance; policy with no implementation evidence.</w:t>
            </w:r>
          </w:p>
        </w:tc>
      </w:tr>
      <w:tr w:rsidR="006A55BC" w14:paraId="02DBCB9D" w14:textId="77777777">
        <w:trPr>
          <w:cantSplit/>
          <w:jc w:val="center"/>
        </w:trPr>
        <w:tc>
          <w:tcPr>
            <w:tcW w:w="1152" w:type="dxa"/>
            <w:shd w:val="clear" w:color="auto" w:fill="F4F7FA"/>
            <w:tcMar>
              <w:top w:w="100" w:type="dxa"/>
              <w:left w:w="110" w:type="dxa"/>
              <w:bottom w:w="100" w:type="dxa"/>
              <w:right w:w="110" w:type="dxa"/>
            </w:tcMar>
            <w:vAlign w:val="center"/>
          </w:tcPr>
          <w:p w14:paraId="30573C41" w14:textId="77777777" w:rsidR="006A55BC" w:rsidRDefault="00000000">
            <w:pPr>
              <w:spacing w:after="20" w:line="240" w:lineRule="auto"/>
            </w:pPr>
            <w:r>
              <w:rPr>
                <w:sz w:val="17"/>
              </w:rPr>
              <w:t>Unavailable</w:t>
            </w:r>
          </w:p>
        </w:tc>
        <w:tc>
          <w:tcPr>
            <w:tcW w:w="3600" w:type="dxa"/>
            <w:shd w:val="clear" w:color="auto" w:fill="F4F7FA"/>
            <w:tcMar>
              <w:top w:w="100" w:type="dxa"/>
              <w:left w:w="110" w:type="dxa"/>
              <w:bottom w:w="100" w:type="dxa"/>
              <w:right w:w="110" w:type="dxa"/>
            </w:tcMar>
            <w:vAlign w:val="center"/>
          </w:tcPr>
          <w:p w14:paraId="1DAF6301" w14:textId="77777777" w:rsidR="006A55BC" w:rsidRDefault="00000000">
            <w:pPr>
              <w:spacing w:after="20" w:line="240" w:lineRule="auto"/>
            </w:pPr>
            <w:r>
              <w:rPr>
                <w:sz w:val="17"/>
              </w:rPr>
              <w:t>Evidence requested but not provided or does not exist.</w:t>
            </w:r>
          </w:p>
        </w:tc>
        <w:tc>
          <w:tcPr>
            <w:tcW w:w="5184" w:type="dxa"/>
            <w:shd w:val="clear" w:color="auto" w:fill="F4F7FA"/>
            <w:tcMar>
              <w:top w:w="100" w:type="dxa"/>
              <w:left w:w="110" w:type="dxa"/>
              <w:bottom w:w="100" w:type="dxa"/>
              <w:right w:w="110" w:type="dxa"/>
            </w:tcMar>
            <w:vAlign w:val="center"/>
          </w:tcPr>
          <w:p w14:paraId="6C75EB96" w14:textId="77777777" w:rsidR="006A55BC" w:rsidRDefault="00000000">
            <w:pPr>
              <w:spacing w:after="20" w:line="240" w:lineRule="auto"/>
            </w:pPr>
            <w:r>
              <w:rPr>
                <w:sz w:val="17"/>
              </w:rPr>
              <w:t>Missing register, log, contract, report or system record.</w:t>
            </w:r>
          </w:p>
        </w:tc>
      </w:tr>
    </w:tbl>
    <w:p w14:paraId="451EEBB9" w14:textId="77777777" w:rsidR="006A55BC" w:rsidRDefault="006A55BC">
      <w:pPr>
        <w:spacing w:after="20"/>
      </w:pPr>
    </w:p>
    <w:p w14:paraId="4E46000F" w14:textId="77777777" w:rsidR="006A55BC" w:rsidRDefault="00000000">
      <w:r>
        <w:br w:type="page"/>
      </w:r>
    </w:p>
    <w:p w14:paraId="6E7D26D9" w14:textId="77777777" w:rsidR="006A55BC" w:rsidRDefault="00000000">
      <w:pPr>
        <w:pStyle w:val="Heading1"/>
      </w:pPr>
      <w:r>
        <w:lastRenderedPageBreak/>
        <w:t>Section 4 Corruption Risk Assessment Methodology</w:t>
      </w:r>
    </w:p>
    <w:p w14:paraId="52484625" w14:textId="77777777" w:rsidR="006A55BC" w:rsidRDefault="00000000">
      <w:pPr>
        <w:pStyle w:val="Heading2"/>
      </w:pPr>
      <w:r>
        <w:t>4.1 Risk Statement Structure</w:t>
      </w:r>
    </w:p>
    <w:p w14:paraId="39B7E843" w14:textId="77777777" w:rsidR="006A55BC" w:rsidRDefault="00000000">
      <w:r>
        <w:t>Write each risk as: Because of [cause or vulnerability], [actor] may [corrupt act or scheme], through [method or process], resulting in [consequence].</w:t>
      </w:r>
    </w:p>
    <w:p w14:paraId="5F561E9E" w14:textId="77777777" w:rsidR="006A55BC" w:rsidRDefault="00000000">
      <w:r>
        <w:t>Example: Because vendor ownership is not independently verified, a procurement employee may channel awards to an undisclosed related party through manipulated quotations, resulting in inflated costs, unfair competition, financial loss and regulatory exposure.</w:t>
      </w:r>
    </w:p>
    <w:p w14:paraId="05E169CB" w14:textId="77777777" w:rsidR="006A55BC" w:rsidRDefault="00000000">
      <w:pPr>
        <w:pStyle w:val="Heading2"/>
      </w:pPr>
      <w:r>
        <w:t>4.2 Inherent Risk</w:t>
      </w:r>
    </w:p>
    <w:p w14:paraId="33A454C8" w14:textId="77777777" w:rsidR="006A55BC" w:rsidRDefault="00000000">
      <w:r>
        <w:t>Inherent risk is the level of exposure assuming no relevant controls operate. Score likelihood and impact separately, then multiply them. Do not reduce inherent risk because a policy, approval or audit exists.</w:t>
      </w:r>
    </w:p>
    <w:p w14:paraId="425553CC" w14:textId="77777777" w:rsidR="006A55BC" w:rsidRDefault="00000000">
      <w:pPr>
        <w:pStyle w:val="Heading3"/>
      </w:pPr>
      <w:r>
        <w:t>Likelihood Scale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864"/>
        <w:gridCol w:w="1800"/>
        <w:gridCol w:w="7272"/>
      </w:tblGrid>
      <w:tr w:rsidR="006A55BC" w14:paraId="268EBC19" w14:textId="77777777">
        <w:trPr>
          <w:cantSplit/>
          <w:tblHeader/>
          <w:jc w:val="center"/>
        </w:trPr>
        <w:tc>
          <w:tcPr>
            <w:tcW w:w="864" w:type="dxa"/>
            <w:shd w:val="clear" w:color="auto" w:fill="17365D"/>
            <w:tcMar>
              <w:top w:w="100" w:type="dxa"/>
              <w:left w:w="110" w:type="dxa"/>
              <w:bottom w:w="100" w:type="dxa"/>
              <w:right w:w="110" w:type="dxa"/>
            </w:tcMar>
            <w:vAlign w:val="center"/>
          </w:tcPr>
          <w:p w14:paraId="5E7C9C76" w14:textId="77777777" w:rsidR="006A55BC" w:rsidRDefault="00000000">
            <w:r>
              <w:rPr>
                <w:b/>
                <w:color w:val="FFFFFF"/>
                <w:sz w:val="17"/>
              </w:rPr>
              <w:t>Score</w:t>
            </w:r>
          </w:p>
        </w:tc>
        <w:tc>
          <w:tcPr>
            <w:tcW w:w="1800" w:type="dxa"/>
            <w:shd w:val="clear" w:color="auto" w:fill="17365D"/>
            <w:tcMar>
              <w:top w:w="100" w:type="dxa"/>
              <w:left w:w="110" w:type="dxa"/>
              <w:bottom w:w="100" w:type="dxa"/>
              <w:right w:w="110" w:type="dxa"/>
            </w:tcMar>
            <w:vAlign w:val="center"/>
          </w:tcPr>
          <w:p w14:paraId="6D8B5586" w14:textId="77777777" w:rsidR="006A55BC" w:rsidRDefault="00000000">
            <w:r>
              <w:rPr>
                <w:b/>
                <w:color w:val="FFFFFF"/>
                <w:sz w:val="17"/>
              </w:rPr>
              <w:t>Label</w:t>
            </w:r>
          </w:p>
        </w:tc>
        <w:tc>
          <w:tcPr>
            <w:tcW w:w="7272" w:type="dxa"/>
            <w:shd w:val="clear" w:color="auto" w:fill="17365D"/>
            <w:tcMar>
              <w:top w:w="100" w:type="dxa"/>
              <w:left w:w="110" w:type="dxa"/>
              <w:bottom w:w="100" w:type="dxa"/>
              <w:right w:w="110" w:type="dxa"/>
            </w:tcMar>
            <w:vAlign w:val="center"/>
          </w:tcPr>
          <w:p w14:paraId="155CDCC9" w14:textId="77777777" w:rsidR="006A55BC" w:rsidRDefault="00000000">
            <w:r>
              <w:rPr>
                <w:b/>
                <w:color w:val="FFFFFF"/>
                <w:sz w:val="17"/>
              </w:rPr>
              <w:t>Assessment guide</w:t>
            </w:r>
          </w:p>
        </w:tc>
      </w:tr>
      <w:tr w:rsidR="006A55BC" w14:paraId="2CC80193" w14:textId="77777777">
        <w:trPr>
          <w:cantSplit/>
          <w:jc w:val="center"/>
        </w:trPr>
        <w:tc>
          <w:tcPr>
            <w:tcW w:w="864" w:type="dxa"/>
            <w:tcMar>
              <w:top w:w="100" w:type="dxa"/>
              <w:left w:w="110" w:type="dxa"/>
              <w:bottom w:w="100" w:type="dxa"/>
              <w:right w:w="110" w:type="dxa"/>
            </w:tcMar>
            <w:vAlign w:val="center"/>
          </w:tcPr>
          <w:p w14:paraId="4CD2E3F2" w14:textId="77777777" w:rsidR="006A55BC" w:rsidRDefault="00000000">
            <w:pPr>
              <w:spacing w:after="20" w:line="240" w:lineRule="auto"/>
            </w:pPr>
            <w:r>
              <w:rPr>
                <w:sz w:val="17"/>
              </w:rPr>
              <w:t>1</w:t>
            </w:r>
          </w:p>
        </w:tc>
        <w:tc>
          <w:tcPr>
            <w:tcW w:w="1800" w:type="dxa"/>
            <w:tcMar>
              <w:top w:w="100" w:type="dxa"/>
              <w:left w:w="110" w:type="dxa"/>
              <w:bottom w:w="100" w:type="dxa"/>
              <w:right w:w="110" w:type="dxa"/>
            </w:tcMar>
            <w:vAlign w:val="center"/>
          </w:tcPr>
          <w:p w14:paraId="517FA516" w14:textId="77777777" w:rsidR="006A55BC" w:rsidRDefault="00000000">
            <w:pPr>
              <w:spacing w:after="20" w:line="240" w:lineRule="auto"/>
            </w:pPr>
            <w:r>
              <w:rPr>
                <w:sz w:val="17"/>
              </w:rPr>
              <w:t>Rare</w:t>
            </w:r>
          </w:p>
        </w:tc>
        <w:tc>
          <w:tcPr>
            <w:tcW w:w="7272" w:type="dxa"/>
            <w:tcMar>
              <w:top w:w="100" w:type="dxa"/>
              <w:left w:w="110" w:type="dxa"/>
              <w:bottom w:w="100" w:type="dxa"/>
              <w:right w:w="110" w:type="dxa"/>
            </w:tcMar>
            <w:vAlign w:val="center"/>
          </w:tcPr>
          <w:p w14:paraId="28ED2598" w14:textId="77777777" w:rsidR="006A55BC" w:rsidRDefault="00000000">
            <w:pPr>
              <w:spacing w:after="20" w:line="240" w:lineRule="auto"/>
            </w:pPr>
            <w:r>
              <w:rPr>
                <w:sz w:val="17"/>
              </w:rPr>
              <w:t>Could occur only in exceptional circumstances; no known comparable event and exposure is minimal.</w:t>
            </w:r>
          </w:p>
        </w:tc>
      </w:tr>
      <w:tr w:rsidR="006A55BC" w14:paraId="2E1600C4" w14:textId="77777777">
        <w:trPr>
          <w:cantSplit/>
          <w:jc w:val="center"/>
        </w:trPr>
        <w:tc>
          <w:tcPr>
            <w:tcW w:w="864" w:type="dxa"/>
            <w:shd w:val="clear" w:color="auto" w:fill="F4F7FA"/>
            <w:tcMar>
              <w:top w:w="100" w:type="dxa"/>
              <w:left w:w="110" w:type="dxa"/>
              <w:bottom w:w="100" w:type="dxa"/>
              <w:right w:w="110" w:type="dxa"/>
            </w:tcMar>
            <w:vAlign w:val="center"/>
          </w:tcPr>
          <w:p w14:paraId="0FF13793" w14:textId="77777777" w:rsidR="006A55BC" w:rsidRDefault="00000000">
            <w:pPr>
              <w:spacing w:after="20" w:line="240" w:lineRule="auto"/>
            </w:pPr>
            <w:r>
              <w:rPr>
                <w:sz w:val="17"/>
              </w:rPr>
              <w:t>2</w:t>
            </w:r>
          </w:p>
        </w:tc>
        <w:tc>
          <w:tcPr>
            <w:tcW w:w="1800" w:type="dxa"/>
            <w:shd w:val="clear" w:color="auto" w:fill="F4F7FA"/>
            <w:tcMar>
              <w:top w:w="100" w:type="dxa"/>
              <w:left w:w="110" w:type="dxa"/>
              <w:bottom w:w="100" w:type="dxa"/>
              <w:right w:w="110" w:type="dxa"/>
            </w:tcMar>
            <w:vAlign w:val="center"/>
          </w:tcPr>
          <w:p w14:paraId="33EDCDB5" w14:textId="77777777" w:rsidR="006A55BC" w:rsidRDefault="00000000">
            <w:pPr>
              <w:spacing w:after="20" w:line="240" w:lineRule="auto"/>
            </w:pPr>
            <w:r>
              <w:rPr>
                <w:sz w:val="17"/>
              </w:rPr>
              <w:t>Unlikely</w:t>
            </w:r>
          </w:p>
        </w:tc>
        <w:tc>
          <w:tcPr>
            <w:tcW w:w="7272" w:type="dxa"/>
            <w:shd w:val="clear" w:color="auto" w:fill="F4F7FA"/>
            <w:tcMar>
              <w:top w:w="100" w:type="dxa"/>
              <w:left w:w="110" w:type="dxa"/>
              <w:bottom w:w="100" w:type="dxa"/>
              <w:right w:w="110" w:type="dxa"/>
            </w:tcMar>
            <w:vAlign w:val="center"/>
          </w:tcPr>
          <w:p w14:paraId="44F96149" w14:textId="77777777" w:rsidR="006A55BC" w:rsidRDefault="00000000">
            <w:pPr>
              <w:spacing w:after="20" w:line="240" w:lineRule="auto"/>
            </w:pPr>
            <w:r>
              <w:rPr>
                <w:sz w:val="17"/>
              </w:rPr>
              <w:t>Could occur, but conditions and opportunities are limited.</w:t>
            </w:r>
          </w:p>
        </w:tc>
      </w:tr>
      <w:tr w:rsidR="006A55BC" w14:paraId="0F7C4C57" w14:textId="77777777">
        <w:trPr>
          <w:cantSplit/>
          <w:jc w:val="center"/>
        </w:trPr>
        <w:tc>
          <w:tcPr>
            <w:tcW w:w="864" w:type="dxa"/>
            <w:tcMar>
              <w:top w:w="100" w:type="dxa"/>
              <w:left w:w="110" w:type="dxa"/>
              <w:bottom w:w="100" w:type="dxa"/>
              <w:right w:w="110" w:type="dxa"/>
            </w:tcMar>
            <w:vAlign w:val="center"/>
          </w:tcPr>
          <w:p w14:paraId="1D28317A" w14:textId="77777777" w:rsidR="006A55BC" w:rsidRDefault="00000000">
            <w:pPr>
              <w:spacing w:after="20" w:line="240" w:lineRule="auto"/>
            </w:pPr>
            <w:r>
              <w:rPr>
                <w:sz w:val="17"/>
              </w:rPr>
              <w:t>3</w:t>
            </w:r>
          </w:p>
        </w:tc>
        <w:tc>
          <w:tcPr>
            <w:tcW w:w="1800" w:type="dxa"/>
            <w:tcMar>
              <w:top w:w="100" w:type="dxa"/>
              <w:left w:w="110" w:type="dxa"/>
              <w:bottom w:w="100" w:type="dxa"/>
              <w:right w:w="110" w:type="dxa"/>
            </w:tcMar>
            <w:vAlign w:val="center"/>
          </w:tcPr>
          <w:p w14:paraId="29FED9BB" w14:textId="77777777" w:rsidR="006A55BC" w:rsidRDefault="00000000">
            <w:pPr>
              <w:spacing w:after="20" w:line="240" w:lineRule="auto"/>
            </w:pPr>
            <w:r>
              <w:rPr>
                <w:sz w:val="17"/>
              </w:rPr>
              <w:t>Possible</w:t>
            </w:r>
          </w:p>
        </w:tc>
        <w:tc>
          <w:tcPr>
            <w:tcW w:w="7272" w:type="dxa"/>
            <w:tcMar>
              <w:top w:w="100" w:type="dxa"/>
              <w:left w:w="110" w:type="dxa"/>
              <w:bottom w:w="100" w:type="dxa"/>
              <w:right w:w="110" w:type="dxa"/>
            </w:tcMar>
            <w:vAlign w:val="center"/>
          </w:tcPr>
          <w:p w14:paraId="30F3AE8E" w14:textId="77777777" w:rsidR="006A55BC" w:rsidRDefault="00000000">
            <w:pPr>
              <w:spacing w:after="20" w:line="240" w:lineRule="auto"/>
            </w:pPr>
            <w:r>
              <w:rPr>
                <w:sz w:val="17"/>
              </w:rPr>
              <w:t>Might occur; credible opportunity or comparable events exist.</w:t>
            </w:r>
          </w:p>
        </w:tc>
      </w:tr>
      <w:tr w:rsidR="006A55BC" w14:paraId="53280713" w14:textId="77777777">
        <w:trPr>
          <w:cantSplit/>
          <w:jc w:val="center"/>
        </w:trPr>
        <w:tc>
          <w:tcPr>
            <w:tcW w:w="864" w:type="dxa"/>
            <w:shd w:val="clear" w:color="auto" w:fill="F4F7FA"/>
            <w:tcMar>
              <w:top w:w="100" w:type="dxa"/>
              <w:left w:w="110" w:type="dxa"/>
              <w:bottom w:w="100" w:type="dxa"/>
              <w:right w:w="110" w:type="dxa"/>
            </w:tcMar>
            <w:vAlign w:val="center"/>
          </w:tcPr>
          <w:p w14:paraId="2E895569" w14:textId="77777777" w:rsidR="006A55BC" w:rsidRDefault="00000000">
            <w:pPr>
              <w:spacing w:after="20" w:line="240" w:lineRule="auto"/>
            </w:pPr>
            <w:r>
              <w:rPr>
                <w:sz w:val="17"/>
              </w:rPr>
              <w:t>4</w:t>
            </w:r>
          </w:p>
        </w:tc>
        <w:tc>
          <w:tcPr>
            <w:tcW w:w="1800" w:type="dxa"/>
            <w:shd w:val="clear" w:color="auto" w:fill="F4F7FA"/>
            <w:tcMar>
              <w:top w:w="100" w:type="dxa"/>
              <w:left w:w="110" w:type="dxa"/>
              <w:bottom w:w="100" w:type="dxa"/>
              <w:right w:w="110" w:type="dxa"/>
            </w:tcMar>
            <w:vAlign w:val="center"/>
          </w:tcPr>
          <w:p w14:paraId="659E72A3" w14:textId="77777777" w:rsidR="006A55BC" w:rsidRDefault="00000000">
            <w:pPr>
              <w:spacing w:after="20" w:line="240" w:lineRule="auto"/>
            </w:pPr>
            <w:r>
              <w:rPr>
                <w:sz w:val="17"/>
              </w:rPr>
              <w:t>Likely</w:t>
            </w:r>
          </w:p>
        </w:tc>
        <w:tc>
          <w:tcPr>
            <w:tcW w:w="7272" w:type="dxa"/>
            <w:shd w:val="clear" w:color="auto" w:fill="F4F7FA"/>
            <w:tcMar>
              <w:top w:w="100" w:type="dxa"/>
              <w:left w:w="110" w:type="dxa"/>
              <w:bottom w:w="100" w:type="dxa"/>
              <w:right w:w="110" w:type="dxa"/>
            </w:tcMar>
            <w:vAlign w:val="center"/>
          </w:tcPr>
          <w:p w14:paraId="0AA0BAB9" w14:textId="77777777" w:rsidR="006A55BC" w:rsidRDefault="00000000">
            <w:pPr>
              <w:spacing w:after="20" w:line="240" w:lineRule="auto"/>
            </w:pPr>
            <w:r>
              <w:rPr>
                <w:sz w:val="17"/>
              </w:rPr>
              <w:t>Expected to occur in many circumstances; repeated exposure or warning signs exist.</w:t>
            </w:r>
          </w:p>
        </w:tc>
      </w:tr>
      <w:tr w:rsidR="006A55BC" w14:paraId="1731DDE6" w14:textId="77777777">
        <w:trPr>
          <w:cantSplit/>
          <w:jc w:val="center"/>
        </w:trPr>
        <w:tc>
          <w:tcPr>
            <w:tcW w:w="864" w:type="dxa"/>
            <w:tcMar>
              <w:top w:w="100" w:type="dxa"/>
              <w:left w:w="110" w:type="dxa"/>
              <w:bottom w:w="100" w:type="dxa"/>
              <w:right w:w="110" w:type="dxa"/>
            </w:tcMar>
            <w:vAlign w:val="center"/>
          </w:tcPr>
          <w:p w14:paraId="41A442C3" w14:textId="77777777" w:rsidR="006A55BC" w:rsidRDefault="00000000">
            <w:pPr>
              <w:spacing w:after="20" w:line="240" w:lineRule="auto"/>
            </w:pPr>
            <w:r>
              <w:rPr>
                <w:sz w:val="17"/>
              </w:rPr>
              <w:t>5</w:t>
            </w:r>
          </w:p>
        </w:tc>
        <w:tc>
          <w:tcPr>
            <w:tcW w:w="1800" w:type="dxa"/>
            <w:tcMar>
              <w:top w:w="100" w:type="dxa"/>
              <w:left w:w="110" w:type="dxa"/>
              <w:bottom w:w="100" w:type="dxa"/>
              <w:right w:w="110" w:type="dxa"/>
            </w:tcMar>
            <w:vAlign w:val="center"/>
          </w:tcPr>
          <w:p w14:paraId="55A20B08" w14:textId="77777777" w:rsidR="006A55BC" w:rsidRDefault="00000000">
            <w:pPr>
              <w:spacing w:after="20" w:line="240" w:lineRule="auto"/>
            </w:pPr>
            <w:r>
              <w:rPr>
                <w:sz w:val="17"/>
              </w:rPr>
              <w:t>Almost certain</w:t>
            </w:r>
          </w:p>
        </w:tc>
        <w:tc>
          <w:tcPr>
            <w:tcW w:w="7272" w:type="dxa"/>
            <w:tcMar>
              <w:top w:w="100" w:type="dxa"/>
              <w:left w:w="110" w:type="dxa"/>
              <w:bottom w:w="100" w:type="dxa"/>
              <w:right w:w="110" w:type="dxa"/>
            </w:tcMar>
            <w:vAlign w:val="center"/>
          </w:tcPr>
          <w:p w14:paraId="448E03BA" w14:textId="77777777" w:rsidR="006A55BC" w:rsidRDefault="00000000">
            <w:pPr>
              <w:spacing w:after="20" w:line="240" w:lineRule="auto"/>
            </w:pPr>
            <w:r>
              <w:rPr>
                <w:sz w:val="17"/>
              </w:rPr>
              <w:t>Expected frequently or already occurs; conditions strongly enable the event.</w:t>
            </w:r>
          </w:p>
        </w:tc>
      </w:tr>
    </w:tbl>
    <w:p w14:paraId="6F1A8689" w14:textId="77777777" w:rsidR="006A55BC" w:rsidRDefault="006A55BC">
      <w:pPr>
        <w:spacing w:after="20"/>
      </w:pPr>
    </w:p>
    <w:p w14:paraId="67A828A2" w14:textId="77777777" w:rsidR="006A55BC" w:rsidRDefault="00000000">
      <w:pPr>
        <w:pStyle w:val="Heading3"/>
      </w:pPr>
      <w:r>
        <w:t>Impact Scale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864"/>
        <w:gridCol w:w="1800"/>
        <w:gridCol w:w="7272"/>
      </w:tblGrid>
      <w:tr w:rsidR="006A55BC" w14:paraId="69761E81" w14:textId="77777777">
        <w:trPr>
          <w:cantSplit/>
          <w:tblHeader/>
          <w:jc w:val="center"/>
        </w:trPr>
        <w:tc>
          <w:tcPr>
            <w:tcW w:w="864" w:type="dxa"/>
            <w:shd w:val="clear" w:color="auto" w:fill="17365D"/>
            <w:tcMar>
              <w:top w:w="100" w:type="dxa"/>
              <w:left w:w="110" w:type="dxa"/>
              <w:bottom w:w="100" w:type="dxa"/>
              <w:right w:w="110" w:type="dxa"/>
            </w:tcMar>
            <w:vAlign w:val="center"/>
          </w:tcPr>
          <w:p w14:paraId="392BBA39" w14:textId="77777777" w:rsidR="006A55BC" w:rsidRDefault="00000000">
            <w:r>
              <w:rPr>
                <w:b/>
                <w:color w:val="FFFFFF"/>
                <w:sz w:val="17"/>
              </w:rPr>
              <w:t>Score</w:t>
            </w:r>
          </w:p>
        </w:tc>
        <w:tc>
          <w:tcPr>
            <w:tcW w:w="1800" w:type="dxa"/>
            <w:shd w:val="clear" w:color="auto" w:fill="17365D"/>
            <w:tcMar>
              <w:top w:w="100" w:type="dxa"/>
              <w:left w:w="110" w:type="dxa"/>
              <w:bottom w:w="100" w:type="dxa"/>
              <w:right w:w="110" w:type="dxa"/>
            </w:tcMar>
            <w:vAlign w:val="center"/>
          </w:tcPr>
          <w:p w14:paraId="5D9401B5" w14:textId="77777777" w:rsidR="006A55BC" w:rsidRDefault="00000000">
            <w:r>
              <w:rPr>
                <w:b/>
                <w:color w:val="FFFFFF"/>
                <w:sz w:val="17"/>
              </w:rPr>
              <w:t>Label</w:t>
            </w:r>
          </w:p>
        </w:tc>
        <w:tc>
          <w:tcPr>
            <w:tcW w:w="7272" w:type="dxa"/>
            <w:shd w:val="clear" w:color="auto" w:fill="17365D"/>
            <w:tcMar>
              <w:top w:w="100" w:type="dxa"/>
              <w:left w:w="110" w:type="dxa"/>
              <w:bottom w:w="100" w:type="dxa"/>
              <w:right w:w="110" w:type="dxa"/>
            </w:tcMar>
            <w:vAlign w:val="center"/>
          </w:tcPr>
          <w:p w14:paraId="12127744" w14:textId="77777777" w:rsidR="006A55BC" w:rsidRDefault="00000000">
            <w:r>
              <w:rPr>
                <w:b/>
                <w:color w:val="FFFFFF"/>
                <w:sz w:val="17"/>
              </w:rPr>
              <w:t>Assessment guide</w:t>
            </w:r>
          </w:p>
        </w:tc>
      </w:tr>
      <w:tr w:rsidR="006A55BC" w14:paraId="5167B2EE" w14:textId="77777777">
        <w:trPr>
          <w:cantSplit/>
          <w:jc w:val="center"/>
        </w:trPr>
        <w:tc>
          <w:tcPr>
            <w:tcW w:w="864" w:type="dxa"/>
            <w:tcMar>
              <w:top w:w="100" w:type="dxa"/>
              <w:left w:w="110" w:type="dxa"/>
              <w:bottom w:w="100" w:type="dxa"/>
              <w:right w:w="110" w:type="dxa"/>
            </w:tcMar>
            <w:vAlign w:val="center"/>
          </w:tcPr>
          <w:p w14:paraId="737D1A8B" w14:textId="77777777" w:rsidR="006A55BC" w:rsidRDefault="00000000">
            <w:pPr>
              <w:spacing w:after="20" w:line="240" w:lineRule="auto"/>
            </w:pPr>
            <w:r>
              <w:rPr>
                <w:sz w:val="17"/>
              </w:rPr>
              <w:t>1</w:t>
            </w:r>
          </w:p>
        </w:tc>
        <w:tc>
          <w:tcPr>
            <w:tcW w:w="1800" w:type="dxa"/>
            <w:tcMar>
              <w:top w:w="100" w:type="dxa"/>
              <w:left w:w="110" w:type="dxa"/>
              <w:bottom w:w="100" w:type="dxa"/>
              <w:right w:w="110" w:type="dxa"/>
            </w:tcMar>
            <w:vAlign w:val="center"/>
          </w:tcPr>
          <w:p w14:paraId="217044FA" w14:textId="77777777" w:rsidR="006A55BC" w:rsidRDefault="00000000">
            <w:pPr>
              <w:spacing w:after="20" w:line="240" w:lineRule="auto"/>
            </w:pPr>
            <w:r>
              <w:rPr>
                <w:sz w:val="17"/>
              </w:rPr>
              <w:t>Insignificant</w:t>
            </w:r>
          </w:p>
        </w:tc>
        <w:tc>
          <w:tcPr>
            <w:tcW w:w="7272" w:type="dxa"/>
            <w:tcMar>
              <w:top w:w="100" w:type="dxa"/>
              <w:left w:w="110" w:type="dxa"/>
              <w:bottom w:w="100" w:type="dxa"/>
              <w:right w:w="110" w:type="dxa"/>
            </w:tcMar>
            <w:vAlign w:val="center"/>
          </w:tcPr>
          <w:p w14:paraId="6B12F5AC" w14:textId="77777777" w:rsidR="006A55BC" w:rsidRDefault="00000000">
            <w:pPr>
              <w:spacing w:after="20" w:line="240" w:lineRule="auto"/>
            </w:pPr>
            <w:r>
              <w:rPr>
                <w:sz w:val="17"/>
              </w:rPr>
              <w:t>Limited disruption; negligible loss; no material stakeholder or legal consequence.</w:t>
            </w:r>
          </w:p>
        </w:tc>
      </w:tr>
      <w:tr w:rsidR="006A55BC" w14:paraId="7FF5BCA7" w14:textId="77777777">
        <w:trPr>
          <w:cantSplit/>
          <w:jc w:val="center"/>
        </w:trPr>
        <w:tc>
          <w:tcPr>
            <w:tcW w:w="864" w:type="dxa"/>
            <w:shd w:val="clear" w:color="auto" w:fill="F4F7FA"/>
            <w:tcMar>
              <w:top w:w="100" w:type="dxa"/>
              <w:left w:w="110" w:type="dxa"/>
              <w:bottom w:w="100" w:type="dxa"/>
              <w:right w:w="110" w:type="dxa"/>
            </w:tcMar>
            <w:vAlign w:val="center"/>
          </w:tcPr>
          <w:p w14:paraId="12484096" w14:textId="77777777" w:rsidR="006A55BC" w:rsidRDefault="00000000">
            <w:pPr>
              <w:spacing w:after="20" w:line="240" w:lineRule="auto"/>
            </w:pPr>
            <w:r>
              <w:rPr>
                <w:sz w:val="17"/>
              </w:rPr>
              <w:t>2</w:t>
            </w:r>
          </w:p>
        </w:tc>
        <w:tc>
          <w:tcPr>
            <w:tcW w:w="1800" w:type="dxa"/>
            <w:shd w:val="clear" w:color="auto" w:fill="F4F7FA"/>
            <w:tcMar>
              <w:top w:w="100" w:type="dxa"/>
              <w:left w:w="110" w:type="dxa"/>
              <w:bottom w:w="100" w:type="dxa"/>
              <w:right w:w="110" w:type="dxa"/>
            </w:tcMar>
            <w:vAlign w:val="center"/>
          </w:tcPr>
          <w:p w14:paraId="78E27216" w14:textId="77777777" w:rsidR="006A55BC" w:rsidRDefault="00000000">
            <w:pPr>
              <w:spacing w:after="20" w:line="240" w:lineRule="auto"/>
            </w:pPr>
            <w:r>
              <w:rPr>
                <w:sz w:val="17"/>
              </w:rPr>
              <w:t>Minor</w:t>
            </w:r>
          </w:p>
        </w:tc>
        <w:tc>
          <w:tcPr>
            <w:tcW w:w="7272" w:type="dxa"/>
            <w:shd w:val="clear" w:color="auto" w:fill="F4F7FA"/>
            <w:tcMar>
              <w:top w:w="100" w:type="dxa"/>
              <w:left w:w="110" w:type="dxa"/>
              <w:bottom w:w="100" w:type="dxa"/>
              <w:right w:w="110" w:type="dxa"/>
            </w:tcMar>
            <w:vAlign w:val="center"/>
          </w:tcPr>
          <w:p w14:paraId="223FADA8" w14:textId="77777777" w:rsidR="006A55BC" w:rsidRDefault="00000000">
            <w:pPr>
              <w:spacing w:after="20" w:line="240" w:lineRule="auto"/>
            </w:pPr>
            <w:r>
              <w:rPr>
                <w:sz w:val="17"/>
              </w:rPr>
              <w:t>Contained operational or financial effect; local corrective action required.</w:t>
            </w:r>
          </w:p>
        </w:tc>
      </w:tr>
      <w:tr w:rsidR="006A55BC" w14:paraId="2D376554" w14:textId="77777777">
        <w:trPr>
          <w:cantSplit/>
          <w:jc w:val="center"/>
        </w:trPr>
        <w:tc>
          <w:tcPr>
            <w:tcW w:w="864" w:type="dxa"/>
            <w:tcMar>
              <w:top w:w="100" w:type="dxa"/>
              <w:left w:w="110" w:type="dxa"/>
              <w:bottom w:w="100" w:type="dxa"/>
              <w:right w:w="110" w:type="dxa"/>
            </w:tcMar>
            <w:vAlign w:val="center"/>
          </w:tcPr>
          <w:p w14:paraId="11533C78" w14:textId="77777777" w:rsidR="006A55BC" w:rsidRDefault="00000000">
            <w:pPr>
              <w:spacing w:after="20" w:line="240" w:lineRule="auto"/>
            </w:pPr>
            <w:r>
              <w:rPr>
                <w:sz w:val="17"/>
              </w:rPr>
              <w:t>3</w:t>
            </w:r>
          </w:p>
        </w:tc>
        <w:tc>
          <w:tcPr>
            <w:tcW w:w="1800" w:type="dxa"/>
            <w:tcMar>
              <w:top w:w="100" w:type="dxa"/>
              <w:left w:w="110" w:type="dxa"/>
              <w:bottom w:w="100" w:type="dxa"/>
              <w:right w:w="110" w:type="dxa"/>
            </w:tcMar>
            <w:vAlign w:val="center"/>
          </w:tcPr>
          <w:p w14:paraId="41438D5A" w14:textId="77777777" w:rsidR="006A55BC" w:rsidRDefault="00000000">
            <w:pPr>
              <w:spacing w:after="20" w:line="240" w:lineRule="auto"/>
            </w:pPr>
            <w:r>
              <w:rPr>
                <w:sz w:val="17"/>
              </w:rPr>
              <w:t>Moderate</w:t>
            </w:r>
          </w:p>
        </w:tc>
        <w:tc>
          <w:tcPr>
            <w:tcW w:w="7272" w:type="dxa"/>
            <w:tcMar>
              <w:top w:w="100" w:type="dxa"/>
              <w:left w:w="110" w:type="dxa"/>
              <w:bottom w:w="100" w:type="dxa"/>
              <w:right w:w="110" w:type="dxa"/>
            </w:tcMar>
            <w:vAlign w:val="center"/>
          </w:tcPr>
          <w:p w14:paraId="579293A7" w14:textId="77777777" w:rsidR="006A55BC" w:rsidRDefault="00000000">
            <w:pPr>
              <w:spacing w:after="20" w:line="240" w:lineRule="auto"/>
            </w:pPr>
            <w:r>
              <w:rPr>
                <w:sz w:val="17"/>
              </w:rPr>
              <w:t>Reportable management concern; measurable loss, disruption or reputational harm.</w:t>
            </w:r>
          </w:p>
        </w:tc>
      </w:tr>
      <w:tr w:rsidR="006A55BC" w14:paraId="7789D2D6" w14:textId="77777777">
        <w:trPr>
          <w:cantSplit/>
          <w:jc w:val="center"/>
        </w:trPr>
        <w:tc>
          <w:tcPr>
            <w:tcW w:w="864" w:type="dxa"/>
            <w:shd w:val="clear" w:color="auto" w:fill="F4F7FA"/>
            <w:tcMar>
              <w:top w:w="100" w:type="dxa"/>
              <w:left w:w="110" w:type="dxa"/>
              <w:bottom w:w="100" w:type="dxa"/>
              <w:right w:w="110" w:type="dxa"/>
            </w:tcMar>
            <w:vAlign w:val="center"/>
          </w:tcPr>
          <w:p w14:paraId="4137246D" w14:textId="77777777" w:rsidR="006A55BC" w:rsidRDefault="00000000">
            <w:pPr>
              <w:spacing w:after="20" w:line="240" w:lineRule="auto"/>
            </w:pPr>
            <w:r>
              <w:rPr>
                <w:sz w:val="17"/>
              </w:rPr>
              <w:t>4</w:t>
            </w:r>
          </w:p>
        </w:tc>
        <w:tc>
          <w:tcPr>
            <w:tcW w:w="1800" w:type="dxa"/>
            <w:shd w:val="clear" w:color="auto" w:fill="F4F7FA"/>
            <w:tcMar>
              <w:top w:w="100" w:type="dxa"/>
              <w:left w:w="110" w:type="dxa"/>
              <w:bottom w:w="100" w:type="dxa"/>
              <w:right w:w="110" w:type="dxa"/>
            </w:tcMar>
            <w:vAlign w:val="center"/>
          </w:tcPr>
          <w:p w14:paraId="7B7D4C6D" w14:textId="77777777" w:rsidR="006A55BC" w:rsidRDefault="00000000">
            <w:pPr>
              <w:spacing w:after="20" w:line="240" w:lineRule="auto"/>
            </w:pPr>
            <w:r>
              <w:rPr>
                <w:sz w:val="17"/>
              </w:rPr>
              <w:t>Major</w:t>
            </w:r>
          </w:p>
        </w:tc>
        <w:tc>
          <w:tcPr>
            <w:tcW w:w="7272" w:type="dxa"/>
            <w:shd w:val="clear" w:color="auto" w:fill="F4F7FA"/>
            <w:tcMar>
              <w:top w:w="100" w:type="dxa"/>
              <w:left w:w="110" w:type="dxa"/>
              <w:bottom w:w="100" w:type="dxa"/>
              <w:right w:w="110" w:type="dxa"/>
            </w:tcMar>
            <w:vAlign w:val="center"/>
          </w:tcPr>
          <w:p w14:paraId="10E9E1D8" w14:textId="77777777" w:rsidR="006A55BC" w:rsidRDefault="00000000">
            <w:pPr>
              <w:spacing w:after="20" w:line="240" w:lineRule="auto"/>
            </w:pPr>
            <w:r>
              <w:rPr>
                <w:sz w:val="17"/>
              </w:rPr>
              <w:t>Serious regulatory, financial, operational or stakeholder consequence; senior intervention required.</w:t>
            </w:r>
          </w:p>
        </w:tc>
      </w:tr>
      <w:tr w:rsidR="006A55BC" w14:paraId="6695132E" w14:textId="77777777">
        <w:trPr>
          <w:cantSplit/>
          <w:jc w:val="center"/>
        </w:trPr>
        <w:tc>
          <w:tcPr>
            <w:tcW w:w="864" w:type="dxa"/>
            <w:tcMar>
              <w:top w:w="100" w:type="dxa"/>
              <w:left w:w="110" w:type="dxa"/>
              <w:bottom w:w="100" w:type="dxa"/>
              <w:right w:w="110" w:type="dxa"/>
            </w:tcMar>
            <w:vAlign w:val="center"/>
          </w:tcPr>
          <w:p w14:paraId="7D6A64DC" w14:textId="77777777" w:rsidR="006A55BC" w:rsidRDefault="00000000">
            <w:pPr>
              <w:spacing w:after="20" w:line="240" w:lineRule="auto"/>
            </w:pPr>
            <w:r>
              <w:rPr>
                <w:sz w:val="17"/>
              </w:rPr>
              <w:t>5</w:t>
            </w:r>
          </w:p>
        </w:tc>
        <w:tc>
          <w:tcPr>
            <w:tcW w:w="1800" w:type="dxa"/>
            <w:tcMar>
              <w:top w:w="100" w:type="dxa"/>
              <w:left w:w="110" w:type="dxa"/>
              <w:bottom w:w="100" w:type="dxa"/>
              <w:right w:w="110" w:type="dxa"/>
            </w:tcMar>
            <w:vAlign w:val="center"/>
          </w:tcPr>
          <w:p w14:paraId="75AC3558" w14:textId="77777777" w:rsidR="006A55BC" w:rsidRDefault="00000000">
            <w:pPr>
              <w:spacing w:after="20" w:line="240" w:lineRule="auto"/>
            </w:pPr>
            <w:r>
              <w:rPr>
                <w:sz w:val="17"/>
              </w:rPr>
              <w:t>Severe</w:t>
            </w:r>
          </w:p>
        </w:tc>
        <w:tc>
          <w:tcPr>
            <w:tcW w:w="7272" w:type="dxa"/>
            <w:tcMar>
              <w:top w:w="100" w:type="dxa"/>
              <w:left w:w="110" w:type="dxa"/>
              <w:bottom w:w="100" w:type="dxa"/>
              <w:right w:w="110" w:type="dxa"/>
            </w:tcMar>
            <w:vAlign w:val="center"/>
          </w:tcPr>
          <w:p w14:paraId="6A8760AF" w14:textId="77777777" w:rsidR="006A55BC" w:rsidRDefault="00000000">
            <w:pPr>
              <w:spacing w:after="20" w:line="240" w:lineRule="auto"/>
            </w:pPr>
            <w:r>
              <w:rPr>
                <w:sz w:val="17"/>
              </w:rPr>
              <w:t>Potential criminal liability, licence threat, major loss, sustained disruption or severe public harm.</w:t>
            </w:r>
          </w:p>
        </w:tc>
      </w:tr>
    </w:tbl>
    <w:p w14:paraId="000DC45A" w14:textId="77777777" w:rsidR="006A55BC" w:rsidRDefault="006A55BC">
      <w:pPr>
        <w:spacing w:after="20"/>
      </w:pPr>
    </w:p>
    <w:p w14:paraId="2B324EBE" w14:textId="77777777" w:rsidR="006A55BC" w:rsidRDefault="00000000">
      <w:pPr>
        <w:pStyle w:val="Heading3"/>
      </w:pPr>
      <w:r>
        <w:t>Impact Dimensions to Consider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016"/>
        <w:gridCol w:w="7920"/>
      </w:tblGrid>
      <w:tr w:rsidR="006A55BC" w14:paraId="7F791EED" w14:textId="77777777">
        <w:trPr>
          <w:cantSplit/>
          <w:tblHeader/>
          <w:jc w:val="center"/>
        </w:trPr>
        <w:tc>
          <w:tcPr>
            <w:tcW w:w="2016" w:type="dxa"/>
            <w:shd w:val="clear" w:color="auto" w:fill="17365D"/>
            <w:tcMar>
              <w:top w:w="100" w:type="dxa"/>
              <w:left w:w="110" w:type="dxa"/>
              <w:bottom w:w="100" w:type="dxa"/>
              <w:right w:w="110" w:type="dxa"/>
            </w:tcMar>
            <w:vAlign w:val="center"/>
          </w:tcPr>
          <w:p w14:paraId="4403A2A5" w14:textId="77777777" w:rsidR="006A55BC" w:rsidRDefault="00000000">
            <w:r>
              <w:rPr>
                <w:b/>
                <w:color w:val="FFFFFF"/>
                <w:sz w:val="17"/>
              </w:rPr>
              <w:t>Dimension</w:t>
            </w:r>
          </w:p>
        </w:tc>
        <w:tc>
          <w:tcPr>
            <w:tcW w:w="7920" w:type="dxa"/>
            <w:shd w:val="clear" w:color="auto" w:fill="17365D"/>
            <w:tcMar>
              <w:top w:w="100" w:type="dxa"/>
              <w:left w:w="110" w:type="dxa"/>
              <w:bottom w:w="100" w:type="dxa"/>
              <w:right w:w="110" w:type="dxa"/>
            </w:tcMar>
            <w:vAlign w:val="center"/>
          </w:tcPr>
          <w:p w14:paraId="5A837054" w14:textId="77777777" w:rsidR="006A55BC" w:rsidRDefault="00000000">
            <w:r>
              <w:rPr>
                <w:b/>
                <w:color w:val="FFFFFF"/>
                <w:sz w:val="17"/>
              </w:rPr>
              <w:t>Questions</w:t>
            </w:r>
          </w:p>
        </w:tc>
      </w:tr>
      <w:tr w:rsidR="006A55BC" w14:paraId="252BE166" w14:textId="77777777">
        <w:trPr>
          <w:cantSplit/>
          <w:jc w:val="center"/>
        </w:trPr>
        <w:tc>
          <w:tcPr>
            <w:tcW w:w="2016" w:type="dxa"/>
            <w:tcMar>
              <w:top w:w="100" w:type="dxa"/>
              <w:left w:w="110" w:type="dxa"/>
              <w:bottom w:w="100" w:type="dxa"/>
              <w:right w:w="110" w:type="dxa"/>
            </w:tcMar>
            <w:vAlign w:val="center"/>
          </w:tcPr>
          <w:p w14:paraId="64A47730" w14:textId="77777777" w:rsidR="006A55BC" w:rsidRDefault="00000000">
            <w:pPr>
              <w:spacing w:after="20" w:line="240" w:lineRule="auto"/>
            </w:pPr>
            <w:r>
              <w:rPr>
                <w:sz w:val="17"/>
              </w:rPr>
              <w:t>Legal and regulatory</w:t>
            </w:r>
          </w:p>
        </w:tc>
        <w:tc>
          <w:tcPr>
            <w:tcW w:w="7920" w:type="dxa"/>
            <w:tcMar>
              <w:top w:w="100" w:type="dxa"/>
              <w:left w:w="110" w:type="dxa"/>
              <w:bottom w:w="100" w:type="dxa"/>
              <w:right w:w="110" w:type="dxa"/>
            </w:tcMar>
            <w:vAlign w:val="center"/>
          </w:tcPr>
          <w:p w14:paraId="147D477A" w14:textId="77777777" w:rsidR="006A55BC" w:rsidRDefault="00000000">
            <w:pPr>
              <w:spacing w:after="20" w:line="240" w:lineRule="auto"/>
            </w:pPr>
            <w:r>
              <w:rPr>
                <w:sz w:val="17"/>
              </w:rPr>
              <w:t>Could the event trigger criminal, civil, administrative, contractual or reporting consequences?</w:t>
            </w:r>
          </w:p>
        </w:tc>
      </w:tr>
      <w:tr w:rsidR="006A55BC" w14:paraId="404EB591" w14:textId="77777777">
        <w:trPr>
          <w:cantSplit/>
          <w:jc w:val="center"/>
        </w:trPr>
        <w:tc>
          <w:tcPr>
            <w:tcW w:w="2016" w:type="dxa"/>
            <w:shd w:val="clear" w:color="auto" w:fill="F4F7FA"/>
            <w:tcMar>
              <w:top w:w="100" w:type="dxa"/>
              <w:left w:w="110" w:type="dxa"/>
              <w:bottom w:w="100" w:type="dxa"/>
              <w:right w:w="110" w:type="dxa"/>
            </w:tcMar>
            <w:vAlign w:val="center"/>
          </w:tcPr>
          <w:p w14:paraId="1F72C3DF" w14:textId="77777777" w:rsidR="006A55BC" w:rsidRDefault="00000000">
            <w:pPr>
              <w:spacing w:after="20" w:line="240" w:lineRule="auto"/>
            </w:pPr>
            <w:r>
              <w:rPr>
                <w:sz w:val="17"/>
              </w:rPr>
              <w:t>Financial</w:t>
            </w:r>
          </w:p>
        </w:tc>
        <w:tc>
          <w:tcPr>
            <w:tcW w:w="7920" w:type="dxa"/>
            <w:shd w:val="clear" w:color="auto" w:fill="F4F7FA"/>
            <w:tcMar>
              <w:top w:w="100" w:type="dxa"/>
              <w:left w:w="110" w:type="dxa"/>
              <w:bottom w:w="100" w:type="dxa"/>
              <w:right w:w="110" w:type="dxa"/>
            </w:tcMar>
            <w:vAlign w:val="center"/>
          </w:tcPr>
          <w:p w14:paraId="10D1163C" w14:textId="77777777" w:rsidR="006A55BC" w:rsidRDefault="00000000">
            <w:pPr>
              <w:spacing w:after="20" w:line="240" w:lineRule="auto"/>
            </w:pPr>
            <w:r>
              <w:rPr>
                <w:sz w:val="17"/>
              </w:rPr>
              <w:t>What loss, overpayment, asset diversion, fine, recovery cost or revenue impact could arise?</w:t>
            </w:r>
          </w:p>
        </w:tc>
      </w:tr>
      <w:tr w:rsidR="006A55BC" w14:paraId="6461A8FF" w14:textId="77777777">
        <w:trPr>
          <w:cantSplit/>
          <w:jc w:val="center"/>
        </w:trPr>
        <w:tc>
          <w:tcPr>
            <w:tcW w:w="2016" w:type="dxa"/>
            <w:tcMar>
              <w:top w:w="100" w:type="dxa"/>
              <w:left w:w="110" w:type="dxa"/>
              <w:bottom w:w="100" w:type="dxa"/>
              <w:right w:w="110" w:type="dxa"/>
            </w:tcMar>
            <w:vAlign w:val="center"/>
          </w:tcPr>
          <w:p w14:paraId="2698573D" w14:textId="77777777" w:rsidR="006A55BC" w:rsidRDefault="00000000">
            <w:pPr>
              <w:spacing w:after="20" w:line="240" w:lineRule="auto"/>
            </w:pPr>
            <w:r>
              <w:rPr>
                <w:sz w:val="17"/>
              </w:rPr>
              <w:t>Operational</w:t>
            </w:r>
          </w:p>
        </w:tc>
        <w:tc>
          <w:tcPr>
            <w:tcW w:w="7920" w:type="dxa"/>
            <w:tcMar>
              <w:top w:w="100" w:type="dxa"/>
              <w:left w:w="110" w:type="dxa"/>
              <w:bottom w:w="100" w:type="dxa"/>
              <w:right w:w="110" w:type="dxa"/>
            </w:tcMar>
            <w:vAlign w:val="center"/>
          </w:tcPr>
          <w:p w14:paraId="3D5797A7" w14:textId="77777777" w:rsidR="006A55BC" w:rsidRDefault="00000000">
            <w:pPr>
              <w:spacing w:after="20" w:line="240" w:lineRule="auto"/>
            </w:pPr>
            <w:r>
              <w:rPr>
                <w:sz w:val="17"/>
              </w:rPr>
              <w:t>Could services, projects, approvals, supply or safety be disrupted?</w:t>
            </w:r>
          </w:p>
        </w:tc>
      </w:tr>
      <w:tr w:rsidR="006A55BC" w14:paraId="1C18130F" w14:textId="77777777">
        <w:trPr>
          <w:cantSplit/>
          <w:jc w:val="center"/>
        </w:trPr>
        <w:tc>
          <w:tcPr>
            <w:tcW w:w="2016" w:type="dxa"/>
            <w:shd w:val="clear" w:color="auto" w:fill="F4F7FA"/>
            <w:tcMar>
              <w:top w:w="100" w:type="dxa"/>
              <w:left w:w="110" w:type="dxa"/>
              <w:bottom w:w="100" w:type="dxa"/>
              <w:right w:w="110" w:type="dxa"/>
            </w:tcMar>
            <w:vAlign w:val="center"/>
          </w:tcPr>
          <w:p w14:paraId="119D3BD8" w14:textId="77777777" w:rsidR="006A55BC" w:rsidRDefault="00000000">
            <w:pPr>
              <w:spacing w:after="20" w:line="240" w:lineRule="auto"/>
            </w:pPr>
            <w:r>
              <w:rPr>
                <w:sz w:val="17"/>
              </w:rPr>
              <w:lastRenderedPageBreak/>
              <w:t>Reputation and trust</w:t>
            </w:r>
          </w:p>
        </w:tc>
        <w:tc>
          <w:tcPr>
            <w:tcW w:w="7920" w:type="dxa"/>
            <w:shd w:val="clear" w:color="auto" w:fill="F4F7FA"/>
            <w:tcMar>
              <w:top w:w="100" w:type="dxa"/>
              <w:left w:w="110" w:type="dxa"/>
              <w:bottom w:w="100" w:type="dxa"/>
              <w:right w:w="110" w:type="dxa"/>
            </w:tcMar>
            <w:vAlign w:val="center"/>
          </w:tcPr>
          <w:p w14:paraId="580D94F3" w14:textId="77777777" w:rsidR="006A55BC" w:rsidRDefault="00000000">
            <w:pPr>
              <w:spacing w:after="20" w:line="240" w:lineRule="auto"/>
            </w:pPr>
            <w:r>
              <w:rPr>
                <w:sz w:val="17"/>
              </w:rPr>
              <w:t>Could customers, funders, regulators, employees or communities lose confidence?</w:t>
            </w:r>
          </w:p>
        </w:tc>
      </w:tr>
      <w:tr w:rsidR="006A55BC" w14:paraId="233C91CB" w14:textId="77777777">
        <w:trPr>
          <w:cantSplit/>
          <w:jc w:val="center"/>
        </w:trPr>
        <w:tc>
          <w:tcPr>
            <w:tcW w:w="2016" w:type="dxa"/>
            <w:tcMar>
              <w:top w:w="100" w:type="dxa"/>
              <w:left w:w="110" w:type="dxa"/>
              <w:bottom w:w="100" w:type="dxa"/>
              <w:right w:w="110" w:type="dxa"/>
            </w:tcMar>
            <w:vAlign w:val="center"/>
          </w:tcPr>
          <w:p w14:paraId="629FE5B0" w14:textId="77777777" w:rsidR="006A55BC" w:rsidRDefault="00000000">
            <w:pPr>
              <w:spacing w:after="20" w:line="240" w:lineRule="auto"/>
            </w:pPr>
            <w:r>
              <w:rPr>
                <w:sz w:val="17"/>
              </w:rPr>
              <w:t>People and safety</w:t>
            </w:r>
          </w:p>
        </w:tc>
        <w:tc>
          <w:tcPr>
            <w:tcW w:w="7920" w:type="dxa"/>
            <w:tcMar>
              <w:top w:w="100" w:type="dxa"/>
              <w:left w:w="110" w:type="dxa"/>
              <w:bottom w:w="100" w:type="dxa"/>
              <w:right w:w="110" w:type="dxa"/>
            </w:tcMar>
            <w:vAlign w:val="center"/>
          </w:tcPr>
          <w:p w14:paraId="2B3B7678" w14:textId="77777777" w:rsidR="006A55BC" w:rsidRDefault="00000000">
            <w:pPr>
              <w:spacing w:after="20" w:line="240" w:lineRule="auto"/>
            </w:pPr>
            <w:r>
              <w:rPr>
                <w:sz w:val="17"/>
              </w:rPr>
              <w:t>Could the event cause injury, exploitation, retaliation or unfair treatment?</w:t>
            </w:r>
          </w:p>
        </w:tc>
      </w:tr>
      <w:tr w:rsidR="006A55BC" w14:paraId="422FC9BA" w14:textId="77777777">
        <w:trPr>
          <w:cantSplit/>
          <w:jc w:val="center"/>
        </w:trPr>
        <w:tc>
          <w:tcPr>
            <w:tcW w:w="2016" w:type="dxa"/>
            <w:shd w:val="clear" w:color="auto" w:fill="F4F7FA"/>
            <w:tcMar>
              <w:top w:w="100" w:type="dxa"/>
              <w:left w:w="110" w:type="dxa"/>
              <w:bottom w:w="100" w:type="dxa"/>
              <w:right w:w="110" w:type="dxa"/>
            </w:tcMar>
            <w:vAlign w:val="center"/>
          </w:tcPr>
          <w:p w14:paraId="65B1D510" w14:textId="77777777" w:rsidR="006A55BC" w:rsidRDefault="00000000">
            <w:pPr>
              <w:spacing w:after="20" w:line="240" w:lineRule="auto"/>
            </w:pPr>
            <w:r>
              <w:rPr>
                <w:sz w:val="17"/>
              </w:rPr>
              <w:t>Strategic</w:t>
            </w:r>
          </w:p>
        </w:tc>
        <w:tc>
          <w:tcPr>
            <w:tcW w:w="7920" w:type="dxa"/>
            <w:shd w:val="clear" w:color="auto" w:fill="F4F7FA"/>
            <w:tcMar>
              <w:top w:w="100" w:type="dxa"/>
              <w:left w:w="110" w:type="dxa"/>
              <w:bottom w:w="100" w:type="dxa"/>
              <w:right w:w="110" w:type="dxa"/>
            </w:tcMar>
            <w:vAlign w:val="center"/>
          </w:tcPr>
          <w:p w14:paraId="7247A91E" w14:textId="77777777" w:rsidR="006A55BC" w:rsidRDefault="00000000">
            <w:pPr>
              <w:spacing w:after="20" w:line="240" w:lineRule="auto"/>
            </w:pPr>
            <w:r>
              <w:rPr>
                <w:sz w:val="17"/>
              </w:rPr>
              <w:t>Could it obstruct objectives, market access, partnerships or funding?</w:t>
            </w:r>
          </w:p>
        </w:tc>
      </w:tr>
    </w:tbl>
    <w:p w14:paraId="3E5AB8B7" w14:textId="77777777" w:rsidR="006A55BC" w:rsidRDefault="006A55BC">
      <w:pPr>
        <w:spacing w:after="20"/>
      </w:pPr>
    </w:p>
    <w:p w14:paraId="396D1DA5" w14:textId="77777777" w:rsidR="006A55BC" w:rsidRDefault="00000000">
      <w:r>
        <w:br w:type="page"/>
      </w:r>
    </w:p>
    <w:p w14:paraId="2A1722A0" w14:textId="77777777" w:rsidR="006A55BC" w:rsidRDefault="00000000">
      <w:pPr>
        <w:pStyle w:val="Heading2"/>
      </w:pPr>
      <w:r>
        <w:lastRenderedPageBreak/>
        <w:t>4.3 Risk Matrix and Rating Bands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80"/>
        <w:gridCol w:w="1411"/>
        <w:gridCol w:w="1411"/>
        <w:gridCol w:w="1411"/>
        <w:gridCol w:w="1411"/>
        <w:gridCol w:w="1411"/>
      </w:tblGrid>
      <w:tr w:rsidR="006A55BC" w14:paraId="41169238" w14:textId="77777777">
        <w:trPr>
          <w:cantSplit/>
          <w:tblHeader/>
          <w:jc w:val="center"/>
        </w:trPr>
        <w:tc>
          <w:tcPr>
            <w:tcW w:w="2880" w:type="dxa"/>
            <w:shd w:val="clear" w:color="auto" w:fill="17365D"/>
            <w:tcMar>
              <w:top w:w="100" w:type="dxa"/>
              <w:left w:w="110" w:type="dxa"/>
              <w:bottom w:w="100" w:type="dxa"/>
              <w:right w:w="110" w:type="dxa"/>
            </w:tcMar>
            <w:vAlign w:val="center"/>
          </w:tcPr>
          <w:p w14:paraId="54982C3D" w14:textId="77777777" w:rsidR="006A55BC" w:rsidRDefault="00000000">
            <w:r>
              <w:rPr>
                <w:b/>
                <w:color w:val="FFFFFF"/>
                <w:sz w:val="17"/>
              </w:rPr>
              <w:t>Likelihood ↓ / Impact →</w:t>
            </w:r>
          </w:p>
        </w:tc>
        <w:tc>
          <w:tcPr>
            <w:tcW w:w="1411" w:type="dxa"/>
            <w:shd w:val="clear" w:color="auto" w:fill="17365D"/>
            <w:tcMar>
              <w:top w:w="100" w:type="dxa"/>
              <w:left w:w="110" w:type="dxa"/>
              <w:bottom w:w="100" w:type="dxa"/>
              <w:right w:w="110" w:type="dxa"/>
            </w:tcMar>
            <w:vAlign w:val="center"/>
          </w:tcPr>
          <w:p w14:paraId="6CE61160" w14:textId="77777777" w:rsidR="006A55BC" w:rsidRDefault="00000000">
            <w:r>
              <w:rPr>
                <w:b/>
                <w:color w:val="FFFFFF"/>
                <w:sz w:val="17"/>
              </w:rPr>
              <w:t>1</w:t>
            </w:r>
          </w:p>
        </w:tc>
        <w:tc>
          <w:tcPr>
            <w:tcW w:w="1411" w:type="dxa"/>
            <w:shd w:val="clear" w:color="auto" w:fill="17365D"/>
            <w:tcMar>
              <w:top w:w="100" w:type="dxa"/>
              <w:left w:w="110" w:type="dxa"/>
              <w:bottom w:w="100" w:type="dxa"/>
              <w:right w:w="110" w:type="dxa"/>
            </w:tcMar>
            <w:vAlign w:val="center"/>
          </w:tcPr>
          <w:p w14:paraId="51357B52" w14:textId="77777777" w:rsidR="006A55BC" w:rsidRDefault="00000000">
            <w:r>
              <w:rPr>
                <w:b/>
                <w:color w:val="FFFFFF"/>
                <w:sz w:val="17"/>
              </w:rPr>
              <w:t>2</w:t>
            </w:r>
          </w:p>
        </w:tc>
        <w:tc>
          <w:tcPr>
            <w:tcW w:w="1411" w:type="dxa"/>
            <w:shd w:val="clear" w:color="auto" w:fill="17365D"/>
            <w:tcMar>
              <w:top w:w="100" w:type="dxa"/>
              <w:left w:w="110" w:type="dxa"/>
              <w:bottom w:w="100" w:type="dxa"/>
              <w:right w:w="110" w:type="dxa"/>
            </w:tcMar>
            <w:vAlign w:val="center"/>
          </w:tcPr>
          <w:p w14:paraId="0BC8E4EA" w14:textId="77777777" w:rsidR="006A55BC" w:rsidRDefault="00000000">
            <w:r>
              <w:rPr>
                <w:b/>
                <w:color w:val="FFFFFF"/>
                <w:sz w:val="17"/>
              </w:rPr>
              <w:t>3</w:t>
            </w:r>
          </w:p>
        </w:tc>
        <w:tc>
          <w:tcPr>
            <w:tcW w:w="1411" w:type="dxa"/>
            <w:shd w:val="clear" w:color="auto" w:fill="17365D"/>
            <w:tcMar>
              <w:top w:w="100" w:type="dxa"/>
              <w:left w:w="110" w:type="dxa"/>
              <w:bottom w:w="100" w:type="dxa"/>
              <w:right w:w="110" w:type="dxa"/>
            </w:tcMar>
            <w:vAlign w:val="center"/>
          </w:tcPr>
          <w:p w14:paraId="35029C9B" w14:textId="77777777" w:rsidR="006A55BC" w:rsidRDefault="00000000">
            <w:r>
              <w:rPr>
                <w:b/>
                <w:color w:val="FFFFFF"/>
                <w:sz w:val="17"/>
              </w:rPr>
              <w:t>4</w:t>
            </w:r>
          </w:p>
        </w:tc>
        <w:tc>
          <w:tcPr>
            <w:tcW w:w="1411" w:type="dxa"/>
            <w:shd w:val="clear" w:color="auto" w:fill="17365D"/>
            <w:tcMar>
              <w:top w:w="100" w:type="dxa"/>
              <w:left w:w="110" w:type="dxa"/>
              <w:bottom w:w="100" w:type="dxa"/>
              <w:right w:w="110" w:type="dxa"/>
            </w:tcMar>
            <w:vAlign w:val="center"/>
          </w:tcPr>
          <w:p w14:paraId="403EB79B" w14:textId="77777777" w:rsidR="006A55BC" w:rsidRDefault="00000000">
            <w:r>
              <w:rPr>
                <w:b/>
                <w:color w:val="FFFFFF"/>
                <w:sz w:val="17"/>
              </w:rPr>
              <w:t>5</w:t>
            </w:r>
          </w:p>
        </w:tc>
      </w:tr>
      <w:tr w:rsidR="006A55BC" w14:paraId="557C373D" w14:textId="77777777">
        <w:trPr>
          <w:cantSplit/>
          <w:jc w:val="center"/>
        </w:trPr>
        <w:tc>
          <w:tcPr>
            <w:tcW w:w="2880" w:type="dxa"/>
            <w:tcMar>
              <w:top w:w="100" w:type="dxa"/>
              <w:left w:w="110" w:type="dxa"/>
              <w:bottom w:w="100" w:type="dxa"/>
              <w:right w:w="110" w:type="dxa"/>
            </w:tcMar>
            <w:vAlign w:val="center"/>
          </w:tcPr>
          <w:p w14:paraId="19F4512D" w14:textId="77777777" w:rsidR="006A55BC" w:rsidRDefault="00000000">
            <w:pPr>
              <w:spacing w:after="20" w:line="240" w:lineRule="auto"/>
            </w:pPr>
            <w:r>
              <w:rPr>
                <w:sz w:val="17"/>
              </w:rPr>
              <w:t>5 Almost certain</w:t>
            </w:r>
          </w:p>
        </w:tc>
        <w:tc>
          <w:tcPr>
            <w:tcW w:w="1411" w:type="dxa"/>
            <w:tcMar>
              <w:top w:w="100" w:type="dxa"/>
              <w:left w:w="110" w:type="dxa"/>
              <w:bottom w:w="100" w:type="dxa"/>
              <w:right w:w="110" w:type="dxa"/>
            </w:tcMar>
            <w:vAlign w:val="center"/>
          </w:tcPr>
          <w:p w14:paraId="4CDAF53A" w14:textId="77777777" w:rsidR="006A55BC" w:rsidRDefault="00000000">
            <w:pPr>
              <w:spacing w:after="20" w:line="240" w:lineRule="auto"/>
            </w:pPr>
            <w:r>
              <w:rPr>
                <w:sz w:val="17"/>
              </w:rPr>
              <w:t>5 M</w:t>
            </w:r>
          </w:p>
        </w:tc>
        <w:tc>
          <w:tcPr>
            <w:tcW w:w="1411" w:type="dxa"/>
            <w:tcMar>
              <w:top w:w="100" w:type="dxa"/>
              <w:left w:w="110" w:type="dxa"/>
              <w:bottom w:w="100" w:type="dxa"/>
              <w:right w:w="110" w:type="dxa"/>
            </w:tcMar>
            <w:vAlign w:val="center"/>
          </w:tcPr>
          <w:p w14:paraId="06FE8FA9" w14:textId="77777777" w:rsidR="006A55BC" w:rsidRDefault="00000000">
            <w:pPr>
              <w:spacing w:after="20" w:line="240" w:lineRule="auto"/>
            </w:pPr>
            <w:r>
              <w:rPr>
                <w:sz w:val="17"/>
              </w:rPr>
              <w:t>10 H</w:t>
            </w:r>
          </w:p>
        </w:tc>
        <w:tc>
          <w:tcPr>
            <w:tcW w:w="1411" w:type="dxa"/>
            <w:tcMar>
              <w:top w:w="100" w:type="dxa"/>
              <w:left w:w="110" w:type="dxa"/>
              <w:bottom w:w="100" w:type="dxa"/>
              <w:right w:w="110" w:type="dxa"/>
            </w:tcMar>
            <w:vAlign w:val="center"/>
          </w:tcPr>
          <w:p w14:paraId="6ED9F4D9" w14:textId="77777777" w:rsidR="006A55BC" w:rsidRDefault="00000000">
            <w:pPr>
              <w:spacing w:after="20" w:line="240" w:lineRule="auto"/>
            </w:pPr>
            <w:r>
              <w:rPr>
                <w:sz w:val="17"/>
              </w:rPr>
              <w:t>15 H</w:t>
            </w:r>
          </w:p>
        </w:tc>
        <w:tc>
          <w:tcPr>
            <w:tcW w:w="1411" w:type="dxa"/>
            <w:tcMar>
              <w:top w:w="100" w:type="dxa"/>
              <w:left w:w="110" w:type="dxa"/>
              <w:bottom w:w="100" w:type="dxa"/>
              <w:right w:w="110" w:type="dxa"/>
            </w:tcMar>
            <w:vAlign w:val="center"/>
          </w:tcPr>
          <w:p w14:paraId="3A931A59" w14:textId="77777777" w:rsidR="006A55BC" w:rsidRDefault="00000000">
            <w:pPr>
              <w:spacing w:after="20" w:line="240" w:lineRule="auto"/>
            </w:pPr>
            <w:r>
              <w:rPr>
                <w:sz w:val="17"/>
              </w:rPr>
              <w:t>20 E</w:t>
            </w:r>
          </w:p>
        </w:tc>
        <w:tc>
          <w:tcPr>
            <w:tcW w:w="1411" w:type="dxa"/>
            <w:tcMar>
              <w:top w:w="100" w:type="dxa"/>
              <w:left w:w="110" w:type="dxa"/>
              <w:bottom w:w="100" w:type="dxa"/>
              <w:right w:w="110" w:type="dxa"/>
            </w:tcMar>
            <w:vAlign w:val="center"/>
          </w:tcPr>
          <w:p w14:paraId="3866A95D" w14:textId="77777777" w:rsidR="006A55BC" w:rsidRDefault="00000000">
            <w:pPr>
              <w:spacing w:after="20" w:line="240" w:lineRule="auto"/>
            </w:pPr>
            <w:r>
              <w:rPr>
                <w:sz w:val="17"/>
              </w:rPr>
              <w:t>25 E</w:t>
            </w:r>
          </w:p>
        </w:tc>
      </w:tr>
      <w:tr w:rsidR="006A55BC" w14:paraId="341DC257" w14:textId="77777777">
        <w:trPr>
          <w:cantSplit/>
          <w:jc w:val="center"/>
        </w:trPr>
        <w:tc>
          <w:tcPr>
            <w:tcW w:w="2880" w:type="dxa"/>
            <w:shd w:val="clear" w:color="auto" w:fill="F4F7FA"/>
            <w:tcMar>
              <w:top w:w="100" w:type="dxa"/>
              <w:left w:w="110" w:type="dxa"/>
              <w:bottom w:w="100" w:type="dxa"/>
              <w:right w:w="110" w:type="dxa"/>
            </w:tcMar>
            <w:vAlign w:val="center"/>
          </w:tcPr>
          <w:p w14:paraId="196012ED" w14:textId="77777777" w:rsidR="006A55BC" w:rsidRDefault="00000000">
            <w:pPr>
              <w:spacing w:after="20" w:line="240" w:lineRule="auto"/>
            </w:pPr>
            <w:r>
              <w:rPr>
                <w:sz w:val="17"/>
              </w:rPr>
              <w:t>4 Likely</w:t>
            </w:r>
          </w:p>
        </w:tc>
        <w:tc>
          <w:tcPr>
            <w:tcW w:w="1411" w:type="dxa"/>
            <w:shd w:val="clear" w:color="auto" w:fill="F4F7FA"/>
            <w:tcMar>
              <w:top w:w="100" w:type="dxa"/>
              <w:left w:w="110" w:type="dxa"/>
              <w:bottom w:w="100" w:type="dxa"/>
              <w:right w:w="110" w:type="dxa"/>
            </w:tcMar>
            <w:vAlign w:val="center"/>
          </w:tcPr>
          <w:p w14:paraId="15C2D9EE" w14:textId="77777777" w:rsidR="006A55BC" w:rsidRDefault="00000000">
            <w:pPr>
              <w:spacing w:after="20" w:line="240" w:lineRule="auto"/>
            </w:pPr>
            <w:r>
              <w:rPr>
                <w:sz w:val="17"/>
              </w:rPr>
              <w:t>4 L</w:t>
            </w:r>
          </w:p>
        </w:tc>
        <w:tc>
          <w:tcPr>
            <w:tcW w:w="1411" w:type="dxa"/>
            <w:shd w:val="clear" w:color="auto" w:fill="F4F7FA"/>
            <w:tcMar>
              <w:top w:w="100" w:type="dxa"/>
              <w:left w:w="110" w:type="dxa"/>
              <w:bottom w:w="100" w:type="dxa"/>
              <w:right w:w="110" w:type="dxa"/>
            </w:tcMar>
            <w:vAlign w:val="center"/>
          </w:tcPr>
          <w:p w14:paraId="6F2F2C0A" w14:textId="77777777" w:rsidR="006A55BC" w:rsidRDefault="00000000">
            <w:pPr>
              <w:spacing w:after="20" w:line="240" w:lineRule="auto"/>
            </w:pPr>
            <w:r>
              <w:rPr>
                <w:sz w:val="17"/>
              </w:rPr>
              <w:t>8 M</w:t>
            </w:r>
          </w:p>
        </w:tc>
        <w:tc>
          <w:tcPr>
            <w:tcW w:w="1411" w:type="dxa"/>
            <w:shd w:val="clear" w:color="auto" w:fill="F4F7FA"/>
            <w:tcMar>
              <w:top w:w="100" w:type="dxa"/>
              <w:left w:w="110" w:type="dxa"/>
              <w:bottom w:w="100" w:type="dxa"/>
              <w:right w:w="110" w:type="dxa"/>
            </w:tcMar>
            <w:vAlign w:val="center"/>
          </w:tcPr>
          <w:p w14:paraId="7FB97EC1" w14:textId="77777777" w:rsidR="006A55BC" w:rsidRDefault="00000000">
            <w:pPr>
              <w:spacing w:after="20" w:line="240" w:lineRule="auto"/>
            </w:pPr>
            <w:r>
              <w:rPr>
                <w:sz w:val="17"/>
              </w:rPr>
              <w:t>12 H</w:t>
            </w:r>
          </w:p>
        </w:tc>
        <w:tc>
          <w:tcPr>
            <w:tcW w:w="1411" w:type="dxa"/>
            <w:shd w:val="clear" w:color="auto" w:fill="F4F7FA"/>
            <w:tcMar>
              <w:top w:w="100" w:type="dxa"/>
              <w:left w:w="110" w:type="dxa"/>
              <w:bottom w:w="100" w:type="dxa"/>
              <w:right w:w="110" w:type="dxa"/>
            </w:tcMar>
            <w:vAlign w:val="center"/>
          </w:tcPr>
          <w:p w14:paraId="0A40AD86" w14:textId="77777777" w:rsidR="006A55BC" w:rsidRDefault="00000000">
            <w:pPr>
              <w:spacing w:after="20" w:line="240" w:lineRule="auto"/>
            </w:pPr>
            <w:r>
              <w:rPr>
                <w:sz w:val="17"/>
              </w:rPr>
              <w:t>16 E</w:t>
            </w:r>
          </w:p>
        </w:tc>
        <w:tc>
          <w:tcPr>
            <w:tcW w:w="1411" w:type="dxa"/>
            <w:shd w:val="clear" w:color="auto" w:fill="F4F7FA"/>
            <w:tcMar>
              <w:top w:w="100" w:type="dxa"/>
              <w:left w:w="110" w:type="dxa"/>
              <w:bottom w:w="100" w:type="dxa"/>
              <w:right w:w="110" w:type="dxa"/>
            </w:tcMar>
            <w:vAlign w:val="center"/>
          </w:tcPr>
          <w:p w14:paraId="6E4DA772" w14:textId="77777777" w:rsidR="006A55BC" w:rsidRDefault="00000000">
            <w:pPr>
              <w:spacing w:after="20" w:line="240" w:lineRule="auto"/>
            </w:pPr>
            <w:r>
              <w:rPr>
                <w:sz w:val="17"/>
              </w:rPr>
              <w:t>20 E</w:t>
            </w:r>
          </w:p>
        </w:tc>
      </w:tr>
      <w:tr w:rsidR="006A55BC" w14:paraId="1F3B0E9D" w14:textId="77777777">
        <w:trPr>
          <w:cantSplit/>
          <w:jc w:val="center"/>
        </w:trPr>
        <w:tc>
          <w:tcPr>
            <w:tcW w:w="2880" w:type="dxa"/>
            <w:tcMar>
              <w:top w:w="100" w:type="dxa"/>
              <w:left w:w="110" w:type="dxa"/>
              <w:bottom w:w="100" w:type="dxa"/>
              <w:right w:w="110" w:type="dxa"/>
            </w:tcMar>
            <w:vAlign w:val="center"/>
          </w:tcPr>
          <w:p w14:paraId="74B55C3E" w14:textId="77777777" w:rsidR="006A55BC" w:rsidRDefault="00000000">
            <w:pPr>
              <w:spacing w:after="20" w:line="240" w:lineRule="auto"/>
            </w:pPr>
            <w:r>
              <w:rPr>
                <w:sz w:val="17"/>
              </w:rPr>
              <w:t>3 Possible</w:t>
            </w:r>
          </w:p>
        </w:tc>
        <w:tc>
          <w:tcPr>
            <w:tcW w:w="1411" w:type="dxa"/>
            <w:tcMar>
              <w:top w:w="100" w:type="dxa"/>
              <w:left w:w="110" w:type="dxa"/>
              <w:bottom w:w="100" w:type="dxa"/>
              <w:right w:w="110" w:type="dxa"/>
            </w:tcMar>
            <w:vAlign w:val="center"/>
          </w:tcPr>
          <w:p w14:paraId="6CA0B227" w14:textId="77777777" w:rsidR="006A55BC" w:rsidRDefault="00000000">
            <w:pPr>
              <w:spacing w:after="20" w:line="240" w:lineRule="auto"/>
            </w:pPr>
            <w:r>
              <w:rPr>
                <w:sz w:val="17"/>
              </w:rPr>
              <w:t>3 L</w:t>
            </w:r>
          </w:p>
        </w:tc>
        <w:tc>
          <w:tcPr>
            <w:tcW w:w="1411" w:type="dxa"/>
            <w:tcMar>
              <w:top w:w="100" w:type="dxa"/>
              <w:left w:w="110" w:type="dxa"/>
              <w:bottom w:w="100" w:type="dxa"/>
              <w:right w:w="110" w:type="dxa"/>
            </w:tcMar>
            <w:vAlign w:val="center"/>
          </w:tcPr>
          <w:p w14:paraId="6BDF7747" w14:textId="77777777" w:rsidR="006A55BC" w:rsidRDefault="00000000">
            <w:pPr>
              <w:spacing w:after="20" w:line="240" w:lineRule="auto"/>
            </w:pPr>
            <w:r>
              <w:rPr>
                <w:sz w:val="17"/>
              </w:rPr>
              <w:t>6 M</w:t>
            </w:r>
          </w:p>
        </w:tc>
        <w:tc>
          <w:tcPr>
            <w:tcW w:w="1411" w:type="dxa"/>
            <w:tcMar>
              <w:top w:w="100" w:type="dxa"/>
              <w:left w:w="110" w:type="dxa"/>
              <w:bottom w:w="100" w:type="dxa"/>
              <w:right w:w="110" w:type="dxa"/>
            </w:tcMar>
            <w:vAlign w:val="center"/>
          </w:tcPr>
          <w:p w14:paraId="76EFDB65" w14:textId="77777777" w:rsidR="006A55BC" w:rsidRDefault="00000000">
            <w:pPr>
              <w:spacing w:after="20" w:line="240" w:lineRule="auto"/>
            </w:pPr>
            <w:r>
              <w:rPr>
                <w:sz w:val="17"/>
              </w:rPr>
              <w:t>9 M</w:t>
            </w:r>
          </w:p>
        </w:tc>
        <w:tc>
          <w:tcPr>
            <w:tcW w:w="1411" w:type="dxa"/>
            <w:tcMar>
              <w:top w:w="100" w:type="dxa"/>
              <w:left w:w="110" w:type="dxa"/>
              <w:bottom w:w="100" w:type="dxa"/>
              <w:right w:w="110" w:type="dxa"/>
            </w:tcMar>
            <w:vAlign w:val="center"/>
          </w:tcPr>
          <w:p w14:paraId="6AC0B497" w14:textId="77777777" w:rsidR="006A55BC" w:rsidRDefault="00000000">
            <w:pPr>
              <w:spacing w:after="20" w:line="240" w:lineRule="auto"/>
            </w:pPr>
            <w:r>
              <w:rPr>
                <w:sz w:val="17"/>
              </w:rPr>
              <w:t>12 H</w:t>
            </w:r>
          </w:p>
        </w:tc>
        <w:tc>
          <w:tcPr>
            <w:tcW w:w="1411" w:type="dxa"/>
            <w:tcMar>
              <w:top w:w="100" w:type="dxa"/>
              <w:left w:w="110" w:type="dxa"/>
              <w:bottom w:w="100" w:type="dxa"/>
              <w:right w:w="110" w:type="dxa"/>
            </w:tcMar>
            <w:vAlign w:val="center"/>
          </w:tcPr>
          <w:p w14:paraId="7DDCEB47" w14:textId="77777777" w:rsidR="006A55BC" w:rsidRDefault="00000000">
            <w:pPr>
              <w:spacing w:after="20" w:line="240" w:lineRule="auto"/>
            </w:pPr>
            <w:r>
              <w:rPr>
                <w:sz w:val="17"/>
              </w:rPr>
              <w:t>15 H</w:t>
            </w:r>
          </w:p>
        </w:tc>
      </w:tr>
      <w:tr w:rsidR="006A55BC" w14:paraId="5EDB50B6" w14:textId="77777777">
        <w:trPr>
          <w:cantSplit/>
          <w:jc w:val="center"/>
        </w:trPr>
        <w:tc>
          <w:tcPr>
            <w:tcW w:w="2880" w:type="dxa"/>
            <w:shd w:val="clear" w:color="auto" w:fill="F4F7FA"/>
            <w:tcMar>
              <w:top w:w="100" w:type="dxa"/>
              <w:left w:w="110" w:type="dxa"/>
              <w:bottom w:w="100" w:type="dxa"/>
              <w:right w:w="110" w:type="dxa"/>
            </w:tcMar>
            <w:vAlign w:val="center"/>
          </w:tcPr>
          <w:p w14:paraId="37AC4E6A" w14:textId="77777777" w:rsidR="006A55BC" w:rsidRDefault="00000000">
            <w:pPr>
              <w:spacing w:after="20" w:line="240" w:lineRule="auto"/>
            </w:pPr>
            <w:r>
              <w:rPr>
                <w:sz w:val="17"/>
              </w:rPr>
              <w:t>2 Unlikely</w:t>
            </w:r>
          </w:p>
        </w:tc>
        <w:tc>
          <w:tcPr>
            <w:tcW w:w="1411" w:type="dxa"/>
            <w:shd w:val="clear" w:color="auto" w:fill="F4F7FA"/>
            <w:tcMar>
              <w:top w:w="100" w:type="dxa"/>
              <w:left w:w="110" w:type="dxa"/>
              <w:bottom w:w="100" w:type="dxa"/>
              <w:right w:w="110" w:type="dxa"/>
            </w:tcMar>
            <w:vAlign w:val="center"/>
          </w:tcPr>
          <w:p w14:paraId="684906E1" w14:textId="77777777" w:rsidR="006A55BC" w:rsidRDefault="00000000">
            <w:pPr>
              <w:spacing w:after="20" w:line="240" w:lineRule="auto"/>
            </w:pPr>
            <w:r>
              <w:rPr>
                <w:sz w:val="17"/>
              </w:rPr>
              <w:t>2 L</w:t>
            </w:r>
          </w:p>
        </w:tc>
        <w:tc>
          <w:tcPr>
            <w:tcW w:w="1411" w:type="dxa"/>
            <w:shd w:val="clear" w:color="auto" w:fill="F4F7FA"/>
            <w:tcMar>
              <w:top w:w="100" w:type="dxa"/>
              <w:left w:w="110" w:type="dxa"/>
              <w:bottom w:w="100" w:type="dxa"/>
              <w:right w:w="110" w:type="dxa"/>
            </w:tcMar>
            <w:vAlign w:val="center"/>
          </w:tcPr>
          <w:p w14:paraId="5499E5CA" w14:textId="77777777" w:rsidR="006A55BC" w:rsidRDefault="00000000">
            <w:pPr>
              <w:spacing w:after="20" w:line="240" w:lineRule="auto"/>
            </w:pPr>
            <w:r>
              <w:rPr>
                <w:sz w:val="17"/>
              </w:rPr>
              <w:t>4 L</w:t>
            </w:r>
          </w:p>
        </w:tc>
        <w:tc>
          <w:tcPr>
            <w:tcW w:w="1411" w:type="dxa"/>
            <w:shd w:val="clear" w:color="auto" w:fill="F4F7FA"/>
            <w:tcMar>
              <w:top w:w="100" w:type="dxa"/>
              <w:left w:w="110" w:type="dxa"/>
              <w:bottom w:w="100" w:type="dxa"/>
              <w:right w:w="110" w:type="dxa"/>
            </w:tcMar>
            <w:vAlign w:val="center"/>
          </w:tcPr>
          <w:p w14:paraId="2F11607C" w14:textId="77777777" w:rsidR="006A55BC" w:rsidRDefault="00000000">
            <w:pPr>
              <w:spacing w:after="20" w:line="240" w:lineRule="auto"/>
            </w:pPr>
            <w:r>
              <w:rPr>
                <w:sz w:val="17"/>
              </w:rPr>
              <w:t>6 M</w:t>
            </w:r>
          </w:p>
        </w:tc>
        <w:tc>
          <w:tcPr>
            <w:tcW w:w="1411" w:type="dxa"/>
            <w:shd w:val="clear" w:color="auto" w:fill="F4F7FA"/>
            <w:tcMar>
              <w:top w:w="100" w:type="dxa"/>
              <w:left w:w="110" w:type="dxa"/>
              <w:bottom w:w="100" w:type="dxa"/>
              <w:right w:w="110" w:type="dxa"/>
            </w:tcMar>
            <w:vAlign w:val="center"/>
          </w:tcPr>
          <w:p w14:paraId="48AF3051" w14:textId="77777777" w:rsidR="006A55BC" w:rsidRDefault="00000000">
            <w:pPr>
              <w:spacing w:after="20" w:line="240" w:lineRule="auto"/>
            </w:pPr>
            <w:r>
              <w:rPr>
                <w:sz w:val="17"/>
              </w:rPr>
              <w:t>8 M</w:t>
            </w:r>
          </w:p>
        </w:tc>
        <w:tc>
          <w:tcPr>
            <w:tcW w:w="1411" w:type="dxa"/>
            <w:shd w:val="clear" w:color="auto" w:fill="F4F7FA"/>
            <w:tcMar>
              <w:top w:w="100" w:type="dxa"/>
              <w:left w:w="110" w:type="dxa"/>
              <w:bottom w:w="100" w:type="dxa"/>
              <w:right w:w="110" w:type="dxa"/>
            </w:tcMar>
            <w:vAlign w:val="center"/>
          </w:tcPr>
          <w:p w14:paraId="03DD60E8" w14:textId="77777777" w:rsidR="006A55BC" w:rsidRDefault="00000000">
            <w:pPr>
              <w:spacing w:after="20" w:line="240" w:lineRule="auto"/>
            </w:pPr>
            <w:r>
              <w:rPr>
                <w:sz w:val="17"/>
              </w:rPr>
              <w:t>10 H</w:t>
            </w:r>
          </w:p>
        </w:tc>
      </w:tr>
      <w:tr w:rsidR="006A55BC" w14:paraId="3541BF8D" w14:textId="77777777">
        <w:trPr>
          <w:cantSplit/>
          <w:jc w:val="center"/>
        </w:trPr>
        <w:tc>
          <w:tcPr>
            <w:tcW w:w="2880" w:type="dxa"/>
            <w:tcMar>
              <w:top w:w="100" w:type="dxa"/>
              <w:left w:w="110" w:type="dxa"/>
              <w:bottom w:w="100" w:type="dxa"/>
              <w:right w:w="110" w:type="dxa"/>
            </w:tcMar>
            <w:vAlign w:val="center"/>
          </w:tcPr>
          <w:p w14:paraId="1EB44B4F" w14:textId="77777777" w:rsidR="006A55BC" w:rsidRDefault="00000000">
            <w:pPr>
              <w:spacing w:after="20" w:line="240" w:lineRule="auto"/>
            </w:pPr>
            <w:r>
              <w:rPr>
                <w:sz w:val="17"/>
              </w:rPr>
              <w:t>1 Rare</w:t>
            </w:r>
          </w:p>
        </w:tc>
        <w:tc>
          <w:tcPr>
            <w:tcW w:w="1411" w:type="dxa"/>
            <w:tcMar>
              <w:top w:w="100" w:type="dxa"/>
              <w:left w:w="110" w:type="dxa"/>
              <w:bottom w:w="100" w:type="dxa"/>
              <w:right w:w="110" w:type="dxa"/>
            </w:tcMar>
            <w:vAlign w:val="center"/>
          </w:tcPr>
          <w:p w14:paraId="05B9CC7A" w14:textId="77777777" w:rsidR="006A55BC" w:rsidRDefault="00000000">
            <w:pPr>
              <w:spacing w:after="20" w:line="240" w:lineRule="auto"/>
            </w:pPr>
            <w:r>
              <w:rPr>
                <w:sz w:val="17"/>
              </w:rPr>
              <w:t>1 L</w:t>
            </w:r>
          </w:p>
        </w:tc>
        <w:tc>
          <w:tcPr>
            <w:tcW w:w="1411" w:type="dxa"/>
            <w:tcMar>
              <w:top w:w="100" w:type="dxa"/>
              <w:left w:w="110" w:type="dxa"/>
              <w:bottom w:w="100" w:type="dxa"/>
              <w:right w:w="110" w:type="dxa"/>
            </w:tcMar>
            <w:vAlign w:val="center"/>
          </w:tcPr>
          <w:p w14:paraId="43E60F54" w14:textId="77777777" w:rsidR="006A55BC" w:rsidRDefault="00000000">
            <w:pPr>
              <w:spacing w:after="20" w:line="240" w:lineRule="auto"/>
            </w:pPr>
            <w:r>
              <w:rPr>
                <w:sz w:val="17"/>
              </w:rPr>
              <w:t>2 L</w:t>
            </w:r>
          </w:p>
        </w:tc>
        <w:tc>
          <w:tcPr>
            <w:tcW w:w="1411" w:type="dxa"/>
            <w:tcMar>
              <w:top w:w="100" w:type="dxa"/>
              <w:left w:w="110" w:type="dxa"/>
              <w:bottom w:w="100" w:type="dxa"/>
              <w:right w:w="110" w:type="dxa"/>
            </w:tcMar>
            <w:vAlign w:val="center"/>
          </w:tcPr>
          <w:p w14:paraId="6BE6ED65" w14:textId="77777777" w:rsidR="006A55BC" w:rsidRDefault="00000000">
            <w:pPr>
              <w:spacing w:after="20" w:line="240" w:lineRule="auto"/>
            </w:pPr>
            <w:r>
              <w:rPr>
                <w:sz w:val="17"/>
              </w:rPr>
              <w:t>3 L</w:t>
            </w:r>
          </w:p>
        </w:tc>
        <w:tc>
          <w:tcPr>
            <w:tcW w:w="1411" w:type="dxa"/>
            <w:tcMar>
              <w:top w:w="100" w:type="dxa"/>
              <w:left w:w="110" w:type="dxa"/>
              <w:bottom w:w="100" w:type="dxa"/>
              <w:right w:w="110" w:type="dxa"/>
            </w:tcMar>
            <w:vAlign w:val="center"/>
          </w:tcPr>
          <w:p w14:paraId="152E1A67" w14:textId="77777777" w:rsidR="006A55BC" w:rsidRDefault="00000000">
            <w:pPr>
              <w:spacing w:after="20" w:line="240" w:lineRule="auto"/>
            </w:pPr>
            <w:r>
              <w:rPr>
                <w:sz w:val="17"/>
              </w:rPr>
              <w:t>4 L</w:t>
            </w:r>
          </w:p>
        </w:tc>
        <w:tc>
          <w:tcPr>
            <w:tcW w:w="1411" w:type="dxa"/>
            <w:tcMar>
              <w:top w:w="100" w:type="dxa"/>
              <w:left w:w="110" w:type="dxa"/>
              <w:bottom w:w="100" w:type="dxa"/>
              <w:right w:w="110" w:type="dxa"/>
            </w:tcMar>
            <w:vAlign w:val="center"/>
          </w:tcPr>
          <w:p w14:paraId="24B7ABAD" w14:textId="77777777" w:rsidR="006A55BC" w:rsidRDefault="00000000">
            <w:pPr>
              <w:spacing w:after="20" w:line="240" w:lineRule="auto"/>
            </w:pPr>
            <w:r>
              <w:rPr>
                <w:sz w:val="17"/>
              </w:rPr>
              <w:t>5 M</w:t>
            </w:r>
          </w:p>
        </w:tc>
      </w:tr>
    </w:tbl>
    <w:p w14:paraId="365E4470" w14:textId="77777777" w:rsidR="006A55BC" w:rsidRDefault="006A55BC">
      <w:pPr>
        <w:spacing w:after="20"/>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1728"/>
        <w:gridCol w:w="7056"/>
      </w:tblGrid>
      <w:tr w:rsidR="006A55BC" w14:paraId="6A57D190" w14:textId="77777777">
        <w:trPr>
          <w:cantSplit/>
          <w:tblHeader/>
          <w:jc w:val="center"/>
        </w:trPr>
        <w:tc>
          <w:tcPr>
            <w:tcW w:w="1152" w:type="dxa"/>
            <w:shd w:val="clear" w:color="auto" w:fill="17365D"/>
            <w:tcMar>
              <w:top w:w="100" w:type="dxa"/>
              <w:left w:w="110" w:type="dxa"/>
              <w:bottom w:w="100" w:type="dxa"/>
              <w:right w:w="110" w:type="dxa"/>
            </w:tcMar>
            <w:vAlign w:val="center"/>
          </w:tcPr>
          <w:p w14:paraId="597449B6" w14:textId="77777777" w:rsidR="006A55BC" w:rsidRDefault="00000000">
            <w:r>
              <w:rPr>
                <w:b/>
                <w:color w:val="FFFFFF"/>
                <w:sz w:val="17"/>
              </w:rPr>
              <w:t>Score</w:t>
            </w:r>
          </w:p>
        </w:tc>
        <w:tc>
          <w:tcPr>
            <w:tcW w:w="1728" w:type="dxa"/>
            <w:shd w:val="clear" w:color="auto" w:fill="17365D"/>
            <w:tcMar>
              <w:top w:w="100" w:type="dxa"/>
              <w:left w:w="110" w:type="dxa"/>
              <w:bottom w:w="100" w:type="dxa"/>
              <w:right w:w="110" w:type="dxa"/>
            </w:tcMar>
            <w:vAlign w:val="center"/>
          </w:tcPr>
          <w:p w14:paraId="5D3CC0D4" w14:textId="77777777" w:rsidR="006A55BC" w:rsidRDefault="00000000">
            <w:r>
              <w:rPr>
                <w:b/>
                <w:color w:val="FFFFFF"/>
                <w:sz w:val="17"/>
              </w:rPr>
              <w:t>Band</w:t>
            </w:r>
          </w:p>
        </w:tc>
        <w:tc>
          <w:tcPr>
            <w:tcW w:w="7056" w:type="dxa"/>
            <w:shd w:val="clear" w:color="auto" w:fill="17365D"/>
            <w:tcMar>
              <w:top w:w="100" w:type="dxa"/>
              <w:left w:w="110" w:type="dxa"/>
              <w:bottom w:w="100" w:type="dxa"/>
              <w:right w:w="110" w:type="dxa"/>
            </w:tcMar>
            <w:vAlign w:val="center"/>
          </w:tcPr>
          <w:p w14:paraId="7EBE6C90" w14:textId="77777777" w:rsidR="006A55BC" w:rsidRDefault="00000000">
            <w:r>
              <w:rPr>
                <w:b/>
                <w:color w:val="FFFFFF"/>
                <w:sz w:val="17"/>
              </w:rPr>
              <w:t>Typical response</w:t>
            </w:r>
          </w:p>
        </w:tc>
      </w:tr>
      <w:tr w:rsidR="006A55BC" w14:paraId="5982BDD5" w14:textId="77777777">
        <w:trPr>
          <w:cantSplit/>
          <w:jc w:val="center"/>
        </w:trPr>
        <w:tc>
          <w:tcPr>
            <w:tcW w:w="1152" w:type="dxa"/>
            <w:tcMar>
              <w:top w:w="100" w:type="dxa"/>
              <w:left w:w="110" w:type="dxa"/>
              <w:bottom w:w="100" w:type="dxa"/>
              <w:right w:w="110" w:type="dxa"/>
            </w:tcMar>
            <w:vAlign w:val="center"/>
          </w:tcPr>
          <w:p w14:paraId="460F67E4" w14:textId="77777777" w:rsidR="006A55BC" w:rsidRDefault="00000000">
            <w:pPr>
              <w:spacing w:after="20" w:line="240" w:lineRule="auto"/>
            </w:pPr>
            <w:r>
              <w:rPr>
                <w:sz w:val="17"/>
              </w:rPr>
              <w:t>1–4</w:t>
            </w:r>
          </w:p>
        </w:tc>
        <w:tc>
          <w:tcPr>
            <w:tcW w:w="1728" w:type="dxa"/>
            <w:tcMar>
              <w:top w:w="100" w:type="dxa"/>
              <w:left w:w="110" w:type="dxa"/>
              <w:bottom w:w="100" w:type="dxa"/>
              <w:right w:w="110" w:type="dxa"/>
            </w:tcMar>
            <w:vAlign w:val="center"/>
          </w:tcPr>
          <w:p w14:paraId="581162DA" w14:textId="77777777" w:rsidR="006A55BC" w:rsidRDefault="00000000">
            <w:pPr>
              <w:spacing w:after="20" w:line="240" w:lineRule="auto"/>
            </w:pPr>
            <w:r>
              <w:rPr>
                <w:sz w:val="17"/>
              </w:rPr>
              <w:t>Low</w:t>
            </w:r>
          </w:p>
        </w:tc>
        <w:tc>
          <w:tcPr>
            <w:tcW w:w="7056" w:type="dxa"/>
            <w:tcMar>
              <w:top w:w="100" w:type="dxa"/>
              <w:left w:w="110" w:type="dxa"/>
              <w:bottom w:w="100" w:type="dxa"/>
              <w:right w:w="110" w:type="dxa"/>
            </w:tcMar>
            <w:vAlign w:val="center"/>
          </w:tcPr>
          <w:p w14:paraId="2E0A3AE9" w14:textId="77777777" w:rsidR="006A55BC" w:rsidRDefault="00000000">
            <w:pPr>
              <w:spacing w:after="20" w:line="240" w:lineRule="auto"/>
            </w:pPr>
            <w:r>
              <w:rPr>
                <w:sz w:val="17"/>
              </w:rPr>
              <w:t>Manage through routine controls; monitor for change.</w:t>
            </w:r>
          </w:p>
        </w:tc>
      </w:tr>
      <w:tr w:rsidR="006A55BC" w14:paraId="013C859D" w14:textId="77777777">
        <w:trPr>
          <w:cantSplit/>
          <w:jc w:val="center"/>
        </w:trPr>
        <w:tc>
          <w:tcPr>
            <w:tcW w:w="1152" w:type="dxa"/>
            <w:shd w:val="clear" w:color="auto" w:fill="F4F7FA"/>
            <w:tcMar>
              <w:top w:w="100" w:type="dxa"/>
              <w:left w:w="110" w:type="dxa"/>
              <w:bottom w:w="100" w:type="dxa"/>
              <w:right w:w="110" w:type="dxa"/>
            </w:tcMar>
            <w:vAlign w:val="center"/>
          </w:tcPr>
          <w:p w14:paraId="07B96F45" w14:textId="77777777" w:rsidR="006A55BC" w:rsidRDefault="00000000">
            <w:pPr>
              <w:spacing w:after="20" w:line="240" w:lineRule="auto"/>
            </w:pPr>
            <w:r>
              <w:rPr>
                <w:sz w:val="17"/>
              </w:rPr>
              <w:t>5–9</w:t>
            </w:r>
          </w:p>
        </w:tc>
        <w:tc>
          <w:tcPr>
            <w:tcW w:w="1728" w:type="dxa"/>
            <w:shd w:val="clear" w:color="auto" w:fill="F4F7FA"/>
            <w:tcMar>
              <w:top w:w="100" w:type="dxa"/>
              <w:left w:w="110" w:type="dxa"/>
              <w:bottom w:w="100" w:type="dxa"/>
              <w:right w:w="110" w:type="dxa"/>
            </w:tcMar>
            <w:vAlign w:val="center"/>
          </w:tcPr>
          <w:p w14:paraId="6FEE6A34" w14:textId="77777777" w:rsidR="006A55BC" w:rsidRDefault="00000000">
            <w:pPr>
              <w:spacing w:after="20" w:line="240" w:lineRule="auto"/>
            </w:pPr>
            <w:r>
              <w:rPr>
                <w:sz w:val="17"/>
              </w:rPr>
              <w:t>Moderate</w:t>
            </w:r>
          </w:p>
        </w:tc>
        <w:tc>
          <w:tcPr>
            <w:tcW w:w="7056" w:type="dxa"/>
            <w:shd w:val="clear" w:color="auto" w:fill="F4F7FA"/>
            <w:tcMar>
              <w:top w:w="100" w:type="dxa"/>
              <w:left w:w="110" w:type="dxa"/>
              <w:bottom w:w="100" w:type="dxa"/>
              <w:right w:w="110" w:type="dxa"/>
            </w:tcMar>
            <w:vAlign w:val="center"/>
          </w:tcPr>
          <w:p w14:paraId="286D3950" w14:textId="77777777" w:rsidR="006A55BC" w:rsidRDefault="00000000">
            <w:pPr>
              <w:spacing w:after="20" w:line="240" w:lineRule="auto"/>
            </w:pPr>
            <w:r>
              <w:rPr>
                <w:sz w:val="17"/>
              </w:rPr>
              <w:t>Confirm controls and plan proportionate improvement where needed.</w:t>
            </w:r>
          </w:p>
        </w:tc>
      </w:tr>
      <w:tr w:rsidR="006A55BC" w14:paraId="6C5F0867" w14:textId="77777777">
        <w:trPr>
          <w:cantSplit/>
          <w:jc w:val="center"/>
        </w:trPr>
        <w:tc>
          <w:tcPr>
            <w:tcW w:w="1152" w:type="dxa"/>
            <w:tcMar>
              <w:top w:w="100" w:type="dxa"/>
              <w:left w:w="110" w:type="dxa"/>
              <w:bottom w:w="100" w:type="dxa"/>
              <w:right w:w="110" w:type="dxa"/>
            </w:tcMar>
            <w:vAlign w:val="center"/>
          </w:tcPr>
          <w:p w14:paraId="09DE7975" w14:textId="77777777" w:rsidR="006A55BC" w:rsidRDefault="00000000">
            <w:pPr>
              <w:spacing w:after="20" w:line="240" w:lineRule="auto"/>
            </w:pPr>
            <w:r>
              <w:rPr>
                <w:sz w:val="17"/>
              </w:rPr>
              <w:t>10–15</w:t>
            </w:r>
          </w:p>
        </w:tc>
        <w:tc>
          <w:tcPr>
            <w:tcW w:w="1728" w:type="dxa"/>
            <w:tcMar>
              <w:top w:w="100" w:type="dxa"/>
              <w:left w:w="110" w:type="dxa"/>
              <w:bottom w:w="100" w:type="dxa"/>
              <w:right w:w="110" w:type="dxa"/>
            </w:tcMar>
            <w:vAlign w:val="center"/>
          </w:tcPr>
          <w:p w14:paraId="36E6316E" w14:textId="77777777" w:rsidR="006A55BC" w:rsidRDefault="00000000">
            <w:pPr>
              <w:spacing w:after="20" w:line="240" w:lineRule="auto"/>
            </w:pPr>
            <w:r>
              <w:rPr>
                <w:sz w:val="17"/>
              </w:rPr>
              <w:t>High</w:t>
            </w:r>
          </w:p>
        </w:tc>
        <w:tc>
          <w:tcPr>
            <w:tcW w:w="7056" w:type="dxa"/>
            <w:tcMar>
              <w:top w:w="100" w:type="dxa"/>
              <w:left w:w="110" w:type="dxa"/>
              <w:bottom w:w="100" w:type="dxa"/>
              <w:right w:w="110" w:type="dxa"/>
            </w:tcMar>
            <w:vAlign w:val="center"/>
          </w:tcPr>
          <w:p w14:paraId="38032995" w14:textId="77777777" w:rsidR="006A55BC" w:rsidRDefault="00000000">
            <w:pPr>
              <w:spacing w:after="20" w:line="240" w:lineRule="auto"/>
            </w:pPr>
            <w:r>
              <w:rPr>
                <w:sz w:val="17"/>
              </w:rPr>
              <w:t>Senior ownership, formal treatment and frequent monitoring required.</w:t>
            </w:r>
          </w:p>
        </w:tc>
      </w:tr>
      <w:tr w:rsidR="006A55BC" w14:paraId="3D445E08" w14:textId="77777777">
        <w:trPr>
          <w:cantSplit/>
          <w:jc w:val="center"/>
        </w:trPr>
        <w:tc>
          <w:tcPr>
            <w:tcW w:w="1152" w:type="dxa"/>
            <w:shd w:val="clear" w:color="auto" w:fill="F4F7FA"/>
            <w:tcMar>
              <w:top w:w="100" w:type="dxa"/>
              <w:left w:w="110" w:type="dxa"/>
              <w:bottom w:w="100" w:type="dxa"/>
              <w:right w:w="110" w:type="dxa"/>
            </w:tcMar>
            <w:vAlign w:val="center"/>
          </w:tcPr>
          <w:p w14:paraId="14D23801" w14:textId="77777777" w:rsidR="006A55BC" w:rsidRDefault="00000000">
            <w:pPr>
              <w:spacing w:after="20" w:line="240" w:lineRule="auto"/>
            </w:pPr>
            <w:r>
              <w:rPr>
                <w:sz w:val="17"/>
              </w:rPr>
              <w:t>16–25</w:t>
            </w:r>
          </w:p>
        </w:tc>
        <w:tc>
          <w:tcPr>
            <w:tcW w:w="1728" w:type="dxa"/>
            <w:shd w:val="clear" w:color="auto" w:fill="F4F7FA"/>
            <w:tcMar>
              <w:top w:w="100" w:type="dxa"/>
              <w:left w:w="110" w:type="dxa"/>
              <w:bottom w:w="100" w:type="dxa"/>
              <w:right w:w="110" w:type="dxa"/>
            </w:tcMar>
            <w:vAlign w:val="center"/>
          </w:tcPr>
          <w:p w14:paraId="5FBB3715" w14:textId="77777777" w:rsidR="006A55BC" w:rsidRDefault="00000000">
            <w:pPr>
              <w:spacing w:after="20" w:line="240" w:lineRule="auto"/>
            </w:pPr>
            <w:r>
              <w:rPr>
                <w:sz w:val="17"/>
              </w:rPr>
              <w:t>Extreme</w:t>
            </w:r>
          </w:p>
        </w:tc>
        <w:tc>
          <w:tcPr>
            <w:tcW w:w="7056" w:type="dxa"/>
            <w:shd w:val="clear" w:color="auto" w:fill="F4F7FA"/>
            <w:tcMar>
              <w:top w:w="100" w:type="dxa"/>
              <w:left w:w="110" w:type="dxa"/>
              <w:bottom w:w="100" w:type="dxa"/>
              <w:right w:w="110" w:type="dxa"/>
            </w:tcMar>
            <w:vAlign w:val="center"/>
          </w:tcPr>
          <w:p w14:paraId="2C3D0DBA" w14:textId="77777777" w:rsidR="006A55BC" w:rsidRDefault="00000000">
            <w:pPr>
              <w:spacing w:after="20" w:line="240" w:lineRule="auto"/>
            </w:pPr>
            <w:r>
              <w:rPr>
                <w:sz w:val="17"/>
              </w:rPr>
              <w:t>Immediate escalation; consider stopping, restricting or redesigning the activity until exposure is controlled.</w:t>
            </w:r>
          </w:p>
        </w:tc>
      </w:tr>
    </w:tbl>
    <w:p w14:paraId="02D81AFF" w14:textId="77777777" w:rsidR="006A55BC" w:rsidRDefault="006A55BC">
      <w:pPr>
        <w:spacing w:after="20"/>
      </w:pPr>
    </w:p>
    <w:p w14:paraId="3790640E" w14:textId="77777777" w:rsidR="006A55BC" w:rsidRDefault="00000000">
      <w:r>
        <w:t>The organisation should approve its own thresholds and response rules. If local policy differs, replace the bands above and document the rationale.</w:t>
      </w:r>
    </w:p>
    <w:p w14:paraId="395B4880" w14:textId="77777777" w:rsidR="006A55BC" w:rsidRDefault="00000000">
      <w:pPr>
        <w:pStyle w:val="Heading2"/>
      </w:pPr>
      <w:r>
        <w:t>4.4 Control Assessment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512"/>
        <w:gridCol w:w="4248"/>
        <w:gridCol w:w="4176"/>
      </w:tblGrid>
      <w:tr w:rsidR="006A55BC" w14:paraId="393B4A0E" w14:textId="77777777">
        <w:trPr>
          <w:cantSplit/>
          <w:tblHeader/>
          <w:jc w:val="center"/>
        </w:trPr>
        <w:tc>
          <w:tcPr>
            <w:tcW w:w="1512" w:type="dxa"/>
            <w:shd w:val="clear" w:color="auto" w:fill="17365D"/>
            <w:tcMar>
              <w:top w:w="100" w:type="dxa"/>
              <w:left w:w="110" w:type="dxa"/>
              <w:bottom w:w="100" w:type="dxa"/>
              <w:right w:w="110" w:type="dxa"/>
            </w:tcMar>
            <w:vAlign w:val="center"/>
          </w:tcPr>
          <w:p w14:paraId="7DF9380E" w14:textId="77777777" w:rsidR="006A55BC" w:rsidRDefault="00000000">
            <w:r>
              <w:rPr>
                <w:b/>
                <w:color w:val="FFFFFF"/>
                <w:sz w:val="16"/>
              </w:rPr>
              <w:t>Rating</w:t>
            </w:r>
          </w:p>
        </w:tc>
        <w:tc>
          <w:tcPr>
            <w:tcW w:w="4248" w:type="dxa"/>
            <w:shd w:val="clear" w:color="auto" w:fill="17365D"/>
            <w:tcMar>
              <w:top w:w="100" w:type="dxa"/>
              <w:left w:w="110" w:type="dxa"/>
              <w:bottom w:w="100" w:type="dxa"/>
              <w:right w:w="110" w:type="dxa"/>
            </w:tcMar>
            <w:vAlign w:val="center"/>
          </w:tcPr>
          <w:p w14:paraId="5CE85DF5" w14:textId="77777777" w:rsidR="006A55BC" w:rsidRDefault="00000000">
            <w:r>
              <w:rPr>
                <w:b/>
                <w:color w:val="FFFFFF"/>
                <w:sz w:val="16"/>
              </w:rPr>
              <w:t>Design adequacy</w:t>
            </w:r>
          </w:p>
        </w:tc>
        <w:tc>
          <w:tcPr>
            <w:tcW w:w="4176" w:type="dxa"/>
            <w:shd w:val="clear" w:color="auto" w:fill="17365D"/>
            <w:tcMar>
              <w:top w:w="100" w:type="dxa"/>
              <w:left w:w="110" w:type="dxa"/>
              <w:bottom w:w="100" w:type="dxa"/>
              <w:right w:w="110" w:type="dxa"/>
            </w:tcMar>
            <w:vAlign w:val="center"/>
          </w:tcPr>
          <w:p w14:paraId="596956FF" w14:textId="77777777" w:rsidR="006A55BC" w:rsidRDefault="00000000">
            <w:r>
              <w:rPr>
                <w:b/>
                <w:color w:val="FFFFFF"/>
                <w:sz w:val="16"/>
              </w:rPr>
              <w:t>Operating effectiveness</w:t>
            </w:r>
          </w:p>
        </w:tc>
      </w:tr>
      <w:tr w:rsidR="006A55BC" w14:paraId="2B80D388" w14:textId="77777777">
        <w:trPr>
          <w:cantSplit/>
          <w:jc w:val="center"/>
        </w:trPr>
        <w:tc>
          <w:tcPr>
            <w:tcW w:w="1512" w:type="dxa"/>
            <w:tcMar>
              <w:top w:w="100" w:type="dxa"/>
              <w:left w:w="110" w:type="dxa"/>
              <w:bottom w:w="100" w:type="dxa"/>
              <w:right w:w="110" w:type="dxa"/>
            </w:tcMar>
            <w:vAlign w:val="center"/>
          </w:tcPr>
          <w:p w14:paraId="3294D7A0" w14:textId="77777777" w:rsidR="006A55BC" w:rsidRDefault="00000000">
            <w:pPr>
              <w:spacing w:after="20" w:line="240" w:lineRule="auto"/>
            </w:pPr>
            <w:r>
              <w:rPr>
                <w:sz w:val="16"/>
              </w:rPr>
              <w:t>Effective</w:t>
            </w:r>
          </w:p>
        </w:tc>
        <w:tc>
          <w:tcPr>
            <w:tcW w:w="4248" w:type="dxa"/>
            <w:tcMar>
              <w:top w:w="100" w:type="dxa"/>
              <w:left w:w="110" w:type="dxa"/>
              <w:bottom w:w="100" w:type="dxa"/>
              <w:right w:w="110" w:type="dxa"/>
            </w:tcMar>
            <w:vAlign w:val="center"/>
          </w:tcPr>
          <w:p w14:paraId="1320D51E" w14:textId="77777777" w:rsidR="006A55BC" w:rsidRDefault="00000000">
            <w:pPr>
              <w:spacing w:after="20" w:line="240" w:lineRule="auto"/>
            </w:pPr>
            <w:r>
              <w:rPr>
                <w:sz w:val="16"/>
              </w:rPr>
              <w:t>The control directly addresses the cause or event and is appropriately assigned, timed and evidenced.</w:t>
            </w:r>
          </w:p>
        </w:tc>
        <w:tc>
          <w:tcPr>
            <w:tcW w:w="4176" w:type="dxa"/>
            <w:tcMar>
              <w:top w:w="100" w:type="dxa"/>
              <w:left w:w="110" w:type="dxa"/>
              <w:bottom w:w="100" w:type="dxa"/>
              <w:right w:w="110" w:type="dxa"/>
            </w:tcMar>
            <w:vAlign w:val="center"/>
          </w:tcPr>
          <w:p w14:paraId="6D9C9804" w14:textId="77777777" w:rsidR="006A55BC" w:rsidRDefault="00000000">
            <w:pPr>
              <w:spacing w:after="20" w:line="240" w:lineRule="auto"/>
            </w:pPr>
            <w:r>
              <w:rPr>
                <w:sz w:val="16"/>
              </w:rPr>
              <w:t>The control operates consistently, exceptions are resolved, and testing supports reliance.</w:t>
            </w:r>
          </w:p>
        </w:tc>
      </w:tr>
      <w:tr w:rsidR="006A55BC" w14:paraId="678F1914" w14:textId="77777777">
        <w:trPr>
          <w:cantSplit/>
          <w:jc w:val="center"/>
        </w:trPr>
        <w:tc>
          <w:tcPr>
            <w:tcW w:w="1512" w:type="dxa"/>
            <w:shd w:val="clear" w:color="auto" w:fill="F4F7FA"/>
            <w:tcMar>
              <w:top w:w="100" w:type="dxa"/>
              <w:left w:w="110" w:type="dxa"/>
              <w:bottom w:w="100" w:type="dxa"/>
              <w:right w:w="110" w:type="dxa"/>
            </w:tcMar>
            <w:vAlign w:val="center"/>
          </w:tcPr>
          <w:p w14:paraId="083FC879" w14:textId="77777777" w:rsidR="006A55BC" w:rsidRDefault="00000000">
            <w:pPr>
              <w:spacing w:after="20" w:line="240" w:lineRule="auto"/>
            </w:pPr>
            <w:r>
              <w:rPr>
                <w:sz w:val="16"/>
              </w:rPr>
              <w:t>Partially effective</w:t>
            </w:r>
          </w:p>
        </w:tc>
        <w:tc>
          <w:tcPr>
            <w:tcW w:w="4248" w:type="dxa"/>
            <w:shd w:val="clear" w:color="auto" w:fill="F4F7FA"/>
            <w:tcMar>
              <w:top w:w="100" w:type="dxa"/>
              <w:left w:w="110" w:type="dxa"/>
              <w:bottom w:w="100" w:type="dxa"/>
              <w:right w:w="110" w:type="dxa"/>
            </w:tcMar>
            <w:vAlign w:val="center"/>
          </w:tcPr>
          <w:p w14:paraId="11FA890D" w14:textId="77777777" w:rsidR="006A55BC" w:rsidRDefault="00000000">
            <w:pPr>
              <w:spacing w:after="20" w:line="240" w:lineRule="auto"/>
            </w:pPr>
            <w:r>
              <w:rPr>
                <w:sz w:val="16"/>
              </w:rPr>
              <w:t>The control addresses part of the risk but has coverage, design, authority or documentation gaps.</w:t>
            </w:r>
          </w:p>
        </w:tc>
        <w:tc>
          <w:tcPr>
            <w:tcW w:w="4176" w:type="dxa"/>
            <w:shd w:val="clear" w:color="auto" w:fill="F4F7FA"/>
            <w:tcMar>
              <w:top w:w="100" w:type="dxa"/>
              <w:left w:w="110" w:type="dxa"/>
              <w:bottom w:w="100" w:type="dxa"/>
              <w:right w:w="110" w:type="dxa"/>
            </w:tcMar>
            <w:vAlign w:val="center"/>
          </w:tcPr>
          <w:p w14:paraId="536868F3" w14:textId="77777777" w:rsidR="006A55BC" w:rsidRDefault="00000000">
            <w:pPr>
              <w:spacing w:after="20" w:line="240" w:lineRule="auto"/>
            </w:pPr>
            <w:r>
              <w:rPr>
                <w:sz w:val="16"/>
              </w:rPr>
              <w:t>The control operates inconsistently or testing identifies meaningful exceptions.</w:t>
            </w:r>
          </w:p>
        </w:tc>
      </w:tr>
      <w:tr w:rsidR="006A55BC" w14:paraId="17748FC5" w14:textId="77777777">
        <w:trPr>
          <w:cantSplit/>
          <w:jc w:val="center"/>
        </w:trPr>
        <w:tc>
          <w:tcPr>
            <w:tcW w:w="1512" w:type="dxa"/>
            <w:tcMar>
              <w:top w:w="100" w:type="dxa"/>
              <w:left w:w="110" w:type="dxa"/>
              <w:bottom w:w="100" w:type="dxa"/>
              <w:right w:w="110" w:type="dxa"/>
            </w:tcMar>
            <w:vAlign w:val="center"/>
          </w:tcPr>
          <w:p w14:paraId="77C1F632" w14:textId="77777777" w:rsidR="006A55BC" w:rsidRDefault="00000000">
            <w:pPr>
              <w:spacing w:after="20" w:line="240" w:lineRule="auto"/>
            </w:pPr>
            <w:r>
              <w:rPr>
                <w:sz w:val="16"/>
              </w:rPr>
              <w:t>Ineffective</w:t>
            </w:r>
          </w:p>
        </w:tc>
        <w:tc>
          <w:tcPr>
            <w:tcW w:w="4248" w:type="dxa"/>
            <w:tcMar>
              <w:top w:w="100" w:type="dxa"/>
              <w:left w:w="110" w:type="dxa"/>
              <w:bottom w:w="100" w:type="dxa"/>
              <w:right w:w="110" w:type="dxa"/>
            </w:tcMar>
            <w:vAlign w:val="center"/>
          </w:tcPr>
          <w:p w14:paraId="670EC583" w14:textId="77777777" w:rsidR="006A55BC" w:rsidRDefault="00000000">
            <w:pPr>
              <w:spacing w:after="20" w:line="240" w:lineRule="auto"/>
            </w:pPr>
            <w:r>
              <w:rPr>
                <w:sz w:val="16"/>
              </w:rPr>
              <w:t>The control does not adequately address the risk or is too easy to bypass.</w:t>
            </w:r>
          </w:p>
        </w:tc>
        <w:tc>
          <w:tcPr>
            <w:tcW w:w="4176" w:type="dxa"/>
            <w:tcMar>
              <w:top w:w="100" w:type="dxa"/>
              <w:left w:w="110" w:type="dxa"/>
              <w:bottom w:w="100" w:type="dxa"/>
              <w:right w:w="110" w:type="dxa"/>
            </w:tcMar>
            <w:vAlign w:val="center"/>
          </w:tcPr>
          <w:p w14:paraId="3CBC1B6A" w14:textId="77777777" w:rsidR="006A55BC" w:rsidRDefault="00000000">
            <w:pPr>
              <w:spacing w:after="20" w:line="240" w:lineRule="auto"/>
            </w:pPr>
            <w:r>
              <w:rPr>
                <w:sz w:val="16"/>
              </w:rPr>
              <w:t>The control does not operate, has failed repeatedly or has no reliable evidence.</w:t>
            </w:r>
          </w:p>
        </w:tc>
      </w:tr>
      <w:tr w:rsidR="006A55BC" w14:paraId="213C8422" w14:textId="77777777">
        <w:trPr>
          <w:cantSplit/>
          <w:jc w:val="center"/>
        </w:trPr>
        <w:tc>
          <w:tcPr>
            <w:tcW w:w="1512" w:type="dxa"/>
            <w:shd w:val="clear" w:color="auto" w:fill="F4F7FA"/>
            <w:tcMar>
              <w:top w:w="100" w:type="dxa"/>
              <w:left w:w="110" w:type="dxa"/>
              <w:bottom w:w="100" w:type="dxa"/>
              <w:right w:w="110" w:type="dxa"/>
            </w:tcMar>
            <w:vAlign w:val="center"/>
          </w:tcPr>
          <w:p w14:paraId="6DBC3F5F" w14:textId="77777777" w:rsidR="006A55BC" w:rsidRDefault="00000000">
            <w:pPr>
              <w:spacing w:after="20" w:line="240" w:lineRule="auto"/>
            </w:pPr>
            <w:r>
              <w:rPr>
                <w:sz w:val="16"/>
              </w:rPr>
              <w:t>Not tested</w:t>
            </w:r>
          </w:p>
        </w:tc>
        <w:tc>
          <w:tcPr>
            <w:tcW w:w="4248" w:type="dxa"/>
            <w:shd w:val="clear" w:color="auto" w:fill="F4F7FA"/>
            <w:tcMar>
              <w:top w:w="100" w:type="dxa"/>
              <w:left w:w="110" w:type="dxa"/>
              <w:bottom w:w="100" w:type="dxa"/>
              <w:right w:w="110" w:type="dxa"/>
            </w:tcMar>
            <w:vAlign w:val="center"/>
          </w:tcPr>
          <w:p w14:paraId="69D8124D" w14:textId="77777777" w:rsidR="006A55BC" w:rsidRDefault="00000000">
            <w:pPr>
              <w:spacing w:after="20" w:line="240" w:lineRule="auto"/>
            </w:pPr>
            <w:r>
              <w:rPr>
                <w:sz w:val="16"/>
              </w:rPr>
              <w:t>Design or operation has not been assessed.</w:t>
            </w:r>
          </w:p>
        </w:tc>
        <w:tc>
          <w:tcPr>
            <w:tcW w:w="4176" w:type="dxa"/>
            <w:shd w:val="clear" w:color="auto" w:fill="F4F7FA"/>
            <w:tcMar>
              <w:top w:w="100" w:type="dxa"/>
              <w:left w:w="110" w:type="dxa"/>
              <w:bottom w:w="100" w:type="dxa"/>
              <w:right w:w="110" w:type="dxa"/>
            </w:tcMar>
            <w:vAlign w:val="center"/>
          </w:tcPr>
          <w:p w14:paraId="2142F84E" w14:textId="77777777" w:rsidR="006A55BC" w:rsidRDefault="00000000">
            <w:pPr>
              <w:spacing w:after="20" w:line="240" w:lineRule="auto"/>
            </w:pPr>
            <w:r>
              <w:rPr>
                <w:sz w:val="16"/>
              </w:rPr>
              <w:t>No conclusion can be reached; treat uncertainty conservatively.</w:t>
            </w:r>
          </w:p>
        </w:tc>
      </w:tr>
    </w:tbl>
    <w:p w14:paraId="29A5BDE1" w14:textId="77777777" w:rsidR="006A55BC" w:rsidRDefault="006A55BC">
      <w:pPr>
        <w:spacing w:after="20"/>
      </w:pPr>
    </w:p>
    <w:p w14:paraId="56723D0D" w14:textId="77777777" w:rsidR="006A55BC" w:rsidRDefault="00000000">
      <w:pPr>
        <w:pStyle w:val="Heading2"/>
      </w:pPr>
      <w:r>
        <w:t>4.5 Residual Risk</w:t>
      </w:r>
    </w:p>
    <w:p w14:paraId="779CED2B" w14:textId="77777777" w:rsidR="006A55BC" w:rsidRDefault="00000000">
      <w:r>
        <w:t>Residual risk is the exposure remaining after considering controls that are both relevant and supported by evidence. Re-score likelihood and impact; do not mechanically subtract a control score. Record the reasoning, evidence and any uncertainty.</w:t>
      </w:r>
    </w:p>
    <w:p w14:paraId="5A437578" w14:textId="77777777" w:rsidR="006A55BC" w:rsidRDefault="00000000">
      <w:pPr>
        <w:pStyle w:val="Heading2"/>
      </w:pPr>
      <w:r>
        <w:t>4.6 Risk Acceptance Decision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728"/>
        <w:gridCol w:w="4968"/>
        <w:gridCol w:w="3240"/>
      </w:tblGrid>
      <w:tr w:rsidR="006A55BC" w14:paraId="2FBC6634" w14:textId="77777777">
        <w:trPr>
          <w:cantSplit/>
          <w:tblHeader/>
          <w:jc w:val="center"/>
        </w:trPr>
        <w:tc>
          <w:tcPr>
            <w:tcW w:w="1728" w:type="dxa"/>
            <w:shd w:val="clear" w:color="auto" w:fill="17365D"/>
            <w:tcMar>
              <w:top w:w="100" w:type="dxa"/>
              <w:left w:w="110" w:type="dxa"/>
              <w:bottom w:w="100" w:type="dxa"/>
              <w:right w:w="110" w:type="dxa"/>
            </w:tcMar>
            <w:vAlign w:val="center"/>
          </w:tcPr>
          <w:p w14:paraId="68FE5754" w14:textId="77777777" w:rsidR="006A55BC" w:rsidRDefault="00000000">
            <w:r>
              <w:rPr>
                <w:b/>
                <w:color w:val="FFFFFF"/>
                <w:sz w:val="16"/>
              </w:rPr>
              <w:t>Decision</w:t>
            </w:r>
          </w:p>
        </w:tc>
        <w:tc>
          <w:tcPr>
            <w:tcW w:w="4968" w:type="dxa"/>
            <w:shd w:val="clear" w:color="auto" w:fill="17365D"/>
            <w:tcMar>
              <w:top w:w="100" w:type="dxa"/>
              <w:left w:w="110" w:type="dxa"/>
              <w:bottom w:w="100" w:type="dxa"/>
              <w:right w:w="110" w:type="dxa"/>
            </w:tcMar>
            <w:vAlign w:val="center"/>
          </w:tcPr>
          <w:p w14:paraId="00693073" w14:textId="77777777" w:rsidR="006A55BC" w:rsidRDefault="00000000">
            <w:r>
              <w:rPr>
                <w:b/>
                <w:color w:val="FFFFFF"/>
                <w:sz w:val="16"/>
              </w:rPr>
              <w:t>Use when</w:t>
            </w:r>
          </w:p>
        </w:tc>
        <w:tc>
          <w:tcPr>
            <w:tcW w:w="3240" w:type="dxa"/>
            <w:shd w:val="clear" w:color="auto" w:fill="17365D"/>
            <w:tcMar>
              <w:top w:w="100" w:type="dxa"/>
              <w:left w:w="110" w:type="dxa"/>
              <w:bottom w:w="100" w:type="dxa"/>
              <w:right w:w="110" w:type="dxa"/>
            </w:tcMar>
            <w:vAlign w:val="center"/>
          </w:tcPr>
          <w:p w14:paraId="5E7453B6" w14:textId="77777777" w:rsidR="006A55BC" w:rsidRDefault="00000000">
            <w:r>
              <w:rPr>
                <w:b/>
                <w:color w:val="FFFFFF"/>
                <w:sz w:val="16"/>
              </w:rPr>
              <w:t>Required record</w:t>
            </w:r>
          </w:p>
        </w:tc>
      </w:tr>
      <w:tr w:rsidR="006A55BC" w14:paraId="6FF1C784" w14:textId="77777777">
        <w:trPr>
          <w:cantSplit/>
          <w:jc w:val="center"/>
        </w:trPr>
        <w:tc>
          <w:tcPr>
            <w:tcW w:w="1728" w:type="dxa"/>
            <w:tcMar>
              <w:top w:w="100" w:type="dxa"/>
              <w:left w:w="110" w:type="dxa"/>
              <w:bottom w:w="100" w:type="dxa"/>
              <w:right w:w="110" w:type="dxa"/>
            </w:tcMar>
            <w:vAlign w:val="center"/>
          </w:tcPr>
          <w:p w14:paraId="69A9AF22" w14:textId="77777777" w:rsidR="006A55BC" w:rsidRDefault="00000000">
            <w:pPr>
              <w:spacing w:after="20" w:line="240" w:lineRule="auto"/>
            </w:pPr>
            <w:r>
              <w:rPr>
                <w:sz w:val="16"/>
              </w:rPr>
              <w:lastRenderedPageBreak/>
              <w:t>Accept</w:t>
            </w:r>
          </w:p>
        </w:tc>
        <w:tc>
          <w:tcPr>
            <w:tcW w:w="4968" w:type="dxa"/>
            <w:tcMar>
              <w:top w:w="100" w:type="dxa"/>
              <w:left w:w="110" w:type="dxa"/>
              <w:bottom w:w="100" w:type="dxa"/>
              <w:right w:w="110" w:type="dxa"/>
            </w:tcMar>
            <w:vAlign w:val="center"/>
          </w:tcPr>
          <w:p w14:paraId="2DB087D1" w14:textId="77777777" w:rsidR="006A55BC" w:rsidRDefault="00000000">
            <w:pPr>
              <w:spacing w:after="20" w:line="240" w:lineRule="auto"/>
            </w:pPr>
            <w:r>
              <w:rPr>
                <w:sz w:val="16"/>
              </w:rPr>
              <w:t>Residual exposure is within approved appetite and controls remain sustainable.</w:t>
            </w:r>
          </w:p>
        </w:tc>
        <w:tc>
          <w:tcPr>
            <w:tcW w:w="3240" w:type="dxa"/>
            <w:tcMar>
              <w:top w:w="100" w:type="dxa"/>
              <w:left w:w="110" w:type="dxa"/>
              <w:bottom w:w="100" w:type="dxa"/>
              <w:right w:w="110" w:type="dxa"/>
            </w:tcMar>
            <w:vAlign w:val="center"/>
          </w:tcPr>
          <w:p w14:paraId="685715F2" w14:textId="77777777" w:rsidR="006A55BC" w:rsidRDefault="00000000">
            <w:pPr>
              <w:spacing w:after="20" w:line="240" w:lineRule="auto"/>
            </w:pPr>
            <w:r>
              <w:rPr>
                <w:sz w:val="16"/>
              </w:rPr>
              <w:t>Approver, rationale, review date and monitoring requirement.</w:t>
            </w:r>
          </w:p>
        </w:tc>
      </w:tr>
      <w:tr w:rsidR="006A55BC" w14:paraId="0ED98955" w14:textId="77777777">
        <w:trPr>
          <w:cantSplit/>
          <w:jc w:val="center"/>
        </w:trPr>
        <w:tc>
          <w:tcPr>
            <w:tcW w:w="1728" w:type="dxa"/>
            <w:shd w:val="clear" w:color="auto" w:fill="F4F7FA"/>
            <w:tcMar>
              <w:top w:w="100" w:type="dxa"/>
              <w:left w:w="110" w:type="dxa"/>
              <w:bottom w:w="100" w:type="dxa"/>
              <w:right w:w="110" w:type="dxa"/>
            </w:tcMar>
            <w:vAlign w:val="center"/>
          </w:tcPr>
          <w:p w14:paraId="298014A8" w14:textId="77777777" w:rsidR="006A55BC" w:rsidRDefault="00000000">
            <w:pPr>
              <w:spacing w:after="20" w:line="240" w:lineRule="auto"/>
            </w:pPr>
            <w:r>
              <w:rPr>
                <w:sz w:val="16"/>
              </w:rPr>
              <w:t>Treat</w:t>
            </w:r>
          </w:p>
        </w:tc>
        <w:tc>
          <w:tcPr>
            <w:tcW w:w="4968" w:type="dxa"/>
            <w:shd w:val="clear" w:color="auto" w:fill="F4F7FA"/>
            <w:tcMar>
              <w:top w:w="100" w:type="dxa"/>
              <w:left w:w="110" w:type="dxa"/>
              <w:bottom w:w="100" w:type="dxa"/>
              <w:right w:w="110" w:type="dxa"/>
            </w:tcMar>
            <w:vAlign w:val="center"/>
          </w:tcPr>
          <w:p w14:paraId="31A534B1" w14:textId="77777777" w:rsidR="006A55BC" w:rsidRDefault="00000000">
            <w:pPr>
              <w:spacing w:after="20" w:line="240" w:lineRule="auto"/>
            </w:pPr>
            <w:r>
              <w:rPr>
                <w:sz w:val="16"/>
              </w:rPr>
              <w:t>Additional controls can reduce likelihood or impact at proportionate cost.</w:t>
            </w:r>
          </w:p>
        </w:tc>
        <w:tc>
          <w:tcPr>
            <w:tcW w:w="3240" w:type="dxa"/>
            <w:shd w:val="clear" w:color="auto" w:fill="F4F7FA"/>
            <w:tcMar>
              <w:top w:w="100" w:type="dxa"/>
              <w:left w:w="110" w:type="dxa"/>
              <w:bottom w:w="100" w:type="dxa"/>
              <w:right w:w="110" w:type="dxa"/>
            </w:tcMar>
            <w:vAlign w:val="center"/>
          </w:tcPr>
          <w:p w14:paraId="29E344F7" w14:textId="77777777" w:rsidR="006A55BC" w:rsidRDefault="00000000">
            <w:pPr>
              <w:spacing w:after="20" w:line="240" w:lineRule="auto"/>
            </w:pPr>
            <w:r>
              <w:rPr>
                <w:sz w:val="16"/>
              </w:rPr>
              <w:t>Actions, owner, resources, target date and measure.</w:t>
            </w:r>
          </w:p>
        </w:tc>
      </w:tr>
      <w:tr w:rsidR="006A55BC" w14:paraId="1BA95A4E" w14:textId="77777777">
        <w:trPr>
          <w:cantSplit/>
          <w:jc w:val="center"/>
        </w:trPr>
        <w:tc>
          <w:tcPr>
            <w:tcW w:w="1728" w:type="dxa"/>
            <w:tcMar>
              <w:top w:w="100" w:type="dxa"/>
              <w:left w:w="110" w:type="dxa"/>
              <w:bottom w:w="100" w:type="dxa"/>
              <w:right w:w="110" w:type="dxa"/>
            </w:tcMar>
            <w:vAlign w:val="center"/>
          </w:tcPr>
          <w:p w14:paraId="4A762DF0" w14:textId="77777777" w:rsidR="006A55BC" w:rsidRDefault="00000000">
            <w:pPr>
              <w:spacing w:after="20" w:line="240" w:lineRule="auto"/>
            </w:pPr>
            <w:r>
              <w:rPr>
                <w:sz w:val="16"/>
              </w:rPr>
              <w:t>Avoid</w:t>
            </w:r>
          </w:p>
        </w:tc>
        <w:tc>
          <w:tcPr>
            <w:tcW w:w="4968" w:type="dxa"/>
            <w:tcMar>
              <w:top w:w="100" w:type="dxa"/>
              <w:left w:w="110" w:type="dxa"/>
              <w:bottom w:w="100" w:type="dxa"/>
              <w:right w:w="110" w:type="dxa"/>
            </w:tcMar>
            <w:vAlign w:val="center"/>
          </w:tcPr>
          <w:p w14:paraId="32CD2289" w14:textId="77777777" w:rsidR="006A55BC" w:rsidRDefault="00000000">
            <w:pPr>
              <w:spacing w:after="20" w:line="240" w:lineRule="auto"/>
            </w:pPr>
            <w:r>
              <w:rPr>
                <w:sz w:val="16"/>
              </w:rPr>
              <w:t>Exposure cannot be reduced to an acceptable level or conflicts with law or values.</w:t>
            </w:r>
          </w:p>
        </w:tc>
        <w:tc>
          <w:tcPr>
            <w:tcW w:w="3240" w:type="dxa"/>
            <w:tcMar>
              <w:top w:w="100" w:type="dxa"/>
              <w:left w:w="110" w:type="dxa"/>
              <w:bottom w:w="100" w:type="dxa"/>
              <w:right w:w="110" w:type="dxa"/>
            </w:tcMar>
            <w:vAlign w:val="center"/>
          </w:tcPr>
          <w:p w14:paraId="02B2AD27" w14:textId="77777777" w:rsidR="006A55BC" w:rsidRDefault="00000000">
            <w:pPr>
              <w:spacing w:after="20" w:line="240" w:lineRule="auto"/>
            </w:pPr>
            <w:r>
              <w:rPr>
                <w:sz w:val="16"/>
              </w:rPr>
              <w:t>Decision to stop, exit or prohibit the activity.</w:t>
            </w:r>
          </w:p>
        </w:tc>
      </w:tr>
      <w:tr w:rsidR="006A55BC" w14:paraId="67FABFFD" w14:textId="77777777">
        <w:trPr>
          <w:cantSplit/>
          <w:jc w:val="center"/>
        </w:trPr>
        <w:tc>
          <w:tcPr>
            <w:tcW w:w="1728" w:type="dxa"/>
            <w:shd w:val="clear" w:color="auto" w:fill="F4F7FA"/>
            <w:tcMar>
              <w:top w:w="100" w:type="dxa"/>
              <w:left w:w="110" w:type="dxa"/>
              <w:bottom w:w="100" w:type="dxa"/>
              <w:right w:w="110" w:type="dxa"/>
            </w:tcMar>
            <w:vAlign w:val="center"/>
          </w:tcPr>
          <w:p w14:paraId="4AFA3176" w14:textId="77777777" w:rsidR="006A55BC" w:rsidRDefault="00000000">
            <w:pPr>
              <w:spacing w:after="20" w:line="240" w:lineRule="auto"/>
            </w:pPr>
            <w:r>
              <w:rPr>
                <w:sz w:val="16"/>
              </w:rPr>
              <w:t>Transfer or share</w:t>
            </w:r>
          </w:p>
        </w:tc>
        <w:tc>
          <w:tcPr>
            <w:tcW w:w="4968" w:type="dxa"/>
            <w:shd w:val="clear" w:color="auto" w:fill="F4F7FA"/>
            <w:tcMar>
              <w:top w:w="100" w:type="dxa"/>
              <w:left w:w="110" w:type="dxa"/>
              <w:bottom w:w="100" w:type="dxa"/>
              <w:right w:w="110" w:type="dxa"/>
            </w:tcMar>
            <w:vAlign w:val="center"/>
          </w:tcPr>
          <w:p w14:paraId="7B486583" w14:textId="77777777" w:rsidR="006A55BC" w:rsidRDefault="00000000">
            <w:pPr>
              <w:spacing w:after="20" w:line="240" w:lineRule="auto"/>
            </w:pPr>
            <w:r>
              <w:rPr>
                <w:sz w:val="16"/>
              </w:rPr>
              <w:t>A legitimate contractual or insurance mechanism can share financial consequences.</w:t>
            </w:r>
          </w:p>
        </w:tc>
        <w:tc>
          <w:tcPr>
            <w:tcW w:w="3240" w:type="dxa"/>
            <w:shd w:val="clear" w:color="auto" w:fill="F4F7FA"/>
            <w:tcMar>
              <w:top w:w="100" w:type="dxa"/>
              <w:left w:w="110" w:type="dxa"/>
              <w:bottom w:w="100" w:type="dxa"/>
              <w:right w:w="110" w:type="dxa"/>
            </w:tcMar>
            <w:vAlign w:val="center"/>
          </w:tcPr>
          <w:p w14:paraId="236B5724" w14:textId="77777777" w:rsidR="006A55BC" w:rsidRDefault="00000000">
            <w:pPr>
              <w:spacing w:after="20" w:line="240" w:lineRule="auto"/>
            </w:pPr>
            <w:r>
              <w:rPr>
                <w:sz w:val="16"/>
              </w:rPr>
              <w:t>Contract terms and confirmation that accountability remains with the organisation.</w:t>
            </w:r>
          </w:p>
        </w:tc>
      </w:tr>
      <w:tr w:rsidR="006A55BC" w14:paraId="374AAEE2" w14:textId="77777777">
        <w:trPr>
          <w:cantSplit/>
          <w:jc w:val="center"/>
        </w:trPr>
        <w:tc>
          <w:tcPr>
            <w:tcW w:w="1728" w:type="dxa"/>
            <w:tcMar>
              <w:top w:w="100" w:type="dxa"/>
              <w:left w:w="110" w:type="dxa"/>
              <w:bottom w:w="100" w:type="dxa"/>
              <w:right w:w="110" w:type="dxa"/>
            </w:tcMar>
            <w:vAlign w:val="center"/>
          </w:tcPr>
          <w:p w14:paraId="19A44ACB" w14:textId="77777777" w:rsidR="006A55BC" w:rsidRDefault="00000000">
            <w:pPr>
              <w:spacing w:after="20" w:line="240" w:lineRule="auto"/>
            </w:pPr>
            <w:r>
              <w:rPr>
                <w:sz w:val="16"/>
              </w:rPr>
              <w:t>Escalate</w:t>
            </w:r>
          </w:p>
        </w:tc>
        <w:tc>
          <w:tcPr>
            <w:tcW w:w="4968" w:type="dxa"/>
            <w:tcMar>
              <w:top w:w="100" w:type="dxa"/>
              <w:left w:w="110" w:type="dxa"/>
              <w:bottom w:w="100" w:type="dxa"/>
              <w:right w:w="110" w:type="dxa"/>
            </w:tcMar>
            <w:vAlign w:val="center"/>
          </w:tcPr>
          <w:p w14:paraId="4ED60737" w14:textId="77777777" w:rsidR="006A55BC" w:rsidRDefault="00000000">
            <w:pPr>
              <w:spacing w:after="20" w:line="240" w:lineRule="auto"/>
            </w:pPr>
            <w:r>
              <w:rPr>
                <w:sz w:val="16"/>
              </w:rPr>
              <w:t>Authority, information or resources are insufficient for a decision.</w:t>
            </w:r>
          </w:p>
        </w:tc>
        <w:tc>
          <w:tcPr>
            <w:tcW w:w="3240" w:type="dxa"/>
            <w:tcMar>
              <w:top w:w="100" w:type="dxa"/>
              <w:left w:w="110" w:type="dxa"/>
              <w:bottom w:w="100" w:type="dxa"/>
              <w:right w:w="110" w:type="dxa"/>
            </w:tcMar>
            <w:vAlign w:val="center"/>
          </w:tcPr>
          <w:p w14:paraId="03DFAF09" w14:textId="77777777" w:rsidR="006A55BC" w:rsidRDefault="00000000">
            <w:pPr>
              <w:spacing w:after="20" w:line="240" w:lineRule="auto"/>
            </w:pPr>
            <w:r>
              <w:rPr>
                <w:sz w:val="16"/>
              </w:rPr>
              <w:t>Escalation path, interim safeguards and decision deadline.</w:t>
            </w:r>
          </w:p>
        </w:tc>
      </w:tr>
    </w:tbl>
    <w:p w14:paraId="4723D9EF" w14:textId="77777777" w:rsidR="006A55BC" w:rsidRDefault="006A55BC">
      <w:pPr>
        <w:spacing w:after="20"/>
      </w:pPr>
    </w:p>
    <w:p w14:paraId="456C8AC1" w14:textId="77777777" w:rsidR="006A55BC" w:rsidRDefault="00000000">
      <w:r>
        <w:br w:type="page"/>
      </w:r>
    </w:p>
    <w:p w14:paraId="7013DB49" w14:textId="77777777" w:rsidR="006A55BC" w:rsidRDefault="00000000">
      <w:pPr>
        <w:pStyle w:val="Heading1"/>
      </w:pPr>
      <w:r>
        <w:lastRenderedPageBreak/>
        <w:t>Section 5 Corruption Risk Universe</w:t>
      </w:r>
    </w:p>
    <w:p w14:paraId="44D0832B" w14:textId="77777777" w:rsidR="006A55BC" w:rsidRDefault="00000000">
      <w:r>
        <w:t>Use this catalogue as a prompt. Add sector-specific risks and delete items that are genuinely irrelevant, recording the reason. Each selected item should be converted into one or more organisation-specific scenarios.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32"/>
        <w:gridCol w:w="5256"/>
        <w:gridCol w:w="1224"/>
        <w:gridCol w:w="1224"/>
      </w:tblGrid>
      <w:tr w:rsidR="006A55BC" w14:paraId="01ECEC58" w14:textId="77777777">
        <w:trPr>
          <w:cantSplit/>
          <w:tblHeader/>
          <w:jc w:val="center"/>
        </w:trPr>
        <w:tc>
          <w:tcPr>
            <w:tcW w:w="2232" w:type="dxa"/>
            <w:shd w:val="clear" w:color="auto" w:fill="17365D"/>
            <w:tcMar>
              <w:top w:w="100" w:type="dxa"/>
              <w:left w:w="110" w:type="dxa"/>
              <w:bottom w:w="100" w:type="dxa"/>
              <w:right w:w="110" w:type="dxa"/>
            </w:tcMar>
            <w:vAlign w:val="center"/>
          </w:tcPr>
          <w:p w14:paraId="0E44E802" w14:textId="77777777" w:rsidR="006A55BC" w:rsidRDefault="00000000">
            <w:r>
              <w:rPr>
                <w:b/>
                <w:color w:val="FFFFFF"/>
                <w:sz w:val="14"/>
              </w:rPr>
              <w:t>Risk domain</w:t>
            </w:r>
          </w:p>
        </w:tc>
        <w:tc>
          <w:tcPr>
            <w:tcW w:w="5256" w:type="dxa"/>
            <w:shd w:val="clear" w:color="auto" w:fill="17365D"/>
            <w:tcMar>
              <w:top w:w="100" w:type="dxa"/>
              <w:left w:w="110" w:type="dxa"/>
              <w:bottom w:w="100" w:type="dxa"/>
              <w:right w:w="110" w:type="dxa"/>
            </w:tcMar>
            <w:vAlign w:val="center"/>
          </w:tcPr>
          <w:p w14:paraId="048550F9" w14:textId="77777777" w:rsidR="006A55BC" w:rsidRDefault="00000000">
            <w:r>
              <w:rPr>
                <w:b/>
                <w:color w:val="FFFFFF"/>
                <w:sz w:val="14"/>
              </w:rPr>
              <w:t>Illustrative schemes and vulnerabilities</w:t>
            </w:r>
          </w:p>
        </w:tc>
        <w:tc>
          <w:tcPr>
            <w:tcW w:w="1224" w:type="dxa"/>
            <w:shd w:val="clear" w:color="auto" w:fill="17365D"/>
            <w:tcMar>
              <w:top w:w="100" w:type="dxa"/>
              <w:left w:w="110" w:type="dxa"/>
              <w:bottom w:w="100" w:type="dxa"/>
              <w:right w:w="110" w:type="dxa"/>
            </w:tcMar>
            <w:vAlign w:val="center"/>
          </w:tcPr>
          <w:p w14:paraId="0980156F" w14:textId="77777777" w:rsidR="006A55BC" w:rsidRDefault="00000000">
            <w:r>
              <w:rPr>
                <w:b/>
                <w:color w:val="FFFFFF"/>
                <w:sz w:val="14"/>
              </w:rPr>
              <w:t>Applicable</w:t>
            </w:r>
          </w:p>
        </w:tc>
        <w:tc>
          <w:tcPr>
            <w:tcW w:w="1224" w:type="dxa"/>
            <w:shd w:val="clear" w:color="auto" w:fill="17365D"/>
            <w:tcMar>
              <w:top w:w="100" w:type="dxa"/>
              <w:left w:w="110" w:type="dxa"/>
              <w:bottom w:w="100" w:type="dxa"/>
              <w:right w:w="110" w:type="dxa"/>
            </w:tcMar>
            <w:vAlign w:val="center"/>
          </w:tcPr>
          <w:p w14:paraId="11C306EA" w14:textId="77777777" w:rsidR="006A55BC" w:rsidRDefault="00000000">
            <w:r>
              <w:rPr>
                <w:b/>
                <w:color w:val="FFFFFF"/>
                <w:sz w:val="14"/>
              </w:rPr>
              <w:t>Notes or scenario reference</w:t>
            </w:r>
          </w:p>
        </w:tc>
      </w:tr>
      <w:tr w:rsidR="006A55BC" w14:paraId="01C30FE9" w14:textId="77777777">
        <w:trPr>
          <w:cantSplit/>
          <w:jc w:val="center"/>
        </w:trPr>
        <w:tc>
          <w:tcPr>
            <w:tcW w:w="2232" w:type="dxa"/>
            <w:tcMar>
              <w:top w:w="100" w:type="dxa"/>
              <w:left w:w="110" w:type="dxa"/>
              <w:bottom w:w="100" w:type="dxa"/>
              <w:right w:w="110" w:type="dxa"/>
            </w:tcMar>
            <w:vAlign w:val="center"/>
          </w:tcPr>
          <w:p w14:paraId="79339B52" w14:textId="77777777" w:rsidR="006A55BC" w:rsidRDefault="00000000">
            <w:pPr>
              <w:spacing w:after="20" w:line="240" w:lineRule="auto"/>
            </w:pPr>
            <w:r>
              <w:rPr>
                <w:sz w:val="14"/>
              </w:rPr>
              <w:t>Governance and leadership</w:t>
            </w:r>
          </w:p>
        </w:tc>
        <w:tc>
          <w:tcPr>
            <w:tcW w:w="5256" w:type="dxa"/>
            <w:tcMar>
              <w:top w:w="100" w:type="dxa"/>
              <w:left w:w="110" w:type="dxa"/>
              <w:bottom w:w="100" w:type="dxa"/>
              <w:right w:w="110" w:type="dxa"/>
            </w:tcMar>
            <w:vAlign w:val="center"/>
          </w:tcPr>
          <w:p w14:paraId="4BDA9133" w14:textId="77777777" w:rsidR="006A55BC" w:rsidRDefault="00000000">
            <w:pPr>
              <w:spacing w:after="20" w:line="240" w:lineRule="auto"/>
            </w:pPr>
            <w:r>
              <w:rPr>
                <w:sz w:val="14"/>
              </w:rPr>
              <w:t>Management override; concealed conflicts; interference with investigations; manipulated reporting; tolerance of high performers.</w:t>
            </w:r>
          </w:p>
        </w:tc>
        <w:tc>
          <w:tcPr>
            <w:tcW w:w="1224" w:type="dxa"/>
            <w:tcMar>
              <w:top w:w="100" w:type="dxa"/>
              <w:left w:w="110" w:type="dxa"/>
              <w:bottom w:w="100" w:type="dxa"/>
              <w:right w:w="110" w:type="dxa"/>
            </w:tcMar>
            <w:vAlign w:val="center"/>
          </w:tcPr>
          <w:p w14:paraId="1B013E67" w14:textId="77777777" w:rsidR="006A55BC" w:rsidRDefault="00000000">
            <w:pPr>
              <w:spacing w:after="20" w:line="240" w:lineRule="auto"/>
            </w:pPr>
            <w:r>
              <w:rPr>
                <w:sz w:val="14"/>
              </w:rPr>
              <w:t>☐ Yes  ☐ No</w:t>
            </w:r>
          </w:p>
        </w:tc>
        <w:tc>
          <w:tcPr>
            <w:tcW w:w="1224" w:type="dxa"/>
            <w:tcMar>
              <w:top w:w="100" w:type="dxa"/>
              <w:left w:w="110" w:type="dxa"/>
              <w:bottom w:w="100" w:type="dxa"/>
              <w:right w:w="110" w:type="dxa"/>
            </w:tcMar>
            <w:vAlign w:val="center"/>
          </w:tcPr>
          <w:p w14:paraId="19C3A5F9" w14:textId="77777777" w:rsidR="006A55BC" w:rsidRDefault="006A55BC">
            <w:pPr>
              <w:spacing w:after="20" w:line="240" w:lineRule="auto"/>
            </w:pPr>
          </w:p>
        </w:tc>
      </w:tr>
      <w:tr w:rsidR="006A55BC" w14:paraId="62694D04" w14:textId="77777777">
        <w:trPr>
          <w:cantSplit/>
          <w:jc w:val="center"/>
        </w:trPr>
        <w:tc>
          <w:tcPr>
            <w:tcW w:w="2232" w:type="dxa"/>
            <w:shd w:val="clear" w:color="auto" w:fill="F4F7FA"/>
            <w:tcMar>
              <w:top w:w="100" w:type="dxa"/>
              <w:left w:w="110" w:type="dxa"/>
              <w:bottom w:w="100" w:type="dxa"/>
              <w:right w:w="110" w:type="dxa"/>
            </w:tcMar>
            <w:vAlign w:val="center"/>
          </w:tcPr>
          <w:p w14:paraId="334617F1" w14:textId="77777777" w:rsidR="006A55BC" w:rsidRDefault="00000000">
            <w:pPr>
              <w:spacing w:after="20" w:line="240" w:lineRule="auto"/>
            </w:pPr>
            <w:r>
              <w:rPr>
                <w:sz w:val="14"/>
              </w:rPr>
              <w:t>Bribery of public officials</w:t>
            </w:r>
          </w:p>
        </w:tc>
        <w:tc>
          <w:tcPr>
            <w:tcW w:w="5256" w:type="dxa"/>
            <w:shd w:val="clear" w:color="auto" w:fill="F4F7FA"/>
            <w:tcMar>
              <w:top w:w="100" w:type="dxa"/>
              <w:left w:w="110" w:type="dxa"/>
              <w:bottom w:w="100" w:type="dxa"/>
              <w:right w:w="110" w:type="dxa"/>
            </w:tcMar>
            <w:vAlign w:val="center"/>
          </w:tcPr>
          <w:p w14:paraId="2311382B" w14:textId="77777777" w:rsidR="006A55BC" w:rsidRDefault="00000000">
            <w:pPr>
              <w:spacing w:after="20" w:line="240" w:lineRule="auto"/>
            </w:pPr>
            <w:r>
              <w:rPr>
                <w:sz w:val="14"/>
              </w:rPr>
              <w:t>Payments, gifts, favours, jobs, travel or benefits to obtain permits, approvals, inspections, customs clearance or contracts.</w:t>
            </w:r>
          </w:p>
        </w:tc>
        <w:tc>
          <w:tcPr>
            <w:tcW w:w="1224" w:type="dxa"/>
            <w:shd w:val="clear" w:color="auto" w:fill="F4F7FA"/>
            <w:tcMar>
              <w:top w:w="100" w:type="dxa"/>
              <w:left w:w="110" w:type="dxa"/>
              <w:bottom w:w="100" w:type="dxa"/>
              <w:right w:w="110" w:type="dxa"/>
            </w:tcMar>
            <w:vAlign w:val="center"/>
          </w:tcPr>
          <w:p w14:paraId="66A49C44" w14:textId="77777777" w:rsidR="006A55BC" w:rsidRDefault="00000000">
            <w:pPr>
              <w:spacing w:after="20" w:line="240" w:lineRule="auto"/>
            </w:pPr>
            <w:r>
              <w:rPr>
                <w:sz w:val="14"/>
              </w:rPr>
              <w:t>☐ Yes  ☐ No</w:t>
            </w:r>
          </w:p>
        </w:tc>
        <w:tc>
          <w:tcPr>
            <w:tcW w:w="1224" w:type="dxa"/>
            <w:shd w:val="clear" w:color="auto" w:fill="F4F7FA"/>
            <w:tcMar>
              <w:top w:w="100" w:type="dxa"/>
              <w:left w:w="110" w:type="dxa"/>
              <w:bottom w:w="100" w:type="dxa"/>
              <w:right w:w="110" w:type="dxa"/>
            </w:tcMar>
            <w:vAlign w:val="center"/>
          </w:tcPr>
          <w:p w14:paraId="540BC3F4" w14:textId="77777777" w:rsidR="006A55BC" w:rsidRDefault="006A55BC">
            <w:pPr>
              <w:spacing w:after="20" w:line="240" w:lineRule="auto"/>
            </w:pPr>
          </w:p>
        </w:tc>
      </w:tr>
      <w:tr w:rsidR="006A55BC" w14:paraId="7D48915B" w14:textId="77777777">
        <w:trPr>
          <w:cantSplit/>
          <w:jc w:val="center"/>
        </w:trPr>
        <w:tc>
          <w:tcPr>
            <w:tcW w:w="2232" w:type="dxa"/>
            <w:tcMar>
              <w:top w:w="100" w:type="dxa"/>
              <w:left w:w="110" w:type="dxa"/>
              <w:bottom w:w="100" w:type="dxa"/>
              <w:right w:w="110" w:type="dxa"/>
            </w:tcMar>
            <w:vAlign w:val="center"/>
          </w:tcPr>
          <w:p w14:paraId="7CBC8970" w14:textId="77777777" w:rsidR="006A55BC" w:rsidRDefault="00000000">
            <w:pPr>
              <w:spacing w:after="20" w:line="240" w:lineRule="auto"/>
            </w:pPr>
            <w:r>
              <w:rPr>
                <w:sz w:val="14"/>
              </w:rPr>
              <w:t>Commercial bribery and kickbacks</w:t>
            </w:r>
          </w:p>
        </w:tc>
        <w:tc>
          <w:tcPr>
            <w:tcW w:w="5256" w:type="dxa"/>
            <w:tcMar>
              <w:top w:w="100" w:type="dxa"/>
              <w:left w:w="110" w:type="dxa"/>
              <w:bottom w:w="100" w:type="dxa"/>
              <w:right w:w="110" w:type="dxa"/>
            </w:tcMar>
            <w:vAlign w:val="center"/>
          </w:tcPr>
          <w:p w14:paraId="67F1789C" w14:textId="77777777" w:rsidR="006A55BC" w:rsidRDefault="00000000">
            <w:pPr>
              <w:spacing w:after="20" w:line="240" w:lineRule="auto"/>
            </w:pPr>
            <w:r>
              <w:rPr>
                <w:sz w:val="14"/>
              </w:rPr>
              <w:t>Improper benefits to or from customers, suppliers, employees or intermediaries to influence business decisions.</w:t>
            </w:r>
          </w:p>
        </w:tc>
        <w:tc>
          <w:tcPr>
            <w:tcW w:w="1224" w:type="dxa"/>
            <w:tcMar>
              <w:top w:w="100" w:type="dxa"/>
              <w:left w:w="110" w:type="dxa"/>
              <w:bottom w:w="100" w:type="dxa"/>
              <w:right w:w="110" w:type="dxa"/>
            </w:tcMar>
            <w:vAlign w:val="center"/>
          </w:tcPr>
          <w:p w14:paraId="35ACDA4E" w14:textId="77777777" w:rsidR="006A55BC" w:rsidRDefault="00000000">
            <w:pPr>
              <w:spacing w:after="20" w:line="240" w:lineRule="auto"/>
            </w:pPr>
            <w:r>
              <w:rPr>
                <w:sz w:val="14"/>
              </w:rPr>
              <w:t>☐ Yes  ☐ No</w:t>
            </w:r>
          </w:p>
        </w:tc>
        <w:tc>
          <w:tcPr>
            <w:tcW w:w="1224" w:type="dxa"/>
            <w:tcMar>
              <w:top w:w="100" w:type="dxa"/>
              <w:left w:w="110" w:type="dxa"/>
              <w:bottom w:w="100" w:type="dxa"/>
              <w:right w:w="110" w:type="dxa"/>
            </w:tcMar>
            <w:vAlign w:val="center"/>
          </w:tcPr>
          <w:p w14:paraId="433FAFD0" w14:textId="77777777" w:rsidR="006A55BC" w:rsidRDefault="006A55BC">
            <w:pPr>
              <w:spacing w:after="20" w:line="240" w:lineRule="auto"/>
            </w:pPr>
          </w:p>
        </w:tc>
      </w:tr>
      <w:tr w:rsidR="006A55BC" w14:paraId="50F21F27" w14:textId="77777777">
        <w:trPr>
          <w:cantSplit/>
          <w:jc w:val="center"/>
        </w:trPr>
        <w:tc>
          <w:tcPr>
            <w:tcW w:w="2232" w:type="dxa"/>
            <w:shd w:val="clear" w:color="auto" w:fill="F4F7FA"/>
            <w:tcMar>
              <w:top w:w="100" w:type="dxa"/>
              <w:left w:w="110" w:type="dxa"/>
              <w:bottom w:w="100" w:type="dxa"/>
              <w:right w:w="110" w:type="dxa"/>
            </w:tcMar>
            <w:vAlign w:val="center"/>
          </w:tcPr>
          <w:p w14:paraId="63FD453F" w14:textId="77777777" w:rsidR="006A55BC" w:rsidRDefault="00000000">
            <w:pPr>
              <w:spacing w:after="20" w:line="240" w:lineRule="auto"/>
            </w:pPr>
            <w:r>
              <w:rPr>
                <w:sz w:val="14"/>
              </w:rPr>
              <w:t>Procurement and tendering</w:t>
            </w:r>
          </w:p>
        </w:tc>
        <w:tc>
          <w:tcPr>
            <w:tcW w:w="5256" w:type="dxa"/>
            <w:shd w:val="clear" w:color="auto" w:fill="F4F7FA"/>
            <w:tcMar>
              <w:top w:w="100" w:type="dxa"/>
              <w:left w:w="110" w:type="dxa"/>
              <w:bottom w:w="100" w:type="dxa"/>
              <w:right w:w="110" w:type="dxa"/>
            </w:tcMar>
            <w:vAlign w:val="center"/>
          </w:tcPr>
          <w:p w14:paraId="06565F07" w14:textId="77777777" w:rsidR="006A55BC" w:rsidRDefault="00000000">
            <w:pPr>
              <w:spacing w:after="20" w:line="240" w:lineRule="auto"/>
            </w:pPr>
            <w:r>
              <w:rPr>
                <w:sz w:val="14"/>
              </w:rPr>
              <w:t>Bid tailoring, collusion, leaked information, false competition, split purchases, inflated pricing or biased evaluation.</w:t>
            </w:r>
          </w:p>
        </w:tc>
        <w:tc>
          <w:tcPr>
            <w:tcW w:w="1224" w:type="dxa"/>
            <w:shd w:val="clear" w:color="auto" w:fill="F4F7FA"/>
            <w:tcMar>
              <w:top w:w="100" w:type="dxa"/>
              <w:left w:w="110" w:type="dxa"/>
              <w:bottom w:w="100" w:type="dxa"/>
              <w:right w:w="110" w:type="dxa"/>
            </w:tcMar>
            <w:vAlign w:val="center"/>
          </w:tcPr>
          <w:p w14:paraId="3A883A8D" w14:textId="77777777" w:rsidR="006A55BC" w:rsidRDefault="00000000">
            <w:pPr>
              <w:spacing w:after="20" w:line="240" w:lineRule="auto"/>
            </w:pPr>
            <w:r>
              <w:rPr>
                <w:sz w:val="14"/>
              </w:rPr>
              <w:t>☐ Yes  ☐ No</w:t>
            </w:r>
          </w:p>
        </w:tc>
        <w:tc>
          <w:tcPr>
            <w:tcW w:w="1224" w:type="dxa"/>
            <w:shd w:val="clear" w:color="auto" w:fill="F4F7FA"/>
            <w:tcMar>
              <w:top w:w="100" w:type="dxa"/>
              <w:left w:w="110" w:type="dxa"/>
              <w:bottom w:w="100" w:type="dxa"/>
              <w:right w:w="110" w:type="dxa"/>
            </w:tcMar>
            <w:vAlign w:val="center"/>
          </w:tcPr>
          <w:p w14:paraId="173B171B" w14:textId="77777777" w:rsidR="006A55BC" w:rsidRDefault="006A55BC">
            <w:pPr>
              <w:spacing w:after="20" w:line="240" w:lineRule="auto"/>
            </w:pPr>
          </w:p>
        </w:tc>
      </w:tr>
      <w:tr w:rsidR="006A55BC" w14:paraId="3DEDB770" w14:textId="77777777">
        <w:trPr>
          <w:cantSplit/>
          <w:jc w:val="center"/>
        </w:trPr>
        <w:tc>
          <w:tcPr>
            <w:tcW w:w="2232" w:type="dxa"/>
            <w:tcMar>
              <w:top w:w="100" w:type="dxa"/>
              <w:left w:w="110" w:type="dxa"/>
              <w:bottom w:w="100" w:type="dxa"/>
              <w:right w:w="110" w:type="dxa"/>
            </w:tcMar>
            <w:vAlign w:val="center"/>
          </w:tcPr>
          <w:p w14:paraId="73A20BC8" w14:textId="77777777" w:rsidR="006A55BC" w:rsidRDefault="00000000">
            <w:pPr>
              <w:spacing w:after="20" w:line="240" w:lineRule="auto"/>
            </w:pPr>
            <w:r>
              <w:rPr>
                <w:sz w:val="14"/>
              </w:rPr>
              <w:t>Third parties</w:t>
            </w:r>
          </w:p>
        </w:tc>
        <w:tc>
          <w:tcPr>
            <w:tcW w:w="5256" w:type="dxa"/>
            <w:tcMar>
              <w:top w:w="100" w:type="dxa"/>
              <w:left w:w="110" w:type="dxa"/>
              <w:bottom w:w="100" w:type="dxa"/>
              <w:right w:w="110" w:type="dxa"/>
            </w:tcMar>
            <w:vAlign w:val="center"/>
          </w:tcPr>
          <w:p w14:paraId="2AAAF816" w14:textId="77777777" w:rsidR="006A55BC" w:rsidRDefault="00000000">
            <w:pPr>
              <w:spacing w:after="20" w:line="240" w:lineRule="auto"/>
            </w:pPr>
            <w:r>
              <w:rPr>
                <w:sz w:val="14"/>
              </w:rPr>
              <w:t>Improper conduct through agents, consultants, distributors, brokers, subcontractors, introducers or joint-venture partners.</w:t>
            </w:r>
          </w:p>
        </w:tc>
        <w:tc>
          <w:tcPr>
            <w:tcW w:w="1224" w:type="dxa"/>
            <w:tcMar>
              <w:top w:w="100" w:type="dxa"/>
              <w:left w:w="110" w:type="dxa"/>
              <w:bottom w:w="100" w:type="dxa"/>
              <w:right w:w="110" w:type="dxa"/>
            </w:tcMar>
            <w:vAlign w:val="center"/>
          </w:tcPr>
          <w:p w14:paraId="7BFC245A" w14:textId="77777777" w:rsidR="006A55BC" w:rsidRDefault="00000000">
            <w:pPr>
              <w:spacing w:after="20" w:line="240" w:lineRule="auto"/>
            </w:pPr>
            <w:r>
              <w:rPr>
                <w:sz w:val="14"/>
              </w:rPr>
              <w:t>☐ Yes  ☐ No</w:t>
            </w:r>
          </w:p>
        </w:tc>
        <w:tc>
          <w:tcPr>
            <w:tcW w:w="1224" w:type="dxa"/>
            <w:tcMar>
              <w:top w:w="100" w:type="dxa"/>
              <w:left w:w="110" w:type="dxa"/>
              <w:bottom w:w="100" w:type="dxa"/>
              <w:right w:w="110" w:type="dxa"/>
            </w:tcMar>
            <w:vAlign w:val="center"/>
          </w:tcPr>
          <w:p w14:paraId="130B9206" w14:textId="77777777" w:rsidR="006A55BC" w:rsidRDefault="006A55BC">
            <w:pPr>
              <w:spacing w:after="20" w:line="240" w:lineRule="auto"/>
            </w:pPr>
          </w:p>
        </w:tc>
      </w:tr>
      <w:tr w:rsidR="006A55BC" w14:paraId="4430EDD7" w14:textId="77777777">
        <w:trPr>
          <w:cantSplit/>
          <w:jc w:val="center"/>
        </w:trPr>
        <w:tc>
          <w:tcPr>
            <w:tcW w:w="2232" w:type="dxa"/>
            <w:shd w:val="clear" w:color="auto" w:fill="F4F7FA"/>
            <w:tcMar>
              <w:top w:w="100" w:type="dxa"/>
              <w:left w:w="110" w:type="dxa"/>
              <w:bottom w:w="100" w:type="dxa"/>
              <w:right w:w="110" w:type="dxa"/>
            </w:tcMar>
            <w:vAlign w:val="center"/>
          </w:tcPr>
          <w:p w14:paraId="63A3138F" w14:textId="77777777" w:rsidR="006A55BC" w:rsidRDefault="00000000">
            <w:pPr>
              <w:spacing w:after="20" w:line="240" w:lineRule="auto"/>
            </w:pPr>
            <w:r>
              <w:rPr>
                <w:sz w:val="14"/>
              </w:rPr>
              <w:t>Conflicts of interest</w:t>
            </w:r>
          </w:p>
        </w:tc>
        <w:tc>
          <w:tcPr>
            <w:tcW w:w="5256" w:type="dxa"/>
            <w:shd w:val="clear" w:color="auto" w:fill="F4F7FA"/>
            <w:tcMar>
              <w:top w:w="100" w:type="dxa"/>
              <w:left w:w="110" w:type="dxa"/>
              <w:bottom w:w="100" w:type="dxa"/>
              <w:right w:w="110" w:type="dxa"/>
            </w:tcMar>
            <w:vAlign w:val="center"/>
          </w:tcPr>
          <w:p w14:paraId="023246EB" w14:textId="77777777" w:rsidR="006A55BC" w:rsidRDefault="00000000">
            <w:pPr>
              <w:spacing w:after="20" w:line="240" w:lineRule="auto"/>
            </w:pPr>
            <w:r>
              <w:rPr>
                <w:sz w:val="14"/>
              </w:rPr>
              <w:t>Undisclosed ownership, family or personal relationships influencing recruitment, contracting, payment, investment or supervision.</w:t>
            </w:r>
          </w:p>
        </w:tc>
        <w:tc>
          <w:tcPr>
            <w:tcW w:w="1224" w:type="dxa"/>
            <w:shd w:val="clear" w:color="auto" w:fill="F4F7FA"/>
            <w:tcMar>
              <w:top w:w="100" w:type="dxa"/>
              <w:left w:w="110" w:type="dxa"/>
              <w:bottom w:w="100" w:type="dxa"/>
              <w:right w:w="110" w:type="dxa"/>
            </w:tcMar>
            <w:vAlign w:val="center"/>
          </w:tcPr>
          <w:p w14:paraId="5DD76369" w14:textId="77777777" w:rsidR="006A55BC" w:rsidRDefault="00000000">
            <w:pPr>
              <w:spacing w:after="20" w:line="240" w:lineRule="auto"/>
            </w:pPr>
            <w:r>
              <w:rPr>
                <w:sz w:val="14"/>
              </w:rPr>
              <w:t>☐ Yes  ☐ No</w:t>
            </w:r>
          </w:p>
        </w:tc>
        <w:tc>
          <w:tcPr>
            <w:tcW w:w="1224" w:type="dxa"/>
            <w:shd w:val="clear" w:color="auto" w:fill="F4F7FA"/>
            <w:tcMar>
              <w:top w:w="100" w:type="dxa"/>
              <w:left w:w="110" w:type="dxa"/>
              <w:bottom w:w="100" w:type="dxa"/>
              <w:right w:w="110" w:type="dxa"/>
            </w:tcMar>
            <w:vAlign w:val="center"/>
          </w:tcPr>
          <w:p w14:paraId="2B0D9C46" w14:textId="77777777" w:rsidR="006A55BC" w:rsidRDefault="006A55BC">
            <w:pPr>
              <w:spacing w:after="20" w:line="240" w:lineRule="auto"/>
            </w:pPr>
          </w:p>
        </w:tc>
      </w:tr>
      <w:tr w:rsidR="006A55BC" w14:paraId="58C9E8A4" w14:textId="77777777">
        <w:trPr>
          <w:cantSplit/>
          <w:jc w:val="center"/>
        </w:trPr>
        <w:tc>
          <w:tcPr>
            <w:tcW w:w="2232" w:type="dxa"/>
            <w:tcMar>
              <w:top w:w="100" w:type="dxa"/>
              <w:left w:w="110" w:type="dxa"/>
              <w:bottom w:w="100" w:type="dxa"/>
              <w:right w:w="110" w:type="dxa"/>
            </w:tcMar>
            <w:vAlign w:val="center"/>
          </w:tcPr>
          <w:p w14:paraId="242124BA" w14:textId="77777777" w:rsidR="006A55BC" w:rsidRDefault="00000000">
            <w:pPr>
              <w:spacing w:after="20" w:line="240" w:lineRule="auto"/>
            </w:pPr>
            <w:r>
              <w:rPr>
                <w:sz w:val="14"/>
              </w:rPr>
              <w:t>Gifts, hospitality and travel</w:t>
            </w:r>
          </w:p>
        </w:tc>
        <w:tc>
          <w:tcPr>
            <w:tcW w:w="5256" w:type="dxa"/>
            <w:tcMar>
              <w:top w:w="100" w:type="dxa"/>
              <w:left w:w="110" w:type="dxa"/>
              <w:bottom w:w="100" w:type="dxa"/>
              <w:right w:w="110" w:type="dxa"/>
            </w:tcMar>
            <w:vAlign w:val="center"/>
          </w:tcPr>
          <w:p w14:paraId="268AC252" w14:textId="77777777" w:rsidR="006A55BC" w:rsidRDefault="00000000">
            <w:pPr>
              <w:spacing w:after="20" w:line="240" w:lineRule="auto"/>
            </w:pPr>
            <w:r>
              <w:rPr>
                <w:sz w:val="14"/>
              </w:rPr>
              <w:t>Excessive, concealed, cash-equivalent or decision-linked benefits used to influence judgement.</w:t>
            </w:r>
          </w:p>
        </w:tc>
        <w:tc>
          <w:tcPr>
            <w:tcW w:w="1224" w:type="dxa"/>
            <w:tcMar>
              <w:top w:w="100" w:type="dxa"/>
              <w:left w:w="110" w:type="dxa"/>
              <w:bottom w:w="100" w:type="dxa"/>
              <w:right w:w="110" w:type="dxa"/>
            </w:tcMar>
            <w:vAlign w:val="center"/>
          </w:tcPr>
          <w:p w14:paraId="344D99F5" w14:textId="77777777" w:rsidR="006A55BC" w:rsidRDefault="00000000">
            <w:pPr>
              <w:spacing w:after="20" w:line="240" w:lineRule="auto"/>
            </w:pPr>
            <w:r>
              <w:rPr>
                <w:sz w:val="14"/>
              </w:rPr>
              <w:t>☐ Yes  ☐ No</w:t>
            </w:r>
          </w:p>
        </w:tc>
        <w:tc>
          <w:tcPr>
            <w:tcW w:w="1224" w:type="dxa"/>
            <w:tcMar>
              <w:top w:w="100" w:type="dxa"/>
              <w:left w:w="110" w:type="dxa"/>
              <w:bottom w:w="100" w:type="dxa"/>
              <w:right w:w="110" w:type="dxa"/>
            </w:tcMar>
            <w:vAlign w:val="center"/>
          </w:tcPr>
          <w:p w14:paraId="20182180" w14:textId="77777777" w:rsidR="006A55BC" w:rsidRDefault="006A55BC">
            <w:pPr>
              <w:spacing w:after="20" w:line="240" w:lineRule="auto"/>
            </w:pPr>
          </w:p>
        </w:tc>
      </w:tr>
      <w:tr w:rsidR="006A55BC" w14:paraId="5372B161" w14:textId="77777777">
        <w:trPr>
          <w:cantSplit/>
          <w:jc w:val="center"/>
        </w:trPr>
        <w:tc>
          <w:tcPr>
            <w:tcW w:w="2232" w:type="dxa"/>
            <w:shd w:val="clear" w:color="auto" w:fill="F4F7FA"/>
            <w:tcMar>
              <w:top w:w="100" w:type="dxa"/>
              <w:left w:w="110" w:type="dxa"/>
              <w:bottom w:w="100" w:type="dxa"/>
              <w:right w:w="110" w:type="dxa"/>
            </w:tcMar>
            <w:vAlign w:val="center"/>
          </w:tcPr>
          <w:p w14:paraId="54EEBDCF" w14:textId="77777777" w:rsidR="006A55BC" w:rsidRDefault="00000000">
            <w:pPr>
              <w:spacing w:after="20" w:line="240" w:lineRule="auto"/>
            </w:pPr>
            <w:r>
              <w:rPr>
                <w:sz w:val="14"/>
              </w:rPr>
              <w:t>Donations and sponsorships</w:t>
            </w:r>
          </w:p>
        </w:tc>
        <w:tc>
          <w:tcPr>
            <w:tcW w:w="5256" w:type="dxa"/>
            <w:shd w:val="clear" w:color="auto" w:fill="F4F7FA"/>
            <w:tcMar>
              <w:top w:w="100" w:type="dxa"/>
              <w:left w:w="110" w:type="dxa"/>
              <w:bottom w:w="100" w:type="dxa"/>
              <w:right w:w="110" w:type="dxa"/>
            </w:tcMar>
            <w:vAlign w:val="center"/>
          </w:tcPr>
          <w:p w14:paraId="65F48D0E" w14:textId="77777777" w:rsidR="006A55BC" w:rsidRDefault="00000000">
            <w:pPr>
              <w:spacing w:after="20" w:line="240" w:lineRule="auto"/>
            </w:pPr>
            <w:r>
              <w:rPr>
                <w:sz w:val="14"/>
              </w:rPr>
              <w:t>Charitable, political, community or sponsorship payments used as a conduit for influence or diversion.</w:t>
            </w:r>
          </w:p>
        </w:tc>
        <w:tc>
          <w:tcPr>
            <w:tcW w:w="1224" w:type="dxa"/>
            <w:shd w:val="clear" w:color="auto" w:fill="F4F7FA"/>
            <w:tcMar>
              <w:top w:w="100" w:type="dxa"/>
              <w:left w:w="110" w:type="dxa"/>
              <w:bottom w:w="100" w:type="dxa"/>
              <w:right w:w="110" w:type="dxa"/>
            </w:tcMar>
            <w:vAlign w:val="center"/>
          </w:tcPr>
          <w:p w14:paraId="71D450A3" w14:textId="77777777" w:rsidR="006A55BC" w:rsidRDefault="00000000">
            <w:pPr>
              <w:spacing w:after="20" w:line="240" w:lineRule="auto"/>
            </w:pPr>
            <w:r>
              <w:rPr>
                <w:sz w:val="14"/>
              </w:rPr>
              <w:t>☐ Yes  ☐ No</w:t>
            </w:r>
          </w:p>
        </w:tc>
        <w:tc>
          <w:tcPr>
            <w:tcW w:w="1224" w:type="dxa"/>
            <w:shd w:val="clear" w:color="auto" w:fill="F4F7FA"/>
            <w:tcMar>
              <w:top w:w="100" w:type="dxa"/>
              <w:left w:w="110" w:type="dxa"/>
              <w:bottom w:w="100" w:type="dxa"/>
              <w:right w:w="110" w:type="dxa"/>
            </w:tcMar>
            <w:vAlign w:val="center"/>
          </w:tcPr>
          <w:p w14:paraId="79267566" w14:textId="77777777" w:rsidR="006A55BC" w:rsidRDefault="006A55BC">
            <w:pPr>
              <w:spacing w:after="20" w:line="240" w:lineRule="auto"/>
            </w:pPr>
          </w:p>
        </w:tc>
      </w:tr>
      <w:tr w:rsidR="006A55BC" w14:paraId="24949252" w14:textId="77777777">
        <w:trPr>
          <w:cantSplit/>
          <w:jc w:val="center"/>
        </w:trPr>
        <w:tc>
          <w:tcPr>
            <w:tcW w:w="2232" w:type="dxa"/>
            <w:tcMar>
              <w:top w:w="100" w:type="dxa"/>
              <w:left w:w="110" w:type="dxa"/>
              <w:bottom w:w="100" w:type="dxa"/>
              <w:right w:w="110" w:type="dxa"/>
            </w:tcMar>
            <w:vAlign w:val="center"/>
          </w:tcPr>
          <w:p w14:paraId="720BC2A8" w14:textId="77777777" w:rsidR="006A55BC" w:rsidRDefault="00000000">
            <w:pPr>
              <w:spacing w:after="20" w:line="240" w:lineRule="auto"/>
            </w:pPr>
            <w:r>
              <w:rPr>
                <w:sz w:val="14"/>
              </w:rPr>
              <w:t>Recruitment and people decisions</w:t>
            </w:r>
          </w:p>
        </w:tc>
        <w:tc>
          <w:tcPr>
            <w:tcW w:w="5256" w:type="dxa"/>
            <w:tcMar>
              <w:top w:w="100" w:type="dxa"/>
              <w:left w:w="110" w:type="dxa"/>
              <w:bottom w:w="100" w:type="dxa"/>
              <w:right w:w="110" w:type="dxa"/>
            </w:tcMar>
            <w:vAlign w:val="center"/>
          </w:tcPr>
          <w:p w14:paraId="4837A0DD" w14:textId="77777777" w:rsidR="006A55BC" w:rsidRDefault="00000000">
            <w:pPr>
              <w:spacing w:after="20" w:line="240" w:lineRule="auto"/>
            </w:pPr>
            <w:r>
              <w:rPr>
                <w:sz w:val="14"/>
              </w:rPr>
              <w:t>Nepotism, sale of jobs, bribery for promotion or posting, ghost workers, payroll manipulation or coercion.</w:t>
            </w:r>
          </w:p>
        </w:tc>
        <w:tc>
          <w:tcPr>
            <w:tcW w:w="1224" w:type="dxa"/>
            <w:tcMar>
              <w:top w:w="100" w:type="dxa"/>
              <w:left w:w="110" w:type="dxa"/>
              <w:bottom w:w="100" w:type="dxa"/>
              <w:right w:w="110" w:type="dxa"/>
            </w:tcMar>
            <w:vAlign w:val="center"/>
          </w:tcPr>
          <w:p w14:paraId="1923259D" w14:textId="77777777" w:rsidR="006A55BC" w:rsidRDefault="00000000">
            <w:pPr>
              <w:spacing w:after="20" w:line="240" w:lineRule="auto"/>
            </w:pPr>
            <w:r>
              <w:rPr>
                <w:sz w:val="14"/>
              </w:rPr>
              <w:t>☐ Yes  ☐ No</w:t>
            </w:r>
          </w:p>
        </w:tc>
        <w:tc>
          <w:tcPr>
            <w:tcW w:w="1224" w:type="dxa"/>
            <w:tcMar>
              <w:top w:w="100" w:type="dxa"/>
              <w:left w:w="110" w:type="dxa"/>
              <w:bottom w:w="100" w:type="dxa"/>
              <w:right w:w="110" w:type="dxa"/>
            </w:tcMar>
            <w:vAlign w:val="center"/>
          </w:tcPr>
          <w:p w14:paraId="7466BE04" w14:textId="77777777" w:rsidR="006A55BC" w:rsidRDefault="006A55BC">
            <w:pPr>
              <w:spacing w:after="20" w:line="240" w:lineRule="auto"/>
            </w:pPr>
          </w:p>
        </w:tc>
      </w:tr>
      <w:tr w:rsidR="006A55BC" w14:paraId="3BE98C90" w14:textId="77777777">
        <w:trPr>
          <w:cantSplit/>
          <w:jc w:val="center"/>
        </w:trPr>
        <w:tc>
          <w:tcPr>
            <w:tcW w:w="2232" w:type="dxa"/>
            <w:shd w:val="clear" w:color="auto" w:fill="F4F7FA"/>
            <w:tcMar>
              <w:top w:w="100" w:type="dxa"/>
              <w:left w:w="110" w:type="dxa"/>
              <w:bottom w:w="100" w:type="dxa"/>
              <w:right w:w="110" w:type="dxa"/>
            </w:tcMar>
            <w:vAlign w:val="center"/>
          </w:tcPr>
          <w:p w14:paraId="72BE18CC" w14:textId="77777777" w:rsidR="006A55BC" w:rsidRDefault="00000000">
            <w:pPr>
              <w:spacing w:after="20" w:line="240" w:lineRule="auto"/>
            </w:pPr>
            <w:r>
              <w:rPr>
                <w:sz w:val="14"/>
              </w:rPr>
              <w:t>Finance and accounting</w:t>
            </w:r>
          </w:p>
        </w:tc>
        <w:tc>
          <w:tcPr>
            <w:tcW w:w="5256" w:type="dxa"/>
            <w:shd w:val="clear" w:color="auto" w:fill="F4F7FA"/>
            <w:tcMar>
              <w:top w:w="100" w:type="dxa"/>
              <w:left w:w="110" w:type="dxa"/>
              <w:bottom w:w="100" w:type="dxa"/>
              <w:right w:w="110" w:type="dxa"/>
            </w:tcMar>
            <w:vAlign w:val="center"/>
          </w:tcPr>
          <w:p w14:paraId="01CA2F1E" w14:textId="77777777" w:rsidR="006A55BC" w:rsidRDefault="00000000">
            <w:pPr>
              <w:spacing w:after="20" w:line="240" w:lineRule="auto"/>
            </w:pPr>
            <w:r>
              <w:rPr>
                <w:sz w:val="14"/>
              </w:rPr>
              <w:t>False invoices, off-book accounts, unsupported journals, misclassification, cash diversion or concealed beneficial ownership.</w:t>
            </w:r>
          </w:p>
        </w:tc>
        <w:tc>
          <w:tcPr>
            <w:tcW w:w="1224" w:type="dxa"/>
            <w:shd w:val="clear" w:color="auto" w:fill="F4F7FA"/>
            <w:tcMar>
              <w:top w:w="100" w:type="dxa"/>
              <w:left w:w="110" w:type="dxa"/>
              <w:bottom w:w="100" w:type="dxa"/>
              <w:right w:w="110" w:type="dxa"/>
            </w:tcMar>
            <w:vAlign w:val="center"/>
          </w:tcPr>
          <w:p w14:paraId="447E3FAE" w14:textId="77777777" w:rsidR="006A55BC" w:rsidRDefault="00000000">
            <w:pPr>
              <w:spacing w:after="20" w:line="240" w:lineRule="auto"/>
            </w:pPr>
            <w:r>
              <w:rPr>
                <w:sz w:val="14"/>
              </w:rPr>
              <w:t>☐ Yes  ☐ No</w:t>
            </w:r>
          </w:p>
        </w:tc>
        <w:tc>
          <w:tcPr>
            <w:tcW w:w="1224" w:type="dxa"/>
            <w:shd w:val="clear" w:color="auto" w:fill="F4F7FA"/>
            <w:tcMar>
              <w:top w:w="100" w:type="dxa"/>
              <w:left w:w="110" w:type="dxa"/>
              <w:bottom w:w="100" w:type="dxa"/>
              <w:right w:w="110" w:type="dxa"/>
            </w:tcMar>
            <w:vAlign w:val="center"/>
          </w:tcPr>
          <w:p w14:paraId="3A5DCF61" w14:textId="77777777" w:rsidR="006A55BC" w:rsidRDefault="006A55BC">
            <w:pPr>
              <w:spacing w:after="20" w:line="240" w:lineRule="auto"/>
            </w:pPr>
          </w:p>
        </w:tc>
      </w:tr>
      <w:tr w:rsidR="006A55BC" w14:paraId="09B2445A" w14:textId="77777777">
        <w:trPr>
          <w:cantSplit/>
          <w:jc w:val="center"/>
        </w:trPr>
        <w:tc>
          <w:tcPr>
            <w:tcW w:w="2232" w:type="dxa"/>
            <w:tcMar>
              <w:top w:w="100" w:type="dxa"/>
              <w:left w:w="110" w:type="dxa"/>
              <w:bottom w:w="100" w:type="dxa"/>
              <w:right w:w="110" w:type="dxa"/>
            </w:tcMar>
            <w:vAlign w:val="center"/>
          </w:tcPr>
          <w:p w14:paraId="09C23F5E" w14:textId="77777777" w:rsidR="006A55BC" w:rsidRDefault="00000000">
            <w:pPr>
              <w:spacing w:after="20" w:line="240" w:lineRule="auto"/>
            </w:pPr>
            <w:r>
              <w:rPr>
                <w:sz w:val="14"/>
              </w:rPr>
              <w:t>Sales and customers</w:t>
            </w:r>
          </w:p>
        </w:tc>
        <w:tc>
          <w:tcPr>
            <w:tcW w:w="5256" w:type="dxa"/>
            <w:tcMar>
              <w:top w:w="100" w:type="dxa"/>
              <w:left w:w="110" w:type="dxa"/>
              <w:bottom w:w="100" w:type="dxa"/>
              <w:right w:w="110" w:type="dxa"/>
            </w:tcMar>
            <w:vAlign w:val="center"/>
          </w:tcPr>
          <w:p w14:paraId="7C059E76" w14:textId="77777777" w:rsidR="006A55BC" w:rsidRDefault="00000000">
            <w:pPr>
              <w:spacing w:after="20" w:line="240" w:lineRule="auto"/>
            </w:pPr>
            <w:r>
              <w:rPr>
                <w:sz w:val="14"/>
              </w:rPr>
              <w:t>Improper rebates, commissions, pricing, credit notes, customer onboarding, sales targets or facilitation payments.</w:t>
            </w:r>
          </w:p>
        </w:tc>
        <w:tc>
          <w:tcPr>
            <w:tcW w:w="1224" w:type="dxa"/>
            <w:tcMar>
              <w:top w:w="100" w:type="dxa"/>
              <w:left w:w="110" w:type="dxa"/>
              <w:bottom w:w="100" w:type="dxa"/>
              <w:right w:w="110" w:type="dxa"/>
            </w:tcMar>
            <w:vAlign w:val="center"/>
          </w:tcPr>
          <w:p w14:paraId="7E9D003C" w14:textId="77777777" w:rsidR="006A55BC" w:rsidRDefault="00000000">
            <w:pPr>
              <w:spacing w:after="20" w:line="240" w:lineRule="auto"/>
            </w:pPr>
            <w:r>
              <w:rPr>
                <w:sz w:val="14"/>
              </w:rPr>
              <w:t>☐ Yes  ☐ No</w:t>
            </w:r>
          </w:p>
        </w:tc>
        <w:tc>
          <w:tcPr>
            <w:tcW w:w="1224" w:type="dxa"/>
            <w:tcMar>
              <w:top w:w="100" w:type="dxa"/>
              <w:left w:w="110" w:type="dxa"/>
              <w:bottom w:w="100" w:type="dxa"/>
              <w:right w:w="110" w:type="dxa"/>
            </w:tcMar>
            <w:vAlign w:val="center"/>
          </w:tcPr>
          <w:p w14:paraId="681F093C" w14:textId="77777777" w:rsidR="006A55BC" w:rsidRDefault="006A55BC">
            <w:pPr>
              <w:spacing w:after="20" w:line="240" w:lineRule="auto"/>
            </w:pPr>
          </w:p>
        </w:tc>
      </w:tr>
      <w:tr w:rsidR="006A55BC" w14:paraId="61C8B052" w14:textId="77777777">
        <w:trPr>
          <w:cantSplit/>
          <w:jc w:val="center"/>
        </w:trPr>
        <w:tc>
          <w:tcPr>
            <w:tcW w:w="2232" w:type="dxa"/>
            <w:shd w:val="clear" w:color="auto" w:fill="F4F7FA"/>
            <w:tcMar>
              <w:top w:w="100" w:type="dxa"/>
              <w:left w:w="110" w:type="dxa"/>
              <w:bottom w:w="100" w:type="dxa"/>
              <w:right w:w="110" w:type="dxa"/>
            </w:tcMar>
            <w:vAlign w:val="center"/>
          </w:tcPr>
          <w:p w14:paraId="16F4E659" w14:textId="77777777" w:rsidR="006A55BC" w:rsidRDefault="00000000">
            <w:pPr>
              <w:spacing w:after="20" w:line="240" w:lineRule="auto"/>
            </w:pPr>
            <w:r>
              <w:rPr>
                <w:sz w:val="14"/>
              </w:rPr>
              <w:t>Licensing and regulatory interface</w:t>
            </w:r>
          </w:p>
        </w:tc>
        <w:tc>
          <w:tcPr>
            <w:tcW w:w="5256" w:type="dxa"/>
            <w:shd w:val="clear" w:color="auto" w:fill="F4F7FA"/>
            <w:tcMar>
              <w:top w:w="100" w:type="dxa"/>
              <w:left w:w="110" w:type="dxa"/>
              <w:bottom w:w="100" w:type="dxa"/>
              <w:right w:w="110" w:type="dxa"/>
            </w:tcMar>
            <w:vAlign w:val="center"/>
          </w:tcPr>
          <w:p w14:paraId="4C3599E8" w14:textId="77777777" w:rsidR="006A55BC" w:rsidRDefault="00000000">
            <w:pPr>
              <w:spacing w:after="20" w:line="240" w:lineRule="auto"/>
            </w:pPr>
            <w:r>
              <w:rPr>
                <w:sz w:val="14"/>
              </w:rPr>
              <w:t>Improper influence over inspections, certificates, permits, fines, assessments or enforcement decisions.</w:t>
            </w:r>
          </w:p>
        </w:tc>
        <w:tc>
          <w:tcPr>
            <w:tcW w:w="1224" w:type="dxa"/>
            <w:shd w:val="clear" w:color="auto" w:fill="F4F7FA"/>
            <w:tcMar>
              <w:top w:w="100" w:type="dxa"/>
              <w:left w:w="110" w:type="dxa"/>
              <w:bottom w:w="100" w:type="dxa"/>
              <w:right w:w="110" w:type="dxa"/>
            </w:tcMar>
            <w:vAlign w:val="center"/>
          </w:tcPr>
          <w:p w14:paraId="3F5E2E40" w14:textId="77777777" w:rsidR="006A55BC" w:rsidRDefault="00000000">
            <w:pPr>
              <w:spacing w:after="20" w:line="240" w:lineRule="auto"/>
            </w:pPr>
            <w:r>
              <w:rPr>
                <w:sz w:val="14"/>
              </w:rPr>
              <w:t>☐ Yes  ☐ No</w:t>
            </w:r>
          </w:p>
        </w:tc>
        <w:tc>
          <w:tcPr>
            <w:tcW w:w="1224" w:type="dxa"/>
            <w:shd w:val="clear" w:color="auto" w:fill="F4F7FA"/>
            <w:tcMar>
              <w:top w:w="100" w:type="dxa"/>
              <w:left w:w="110" w:type="dxa"/>
              <w:bottom w:w="100" w:type="dxa"/>
              <w:right w:w="110" w:type="dxa"/>
            </w:tcMar>
            <w:vAlign w:val="center"/>
          </w:tcPr>
          <w:p w14:paraId="1B212658" w14:textId="77777777" w:rsidR="006A55BC" w:rsidRDefault="006A55BC">
            <w:pPr>
              <w:spacing w:after="20" w:line="240" w:lineRule="auto"/>
            </w:pPr>
          </w:p>
        </w:tc>
      </w:tr>
      <w:tr w:rsidR="006A55BC" w14:paraId="7285BBAC" w14:textId="77777777">
        <w:trPr>
          <w:cantSplit/>
          <w:jc w:val="center"/>
        </w:trPr>
        <w:tc>
          <w:tcPr>
            <w:tcW w:w="2232" w:type="dxa"/>
            <w:tcMar>
              <w:top w:w="100" w:type="dxa"/>
              <w:left w:w="110" w:type="dxa"/>
              <w:bottom w:w="100" w:type="dxa"/>
              <w:right w:w="110" w:type="dxa"/>
            </w:tcMar>
            <w:vAlign w:val="center"/>
          </w:tcPr>
          <w:p w14:paraId="6B211606" w14:textId="77777777" w:rsidR="006A55BC" w:rsidRDefault="00000000">
            <w:pPr>
              <w:spacing w:after="20" w:line="240" w:lineRule="auto"/>
            </w:pPr>
            <w:r>
              <w:rPr>
                <w:sz w:val="14"/>
              </w:rPr>
              <w:t>Assets and inventory</w:t>
            </w:r>
          </w:p>
        </w:tc>
        <w:tc>
          <w:tcPr>
            <w:tcW w:w="5256" w:type="dxa"/>
            <w:tcMar>
              <w:top w:w="100" w:type="dxa"/>
              <w:left w:w="110" w:type="dxa"/>
              <w:bottom w:w="100" w:type="dxa"/>
              <w:right w:w="110" w:type="dxa"/>
            </w:tcMar>
            <w:vAlign w:val="center"/>
          </w:tcPr>
          <w:p w14:paraId="6F56D505" w14:textId="77777777" w:rsidR="006A55BC" w:rsidRDefault="00000000">
            <w:pPr>
              <w:spacing w:after="20" w:line="240" w:lineRule="auto"/>
            </w:pPr>
            <w:r>
              <w:rPr>
                <w:sz w:val="14"/>
              </w:rPr>
              <w:t>Theft, private use, write-off manipulation, false disposal, fuel diversion or substitution of goods.</w:t>
            </w:r>
          </w:p>
        </w:tc>
        <w:tc>
          <w:tcPr>
            <w:tcW w:w="1224" w:type="dxa"/>
            <w:tcMar>
              <w:top w:w="100" w:type="dxa"/>
              <w:left w:w="110" w:type="dxa"/>
              <w:bottom w:w="100" w:type="dxa"/>
              <w:right w:w="110" w:type="dxa"/>
            </w:tcMar>
            <w:vAlign w:val="center"/>
          </w:tcPr>
          <w:p w14:paraId="71370FEF" w14:textId="77777777" w:rsidR="006A55BC" w:rsidRDefault="00000000">
            <w:pPr>
              <w:spacing w:after="20" w:line="240" w:lineRule="auto"/>
            </w:pPr>
            <w:r>
              <w:rPr>
                <w:sz w:val="14"/>
              </w:rPr>
              <w:t>☐ Yes  ☐ No</w:t>
            </w:r>
          </w:p>
        </w:tc>
        <w:tc>
          <w:tcPr>
            <w:tcW w:w="1224" w:type="dxa"/>
            <w:tcMar>
              <w:top w:w="100" w:type="dxa"/>
              <w:left w:w="110" w:type="dxa"/>
              <w:bottom w:w="100" w:type="dxa"/>
              <w:right w:w="110" w:type="dxa"/>
            </w:tcMar>
            <w:vAlign w:val="center"/>
          </w:tcPr>
          <w:p w14:paraId="686B2C0C" w14:textId="77777777" w:rsidR="006A55BC" w:rsidRDefault="006A55BC">
            <w:pPr>
              <w:spacing w:after="20" w:line="240" w:lineRule="auto"/>
            </w:pPr>
          </w:p>
        </w:tc>
      </w:tr>
      <w:tr w:rsidR="006A55BC" w14:paraId="66440EE3" w14:textId="77777777">
        <w:trPr>
          <w:cantSplit/>
          <w:jc w:val="center"/>
        </w:trPr>
        <w:tc>
          <w:tcPr>
            <w:tcW w:w="2232" w:type="dxa"/>
            <w:shd w:val="clear" w:color="auto" w:fill="F4F7FA"/>
            <w:tcMar>
              <w:top w:w="100" w:type="dxa"/>
              <w:left w:w="110" w:type="dxa"/>
              <w:bottom w:w="100" w:type="dxa"/>
              <w:right w:w="110" w:type="dxa"/>
            </w:tcMar>
            <w:vAlign w:val="center"/>
          </w:tcPr>
          <w:p w14:paraId="0F7DA43B" w14:textId="77777777" w:rsidR="006A55BC" w:rsidRDefault="00000000">
            <w:pPr>
              <w:spacing w:after="20" w:line="240" w:lineRule="auto"/>
            </w:pPr>
            <w:r>
              <w:rPr>
                <w:sz w:val="14"/>
              </w:rPr>
              <w:t>Projects and capital expenditure</w:t>
            </w:r>
          </w:p>
        </w:tc>
        <w:tc>
          <w:tcPr>
            <w:tcW w:w="5256" w:type="dxa"/>
            <w:shd w:val="clear" w:color="auto" w:fill="F4F7FA"/>
            <w:tcMar>
              <w:top w:w="100" w:type="dxa"/>
              <w:left w:w="110" w:type="dxa"/>
              <w:bottom w:w="100" w:type="dxa"/>
              <w:right w:w="110" w:type="dxa"/>
            </w:tcMar>
            <w:vAlign w:val="center"/>
          </w:tcPr>
          <w:p w14:paraId="621230E4" w14:textId="77777777" w:rsidR="006A55BC" w:rsidRDefault="00000000">
            <w:pPr>
              <w:spacing w:after="20" w:line="240" w:lineRule="auto"/>
            </w:pPr>
            <w:r>
              <w:rPr>
                <w:sz w:val="14"/>
              </w:rPr>
              <w:t>Change-order abuse, certification of incomplete work, inflated quantities, collusion or hidden subcontracting.</w:t>
            </w:r>
          </w:p>
        </w:tc>
        <w:tc>
          <w:tcPr>
            <w:tcW w:w="1224" w:type="dxa"/>
            <w:shd w:val="clear" w:color="auto" w:fill="F4F7FA"/>
            <w:tcMar>
              <w:top w:w="100" w:type="dxa"/>
              <w:left w:w="110" w:type="dxa"/>
              <w:bottom w:w="100" w:type="dxa"/>
              <w:right w:w="110" w:type="dxa"/>
            </w:tcMar>
            <w:vAlign w:val="center"/>
          </w:tcPr>
          <w:p w14:paraId="6EEA8347" w14:textId="77777777" w:rsidR="006A55BC" w:rsidRDefault="00000000">
            <w:pPr>
              <w:spacing w:after="20" w:line="240" w:lineRule="auto"/>
            </w:pPr>
            <w:r>
              <w:rPr>
                <w:sz w:val="14"/>
              </w:rPr>
              <w:t>☐ Yes  ☐ No</w:t>
            </w:r>
          </w:p>
        </w:tc>
        <w:tc>
          <w:tcPr>
            <w:tcW w:w="1224" w:type="dxa"/>
            <w:shd w:val="clear" w:color="auto" w:fill="F4F7FA"/>
            <w:tcMar>
              <w:top w:w="100" w:type="dxa"/>
              <w:left w:w="110" w:type="dxa"/>
              <w:bottom w:w="100" w:type="dxa"/>
              <w:right w:w="110" w:type="dxa"/>
            </w:tcMar>
            <w:vAlign w:val="center"/>
          </w:tcPr>
          <w:p w14:paraId="35BB1C93" w14:textId="77777777" w:rsidR="006A55BC" w:rsidRDefault="006A55BC">
            <w:pPr>
              <w:spacing w:after="20" w:line="240" w:lineRule="auto"/>
            </w:pPr>
          </w:p>
        </w:tc>
      </w:tr>
      <w:tr w:rsidR="006A55BC" w14:paraId="7B093F15" w14:textId="77777777">
        <w:trPr>
          <w:cantSplit/>
          <w:jc w:val="center"/>
        </w:trPr>
        <w:tc>
          <w:tcPr>
            <w:tcW w:w="2232" w:type="dxa"/>
            <w:tcMar>
              <w:top w:w="100" w:type="dxa"/>
              <w:left w:w="110" w:type="dxa"/>
              <w:bottom w:w="100" w:type="dxa"/>
              <w:right w:w="110" w:type="dxa"/>
            </w:tcMar>
            <w:vAlign w:val="center"/>
          </w:tcPr>
          <w:p w14:paraId="5BFC1259" w14:textId="77777777" w:rsidR="006A55BC" w:rsidRDefault="00000000">
            <w:pPr>
              <w:spacing w:after="20" w:line="240" w:lineRule="auto"/>
            </w:pPr>
            <w:r>
              <w:rPr>
                <w:sz w:val="14"/>
              </w:rPr>
              <w:t>Grants and programme funds</w:t>
            </w:r>
          </w:p>
        </w:tc>
        <w:tc>
          <w:tcPr>
            <w:tcW w:w="5256" w:type="dxa"/>
            <w:tcMar>
              <w:top w:w="100" w:type="dxa"/>
              <w:left w:w="110" w:type="dxa"/>
              <w:bottom w:w="100" w:type="dxa"/>
              <w:right w:w="110" w:type="dxa"/>
            </w:tcMar>
            <w:vAlign w:val="center"/>
          </w:tcPr>
          <w:p w14:paraId="7058D225" w14:textId="77777777" w:rsidR="006A55BC" w:rsidRDefault="00000000">
            <w:pPr>
              <w:spacing w:after="20" w:line="240" w:lineRule="auto"/>
            </w:pPr>
            <w:r>
              <w:rPr>
                <w:sz w:val="14"/>
              </w:rPr>
              <w:t>Favouritism, beneficiary manipulation, diversion, false reporting or payments to ineligible recipients.</w:t>
            </w:r>
          </w:p>
        </w:tc>
        <w:tc>
          <w:tcPr>
            <w:tcW w:w="1224" w:type="dxa"/>
            <w:tcMar>
              <w:top w:w="100" w:type="dxa"/>
              <w:left w:w="110" w:type="dxa"/>
              <w:bottom w:w="100" w:type="dxa"/>
              <w:right w:w="110" w:type="dxa"/>
            </w:tcMar>
            <w:vAlign w:val="center"/>
          </w:tcPr>
          <w:p w14:paraId="1A82D246" w14:textId="77777777" w:rsidR="006A55BC" w:rsidRDefault="00000000">
            <w:pPr>
              <w:spacing w:after="20" w:line="240" w:lineRule="auto"/>
            </w:pPr>
            <w:r>
              <w:rPr>
                <w:sz w:val="14"/>
              </w:rPr>
              <w:t>☐ Yes  ☐ No</w:t>
            </w:r>
          </w:p>
        </w:tc>
        <w:tc>
          <w:tcPr>
            <w:tcW w:w="1224" w:type="dxa"/>
            <w:tcMar>
              <w:top w:w="100" w:type="dxa"/>
              <w:left w:w="110" w:type="dxa"/>
              <w:bottom w:w="100" w:type="dxa"/>
              <w:right w:w="110" w:type="dxa"/>
            </w:tcMar>
            <w:vAlign w:val="center"/>
          </w:tcPr>
          <w:p w14:paraId="27C99296" w14:textId="77777777" w:rsidR="006A55BC" w:rsidRDefault="006A55BC">
            <w:pPr>
              <w:spacing w:after="20" w:line="240" w:lineRule="auto"/>
            </w:pPr>
          </w:p>
        </w:tc>
      </w:tr>
      <w:tr w:rsidR="006A55BC" w14:paraId="6DCE09FC" w14:textId="77777777">
        <w:trPr>
          <w:cantSplit/>
          <w:jc w:val="center"/>
        </w:trPr>
        <w:tc>
          <w:tcPr>
            <w:tcW w:w="2232" w:type="dxa"/>
            <w:shd w:val="clear" w:color="auto" w:fill="F4F7FA"/>
            <w:tcMar>
              <w:top w:w="100" w:type="dxa"/>
              <w:left w:w="110" w:type="dxa"/>
              <w:bottom w:w="100" w:type="dxa"/>
              <w:right w:w="110" w:type="dxa"/>
            </w:tcMar>
            <w:vAlign w:val="center"/>
          </w:tcPr>
          <w:p w14:paraId="2CC60A7B" w14:textId="77777777" w:rsidR="006A55BC" w:rsidRDefault="00000000">
            <w:pPr>
              <w:spacing w:after="20" w:line="240" w:lineRule="auto"/>
            </w:pPr>
            <w:r>
              <w:rPr>
                <w:sz w:val="14"/>
              </w:rPr>
              <w:t>Information and technology</w:t>
            </w:r>
          </w:p>
        </w:tc>
        <w:tc>
          <w:tcPr>
            <w:tcW w:w="5256" w:type="dxa"/>
            <w:shd w:val="clear" w:color="auto" w:fill="F4F7FA"/>
            <w:tcMar>
              <w:top w:w="100" w:type="dxa"/>
              <w:left w:w="110" w:type="dxa"/>
              <w:bottom w:w="100" w:type="dxa"/>
              <w:right w:w="110" w:type="dxa"/>
            </w:tcMar>
            <w:vAlign w:val="center"/>
          </w:tcPr>
          <w:p w14:paraId="448CE248" w14:textId="77777777" w:rsidR="006A55BC" w:rsidRDefault="00000000">
            <w:pPr>
              <w:spacing w:after="20" w:line="240" w:lineRule="auto"/>
            </w:pPr>
            <w:r>
              <w:rPr>
                <w:sz w:val="14"/>
              </w:rPr>
              <w:t>Manipulated access, deleted audit trails, false records, cyber-enabled payments or misuse of confidential information.</w:t>
            </w:r>
          </w:p>
        </w:tc>
        <w:tc>
          <w:tcPr>
            <w:tcW w:w="1224" w:type="dxa"/>
            <w:shd w:val="clear" w:color="auto" w:fill="F4F7FA"/>
            <w:tcMar>
              <w:top w:w="100" w:type="dxa"/>
              <w:left w:w="110" w:type="dxa"/>
              <w:bottom w:w="100" w:type="dxa"/>
              <w:right w:w="110" w:type="dxa"/>
            </w:tcMar>
            <w:vAlign w:val="center"/>
          </w:tcPr>
          <w:p w14:paraId="6BD1B693" w14:textId="77777777" w:rsidR="006A55BC" w:rsidRDefault="00000000">
            <w:pPr>
              <w:spacing w:after="20" w:line="240" w:lineRule="auto"/>
            </w:pPr>
            <w:r>
              <w:rPr>
                <w:sz w:val="14"/>
              </w:rPr>
              <w:t>☐ Yes  ☐ No</w:t>
            </w:r>
          </w:p>
        </w:tc>
        <w:tc>
          <w:tcPr>
            <w:tcW w:w="1224" w:type="dxa"/>
            <w:shd w:val="clear" w:color="auto" w:fill="F4F7FA"/>
            <w:tcMar>
              <w:top w:w="100" w:type="dxa"/>
              <w:left w:w="110" w:type="dxa"/>
              <w:bottom w:w="100" w:type="dxa"/>
              <w:right w:w="110" w:type="dxa"/>
            </w:tcMar>
            <w:vAlign w:val="center"/>
          </w:tcPr>
          <w:p w14:paraId="67561E1C" w14:textId="77777777" w:rsidR="006A55BC" w:rsidRDefault="006A55BC">
            <w:pPr>
              <w:spacing w:after="20" w:line="240" w:lineRule="auto"/>
            </w:pPr>
          </w:p>
        </w:tc>
      </w:tr>
      <w:tr w:rsidR="006A55BC" w14:paraId="0A357841" w14:textId="77777777">
        <w:trPr>
          <w:cantSplit/>
          <w:jc w:val="center"/>
        </w:trPr>
        <w:tc>
          <w:tcPr>
            <w:tcW w:w="2232" w:type="dxa"/>
            <w:tcMar>
              <w:top w:w="100" w:type="dxa"/>
              <w:left w:w="110" w:type="dxa"/>
              <w:bottom w:w="100" w:type="dxa"/>
              <w:right w:w="110" w:type="dxa"/>
            </w:tcMar>
            <w:vAlign w:val="center"/>
          </w:tcPr>
          <w:p w14:paraId="14620561" w14:textId="77777777" w:rsidR="006A55BC" w:rsidRDefault="00000000">
            <w:pPr>
              <w:spacing w:after="20" w:line="240" w:lineRule="auto"/>
            </w:pPr>
            <w:r>
              <w:rPr>
                <w:sz w:val="14"/>
              </w:rPr>
              <w:t>Mergers, acquisitions and investments</w:t>
            </w:r>
          </w:p>
        </w:tc>
        <w:tc>
          <w:tcPr>
            <w:tcW w:w="5256" w:type="dxa"/>
            <w:tcMar>
              <w:top w:w="100" w:type="dxa"/>
              <w:left w:w="110" w:type="dxa"/>
              <w:bottom w:w="100" w:type="dxa"/>
              <w:right w:w="110" w:type="dxa"/>
            </w:tcMar>
            <w:vAlign w:val="center"/>
          </w:tcPr>
          <w:p w14:paraId="0F752565" w14:textId="77777777" w:rsidR="006A55BC" w:rsidRDefault="00000000">
            <w:pPr>
              <w:spacing w:after="20" w:line="240" w:lineRule="auto"/>
            </w:pPr>
            <w:r>
              <w:rPr>
                <w:sz w:val="14"/>
              </w:rPr>
              <w:t>Inherited liability, concealed ownership, politically exposed connections or weak post-acquisition controls.</w:t>
            </w:r>
          </w:p>
        </w:tc>
        <w:tc>
          <w:tcPr>
            <w:tcW w:w="1224" w:type="dxa"/>
            <w:tcMar>
              <w:top w:w="100" w:type="dxa"/>
              <w:left w:w="110" w:type="dxa"/>
              <w:bottom w:w="100" w:type="dxa"/>
              <w:right w:w="110" w:type="dxa"/>
            </w:tcMar>
            <w:vAlign w:val="center"/>
          </w:tcPr>
          <w:p w14:paraId="1C284E4A" w14:textId="77777777" w:rsidR="006A55BC" w:rsidRDefault="00000000">
            <w:pPr>
              <w:spacing w:after="20" w:line="240" w:lineRule="auto"/>
            </w:pPr>
            <w:r>
              <w:rPr>
                <w:sz w:val="14"/>
              </w:rPr>
              <w:t>☐ Yes  ☐ No</w:t>
            </w:r>
          </w:p>
        </w:tc>
        <w:tc>
          <w:tcPr>
            <w:tcW w:w="1224" w:type="dxa"/>
            <w:tcMar>
              <w:top w:w="100" w:type="dxa"/>
              <w:left w:w="110" w:type="dxa"/>
              <w:bottom w:w="100" w:type="dxa"/>
              <w:right w:w="110" w:type="dxa"/>
            </w:tcMar>
            <w:vAlign w:val="center"/>
          </w:tcPr>
          <w:p w14:paraId="51502202" w14:textId="77777777" w:rsidR="006A55BC" w:rsidRDefault="006A55BC">
            <w:pPr>
              <w:spacing w:after="20" w:line="240" w:lineRule="auto"/>
            </w:pPr>
          </w:p>
        </w:tc>
      </w:tr>
      <w:tr w:rsidR="006A55BC" w14:paraId="6A8574A0" w14:textId="77777777">
        <w:trPr>
          <w:cantSplit/>
          <w:jc w:val="center"/>
        </w:trPr>
        <w:tc>
          <w:tcPr>
            <w:tcW w:w="2232" w:type="dxa"/>
            <w:shd w:val="clear" w:color="auto" w:fill="F4F7FA"/>
            <w:tcMar>
              <w:top w:w="100" w:type="dxa"/>
              <w:left w:w="110" w:type="dxa"/>
              <w:bottom w:w="100" w:type="dxa"/>
              <w:right w:w="110" w:type="dxa"/>
            </w:tcMar>
            <w:vAlign w:val="center"/>
          </w:tcPr>
          <w:p w14:paraId="4052FAB4" w14:textId="77777777" w:rsidR="006A55BC" w:rsidRDefault="00000000">
            <w:pPr>
              <w:spacing w:after="20" w:line="240" w:lineRule="auto"/>
            </w:pPr>
            <w:r>
              <w:rPr>
                <w:sz w:val="14"/>
              </w:rPr>
              <w:t>Emergency and sole-source activity</w:t>
            </w:r>
          </w:p>
        </w:tc>
        <w:tc>
          <w:tcPr>
            <w:tcW w:w="5256" w:type="dxa"/>
            <w:shd w:val="clear" w:color="auto" w:fill="F4F7FA"/>
            <w:tcMar>
              <w:top w:w="100" w:type="dxa"/>
              <w:left w:w="110" w:type="dxa"/>
              <w:bottom w:w="100" w:type="dxa"/>
              <w:right w:w="110" w:type="dxa"/>
            </w:tcMar>
            <w:vAlign w:val="center"/>
          </w:tcPr>
          <w:p w14:paraId="4A68A1DC" w14:textId="77777777" w:rsidR="006A55BC" w:rsidRDefault="00000000">
            <w:pPr>
              <w:spacing w:after="20" w:line="240" w:lineRule="auto"/>
            </w:pPr>
            <w:r>
              <w:rPr>
                <w:sz w:val="14"/>
              </w:rPr>
              <w:t>Relaxed competition, undocumented decisions, price abuse, false urgency or repeated exceptions.</w:t>
            </w:r>
          </w:p>
        </w:tc>
        <w:tc>
          <w:tcPr>
            <w:tcW w:w="1224" w:type="dxa"/>
            <w:shd w:val="clear" w:color="auto" w:fill="F4F7FA"/>
            <w:tcMar>
              <w:top w:w="100" w:type="dxa"/>
              <w:left w:w="110" w:type="dxa"/>
              <w:bottom w:w="100" w:type="dxa"/>
              <w:right w:w="110" w:type="dxa"/>
            </w:tcMar>
            <w:vAlign w:val="center"/>
          </w:tcPr>
          <w:p w14:paraId="2B163FED" w14:textId="77777777" w:rsidR="006A55BC" w:rsidRDefault="00000000">
            <w:pPr>
              <w:spacing w:after="20" w:line="240" w:lineRule="auto"/>
            </w:pPr>
            <w:r>
              <w:rPr>
                <w:sz w:val="14"/>
              </w:rPr>
              <w:t>☐ Yes  ☐ No</w:t>
            </w:r>
          </w:p>
        </w:tc>
        <w:tc>
          <w:tcPr>
            <w:tcW w:w="1224" w:type="dxa"/>
            <w:shd w:val="clear" w:color="auto" w:fill="F4F7FA"/>
            <w:tcMar>
              <w:top w:w="100" w:type="dxa"/>
              <w:left w:w="110" w:type="dxa"/>
              <w:bottom w:w="100" w:type="dxa"/>
              <w:right w:w="110" w:type="dxa"/>
            </w:tcMar>
            <w:vAlign w:val="center"/>
          </w:tcPr>
          <w:p w14:paraId="0F9F3A1F" w14:textId="77777777" w:rsidR="006A55BC" w:rsidRDefault="006A55BC">
            <w:pPr>
              <w:spacing w:after="20" w:line="240" w:lineRule="auto"/>
            </w:pPr>
          </w:p>
        </w:tc>
      </w:tr>
      <w:tr w:rsidR="006A55BC" w14:paraId="537311A0" w14:textId="77777777">
        <w:trPr>
          <w:cantSplit/>
          <w:jc w:val="center"/>
        </w:trPr>
        <w:tc>
          <w:tcPr>
            <w:tcW w:w="2232" w:type="dxa"/>
            <w:tcMar>
              <w:top w:w="100" w:type="dxa"/>
              <w:left w:w="110" w:type="dxa"/>
              <w:bottom w:w="100" w:type="dxa"/>
              <w:right w:w="110" w:type="dxa"/>
            </w:tcMar>
            <w:vAlign w:val="center"/>
          </w:tcPr>
          <w:p w14:paraId="1CD81543" w14:textId="77777777" w:rsidR="006A55BC" w:rsidRDefault="00000000">
            <w:pPr>
              <w:spacing w:after="20" w:line="240" w:lineRule="auto"/>
            </w:pPr>
            <w:r>
              <w:rPr>
                <w:sz w:val="14"/>
              </w:rPr>
              <w:t>Fraud linked to corruption</w:t>
            </w:r>
          </w:p>
        </w:tc>
        <w:tc>
          <w:tcPr>
            <w:tcW w:w="5256" w:type="dxa"/>
            <w:tcMar>
              <w:top w:w="100" w:type="dxa"/>
              <w:left w:w="110" w:type="dxa"/>
              <w:bottom w:w="100" w:type="dxa"/>
              <w:right w:w="110" w:type="dxa"/>
            </w:tcMar>
            <w:vAlign w:val="center"/>
          </w:tcPr>
          <w:p w14:paraId="28B47DD6" w14:textId="77777777" w:rsidR="006A55BC" w:rsidRDefault="00000000">
            <w:pPr>
              <w:spacing w:after="20" w:line="240" w:lineRule="auto"/>
            </w:pPr>
            <w:r>
              <w:rPr>
                <w:sz w:val="14"/>
              </w:rPr>
              <w:t>Collusion, embezzlement, procurement fraud, payroll fraud or accounting concealment enabled by corrupt influence.</w:t>
            </w:r>
          </w:p>
        </w:tc>
        <w:tc>
          <w:tcPr>
            <w:tcW w:w="1224" w:type="dxa"/>
            <w:tcMar>
              <w:top w:w="100" w:type="dxa"/>
              <w:left w:w="110" w:type="dxa"/>
              <w:bottom w:w="100" w:type="dxa"/>
              <w:right w:w="110" w:type="dxa"/>
            </w:tcMar>
            <w:vAlign w:val="center"/>
          </w:tcPr>
          <w:p w14:paraId="2F4C540F" w14:textId="77777777" w:rsidR="006A55BC" w:rsidRDefault="00000000">
            <w:pPr>
              <w:spacing w:after="20" w:line="240" w:lineRule="auto"/>
            </w:pPr>
            <w:r>
              <w:rPr>
                <w:sz w:val="14"/>
              </w:rPr>
              <w:t>☐ Yes  ☐ No</w:t>
            </w:r>
          </w:p>
        </w:tc>
        <w:tc>
          <w:tcPr>
            <w:tcW w:w="1224" w:type="dxa"/>
            <w:tcMar>
              <w:top w:w="100" w:type="dxa"/>
              <w:left w:w="110" w:type="dxa"/>
              <w:bottom w:w="100" w:type="dxa"/>
              <w:right w:w="110" w:type="dxa"/>
            </w:tcMar>
            <w:vAlign w:val="center"/>
          </w:tcPr>
          <w:p w14:paraId="1E418AB5" w14:textId="77777777" w:rsidR="006A55BC" w:rsidRDefault="006A55BC">
            <w:pPr>
              <w:spacing w:after="20" w:line="240" w:lineRule="auto"/>
            </w:pPr>
          </w:p>
        </w:tc>
      </w:tr>
      <w:tr w:rsidR="006A55BC" w14:paraId="65189A50" w14:textId="77777777">
        <w:trPr>
          <w:cantSplit/>
          <w:jc w:val="center"/>
        </w:trPr>
        <w:tc>
          <w:tcPr>
            <w:tcW w:w="2232" w:type="dxa"/>
            <w:shd w:val="clear" w:color="auto" w:fill="F4F7FA"/>
            <w:tcMar>
              <w:top w:w="100" w:type="dxa"/>
              <w:left w:w="110" w:type="dxa"/>
              <w:bottom w:w="100" w:type="dxa"/>
              <w:right w:w="110" w:type="dxa"/>
            </w:tcMar>
            <w:vAlign w:val="center"/>
          </w:tcPr>
          <w:p w14:paraId="00781918" w14:textId="77777777" w:rsidR="006A55BC" w:rsidRDefault="00000000">
            <w:pPr>
              <w:spacing w:after="20" w:line="240" w:lineRule="auto"/>
            </w:pPr>
            <w:r>
              <w:rPr>
                <w:sz w:val="14"/>
              </w:rPr>
              <w:t>Reporting and retaliation</w:t>
            </w:r>
          </w:p>
        </w:tc>
        <w:tc>
          <w:tcPr>
            <w:tcW w:w="5256" w:type="dxa"/>
            <w:shd w:val="clear" w:color="auto" w:fill="F4F7FA"/>
            <w:tcMar>
              <w:top w:w="100" w:type="dxa"/>
              <w:left w:w="110" w:type="dxa"/>
              <w:bottom w:w="100" w:type="dxa"/>
              <w:right w:w="110" w:type="dxa"/>
            </w:tcMar>
            <w:vAlign w:val="center"/>
          </w:tcPr>
          <w:p w14:paraId="1A676BC3" w14:textId="77777777" w:rsidR="006A55BC" w:rsidRDefault="00000000">
            <w:pPr>
              <w:spacing w:after="20" w:line="240" w:lineRule="auto"/>
            </w:pPr>
            <w:r>
              <w:rPr>
                <w:sz w:val="14"/>
              </w:rPr>
              <w:t>Suppressed complaints, identity exposure, retaliation, biased triage or failure to remediate substantiated cases.</w:t>
            </w:r>
          </w:p>
        </w:tc>
        <w:tc>
          <w:tcPr>
            <w:tcW w:w="1224" w:type="dxa"/>
            <w:shd w:val="clear" w:color="auto" w:fill="F4F7FA"/>
            <w:tcMar>
              <w:top w:w="100" w:type="dxa"/>
              <w:left w:w="110" w:type="dxa"/>
              <w:bottom w:w="100" w:type="dxa"/>
              <w:right w:w="110" w:type="dxa"/>
            </w:tcMar>
            <w:vAlign w:val="center"/>
          </w:tcPr>
          <w:p w14:paraId="0C9DDA9B" w14:textId="77777777" w:rsidR="006A55BC" w:rsidRDefault="00000000">
            <w:pPr>
              <w:spacing w:after="20" w:line="240" w:lineRule="auto"/>
            </w:pPr>
            <w:r>
              <w:rPr>
                <w:sz w:val="14"/>
              </w:rPr>
              <w:t>☐ Yes  ☐ No</w:t>
            </w:r>
          </w:p>
        </w:tc>
        <w:tc>
          <w:tcPr>
            <w:tcW w:w="1224" w:type="dxa"/>
            <w:shd w:val="clear" w:color="auto" w:fill="F4F7FA"/>
            <w:tcMar>
              <w:top w:w="100" w:type="dxa"/>
              <w:left w:w="110" w:type="dxa"/>
              <w:bottom w:w="100" w:type="dxa"/>
              <w:right w:w="110" w:type="dxa"/>
            </w:tcMar>
            <w:vAlign w:val="center"/>
          </w:tcPr>
          <w:p w14:paraId="1ED82538" w14:textId="77777777" w:rsidR="006A55BC" w:rsidRDefault="006A55BC">
            <w:pPr>
              <w:spacing w:after="20" w:line="240" w:lineRule="auto"/>
            </w:pPr>
          </w:p>
        </w:tc>
      </w:tr>
    </w:tbl>
    <w:p w14:paraId="7BE4E3C3" w14:textId="77777777" w:rsidR="006A55BC" w:rsidRDefault="006A55BC">
      <w:pPr>
        <w:spacing w:after="20"/>
      </w:pPr>
    </w:p>
    <w:p w14:paraId="17029931" w14:textId="77777777" w:rsidR="006A55BC" w:rsidRDefault="00000000">
      <w:r>
        <w:br w:type="page"/>
      </w:r>
    </w:p>
    <w:p w14:paraId="59BBAF43" w14:textId="77777777" w:rsidR="006A55BC" w:rsidRDefault="00000000">
      <w:pPr>
        <w:pStyle w:val="Heading1"/>
      </w:pPr>
      <w:r>
        <w:lastRenderedPageBreak/>
        <w:t>Section 6 Organisational Control Environment Questionnaire</w:t>
      </w:r>
    </w:p>
    <w:p w14:paraId="103F7B9A" w14:textId="77777777" w:rsidR="006A55BC" w:rsidRDefault="00000000">
      <w:r>
        <w:t>Rate each statement: 0 = absent; 1 = largely absent; 2 = partly implemented; 3 = substantially implemented; 4 = fully implemented and evidenced; N/A = not applicable with documented reason. A low score is a diagnostic signal, not a final risk rating.</w:t>
      </w:r>
    </w:p>
    <w:p w14:paraId="6E7589C0" w14:textId="77777777" w:rsidR="006A55BC" w:rsidRDefault="00000000">
      <w:pPr>
        <w:pStyle w:val="Heading2"/>
      </w:pPr>
      <w:r>
        <w:t>Leadership and governance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5616"/>
        <w:gridCol w:w="1296"/>
        <w:gridCol w:w="2376"/>
      </w:tblGrid>
      <w:tr w:rsidR="006A55BC" w14:paraId="438954DA" w14:textId="77777777">
        <w:trPr>
          <w:cantSplit/>
          <w:tblHeader/>
          <w:jc w:val="center"/>
        </w:trPr>
        <w:tc>
          <w:tcPr>
            <w:tcW w:w="648" w:type="dxa"/>
            <w:shd w:val="clear" w:color="auto" w:fill="17365D"/>
            <w:tcMar>
              <w:top w:w="100" w:type="dxa"/>
              <w:left w:w="110" w:type="dxa"/>
              <w:bottom w:w="100" w:type="dxa"/>
              <w:right w:w="110" w:type="dxa"/>
            </w:tcMar>
            <w:vAlign w:val="center"/>
          </w:tcPr>
          <w:p w14:paraId="2E327D8B" w14:textId="77777777" w:rsidR="006A55BC" w:rsidRDefault="00000000">
            <w:r>
              <w:rPr>
                <w:b/>
                <w:color w:val="FFFFFF"/>
                <w:sz w:val="15"/>
              </w:rPr>
              <w:t>No.</w:t>
            </w:r>
          </w:p>
        </w:tc>
        <w:tc>
          <w:tcPr>
            <w:tcW w:w="5616" w:type="dxa"/>
            <w:shd w:val="clear" w:color="auto" w:fill="17365D"/>
            <w:tcMar>
              <w:top w:w="100" w:type="dxa"/>
              <w:left w:w="110" w:type="dxa"/>
              <w:bottom w:w="100" w:type="dxa"/>
              <w:right w:w="110" w:type="dxa"/>
            </w:tcMar>
            <w:vAlign w:val="center"/>
          </w:tcPr>
          <w:p w14:paraId="6206FB76" w14:textId="77777777" w:rsidR="006A55BC" w:rsidRDefault="00000000">
            <w:r>
              <w:rPr>
                <w:b/>
                <w:color w:val="FFFFFF"/>
                <w:sz w:val="15"/>
              </w:rPr>
              <w:t>Assessment statement</w:t>
            </w:r>
          </w:p>
        </w:tc>
        <w:tc>
          <w:tcPr>
            <w:tcW w:w="1296" w:type="dxa"/>
            <w:shd w:val="clear" w:color="auto" w:fill="17365D"/>
            <w:tcMar>
              <w:top w:w="100" w:type="dxa"/>
              <w:left w:w="110" w:type="dxa"/>
              <w:bottom w:w="100" w:type="dxa"/>
              <w:right w:w="110" w:type="dxa"/>
            </w:tcMar>
            <w:vAlign w:val="center"/>
          </w:tcPr>
          <w:p w14:paraId="40E9C006" w14:textId="77777777" w:rsidR="006A55BC" w:rsidRDefault="00000000">
            <w:r>
              <w:rPr>
                <w:b/>
                <w:color w:val="FFFFFF"/>
                <w:sz w:val="15"/>
              </w:rPr>
              <w:t>0–4 or N/A</w:t>
            </w:r>
          </w:p>
        </w:tc>
        <w:tc>
          <w:tcPr>
            <w:tcW w:w="2376" w:type="dxa"/>
            <w:shd w:val="clear" w:color="auto" w:fill="17365D"/>
            <w:tcMar>
              <w:top w:w="100" w:type="dxa"/>
              <w:left w:w="110" w:type="dxa"/>
              <w:bottom w:w="100" w:type="dxa"/>
              <w:right w:w="110" w:type="dxa"/>
            </w:tcMar>
            <w:vAlign w:val="center"/>
          </w:tcPr>
          <w:p w14:paraId="62787E12" w14:textId="77777777" w:rsidR="006A55BC" w:rsidRDefault="00000000">
            <w:r>
              <w:rPr>
                <w:b/>
                <w:color w:val="FFFFFF"/>
                <w:sz w:val="15"/>
              </w:rPr>
              <w:t>Evidence and comments</w:t>
            </w:r>
          </w:p>
        </w:tc>
      </w:tr>
      <w:tr w:rsidR="006A55BC" w14:paraId="301914B8" w14:textId="77777777">
        <w:trPr>
          <w:cantSplit/>
          <w:jc w:val="center"/>
        </w:trPr>
        <w:tc>
          <w:tcPr>
            <w:tcW w:w="648" w:type="dxa"/>
            <w:tcMar>
              <w:top w:w="100" w:type="dxa"/>
              <w:left w:w="110" w:type="dxa"/>
              <w:bottom w:w="100" w:type="dxa"/>
              <w:right w:w="110" w:type="dxa"/>
            </w:tcMar>
            <w:vAlign w:val="center"/>
          </w:tcPr>
          <w:p w14:paraId="068900A5" w14:textId="77777777" w:rsidR="006A55BC" w:rsidRDefault="00000000">
            <w:pPr>
              <w:spacing w:after="20" w:line="240" w:lineRule="auto"/>
            </w:pPr>
            <w:r>
              <w:rPr>
                <w:sz w:val="15"/>
              </w:rPr>
              <w:t>1</w:t>
            </w:r>
          </w:p>
        </w:tc>
        <w:tc>
          <w:tcPr>
            <w:tcW w:w="5616" w:type="dxa"/>
            <w:tcMar>
              <w:top w:w="100" w:type="dxa"/>
              <w:left w:w="110" w:type="dxa"/>
              <w:bottom w:w="100" w:type="dxa"/>
              <w:right w:w="110" w:type="dxa"/>
            </w:tcMar>
            <w:vAlign w:val="center"/>
          </w:tcPr>
          <w:p w14:paraId="50EA7E6D" w14:textId="77777777" w:rsidR="006A55BC" w:rsidRDefault="00000000">
            <w:pPr>
              <w:spacing w:after="20" w:line="240" w:lineRule="auto"/>
            </w:pPr>
            <w:r>
              <w:rPr>
                <w:sz w:val="15"/>
              </w:rPr>
              <w:t>The governing body receives regular corruption-risk information and challenges management.</w:t>
            </w:r>
          </w:p>
        </w:tc>
        <w:tc>
          <w:tcPr>
            <w:tcW w:w="1296" w:type="dxa"/>
            <w:tcMar>
              <w:top w:w="100" w:type="dxa"/>
              <w:left w:w="110" w:type="dxa"/>
              <w:bottom w:w="100" w:type="dxa"/>
              <w:right w:w="110" w:type="dxa"/>
            </w:tcMar>
            <w:vAlign w:val="center"/>
          </w:tcPr>
          <w:p w14:paraId="4F00F62F"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72F15A10" w14:textId="77777777" w:rsidR="006A55BC" w:rsidRDefault="006A55BC">
            <w:pPr>
              <w:spacing w:after="20" w:line="240" w:lineRule="auto"/>
            </w:pPr>
          </w:p>
        </w:tc>
      </w:tr>
      <w:tr w:rsidR="006A55BC" w14:paraId="3DFF7832" w14:textId="77777777">
        <w:trPr>
          <w:cantSplit/>
          <w:jc w:val="center"/>
        </w:trPr>
        <w:tc>
          <w:tcPr>
            <w:tcW w:w="648" w:type="dxa"/>
            <w:shd w:val="clear" w:color="auto" w:fill="F4F7FA"/>
            <w:tcMar>
              <w:top w:w="100" w:type="dxa"/>
              <w:left w:w="110" w:type="dxa"/>
              <w:bottom w:w="100" w:type="dxa"/>
              <w:right w:w="110" w:type="dxa"/>
            </w:tcMar>
            <w:vAlign w:val="center"/>
          </w:tcPr>
          <w:p w14:paraId="4D3CA8E4" w14:textId="77777777" w:rsidR="006A55BC" w:rsidRDefault="00000000">
            <w:pPr>
              <w:spacing w:after="20" w:line="240" w:lineRule="auto"/>
            </w:pPr>
            <w:r>
              <w:rPr>
                <w:sz w:val="15"/>
              </w:rPr>
              <w:t>2</w:t>
            </w:r>
          </w:p>
        </w:tc>
        <w:tc>
          <w:tcPr>
            <w:tcW w:w="5616" w:type="dxa"/>
            <w:shd w:val="clear" w:color="auto" w:fill="F4F7FA"/>
            <w:tcMar>
              <w:top w:w="100" w:type="dxa"/>
              <w:left w:w="110" w:type="dxa"/>
              <w:bottom w:w="100" w:type="dxa"/>
              <w:right w:w="110" w:type="dxa"/>
            </w:tcMar>
            <w:vAlign w:val="center"/>
          </w:tcPr>
          <w:p w14:paraId="2B2808B3" w14:textId="77777777" w:rsidR="006A55BC" w:rsidRDefault="00000000">
            <w:pPr>
              <w:spacing w:after="20" w:line="240" w:lineRule="auto"/>
            </w:pPr>
            <w:r>
              <w:rPr>
                <w:sz w:val="15"/>
              </w:rPr>
              <w:t>Senior leaders communicate and demonstrate zero tolerance for bribery, kickbacks and retaliation.</w:t>
            </w:r>
          </w:p>
        </w:tc>
        <w:tc>
          <w:tcPr>
            <w:tcW w:w="1296" w:type="dxa"/>
            <w:shd w:val="clear" w:color="auto" w:fill="F4F7FA"/>
            <w:tcMar>
              <w:top w:w="100" w:type="dxa"/>
              <w:left w:w="110" w:type="dxa"/>
              <w:bottom w:w="100" w:type="dxa"/>
              <w:right w:w="110" w:type="dxa"/>
            </w:tcMar>
            <w:vAlign w:val="center"/>
          </w:tcPr>
          <w:p w14:paraId="39E274A6"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3FA1D1EE" w14:textId="77777777" w:rsidR="006A55BC" w:rsidRDefault="006A55BC">
            <w:pPr>
              <w:spacing w:after="20" w:line="240" w:lineRule="auto"/>
            </w:pPr>
          </w:p>
        </w:tc>
      </w:tr>
      <w:tr w:rsidR="006A55BC" w14:paraId="6E2270AE" w14:textId="77777777">
        <w:trPr>
          <w:cantSplit/>
          <w:jc w:val="center"/>
        </w:trPr>
        <w:tc>
          <w:tcPr>
            <w:tcW w:w="648" w:type="dxa"/>
            <w:tcMar>
              <w:top w:w="100" w:type="dxa"/>
              <w:left w:w="110" w:type="dxa"/>
              <w:bottom w:w="100" w:type="dxa"/>
              <w:right w:w="110" w:type="dxa"/>
            </w:tcMar>
            <w:vAlign w:val="center"/>
          </w:tcPr>
          <w:p w14:paraId="0CB2DCC0" w14:textId="77777777" w:rsidR="006A55BC" w:rsidRDefault="00000000">
            <w:pPr>
              <w:spacing w:after="20" w:line="240" w:lineRule="auto"/>
            </w:pPr>
            <w:r>
              <w:rPr>
                <w:sz w:val="15"/>
              </w:rPr>
              <w:t>3</w:t>
            </w:r>
          </w:p>
        </w:tc>
        <w:tc>
          <w:tcPr>
            <w:tcW w:w="5616" w:type="dxa"/>
            <w:tcMar>
              <w:top w:w="100" w:type="dxa"/>
              <w:left w:w="110" w:type="dxa"/>
              <w:bottom w:w="100" w:type="dxa"/>
              <w:right w:w="110" w:type="dxa"/>
            </w:tcMar>
            <w:vAlign w:val="center"/>
          </w:tcPr>
          <w:p w14:paraId="44CB6946" w14:textId="77777777" w:rsidR="006A55BC" w:rsidRDefault="00000000">
            <w:pPr>
              <w:spacing w:after="20" w:line="240" w:lineRule="auto"/>
            </w:pPr>
            <w:r>
              <w:rPr>
                <w:sz w:val="15"/>
              </w:rPr>
              <w:t>Decision rights, delegations and reserved matters are current and enforced.</w:t>
            </w:r>
          </w:p>
        </w:tc>
        <w:tc>
          <w:tcPr>
            <w:tcW w:w="1296" w:type="dxa"/>
            <w:tcMar>
              <w:top w:w="100" w:type="dxa"/>
              <w:left w:w="110" w:type="dxa"/>
              <w:bottom w:w="100" w:type="dxa"/>
              <w:right w:w="110" w:type="dxa"/>
            </w:tcMar>
            <w:vAlign w:val="center"/>
          </w:tcPr>
          <w:p w14:paraId="4A926CC2"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6E632F82" w14:textId="77777777" w:rsidR="006A55BC" w:rsidRDefault="006A55BC">
            <w:pPr>
              <w:spacing w:after="20" w:line="240" w:lineRule="auto"/>
            </w:pPr>
          </w:p>
        </w:tc>
      </w:tr>
      <w:tr w:rsidR="006A55BC" w14:paraId="3AAED5ED" w14:textId="77777777">
        <w:trPr>
          <w:cantSplit/>
          <w:jc w:val="center"/>
        </w:trPr>
        <w:tc>
          <w:tcPr>
            <w:tcW w:w="648" w:type="dxa"/>
            <w:shd w:val="clear" w:color="auto" w:fill="F4F7FA"/>
            <w:tcMar>
              <w:top w:w="100" w:type="dxa"/>
              <w:left w:w="110" w:type="dxa"/>
              <w:bottom w:w="100" w:type="dxa"/>
              <w:right w:w="110" w:type="dxa"/>
            </w:tcMar>
            <w:vAlign w:val="center"/>
          </w:tcPr>
          <w:p w14:paraId="3A49B720" w14:textId="77777777" w:rsidR="006A55BC" w:rsidRDefault="00000000">
            <w:pPr>
              <w:spacing w:after="20" w:line="240" w:lineRule="auto"/>
            </w:pPr>
            <w:r>
              <w:rPr>
                <w:sz w:val="15"/>
              </w:rPr>
              <w:t>4</w:t>
            </w:r>
          </w:p>
        </w:tc>
        <w:tc>
          <w:tcPr>
            <w:tcW w:w="5616" w:type="dxa"/>
            <w:shd w:val="clear" w:color="auto" w:fill="F4F7FA"/>
            <w:tcMar>
              <w:top w:w="100" w:type="dxa"/>
              <w:left w:w="110" w:type="dxa"/>
              <w:bottom w:w="100" w:type="dxa"/>
              <w:right w:w="110" w:type="dxa"/>
            </w:tcMar>
            <w:vAlign w:val="center"/>
          </w:tcPr>
          <w:p w14:paraId="39032077" w14:textId="77777777" w:rsidR="006A55BC" w:rsidRDefault="00000000">
            <w:pPr>
              <w:spacing w:after="20" w:line="240" w:lineRule="auto"/>
            </w:pPr>
            <w:r>
              <w:rPr>
                <w:sz w:val="15"/>
              </w:rPr>
              <w:t>Management override is logged, justified and independently reviewed.</w:t>
            </w:r>
          </w:p>
        </w:tc>
        <w:tc>
          <w:tcPr>
            <w:tcW w:w="1296" w:type="dxa"/>
            <w:shd w:val="clear" w:color="auto" w:fill="F4F7FA"/>
            <w:tcMar>
              <w:top w:w="100" w:type="dxa"/>
              <w:left w:w="110" w:type="dxa"/>
              <w:bottom w:w="100" w:type="dxa"/>
              <w:right w:w="110" w:type="dxa"/>
            </w:tcMar>
            <w:vAlign w:val="center"/>
          </w:tcPr>
          <w:p w14:paraId="480146E7"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7409E54E" w14:textId="77777777" w:rsidR="006A55BC" w:rsidRDefault="006A55BC">
            <w:pPr>
              <w:spacing w:after="20" w:line="240" w:lineRule="auto"/>
            </w:pPr>
          </w:p>
        </w:tc>
      </w:tr>
      <w:tr w:rsidR="006A55BC" w14:paraId="1EC59744" w14:textId="77777777">
        <w:trPr>
          <w:cantSplit/>
          <w:jc w:val="center"/>
        </w:trPr>
        <w:tc>
          <w:tcPr>
            <w:tcW w:w="648" w:type="dxa"/>
            <w:tcMar>
              <w:top w:w="100" w:type="dxa"/>
              <w:left w:w="110" w:type="dxa"/>
              <w:bottom w:w="100" w:type="dxa"/>
              <w:right w:w="110" w:type="dxa"/>
            </w:tcMar>
            <w:vAlign w:val="center"/>
          </w:tcPr>
          <w:p w14:paraId="6051B0D9" w14:textId="77777777" w:rsidR="006A55BC" w:rsidRDefault="00000000">
            <w:pPr>
              <w:spacing w:after="20" w:line="240" w:lineRule="auto"/>
            </w:pPr>
            <w:r>
              <w:rPr>
                <w:sz w:val="15"/>
              </w:rPr>
              <w:t>5</w:t>
            </w:r>
          </w:p>
        </w:tc>
        <w:tc>
          <w:tcPr>
            <w:tcW w:w="5616" w:type="dxa"/>
            <w:tcMar>
              <w:top w:w="100" w:type="dxa"/>
              <w:left w:w="110" w:type="dxa"/>
              <w:bottom w:w="100" w:type="dxa"/>
              <w:right w:w="110" w:type="dxa"/>
            </w:tcMar>
            <w:vAlign w:val="center"/>
          </w:tcPr>
          <w:p w14:paraId="38FA672C" w14:textId="77777777" w:rsidR="006A55BC" w:rsidRDefault="00000000">
            <w:pPr>
              <w:spacing w:after="20" w:line="240" w:lineRule="auto"/>
            </w:pPr>
            <w:r>
              <w:rPr>
                <w:sz w:val="15"/>
              </w:rPr>
              <w:t>Compliance has sufficient authority, independence, competence and access.</w:t>
            </w:r>
          </w:p>
        </w:tc>
        <w:tc>
          <w:tcPr>
            <w:tcW w:w="1296" w:type="dxa"/>
            <w:tcMar>
              <w:top w:w="100" w:type="dxa"/>
              <w:left w:w="110" w:type="dxa"/>
              <w:bottom w:w="100" w:type="dxa"/>
              <w:right w:w="110" w:type="dxa"/>
            </w:tcMar>
            <w:vAlign w:val="center"/>
          </w:tcPr>
          <w:p w14:paraId="7954E3DD"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48B6902B" w14:textId="77777777" w:rsidR="006A55BC" w:rsidRDefault="006A55BC">
            <w:pPr>
              <w:spacing w:after="20" w:line="240" w:lineRule="auto"/>
            </w:pPr>
          </w:p>
        </w:tc>
      </w:tr>
      <w:tr w:rsidR="006A55BC" w14:paraId="424CE67C" w14:textId="77777777">
        <w:trPr>
          <w:cantSplit/>
          <w:jc w:val="center"/>
        </w:trPr>
        <w:tc>
          <w:tcPr>
            <w:tcW w:w="648" w:type="dxa"/>
            <w:shd w:val="clear" w:color="auto" w:fill="F4F7FA"/>
            <w:tcMar>
              <w:top w:w="100" w:type="dxa"/>
              <w:left w:w="110" w:type="dxa"/>
              <w:bottom w:w="100" w:type="dxa"/>
              <w:right w:w="110" w:type="dxa"/>
            </w:tcMar>
            <w:vAlign w:val="center"/>
          </w:tcPr>
          <w:p w14:paraId="1D48D6C9" w14:textId="77777777" w:rsidR="006A55BC" w:rsidRDefault="00000000">
            <w:pPr>
              <w:spacing w:after="20" w:line="240" w:lineRule="auto"/>
            </w:pPr>
            <w:r>
              <w:rPr>
                <w:sz w:val="15"/>
              </w:rPr>
              <w:t>6</w:t>
            </w:r>
          </w:p>
        </w:tc>
        <w:tc>
          <w:tcPr>
            <w:tcW w:w="5616" w:type="dxa"/>
            <w:shd w:val="clear" w:color="auto" w:fill="F4F7FA"/>
            <w:tcMar>
              <w:top w:w="100" w:type="dxa"/>
              <w:left w:w="110" w:type="dxa"/>
              <w:bottom w:w="100" w:type="dxa"/>
              <w:right w:w="110" w:type="dxa"/>
            </w:tcMar>
            <w:vAlign w:val="center"/>
          </w:tcPr>
          <w:p w14:paraId="0E6490A6" w14:textId="77777777" w:rsidR="006A55BC" w:rsidRDefault="00000000">
            <w:pPr>
              <w:spacing w:after="20" w:line="240" w:lineRule="auto"/>
            </w:pPr>
            <w:r>
              <w:rPr>
                <w:sz w:val="15"/>
              </w:rPr>
              <w:t>Incentives do not reward results achieved through improper conduct.</w:t>
            </w:r>
          </w:p>
        </w:tc>
        <w:tc>
          <w:tcPr>
            <w:tcW w:w="1296" w:type="dxa"/>
            <w:shd w:val="clear" w:color="auto" w:fill="F4F7FA"/>
            <w:tcMar>
              <w:top w:w="100" w:type="dxa"/>
              <w:left w:w="110" w:type="dxa"/>
              <w:bottom w:w="100" w:type="dxa"/>
              <w:right w:w="110" w:type="dxa"/>
            </w:tcMar>
            <w:vAlign w:val="center"/>
          </w:tcPr>
          <w:p w14:paraId="430DE98D"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07C59760" w14:textId="77777777" w:rsidR="006A55BC" w:rsidRDefault="006A55BC">
            <w:pPr>
              <w:spacing w:after="20" w:line="240" w:lineRule="auto"/>
            </w:pPr>
          </w:p>
        </w:tc>
      </w:tr>
    </w:tbl>
    <w:p w14:paraId="1B330E1F" w14:textId="77777777" w:rsidR="006A55BC" w:rsidRDefault="006A55BC">
      <w:pPr>
        <w:spacing w:after="20"/>
      </w:pPr>
    </w:p>
    <w:p w14:paraId="10B18465" w14:textId="77777777" w:rsidR="006A55BC" w:rsidRDefault="00000000">
      <w:pPr>
        <w:pStyle w:val="Heading2"/>
      </w:pPr>
      <w:r>
        <w:t>Policies and standards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5616"/>
        <w:gridCol w:w="1296"/>
        <w:gridCol w:w="2376"/>
      </w:tblGrid>
      <w:tr w:rsidR="006A55BC" w14:paraId="1BD9CDF1" w14:textId="77777777">
        <w:trPr>
          <w:cantSplit/>
          <w:tblHeader/>
          <w:jc w:val="center"/>
        </w:trPr>
        <w:tc>
          <w:tcPr>
            <w:tcW w:w="648" w:type="dxa"/>
            <w:shd w:val="clear" w:color="auto" w:fill="17365D"/>
            <w:tcMar>
              <w:top w:w="100" w:type="dxa"/>
              <w:left w:w="110" w:type="dxa"/>
              <w:bottom w:w="100" w:type="dxa"/>
              <w:right w:w="110" w:type="dxa"/>
            </w:tcMar>
            <w:vAlign w:val="center"/>
          </w:tcPr>
          <w:p w14:paraId="0530D4F6" w14:textId="77777777" w:rsidR="006A55BC" w:rsidRDefault="00000000">
            <w:r>
              <w:rPr>
                <w:b/>
                <w:color w:val="FFFFFF"/>
                <w:sz w:val="15"/>
              </w:rPr>
              <w:t>No.</w:t>
            </w:r>
          </w:p>
        </w:tc>
        <w:tc>
          <w:tcPr>
            <w:tcW w:w="5616" w:type="dxa"/>
            <w:shd w:val="clear" w:color="auto" w:fill="17365D"/>
            <w:tcMar>
              <w:top w:w="100" w:type="dxa"/>
              <w:left w:w="110" w:type="dxa"/>
              <w:bottom w:w="100" w:type="dxa"/>
              <w:right w:w="110" w:type="dxa"/>
            </w:tcMar>
            <w:vAlign w:val="center"/>
          </w:tcPr>
          <w:p w14:paraId="3D6692AC" w14:textId="77777777" w:rsidR="006A55BC" w:rsidRDefault="00000000">
            <w:r>
              <w:rPr>
                <w:b/>
                <w:color w:val="FFFFFF"/>
                <w:sz w:val="15"/>
              </w:rPr>
              <w:t>Assessment statement</w:t>
            </w:r>
          </w:p>
        </w:tc>
        <w:tc>
          <w:tcPr>
            <w:tcW w:w="1296" w:type="dxa"/>
            <w:shd w:val="clear" w:color="auto" w:fill="17365D"/>
            <w:tcMar>
              <w:top w:w="100" w:type="dxa"/>
              <w:left w:w="110" w:type="dxa"/>
              <w:bottom w:w="100" w:type="dxa"/>
              <w:right w:w="110" w:type="dxa"/>
            </w:tcMar>
            <w:vAlign w:val="center"/>
          </w:tcPr>
          <w:p w14:paraId="231597E5" w14:textId="77777777" w:rsidR="006A55BC" w:rsidRDefault="00000000">
            <w:r>
              <w:rPr>
                <w:b/>
                <w:color w:val="FFFFFF"/>
                <w:sz w:val="15"/>
              </w:rPr>
              <w:t>0–4 or N/A</w:t>
            </w:r>
          </w:p>
        </w:tc>
        <w:tc>
          <w:tcPr>
            <w:tcW w:w="2376" w:type="dxa"/>
            <w:shd w:val="clear" w:color="auto" w:fill="17365D"/>
            <w:tcMar>
              <w:top w:w="100" w:type="dxa"/>
              <w:left w:w="110" w:type="dxa"/>
              <w:bottom w:w="100" w:type="dxa"/>
              <w:right w:w="110" w:type="dxa"/>
            </w:tcMar>
            <w:vAlign w:val="center"/>
          </w:tcPr>
          <w:p w14:paraId="0E70E3A4" w14:textId="77777777" w:rsidR="006A55BC" w:rsidRDefault="00000000">
            <w:r>
              <w:rPr>
                <w:b/>
                <w:color w:val="FFFFFF"/>
                <w:sz w:val="15"/>
              </w:rPr>
              <w:t>Evidence and comments</w:t>
            </w:r>
          </w:p>
        </w:tc>
      </w:tr>
      <w:tr w:rsidR="006A55BC" w14:paraId="3DB69822" w14:textId="77777777">
        <w:trPr>
          <w:cantSplit/>
          <w:jc w:val="center"/>
        </w:trPr>
        <w:tc>
          <w:tcPr>
            <w:tcW w:w="648" w:type="dxa"/>
            <w:tcMar>
              <w:top w:w="100" w:type="dxa"/>
              <w:left w:w="110" w:type="dxa"/>
              <w:bottom w:w="100" w:type="dxa"/>
              <w:right w:w="110" w:type="dxa"/>
            </w:tcMar>
            <w:vAlign w:val="center"/>
          </w:tcPr>
          <w:p w14:paraId="0DBE5558" w14:textId="77777777" w:rsidR="006A55BC" w:rsidRDefault="00000000">
            <w:pPr>
              <w:spacing w:after="20" w:line="240" w:lineRule="auto"/>
            </w:pPr>
            <w:r>
              <w:rPr>
                <w:sz w:val="15"/>
              </w:rPr>
              <w:t>1</w:t>
            </w:r>
          </w:p>
        </w:tc>
        <w:tc>
          <w:tcPr>
            <w:tcW w:w="5616" w:type="dxa"/>
            <w:tcMar>
              <w:top w:w="100" w:type="dxa"/>
              <w:left w:w="110" w:type="dxa"/>
              <w:bottom w:w="100" w:type="dxa"/>
              <w:right w:w="110" w:type="dxa"/>
            </w:tcMar>
            <w:vAlign w:val="center"/>
          </w:tcPr>
          <w:p w14:paraId="59DCCCAF" w14:textId="77777777" w:rsidR="006A55BC" w:rsidRDefault="00000000">
            <w:pPr>
              <w:spacing w:after="20" w:line="240" w:lineRule="auto"/>
            </w:pPr>
            <w:r>
              <w:rPr>
                <w:sz w:val="15"/>
              </w:rPr>
              <w:t>The code of conduct defines prohibited conduct in practical terms.</w:t>
            </w:r>
          </w:p>
        </w:tc>
        <w:tc>
          <w:tcPr>
            <w:tcW w:w="1296" w:type="dxa"/>
            <w:tcMar>
              <w:top w:w="100" w:type="dxa"/>
              <w:left w:w="110" w:type="dxa"/>
              <w:bottom w:w="100" w:type="dxa"/>
              <w:right w:w="110" w:type="dxa"/>
            </w:tcMar>
            <w:vAlign w:val="center"/>
          </w:tcPr>
          <w:p w14:paraId="06A54CDD"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0E82745C" w14:textId="77777777" w:rsidR="006A55BC" w:rsidRDefault="006A55BC">
            <w:pPr>
              <w:spacing w:after="20" w:line="240" w:lineRule="auto"/>
            </w:pPr>
          </w:p>
        </w:tc>
      </w:tr>
      <w:tr w:rsidR="006A55BC" w14:paraId="492F3DE1" w14:textId="77777777">
        <w:trPr>
          <w:cantSplit/>
          <w:jc w:val="center"/>
        </w:trPr>
        <w:tc>
          <w:tcPr>
            <w:tcW w:w="648" w:type="dxa"/>
            <w:shd w:val="clear" w:color="auto" w:fill="F4F7FA"/>
            <w:tcMar>
              <w:top w:w="100" w:type="dxa"/>
              <w:left w:w="110" w:type="dxa"/>
              <w:bottom w:w="100" w:type="dxa"/>
              <w:right w:w="110" w:type="dxa"/>
            </w:tcMar>
            <w:vAlign w:val="center"/>
          </w:tcPr>
          <w:p w14:paraId="20F7185C" w14:textId="77777777" w:rsidR="006A55BC" w:rsidRDefault="00000000">
            <w:pPr>
              <w:spacing w:after="20" w:line="240" w:lineRule="auto"/>
            </w:pPr>
            <w:r>
              <w:rPr>
                <w:sz w:val="15"/>
              </w:rPr>
              <w:t>2</w:t>
            </w:r>
          </w:p>
        </w:tc>
        <w:tc>
          <w:tcPr>
            <w:tcW w:w="5616" w:type="dxa"/>
            <w:shd w:val="clear" w:color="auto" w:fill="F4F7FA"/>
            <w:tcMar>
              <w:top w:w="100" w:type="dxa"/>
              <w:left w:w="110" w:type="dxa"/>
              <w:bottom w:w="100" w:type="dxa"/>
              <w:right w:w="110" w:type="dxa"/>
            </w:tcMar>
            <w:vAlign w:val="center"/>
          </w:tcPr>
          <w:p w14:paraId="426E4A41" w14:textId="77777777" w:rsidR="006A55BC" w:rsidRDefault="00000000">
            <w:pPr>
              <w:spacing w:after="20" w:line="240" w:lineRule="auto"/>
            </w:pPr>
            <w:r>
              <w:rPr>
                <w:sz w:val="15"/>
              </w:rPr>
              <w:t>Anti-bribery, gifts, conflicts, donations and third-party standards are current and accessible.</w:t>
            </w:r>
          </w:p>
        </w:tc>
        <w:tc>
          <w:tcPr>
            <w:tcW w:w="1296" w:type="dxa"/>
            <w:shd w:val="clear" w:color="auto" w:fill="F4F7FA"/>
            <w:tcMar>
              <w:top w:w="100" w:type="dxa"/>
              <w:left w:w="110" w:type="dxa"/>
              <w:bottom w:w="100" w:type="dxa"/>
              <w:right w:w="110" w:type="dxa"/>
            </w:tcMar>
            <w:vAlign w:val="center"/>
          </w:tcPr>
          <w:p w14:paraId="1C23685F"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1567C64D" w14:textId="77777777" w:rsidR="006A55BC" w:rsidRDefault="006A55BC">
            <w:pPr>
              <w:spacing w:after="20" w:line="240" w:lineRule="auto"/>
            </w:pPr>
          </w:p>
        </w:tc>
      </w:tr>
      <w:tr w:rsidR="006A55BC" w14:paraId="0F5DED88" w14:textId="77777777">
        <w:trPr>
          <w:cantSplit/>
          <w:jc w:val="center"/>
        </w:trPr>
        <w:tc>
          <w:tcPr>
            <w:tcW w:w="648" w:type="dxa"/>
            <w:tcMar>
              <w:top w:w="100" w:type="dxa"/>
              <w:left w:w="110" w:type="dxa"/>
              <w:bottom w:w="100" w:type="dxa"/>
              <w:right w:w="110" w:type="dxa"/>
            </w:tcMar>
            <w:vAlign w:val="center"/>
          </w:tcPr>
          <w:p w14:paraId="3465CCA3" w14:textId="77777777" w:rsidR="006A55BC" w:rsidRDefault="00000000">
            <w:pPr>
              <w:spacing w:after="20" w:line="240" w:lineRule="auto"/>
            </w:pPr>
            <w:r>
              <w:rPr>
                <w:sz w:val="15"/>
              </w:rPr>
              <w:t>3</w:t>
            </w:r>
          </w:p>
        </w:tc>
        <w:tc>
          <w:tcPr>
            <w:tcW w:w="5616" w:type="dxa"/>
            <w:tcMar>
              <w:top w:w="100" w:type="dxa"/>
              <w:left w:w="110" w:type="dxa"/>
              <w:bottom w:w="100" w:type="dxa"/>
              <w:right w:w="110" w:type="dxa"/>
            </w:tcMar>
            <w:vAlign w:val="center"/>
          </w:tcPr>
          <w:p w14:paraId="40685245" w14:textId="77777777" w:rsidR="006A55BC" w:rsidRDefault="00000000">
            <w:pPr>
              <w:spacing w:after="20" w:line="240" w:lineRule="auto"/>
            </w:pPr>
            <w:r>
              <w:rPr>
                <w:sz w:val="15"/>
              </w:rPr>
              <w:t>Policies apply to employees, leaders, temporary workers and relevant third parties.</w:t>
            </w:r>
          </w:p>
        </w:tc>
        <w:tc>
          <w:tcPr>
            <w:tcW w:w="1296" w:type="dxa"/>
            <w:tcMar>
              <w:top w:w="100" w:type="dxa"/>
              <w:left w:w="110" w:type="dxa"/>
              <w:bottom w:w="100" w:type="dxa"/>
              <w:right w:w="110" w:type="dxa"/>
            </w:tcMar>
            <w:vAlign w:val="center"/>
          </w:tcPr>
          <w:p w14:paraId="7D28FEB9"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28C1015C" w14:textId="77777777" w:rsidR="006A55BC" w:rsidRDefault="006A55BC">
            <w:pPr>
              <w:spacing w:after="20" w:line="240" w:lineRule="auto"/>
            </w:pPr>
          </w:p>
        </w:tc>
      </w:tr>
      <w:tr w:rsidR="006A55BC" w14:paraId="1C40106D" w14:textId="77777777">
        <w:trPr>
          <w:cantSplit/>
          <w:jc w:val="center"/>
        </w:trPr>
        <w:tc>
          <w:tcPr>
            <w:tcW w:w="648" w:type="dxa"/>
            <w:shd w:val="clear" w:color="auto" w:fill="F4F7FA"/>
            <w:tcMar>
              <w:top w:w="100" w:type="dxa"/>
              <w:left w:w="110" w:type="dxa"/>
              <w:bottom w:w="100" w:type="dxa"/>
              <w:right w:w="110" w:type="dxa"/>
            </w:tcMar>
            <w:vAlign w:val="center"/>
          </w:tcPr>
          <w:p w14:paraId="216E3C58" w14:textId="77777777" w:rsidR="006A55BC" w:rsidRDefault="00000000">
            <w:pPr>
              <w:spacing w:after="20" w:line="240" w:lineRule="auto"/>
            </w:pPr>
            <w:r>
              <w:rPr>
                <w:sz w:val="15"/>
              </w:rPr>
              <w:t>4</w:t>
            </w:r>
          </w:p>
        </w:tc>
        <w:tc>
          <w:tcPr>
            <w:tcW w:w="5616" w:type="dxa"/>
            <w:shd w:val="clear" w:color="auto" w:fill="F4F7FA"/>
            <w:tcMar>
              <w:top w:w="100" w:type="dxa"/>
              <w:left w:w="110" w:type="dxa"/>
              <w:bottom w:w="100" w:type="dxa"/>
              <w:right w:w="110" w:type="dxa"/>
            </w:tcMar>
            <w:vAlign w:val="center"/>
          </w:tcPr>
          <w:p w14:paraId="1D0DCFD1" w14:textId="77777777" w:rsidR="006A55BC" w:rsidRDefault="00000000">
            <w:pPr>
              <w:spacing w:after="20" w:line="240" w:lineRule="auto"/>
            </w:pPr>
            <w:r>
              <w:rPr>
                <w:sz w:val="15"/>
              </w:rPr>
              <w:t>Exceptions require documented approval and are monitored for patterns.</w:t>
            </w:r>
          </w:p>
        </w:tc>
        <w:tc>
          <w:tcPr>
            <w:tcW w:w="1296" w:type="dxa"/>
            <w:shd w:val="clear" w:color="auto" w:fill="F4F7FA"/>
            <w:tcMar>
              <w:top w:w="100" w:type="dxa"/>
              <w:left w:w="110" w:type="dxa"/>
              <w:bottom w:w="100" w:type="dxa"/>
              <w:right w:w="110" w:type="dxa"/>
            </w:tcMar>
            <w:vAlign w:val="center"/>
          </w:tcPr>
          <w:p w14:paraId="35EA4238"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76FB2825" w14:textId="77777777" w:rsidR="006A55BC" w:rsidRDefault="006A55BC">
            <w:pPr>
              <w:spacing w:after="20" w:line="240" w:lineRule="auto"/>
            </w:pPr>
          </w:p>
        </w:tc>
      </w:tr>
      <w:tr w:rsidR="006A55BC" w14:paraId="291413C9" w14:textId="77777777">
        <w:trPr>
          <w:cantSplit/>
          <w:jc w:val="center"/>
        </w:trPr>
        <w:tc>
          <w:tcPr>
            <w:tcW w:w="648" w:type="dxa"/>
            <w:tcMar>
              <w:top w:w="100" w:type="dxa"/>
              <w:left w:w="110" w:type="dxa"/>
              <w:bottom w:w="100" w:type="dxa"/>
              <w:right w:w="110" w:type="dxa"/>
            </w:tcMar>
            <w:vAlign w:val="center"/>
          </w:tcPr>
          <w:p w14:paraId="60C2D82C" w14:textId="77777777" w:rsidR="006A55BC" w:rsidRDefault="00000000">
            <w:pPr>
              <w:spacing w:after="20" w:line="240" w:lineRule="auto"/>
            </w:pPr>
            <w:r>
              <w:rPr>
                <w:sz w:val="15"/>
              </w:rPr>
              <w:t>5</w:t>
            </w:r>
          </w:p>
        </w:tc>
        <w:tc>
          <w:tcPr>
            <w:tcW w:w="5616" w:type="dxa"/>
            <w:tcMar>
              <w:top w:w="100" w:type="dxa"/>
              <w:left w:w="110" w:type="dxa"/>
              <w:bottom w:w="100" w:type="dxa"/>
              <w:right w:w="110" w:type="dxa"/>
            </w:tcMar>
            <w:vAlign w:val="center"/>
          </w:tcPr>
          <w:p w14:paraId="2DEC0121" w14:textId="77777777" w:rsidR="006A55BC" w:rsidRDefault="00000000">
            <w:pPr>
              <w:spacing w:after="20" w:line="240" w:lineRule="auto"/>
            </w:pPr>
            <w:r>
              <w:rPr>
                <w:sz w:val="15"/>
              </w:rPr>
              <w:t>Employees periodically attest to understanding and compliance.</w:t>
            </w:r>
          </w:p>
        </w:tc>
        <w:tc>
          <w:tcPr>
            <w:tcW w:w="1296" w:type="dxa"/>
            <w:tcMar>
              <w:top w:w="100" w:type="dxa"/>
              <w:left w:w="110" w:type="dxa"/>
              <w:bottom w:w="100" w:type="dxa"/>
              <w:right w:w="110" w:type="dxa"/>
            </w:tcMar>
            <w:vAlign w:val="center"/>
          </w:tcPr>
          <w:p w14:paraId="51F40D1A"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1AA78E8A" w14:textId="77777777" w:rsidR="006A55BC" w:rsidRDefault="006A55BC">
            <w:pPr>
              <w:spacing w:after="20" w:line="240" w:lineRule="auto"/>
            </w:pPr>
          </w:p>
        </w:tc>
      </w:tr>
    </w:tbl>
    <w:p w14:paraId="0247BCB9" w14:textId="77777777" w:rsidR="006A55BC" w:rsidRDefault="006A55BC">
      <w:pPr>
        <w:spacing w:after="20"/>
      </w:pPr>
    </w:p>
    <w:p w14:paraId="151FA940" w14:textId="77777777" w:rsidR="006A55BC" w:rsidRDefault="00000000">
      <w:pPr>
        <w:pStyle w:val="Heading2"/>
      </w:pPr>
      <w:r>
        <w:t>Risk assessment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5616"/>
        <w:gridCol w:w="1296"/>
        <w:gridCol w:w="2376"/>
      </w:tblGrid>
      <w:tr w:rsidR="006A55BC" w14:paraId="3C139E52" w14:textId="77777777">
        <w:trPr>
          <w:cantSplit/>
          <w:tblHeader/>
          <w:jc w:val="center"/>
        </w:trPr>
        <w:tc>
          <w:tcPr>
            <w:tcW w:w="648" w:type="dxa"/>
            <w:shd w:val="clear" w:color="auto" w:fill="17365D"/>
            <w:tcMar>
              <w:top w:w="100" w:type="dxa"/>
              <w:left w:w="110" w:type="dxa"/>
              <w:bottom w:w="100" w:type="dxa"/>
              <w:right w:w="110" w:type="dxa"/>
            </w:tcMar>
            <w:vAlign w:val="center"/>
          </w:tcPr>
          <w:p w14:paraId="7AACBDE3" w14:textId="77777777" w:rsidR="006A55BC" w:rsidRDefault="00000000">
            <w:r>
              <w:rPr>
                <w:b/>
                <w:color w:val="FFFFFF"/>
                <w:sz w:val="15"/>
              </w:rPr>
              <w:t>No.</w:t>
            </w:r>
          </w:p>
        </w:tc>
        <w:tc>
          <w:tcPr>
            <w:tcW w:w="5616" w:type="dxa"/>
            <w:shd w:val="clear" w:color="auto" w:fill="17365D"/>
            <w:tcMar>
              <w:top w:w="100" w:type="dxa"/>
              <w:left w:w="110" w:type="dxa"/>
              <w:bottom w:w="100" w:type="dxa"/>
              <w:right w:w="110" w:type="dxa"/>
            </w:tcMar>
            <w:vAlign w:val="center"/>
          </w:tcPr>
          <w:p w14:paraId="4FFDA2CD" w14:textId="77777777" w:rsidR="006A55BC" w:rsidRDefault="00000000">
            <w:r>
              <w:rPr>
                <w:b/>
                <w:color w:val="FFFFFF"/>
                <w:sz w:val="15"/>
              </w:rPr>
              <w:t>Assessment statement</w:t>
            </w:r>
          </w:p>
        </w:tc>
        <w:tc>
          <w:tcPr>
            <w:tcW w:w="1296" w:type="dxa"/>
            <w:shd w:val="clear" w:color="auto" w:fill="17365D"/>
            <w:tcMar>
              <w:top w:w="100" w:type="dxa"/>
              <w:left w:w="110" w:type="dxa"/>
              <w:bottom w:w="100" w:type="dxa"/>
              <w:right w:w="110" w:type="dxa"/>
            </w:tcMar>
            <w:vAlign w:val="center"/>
          </w:tcPr>
          <w:p w14:paraId="505B7DB2" w14:textId="77777777" w:rsidR="006A55BC" w:rsidRDefault="00000000">
            <w:r>
              <w:rPr>
                <w:b/>
                <w:color w:val="FFFFFF"/>
                <w:sz w:val="15"/>
              </w:rPr>
              <w:t>0–4 or N/A</w:t>
            </w:r>
          </w:p>
        </w:tc>
        <w:tc>
          <w:tcPr>
            <w:tcW w:w="2376" w:type="dxa"/>
            <w:shd w:val="clear" w:color="auto" w:fill="17365D"/>
            <w:tcMar>
              <w:top w:w="100" w:type="dxa"/>
              <w:left w:w="110" w:type="dxa"/>
              <w:bottom w:w="100" w:type="dxa"/>
              <w:right w:w="110" w:type="dxa"/>
            </w:tcMar>
            <w:vAlign w:val="center"/>
          </w:tcPr>
          <w:p w14:paraId="60F1ECBB" w14:textId="77777777" w:rsidR="006A55BC" w:rsidRDefault="00000000">
            <w:r>
              <w:rPr>
                <w:b/>
                <w:color w:val="FFFFFF"/>
                <w:sz w:val="15"/>
              </w:rPr>
              <w:t>Evidence and comments</w:t>
            </w:r>
          </w:p>
        </w:tc>
      </w:tr>
      <w:tr w:rsidR="006A55BC" w14:paraId="26117635" w14:textId="77777777">
        <w:trPr>
          <w:cantSplit/>
          <w:jc w:val="center"/>
        </w:trPr>
        <w:tc>
          <w:tcPr>
            <w:tcW w:w="648" w:type="dxa"/>
            <w:tcMar>
              <w:top w:w="100" w:type="dxa"/>
              <w:left w:w="110" w:type="dxa"/>
              <w:bottom w:w="100" w:type="dxa"/>
              <w:right w:w="110" w:type="dxa"/>
            </w:tcMar>
            <w:vAlign w:val="center"/>
          </w:tcPr>
          <w:p w14:paraId="57AD8834" w14:textId="77777777" w:rsidR="006A55BC" w:rsidRDefault="00000000">
            <w:pPr>
              <w:spacing w:after="20" w:line="240" w:lineRule="auto"/>
            </w:pPr>
            <w:r>
              <w:rPr>
                <w:sz w:val="15"/>
              </w:rPr>
              <w:t>1</w:t>
            </w:r>
          </w:p>
        </w:tc>
        <w:tc>
          <w:tcPr>
            <w:tcW w:w="5616" w:type="dxa"/>
            <w:tcMar>
              <w:top w:w="100" w:type="dxa"/>
              <w:left w:w="110" w:type="dxa"/>
              <w:bottom w:w="100" w:type="dxa"/>
              <w:right w:w="110" w:type="dxa"/>
            </w:tcMar>
            <w:vAlign w:val="center"/>
          </w:tcPr>
          <w:p w14:paraId="374F199E" w14:textId="77777777" w:rsidR="006A55BC" w:rsidRDefault="00000000">
            <w:pPr>
              <w:spacing w:after="20" w:line="240" w:lineRule="auto"/>
            </w:pPr>
            <w:r>
              <w:rPr>
                <w:sz w:val="15"/>
              </w:rPr>
              <w:t>Corruption risk is assessed periodically and after material change.</w:t>
            </w:r>
          </w:p>
        </w:tc>
        <w:tc>
          <w:tcPr>
            <w:tcW w:w="1296" w:type="dxa"/>
            <w:tcMar>
              <w:top w:w="100" w:type="dxa"/>
              <w:left w:w="110" w:type="dxa"/>
              <w:bottom w:w="100" w:type="dxa"/>
              <w:right w:w="110" w:type="dxa"/>
            </w:tcMar>
            <w:vAlign w:val="center"/>
          </w:tcPr>
          <w:p w14:paraId="70969D5C"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5D1FBFE4" w14:textId="77777777" w:rsidR="006A55BC" w:rsidRDefault="006A55BC">
            <w:pPr>
              <w:spacing w:after="20" w:line="240" w:lineRule="auto"/>
            </w:pPr>
          </w:p>
        </w:tc>
      </w:tr>
      <w:tr w:rsidR="006A55BC" w14:paraId="2253362A" w14:textId="77777777">
        <w:trPr>
          <w:cantSplit/>
          <w:jc w:val="center"/>
        </w:trPr>
        <w:tc>
          <w:tcPr>
            <w:tcW w:w="648" w:type="dxa"/>
            <w:shd w:val="clear" w:color="auto" w:fill="F4F7FA"/>
            <w:tcMar>
              <w:top w:w="100" w:type="dxa"/>
              <w:left w:w="110" w:type="dxa"/>
              <w:bottom w:w="100" w:type="dxa"/>
              <w:right w:w="110" w:type="dxa"/>
            </w:tcMar>
            <w:vAlign w:val="center"/>
          </w:tcPr>
          <w:p w14:paraId="06F083B5" w14:textId="77777777" w:rsidR="006A55BC" w:rsidRDefault="00000000">
            <w:pPr>
              <w:spacing w:after="20" w:line="240" w:lineRule="auto"/>
            </w:pPr>
            <w:r>
              <w:rPr>
                <w:sz w:val="15"/>
              </w:rPr>
              <w:t>2</w:t>
            </w:r>
          </w:p>
        </w:tc>
        <w:tc>
          <w:tcPr>
            <w:tcW w:w="5616" w:type="dxa"/>
            <w:shd w:val="clear" w:color="auto" w:fill="F4F7FA"/>
            <w:tcMar>
              <w:top w:w="100" w:type="dxa"/>
              <w:left w:w="110" w:type="dxa"/>
              <w:bottom w:w="100" w:type="dxa"/>
              <w:right w:w="110" w:type="dxa"/>
            </w:tcMar>
            <w:vAlign w:val="center"/>
          </w:tcPr>
          <w:p w14:paraId="53F96FEC" w14:textId="77777777" w:rsidR="006A55BC" w:rsidRDefault="00000000">
            <w:pPr>
              <w:spacing w:after="20" w:line="240" w:lineRule="auto"/>
            </w:pPr>
            <w:r>
              <w:rPr>
                <w:sz w:val="15"/>
              </w:rPr>
              <w:t>The assessment covers locations, transactions, public-official touchpoints and third parties.</w:t>
            </w:r>
          </w:p>
        </w:tc>
        <w:tc>
          <w:tcPr>
            <w:tcW w:w="1296" w:type="dxa"/>
            <w:shd w:val="clear" w:color="auto" w:fill="F4F7FA"/>
            <w:tcMar>
              <w:top w:w="100" w:type="dxa"/>
              <w:left w:w="110" w:type="dxa"/>
              <w:bottom w:w="100" w:type="dxa"/>
              <w:right w:w="110" w:type="dxa"/>
            </w:tcMar>
            <w:vAlign w:val="center"/>
          </w:tcPr>
          <w:p w14:paraId="2347A147"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0E02F3E4" w14:textId="77777777" w:rsidR="006A55BC" w:rsidRDefault="006A55BC">
            <w:pPr>
              <w:spacing w:after="20" w:line="240" w:lineRule="auto"/>
            </w:pPr>
          </w:p>
        </w:tc>
      </w:tr>
      <w:tr w:rsidR="006A55BC" w14:paraId="5B2F47D1" w14:textId="77777777">
        <w:trPr>
          <w:cantSplit/>
          <w:jc w:val="center"/>
        </w:trPr>
        <w:tc>
          <w:tcPr>
            <w:tcW w:w="648" w:type="dxa"/>
            <w:tcMar>
              <w:top w:w="100" w:type="dxa"/>
              <w:left w:w="110" w:type="dxa"/>
              <w:bottom w:w="100" w:type="dxa"/>
              <w:right w:w="110" w:type="dxa"/>
            </w:tcMar>
            <w:vAlign w:val="center"/>
          </w:tcPr>
          <w:p w14:paraId="6D51B5E8" w14:textId="77777777" w:rsidR="006A55BC" w:rsidRDefault="00000000">
            <w:pPr>
              <w:spacing w:after="20" w:line="240" w:lineRule="auto"/>
            </w:pPr>
            <w:r>
              <w:rPr>
                <w:sz w:val="15"/>
              </w:rPr>
              <w:t>3</w:t>
            </w:r>
          </w:p>
        </w:tc>
        <w:tc>
          <w:tcPr>
            <w:tcW w:w="5616" w:type="dxa"/>
            <w:tcMar>
              <w:top w:w="100" w:type="dxa"/>
              <w:left w:w="110" w:type="dxa"/>
              <w:bottom w:w="100" w:type="dxa"/>
              <w:right w:w="110" w:type="dxa"/>
            </w:tcMar>
            <w:vAlign w:val="center"/>
          </w:tcPr>
          <w:p w14:paraId="72BC7E83" w14:textId="77777777" w:rsidR="006A55BC" w:rsidRDefault="00000000">
            <w:pPr>
              <w:spacing w:after="20" w:line="240" w:lineRule="auto"/>
            </w:pPr>
            <w:r>
              <w:rPr>
                <w:sz w:val="15"/>
              </w:rPr>
              <w:t>Inherent and residual risk are distinguished and supported by evidence.</w:t>
            </w:r>
          </w:p>
        </w:tc>
        <w:tc>
          <w:tcPr>
            <w:tcW w:w="1296" w:type="dxa"/>
            <w:tcMar>
              <w:top w:w="100" w:type="dxa"/>
              <w:left w:w="110" w:type="dxa"/>
              <w:bottom w:w="100" w:type="dxa"/>
              <w:right w:w="110" w:type="dxa"/>
            </w:tcMar>
            <w:vAlign w:val="center"/>
          </w:tcPr>
          <w:p w14:paraId="444E63E5"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0E5B2F39" w14:textId="77777777" w:rsidR="006A55BC" w:rsidRDefault="006A55BC">
            <w:pPr>
              <w:spacing w:after="20" w:line="240" w:lineRule="auto"/>
            </w:pPr>
          </w:p>
        </w:tc>
      </w:tr>
      <w:tr w:rsidR="006A55BC" w14:paraId="4ACC01B6" w14:textId="77777777">
        <w:trPr>
          <w:cantSplit/>
          <w:jc w:val="center"/>
        </w:trPr>
        <w:tc>
          <w:tcPr>
            <w:tcW w:w="648" w:type="dxa"/>
            <w:shd w:val="clear" w:color="auto" w:fill="F4F7FA"/>
            <w:tcMar>
              <w:top w:w="100" w:type="dxa"/>
              <w:left w:w="110" w:type="dxa"/>
              <w:bottom w:w="100" w:type="dxa"/>
              <w:right w:w="110" w:type="dxa"/>
            </w:tcMar>
            <w:vAlign w:val="center"/>
          </w:tcPr>
          <w:p w14:paraId="3FE2F9EA" w14:textId="77777777" w:rsidR="006A55BC" w:rsidRDefault="00000000">
            <w:pPr>
              <w:spacing w:after="20" w:line="240" w:lineRule="auto"/>
            </w:pPr>
            <w:r>
              <w:rPr>
                <w:sz w:val="15"/>
              </w:rPr>
              <w:t>4</w:t>
            </w:r>
          </w:p>
        </w:tc>
        <w:tc>
          <w:tcPr>
            <w:tcW w:w="5616" w:type="dxa"/>
            <w:shd w:val="clear" w:color="auto" w:fill="F4F7FA"/>
            <w:tcMar>
              <w:top w:w="100" w:type="dxa"/>
              <w:left w:w="110" w:type="dxa"/>
              <w:bottom w:w="100" w:type="dxa"/>
              <w:right w:w="110" w:type="dxa"/>
            </w:tcMar>
            <w:vAlign w:val="center"/>
          </w:tcPr>
          <w:p w14:paraId="019A4973" w14:textId="77777777" w:rsidR="006A55BC" w:rsidRDefault="00000000">
            <w:pPr>
              <w:spacing w:after="20" w:line="240" w:lineRule="auto"/>
            </w:pPr>
            <w:r>
              <w:rPr>
                <w:sz w:val="15"/>
              </w:rPr>
              <w:t>Business owners participate and accept accountability for treatment actions.</w:t>
            </w:r>
          </w:p>
        </w:tc>
        <w:tc>
          <w:tcPr>
            <w:tcW w:w="1296" w:type="dxa"/>
            <w:shd w:val="clear" w:color="auto" w:fill="F4F7FA"/>
            <w:tcMar>
              <w:top w:w="100" w:type="dxa"/>
              <w:left w:w="110" w:type="dxa"/>
              <w:bottom w:w="100" w:type="dxa"/>
              <w:right w:w="110" w:type="dxa"/>
            </w:tcMar>
            <w:vAlign w:val="center"/>
          </w:tcPr>
          <w:p w14:paraId="1700602D"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047655F3" w14:textId="77777777" w:rsidR="006A55BC" w:rsidRDefault="006A55BC">
            <w:pPr>
              <w:spacing w:after="20" w:line="240" w:lineRule="auto"/>
            </w:pPr>
          </w:p>
        </w:tc>
      </w:tr>
      <w:tr w:rsidR="006A55BC" w14:paraId="7D9BB488" w14:textId="77777777">
        <w:trPr>
          <w:cantSplit/>
          <w:jc w:val="center"/>
        </w:trPr>
        <w:tc>
          <w:tcPr>
            <w:tcW w:w="648" w:type="dxa"/>
            <w:tcMar>
              <w:top w:w="100" w:type="dxa"/>
              <w:left w:w="110" w:type="dxa"/>
              <w:bottom w:w="100" w:type="dxa"/>
              <w:right w:w="110" w:type="dxa"/>
            </w:tcMar>
            <w:vAlign w:val="center"/>
          </w:tcPr>
          <w:p w14:paraId="0F6A8EAE" w14:textId="77777777" w:rsidR="006A55BC" w:rsidRDefault="00000000">
            <w:pPr>
              <w:spacing w:after="20" w:line="240" w:lineRule="auto"/>
            </w:pPr>
            <w:r>
              <w:rPr>
                <w:sz w:val="15"/>
              </w:rPr>
              <w:t>5</w:t>
            </w:r>
          </w:p>
        </w:tc>
        <w:tc>
          <w:tcPr>
            <w:tcW w:w="5616" w:type="dxa"/>
            <w:tcMar>
              <w:top w:w="100" w:type="dxa"/>
              <w:left w:w="110" w:type="dxa"/>
              <w:bottom w:w="100" w:type="dxa"/>
              <w:right w:w="110" w:type="dxa"/>
            </w:tcMar>
            <w:vAlign w:val="center"/>
          </w:tcPr>
          <w:p w14:paraId="05F0660E" w14:textId="77777777" w:rsidR="006A55BC" w:rsidRDefault="00000000">
            <w:pPr>
              <w:spacing w:after="20" w:line="240" w:lineRule="auto"/>
            </w:pPr>
            <w:r>
              <w:rPr>
                <w:sz w:val="15"/>
              </w:rPr>
              <w:t>Results influence resources, controls, training and monitoring.</w:t>
            </w:r>
          </w:p>
        </w:tc>
        <w:tc>
          <w:tcPr>
            <w:tcW w:w="1296" w:type="dxa"/>
            <w:tcMar>
              <w:top w:w="100" w:type="dxa"/>
              <w:left w:w="110" w:type="dxa"/>
              <w:bottom w:w="100" w:type="dxa"/>
              <w:right w:w="110" w:type="dxa"/>
            </w:tcMar>
            <w:vAlign w:val="center"/>
          </w:tcPr>
          <w:p w14:paraId="7287ED71"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63ACF764" w14:textId="77777777" w:rsidR="006A55BC" w:rsidRDefault="006A55BC">
            <w:pPr>
              <w:spacing w:after="20" w:line="240" w:lineRule="auto"/>
            </w:pPr>
          </w:p>
        </w:tc>
      </w:tr>
    </w:tbl>
    <w:p w14:paraId="5969B340" w14:textId="77777777" w:rsidR="006A55BC" w:rsidRDefault="006A55BC">
      <w:pPr>
        <w:spacing w:after="20"/>
      </w:pPr>
    </w:p>
    <w:p w14:paraId="470E832E" w14:textId="77777777" w:rsidR="006A55BC" w:rsidRDefault="00000000">
      <w:pPr>
        <w:pStyle w:val="Heading2"/>
      </w:pPr>
      <w:r>
        <w:lastRenderedPageBreak/>
        <w:t>Third-party management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5616"/>
        <w:gridCol w:w="1296"/>
        <w:gridCol w:w="2376"/>
      </w:tblGrid>
      <w:tr w:rsidR="006A55BC" w14:paraId="17B2B487" w14:textId="77777777">
        <w:trPr>
          <w:cantSplit/>
          <w:tblHeader/>
          <w:jc w:val="center"/>
        </w:trPr>
        <w:tc>
          <w:tcPr>
            <w:tcW w:w="648" w:type="dxa"/>
            <w:shd w:val="clear" w:color="auto" w:fill="17365D"/>
            <w:tcMar>
              <w:top w:w="100" w:type="dxa"/>
              <w:left w:w="110" w:type="dxa"/>
              <w:bottom w:w="100" w:type="dxa"/>
              <w:right w:w="110" w:type="dxa"/>
            </w:tcMar>
            <w:vAlign w:val="center"/>
          </w:tcPr>
          <w:p w14:paraId="12CB48E4" w14:textId="77777777" w:rsidR="006A55BC" w:rsidRDefault="00000000">
            <w:r>
              <w:rPr>
                <w:b/>
                <w:color w:val="FFFFFF"/>
                <w:sz w:val="15"/>
              </w:rPr>
              <w:t>No.</w:t>
            </w:r>
          </w:p>
        </w:tc>
        <w:tc>
          <w:tcPr>
            <w:tcW w:w="5616" w:type="dxa"/>
            <w:shd w:val="clear" w:color="auto" w:fill="17365D"/>
            <w:tcMar>
              <w:top w:w="100" w:type="dxa"/>
              <w:left w:w="110" w:type="dxa"/>
              <w:bottom w:w="100" w:type="dxa"/>
              <w:right w:w="110" w:type="dxa"/>
            </w:tcMar>
            <w:vAlign w:val="center"/>
          </w:tcPr>
          <w:p w14:paraId="1BB809C1" w14:textId="77777777" w:rsidR="006A55BC" w:rsidRDefault="00000000">
            <w:r>
              <w:rPr>
                <w:b/>
                <w:color w:val="FFFFFF"/>
                <w:sz w:val="15"/>
              </w:rPr>
              <w:t>Assessment statement</w:t>
            </w:r>
          </w:p>
        </w:tc>
        <w:tc>
          <w:tcPr>
            <w:tcW w:w="1296" w:type="dxa"/>
            <w:shd w:val="clear" w:color="auto" w:fill="17365D"/>
            <w:tcMar>
              <w:top w:w="100" w:type="dxa"/>
              <w:left w:w="110" w:type="dxa"/>
              <w:bottom w:w="100" w:type="dxa"/>
              <w:right w:w="110" w:type="dxa"/>
            </w:tcMar>
            <w:vAlign w:val="center"/>
          </w:tcPr>
          <w:p w14:paraId="7E5AEA0E" w14:textId="77777777" w:rsidR="006A55BC" w:rsidRDefault="00000000">
            <w:r>
              <w:rPr>
                <w:b/>
                <w:color w:val="FFFFFF"/>
                <w:sz w:val="15"/>
              </w:rPr>
              <w:t>0–4 or N/A</w:t>
            </w:r>
          </w:p>
        </w:tc>
        <w:tc>
          <w:tcPr>
            <w:tcW w:w="2376" w:type="dxa"/>
            <w:shd w:val="clear" w:color="auto" w:fill="17365D"/>
            <w:tcMar>
              <w:top w:w="100" w:type="dxa"/>
              <w:left w:w="110" w:type="dxa"/>
              <w:bottom w:w="100" w:type="dxa"/>
              <w:right w:w="110" w:type="dxa"/>
            </w:tcMar>
            <w:vAlign w:val="center"/>
          </w:tcPr>
          <w:p w14:paraId="00D21D17" w14:textId="77777777" w:rsidR="006A55BC" w:rsidRDefault="00000000">
            <w:r>
              <w:rPr>
                <w:b/>
                <w:color w:val="FFFFFF"/>
                <w:sz w:val="15"/>
              </w:rPr>
              <w:t>Evidence and comments</w:t>
            </w:r>
          </w:p>
        </w:tc>
      </w:tr>
      <w:tr w:rsidR="006A55BC" w14:paraId="5FB3653B" w14:textId="77777777">
        <w:trPr>
          <w:cantSplit/>
          <w:jc w:val="center"/>
        </w:trPr>
        <w:tc>
          <w:tcPr>
            <w:tcW w:w="648" w:type="dxa"/>
            <w:tcMar>
              <w:top w:w="100" w:type="dxa"/>
              <w:left w:w="110" w:type="dxa"/>
              <w:bottom w:w="100" w:type="dxa"/>
              <w:right w:w="110" w:type="dxa"/>
            </w:tcMar>
            <w:vAlign w:val="center"/>
          </w:tcPr>
          <w:p w14:paraId="3DC46939" w14:textId="77777777" w:rsidR="006A55BC" w:rsidRDefault="00000000">
            <w:pPr>
              <w:spacing w:after="20" w:line="240" w:lineRule="auto"/>
            </w:pPr>
            <w:r>
              <w:rPr>
                <w:sz w:val="15"/>
              </w:rPr>
              <w:t>1</w:t>
            </w:r>
          </w:p>
        </w:tc>
        <w:tc>
          <w:tcPr>
            <w:tcW w:w="5616" w:type="dxa"/>
            <w:tcMar>
              <w:top w:w="100" w:type="dxa"/>
              <w:left w:w="110" w:type="dxa"/>
              <w:bottom w:w="100" w:type="dxa"/>
              <w:right w:w="110" w:type="dxa"/>
            </w:tcMar>
            <w:vAlign w:val="center"/>
          </w:tcPr>
          <w:p w14:paraId="33058E4E" w14:textId="77777777" w:rsidR="006A55BC" w:rsidRDefault="00000000">
            <w:pPr>
              <w:spacing w:after="20" w:line="240" w:lineRule="auto"/>
            </w:pPr>
            <w:r>
              <w:rPr>
                <w:sz w:val="15"/>
              </w:rPr>
              <w:t>Third parties are risk-classified before engagement.</w:t>
            </w:r>
          </w:p>
        </w:tc>
        <w:tc>
          <w:tcPr>
            <w:tcW w:w="1296" w:type="dxa"/>
            <w:tcMar>
              <w:top w:w="100" w:type="dxa"/>
              <w:left w:w="110" w:type="dxa"/>
              <w:bottom w:w="100" w:type="dxa"/>
              <w:right w:w="110" w:type="dxa"/>
            </w:tcMar>
            <w:vAlign w:val="center"/>
          </w:tcPr>
          <w:p w14:paraId="7731195A"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31A69BCA" w14:textId="77777777" w:rsidR="006A55BC" w:rsidRDefault="006A55BC">
            <w:pPr>
              <w:spacing w:after="20" w:line="240" w:lineRule="auto"/>
            </w:pPr>
          </w:p>
        </w:tc>
      </w:tr>
      <w:tr w:rsidR="006A55BC" w14:paraId="3160AE39" w14:textId="77777777">
        <w:trPr>
          <w:cantSplit/>
          <w:jc w:val="center"/>
        </w:trPr>
        <w:tc>
          <w:tcPr>
            <w:tcW w:w="648" w:type="dxa"/>
            <w:shd w:val="clear" w:color="auto" w:fill="F4F7FA"/>
            <w:tcMar>
              <w:top w:w="100" w:type="dxa"/>
              <w:left w:w="110" w:type="dxa"/>
              <w:bottom w:w="100" w:type="dxa"/>
              <w:right w:w="110" w:type="dxa"/>
            </w:tcMar>
            <w:vAlign w:val="center"/>
          </w:tcPr>
          <w:p w14:paraId="003F61E7" w14:textId="77777777" w:rsidR="006A55BC" w:rsidRDefault="00000000">
            <w:pPr>
              <w:spacing w:after="20" w:line="240" w:lineRule="auto"/>
            </w:pPr>
            <w:r>
              <w:rPr>
                <w:sz w:val="15"/>
              </w:rPr>
              <w:t>2</w:t>
            </w:r>
          </w:p>
        </w:tc>
        <w:tc>
          <w:tcPr>
            <w:tcW w:w="5616" w:type="dxa"/>
            <w:shd w:val="clear" w:color="auto" w:fill="F4F7FA"/>
            <w:tcMar>
              <w:top w:w="100" w:type="dxa"/>
              <w:left w:w="110" w:type="dxa"/>
              <w:bottom w:w="100" w:type="dxa"/>
              <w:right w:w="110" w:type="dxa"/>
            </w:tcMar>
            <w:vAlign w:val="center"/>
          </w:tcPr>
          <w:p w14:paraId="1A9B89C0" w14:textId="77777777" w:rsidR="006A55BC" w:rsidRDefault="00000000">
            <w:pPr>
              <w:spacing w:after="20" w:line="240" w:lineRule="auto"/>
            </w:pPr>
            <w:r>
              <w:rPr>
                <w:sz w:val="15"/>
              </w:rPr>
              <w:t>Identity, ownership, reputation, capability and public-official links are checked proportionately.</w:t>
            </w:r>
          </w:p>
        </w:tc>
        <w:tc>
          <w:tcPr>
            <w:tcW w:w="1296" w:type="dxa"/>
            <w:shd w:val="clear" w:color="auto" w:fill="F4F7FA"/>
            <w:tcMar>
              <w:top w:w="100" w:type="dxa"/>
              <w:left w:w="110" w:type="dxa"/>
              <w:bottom w:w="100" w:type="dxa"/>
              <w:right w:w="110" w:type="dxa"/>
            </w:tcMar>
            <w:vAlign w:val="center"/>
          </w:tcPr>
          <w:p w14:paraId="5C005262"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13655453" w14:textId="77777777" w:rsidR="006A55BC" w:rsidRDefault="006A55BC">
            <w:pPr>
              <w:spacing w:after="20" w:line="240" w:lineRule="auto"/>
            </w:pPr>
          </w:p>
        </w:tc>
      </w:tr>
      <w:tr w:rsidR="006A55BC" w14:paraId="428660D3" w14:textId="77777777">
        <w:trPr>
          <w:cantSplit/>
          <w:jc w:val="center"/>
        </w:trPr>
        <w:tc>
          <w:tcPr>
            <w:tcW w:w="648" w:type="dxa"/>
            <w:tcMar>
              <w:top w:w="100" w:type="dxa"/>
              <w:left w:w="110" w:type="dxa"/>
              <w:bottom w:w="100" w:type="dxa"/>
              <w:right w:w="110" w:type="dxa"/>
            </w:tcMar>
            <w:vAlign w:val="center"/>
          </w:tcPr>
          <w:p w14:paraId="650891C7" w14:textId="77777777" w:rsidR="006A55BC" w:rsidRDefault="00000000">
            <w:pPr>
              <w:spacing w:after="20" w:line="240" w:lineRule="auto"/>
            </w:pPr>
            <w:r>
              <w:rPr>
                <w:sz w:val="15"/>
              </w:rPr>
              <w:t>3</w:t>
            </w:r>
          </w:p>
        </w:tc>
        <w:tc>
          <w:tcPr>
            <w:tcW w:w="5616" w:type="dxa"/>
            <w:tcMar>
              <w:top w:w="100" w:type="dxa"/>
              <w:left w:w="110" w:type="dxa"/>
              <w:bottom w:w="100" w:type="dxa"/>
              <w:right w:w="110" w:type="dxa"/>
            </w:tcMar>
            <w:vAlign w:val="center"/>
          </w:tcPr>
          <w:p w14:paraId="14CD6DAA" w14:textId="77777777" w:rsidR="006A55BC" w:rsidRDefault="00000000">
            <w:pPr>
              <w:spacing w:after="20" w:line="240" w:lineRule="auto"/>
            </w:pPr>
            <w:r>
              <w:rPr>
                <w:sz w:val="15"/>
              </w:rPr>
              <w:t>Contracts contain appropriate compliance, audit and termination provisions.</w:t>
            </w:r>
          </w:p>
        </w:tc>
        <w:tc>
          <w:tcPr>
            <w:tcW w:w="1296" w:type="dxa"/>
            <w:tcMar>
              <w:top w:w="100" w:type="dxa"/>
              <w:left w:w="110" w:type="dxa"/>
              <w:bottom w:w="100" w:type="dxa"/>
              <w:right w:w="110" w:type="dxa"/>
            </w:tcMar>
            <w:vAlign w:val="center"/>
          </w:tcPr>
          <w:p w14:paraId="27F4DB97"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7798F89C" w14:textId="77777777" w:rsidR="006A55BC" w:rsidRDefault="006A55BC">
            <w:pPr>
              <w:spacing w:after="20" w:line="240" w:lineRule="auto"/>
            </w:pPr>
          </w:p>
        </w:tc>
      </w:tr>
      <w:tr w:rsidR="006A55BC" w14:paraId="01E62627" w14:textId="77777777">
        <w:trPr>
          <w:cantSplit/>
          <w:jc w:val="center"/>
        </w:trPr>
        <w:tc>
          <w:tcPr>
            <w:tcW w:w="648" w:type="dxa"/>
            <w:shd w:val="clear" w:color="auto" w:fill="F4F7FA"/>
            <w:tcMar>
              <w:top w:w="100" w:type="dxa"/>
              <w:left w:w="110" w:type="dxa"/>
              <w:bottom w:w="100" w:type="dxa"/>
              <w:right w:w="110" w:type="dxa"/>
            </w:tcMar>
            <w:vAlign w:val="center"/>
          </w:tcPr>
          <w:p w14:paraId="383D44B6" w14:textId="77777777" w:rsidR="006A55BC" w:rsidRDefault="00000000">
            <w:pPr>
              <w:spacing w:after="20" w:line="240" w:lineRule="auto"/>
            </w:pPr>
            <w:r>
              <w:rPr>
                <w:sz w:val="15"/>
              </w:rPr>
              <w:t>4</w:t>
            </w:r>
          </w:p>
        </w:tc>
        <w:tc>
          <w:tcPr>
            <w:tcW w:w="5616" w:type="dxa"/>
            <w:shd w:val="clear" w:color="auto" w:fill="F4F7FA"/>
            <w:tcMar>
              <w:top w:w="100" w:type="dxa"/>
              <w:left w:w="110" w:type="dxa"/>
              <w:bottom w:w="100" w:type="dxa"/>
              <w:right w:w="110" w:type="dxa"/>
            </w:tcMar>
            <w:vAlign w:val="center"/>
          </w:tcPr>
          <w:p w14:paraId="2181CD97" w14:textId="77777777" w:rsidR="006A55BC" w:rsidRDefault="00000000">
            <w:pPr>
              <w:spacing w:after="20" w:line="240" w:lineRule="auto"/>
            </w:pPr>
            <w:r>
              <w:rPr>
                <w:sz w:val="15"/>
              </w:rPr>
              <w:t>Compensation is commercially reasonable and payment instructions are verified.</w:t>
            </w:r>
          </w:p>
        </w:tc>
        <w:tc>
          <w:tcPr>
            <w:tcW w:w="1296" w:type="dxa"/>
            <w:shd w:val="clear" w:color="auto" w:fill="F4F7FA"/>
            <w:tcMar>
              <w:top w:w="100" w:type="dxa"/>
              <w:left w:w="110" w:type="dxa"/>
              <w:bottom w:w="100" w:type="dxa"/>
              <w:right w:w="110" w:type="dxa"/>
            </w:tcMar>
            <w:vAlign w:val="center"/>
          </w:tcPr>
          <w:p w14:paraId="0BB8DAAC"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4DA9B088" w14:textId="77777777" w:rsidR="006A55BC" w:rsidRDefault="006A55BC">
            <w:pPr>
              <w:spacing w:after="20" w:line="240" w:lineRule="auto"/>
            </w:pPr>
          </w:p>
        </w:tc>
      </w:tr>
      <w:tr w:rsidR="006A55BC" w14:paraId="0E505900" w14:textId="77777777">
        <w:trPr>
          <w:cantSplit/>
          <w:jc w:val="center"/>
        </w:trPr>
        <w:tc>
          <w:tcPr>
            <w:tcW w:w="648" w:type="dxa"/>
            <w:tcMar>
              <w:top w:w="100" w:type="dxa"/>
              <w:left w:w="110" w:type="dxa"/>
              <w:bottom w:w="100" w:type="dxa"/>
              <w:right w:w="110" w:type="dxa"/>
            </w:tcMar>
            <w:vAlign w:val="center"/>
          </w:tcPr>
          <w:p w14:paraId="75526A5A" w14:textId="77777777" w:rsidR="006A55BC" w:rsidRDefault="00000000">
            <w:pPr>
              <w:spacing w:after="20" w:line="240" w:lineRule="auto"/>
            </w:pPr>
            <w:r>
              <w:rPr>
                <w:sz w:val="15"/>
              </w:rPr>
              <w:t>5</w:t>
            </w:r>
          </w:p>
        </w:tc>
        <w:tc>
          <w:tcPr>
            <w:tcW w:w="5616" w:type="dxa"/>
            <w:tcMar>
              <w:top w:w="100" w:type="dxa"/>
              <w:left w:w="110" w:type="dxa"/>
              <w:bottom w:w="100" w:type="dxa"/>
              <w:right w:w="110" w:type="dxa"/>
            </w:tcMar>
            <w:vAlign w:val="center"/>
          </w:tcPr>
          <w:p w14:paraId="75C6E3C6" w14:textId="77777777" w:rsidR="006A55BC" w:rsidRDefault="00000000">
            <w:pPr>
              <w:spacing w:after="20" w:line="240" w:lineRule="auto"/>
            </w:pPr>
            <w:r>
              <w:rPr>
                <w:sz w:val="15"/>
              </w:rPr>
              <w:t>Performance, changes and red flags are monitored after onboarding.</w:t>
            </w:r>
          </w:p>
        </w:tc>
        <w:tc>
          <w:tcPr>
            <w:tcW w:w="1296" w:type="dxa"/>
            <w:tcMar>
              <w:top w:w="100" w:type="dxa"/>
              <w:left w:w="110" w:type="dxa"/>
              <w:bottom w:w="100" w:type="dxa"/>
              <w:right w:w="110" w:type="dxa"/>
            </w:tcMar>
            <w:vAlign w:val="center"/>
          </w:tcPr>
          <w:p w14:paraId="6A1D150B"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78BD3969" w14:textId="77777777" w:rsidR="006A55BC" w:rsidRDefault="006A55BC">
            <w:pPr>
              <w:spacing w:after="20" w:line="240" w:lineRule="auto"/>
            </w:pPr>
          </w:p>
        </w:tc>
      </w:tr>
      <w:tr w:rsidR="006A55BC" w14:paraId="77FEFE8A" w14:textId="77777777">
        <w:trPr>
          <w:cantSplit/>
          <w:jc w:val="center"/>
        </w:trPr>
        <w:tc>
          <w:tcPr>
            <w:tcW w:w="648" w:type="dxa"/>
            <w:shd w:val="clear" w:color="auto" w:fill="F4F7FA"/>
            <w:tcMar>
              <w:top w:w="100" w:type="dxa"/>
              <w:left w:w="110" w:type="dxa"/>
              <w:bottom w:w="100" w:type="dxa"/>
              <w:right w:w="110" w:type="dxa"/>
            </w:tcMar>
            <w:vAlign w:val="center"/>
          </w:tcPr>
          <w:p w14:paraId="3B72FF2F" w14:textId="77777777" w:rsidR="006A55BC" w:rsidRDefault="00000000">
            <w:pPr>
              <w:spacing w:after="20" w:line="240" w:lineRule="auto"/>
            </w:pPr>
            <w:r>
              <w:rPr>
                <w:sz w:val="15"/>
              </w:rPr>
              <w:t>6</w:t>
            </w:r>
          </w:p>
        </w:tc>
        <w:tc>
          <w:tcPr>
            <w:tcW w:w="5616" w:type="dxa"/>
            <w:shd w:val="clear" w:color="auto" w:fill="F4F7FA"/>
            <w:tcMar>
              <w:top w:w="100" w:type="dxa"/>
              <w:left w:w="110" w:type="dxa"/>
              <w:bottom w:w="100" w:type="dxa"/>
              <w:right w:w="110" w:type="dxa"/>
            </w:tcMar>
            <w:vAlign w:val="center"/>
          </w:tcPr>
          <w:p w14:paraId="45B49207" w14:textId="77777777" w:rsidR="006A55BC" w:rsidRDefault="00000000">
            <w:pPr>
              <w:spacing w:after="20" w:line="240" w:lineRule="auto"/>
            </w:pPr>
            <w:r>
              <w:rPr>
                <w:sz w:val="15"/>
              </w:rPr>
              <w:t>No third party may begin sensitive work before required approval.</w:t>
            </w:r>
          </w:p>
        </w:tc>
        <w:tc>
          <w:tcPr>
            <w:tcW w:w="1296" w:type="dxa"/>
            <w:shd w:val="clear" w:color="auto" w:fill="F4F7FA"/>
            <w:tcMar>
              <w:top w:w="100" w:type="dxa"/>
              <w:left w:w="110" w:type="dxa"/>
              <w:bottom w:w="100" w:type="dxa"/>
              <w:right w:w="110" w:type="dxa"/>
            </w:tcMar>
            <w:vAlign w:val="center"/>
          </w:tcPr>
          <w:p w14:paraId="3B52FC39"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79A2DCD6" w14:textId="77777777" w:rsidR="006A55BC" w:rsidRDefault="006A55BC">
            <w:pPr>
              <w:spacing w:after="20" w:line="240" w:lineRule="auto"/>
            </w:pPr>
          </w:p>
        </w:tc>
      </w:tr>
    </w:tbl>
    <w:p w14:paraId="0C77FDA1" w14:textId="77777777" w:rsidR="006A55BC" w:rsidRDefault="006A55BC">
      <w:pPr>
        <w:spacing w:after="20"/>
      </w:pPr>
    </w:p>
    <w:p w14:paraId="7249C8F3" w14:textId="77777777" w:rsidR="006A55BC" w:rsidRDefault="00000000">
      <w:pPr>
        <w:pStyle w:val="Heading2"/>
      </w:pPr>
      <w:r>
        <w:t>Financial controls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5616"/>
        <w:gridCol w:w="1296"/>
        <w:gridCol w:w="2376"/>
      </w:tblGrid>
      <w:tr w:rsidR="006A55BC" w14:paraId="3FC9BB1C" w14:textId="77777777">
        <w:trPr>
          <w:cantSplit/>
          <w:tblHeader/>
          <w:jc w:val="center"/>
        </w:trPr>
        <w:tc>
          <w:tcPr>
            <w:tcW w:w="648" w:type="dxa"/>
            <w:shd w:val="clear" w:color="auto" w:fill="17365D"/>
            <w:tcMar>
              <w:top w:w="100" w:type="dxa"/>
              <w:left w:w="110" w:type="dxa"/>
              <w:bottom w:w="100" w:type="dxa"/>
              <w:right w:w="110" w:type="dxa"/>
            </w:tcMar>
            <w:vAlign w:val="center"/>
          </w:tcPr>
          <w:p w14:paraId="13AF0CB7" w14:textId="77777777" w:rsidR="006A55BC" w:rsidRDefault="00000000">
            <w:r>
              <w:rPr>
                <w:b/>
                <w:color w:val="FFFFFF"/>
                <w:sz w:val="15"/>
              </w:rPr>
              <w:t>No.</w:t>
            </w:r>
          </w:p>
        </w:tc>
        <w:tc>
          <w:tcPr>
            <w:tcW w:w="5616" w:type="dxa"/>
            <w:shd w:val="clear" w:color="auto" w:fill="17365D"/>
            <w:tcMar>
              <w:top w:w="100" w:type="dxa"/>
              <w:left w:w="110" w:type="dxa"/>
              <w:bottom w:w="100" w:type="dxa"/>
              <w:right w:w="110" w:type="dxa"/>
            </w:tcMar>
            <w:vAlign w:val="center"/>
          </w:tcPr>
          <w:p w14:paraId="3D877477" w14:textId="77777777" w:rsidR="006A55BC" w:rsidRDefault="00000000">
            <w:r>
              <w:rPr>
                <w:b/>
                <w:color w:val="FFFFFF"/>
                <w:sz w:val="15"/>
              </w:rPr>
              <w:t>Assessment statement</w:t>
            </w:r>
          </w:p>
        </w:tc>
        <w:tc>
          <w:tcPr>
            <w:tcW w:w="1296" w:type="dxa"/>
            <w:shd w:val="clear" w:color="auto" w:fill="17365D"/>
            <w:tcMar>
              <w:top w:w="100" w:type="dxa"/>
              <w:left w:w="110" w:type="dxa"/>
              <w:bottom w:w="100" w:type="dxa"/>
              <w:right w:w="110" w:type="dxa"/>
            </w:tcMar>
            <w:vAlign w:val="center"/>
          </w:tcPr>
          <w:p w14:paraId="108BC49D" w14:textId="77777777" w:rsidR="006A55BC" w:rsidRDefault="00000000">
            <w:r>
              <w:rPr>
                <w:b/>
                <w:color w:val="FFFFFF"/>
                <w:sz w:val="15"/>
              </w:rPr>
              <w:t>0–4 or N/A</w:t>
            </w:r>
          </w:p>
        </w:tc>
        <w:tc>
          <w:tcPr>
            <w:tcW w:w="2376" w:type="dxa"/>
            <w:shd w:val="clear" w:color="auto" w:fill="17365D"/>
            <w:tcMar>
              <w:top w:w="100" w:type="dxa"/>
              <w:left w:w="110" w:type="dxa"/>
              <w:bottom w:w="100" w:type="dxa"/>
              <w:right w:w="110" w:type="dxa"/>
            </w:tcMar>
            <w:vAlign w:val="center"/>
          </w:tcPr>
          <w:p w14:paraId="5D02642B" w14:textId="77777777" w:rsidR="006A55BC" w:rsidRDefault="00000000">
            <w:r>
              <w:rPr>
                <w:b/>
                <w:color w:val="FFFFFF"/>
                <w:sz w:val="15"/>
              </w:rPr>
              <w:t>Evidence and comments</w:t>
            </w:r>
          </w:p>
        </w:tc>
      </w:tr>
      <w:tr w:rsidR="006A55BC" w14:paraId="2FB9BC1C" w14:textId="77777777">
        <w:trPr>
          <w:cantSplit/>
          <w:jc w:val="center"/>
        </w:trPr>
        <w:tc>
          <w:tcPr>
            <w:tcW w:w="648" w:type="dxa"/>
            <w:tcMar>
              <w:top w:w="100" w:type="dxa"/>
              <w:left w:w="110" w:type="dxa"/>
              <w:bottom w:w="100" w:type="dxa"/>
              <w:right w:w="110" w:type="dxa"/>
            </w:tcMar>
            <w:vAlign w:val="center"/>
          </w:tcPr>
          <w:p w14:paraId="391BF3D2" w14:textId="77777777" w:rsidR="006A55BC" w:rsidRDefault="00000000">
            <w:pPr>
              <w:spacing w:after="20" w:line="240" w:lineRule="auto"/>
            </w:pPr>
            <w:r>
              <w:rPr>
                <w:sz w:val="15"/>
              </w:rPr>
              <w:t>1</w:t>
            </w:r>
          </w:p>
        </w:tc>
        <w:tc>
          <w:tcPr>
            <w:tcW w:w="5616" w:type="dxa"/>
            <w:tcMar>
              <w:top w:w="100" w:type="dxa"/>
              <w:left w:w="110" w:type="dxa"/>
              <w:bottom w:w="100" w:type="dxa"/>
              <w:right w:w="110" w:type="dxa"/>
            </w:tcMar>
            <w:vAlign w:val="center"/>
          </w:tcPr>
          <w:p w14:paraId="0065802E" w14:textId="77777777" w:rsidR="006A55BC" w:rsidRDefault="00000000">
            <w:pPr>
              <w:spacing w:after="20" w:line="240" w:lineRule="auto"/>
            </w:pPr>
            <w:r>
              <w:rPr>
                <w:sz w:val="15"/>
              </w:rPr>
              <w:t>Duties are segregated across creation, approval, receipt and payment.</w:t>
            </w:r>
          </w:p>
        </w:tc>
        <w:tc>
          <w:tcPr>
            <w:tcW w:w="1296" w:type="dxa"/>
            <w:tcMar>
              <w:top w:w="100" w:type="dxa"/>
              <w:left w:w="110" w:type="dxa"/>
              <w:bottom w:w="100" w:type="dxa"/>
              <w:right w:w="110" w:type="dxa"/>
            </w:tcMar>
            <w:vAlign w:val="center"/>
          </w:tcPr>
          <w:p w14:paraId="50F323BA"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1AAE6732" w14:textId="77777777" w:rsidR="006A55BC" w:rsidRDefault="006A55BC">
            <w:pPr>
              <w:spacing w:after="20" w:line="240" w:lineRule="auto"/>
            </w:pPr>
          </w:p>
        </w:tc>
      </w:tr>
      <w:tr w:rsidR="006A55BC" w14:paraId="3E782D9D" w14:textId="77777777">
        <w:trPr>
          <w:cantSplit/>
          <w:jc w:val="center"/>
        </w:trPr>
        <w:tc>
          <w:tcPr>
            <w:tcW w:w="648" w:type="dxa"/>
            <w:shd w:val="clear" w:color="auto" w:fill="F4F7FA"/>
            <w:tcMar>
              <w:top w:w="100" w:type="dxa"/>
              <w:left w:w="110" w:type="dxa"/>
              <w:bottom w:w="100" w:type="dxa"/>
              <w:right w:w="110" w:type="dxa"/>
            </w:tcMar>
            <w:vAlign w:val="center"/>
          </w:tcPr>
          <w:p w14:paraId="03725AF0" w14:textId="77777777" w:rsidR="006A55BC" w:rsidRDefault="00000000">
            <w:pPr>
              <w:spacing w:after="20" w:line="240" w:lineRule="auto"/>
            </w:pPr>
            <w:r>
              <w:rPr>
                <w:sz w:val="15"/>
              </w:rPr>
              <w:t>2</w:t>
            </w:r>
          </w:p>
        </w:tc>
        <w:tc>
          <w:tcPr>
            <w:tcW w:w="5616" w:type="dxa"/>
            <w:shd w:val="clear" w:color="auto" w:fill="F4F7FA"/>
            <w:tcMar>
              <w:top w:w="100" w:type="dxa"/>
              <w:left w:w="110" w:type="dxa"/>
              <w:bottom w:w="100" w:type="dxa"/>
              <w:right w:w="110" w:type="dxa"/>
            </w:tcMar>
            <w:vAlign w:val="center"/>
          </w:tcPr>
          <w:p w14:paraId="551757B8" w14:textId="77777777" w:rsidR="006A55BC" w:rsidRDefault="00000000">
            <w:pPr>
              <w:spacing w:after="20" w:line="240" w:lineRule="auto"/>
            </w:pPr>
            <w:r>
              <w:rPr>
                <w:sz w:val="15"/>
              </w:rPr>
              <w:t>Vendor master changes receive independent verification.</w:t>
            </w:r>
          </w:p>
        </w:tc>
        <w:tc>
          <w:tcPr>
            <w:tcW w:w="1296" w:type="dxa"/>
            <w:shd w:val="clear" w:color="auto" w:fill="F4F7FA"/>
            <w:tcMar>
              <w:top w:w="100" w:type="dxa"/>
              <w:left w:w="110" w:type="dxa"/>
              <w:bottom w:w="100" w:type="dxa"/>
              <w:right w:w="110" w:type="dxa"/>
            </w:tcMar>
            <w:vAlign w:val="center"/>
          </w:tcPr>
          <w:p w14:paraId="7B8CFFF6"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6B448390" w14:textId="77777777" w:rsidR="006A55BC" w:rsidRDefault="006A55BC">
            <w:pPr>
              <w:spacing w:after="20" w:line="240" w:lineRule="auto"/>
            </w:pPr>
          </w:p>
        </w:tc>
      </w:tr>
      <w:tr w:rsidR="006A55BC" w14:paraId="7C1956F4" w14:textId="77777777">
        <w:trPr>
          <w:cantSplit/>
          <w:jc w:val="center"/>
        </w:trPr>
        <w:tc>
          <w:tcPr>
            <w:tcW w:w="648" w:type="dxa"/>
            <w:tcMar>
              <w:top w:w="100" w:type="dxa"/>
              <w:left w:w="110" w:type="dxa"/>
              <w:bottom w:w="100" w:type="dxa"/>
              <w:right w:w="110" w:type="dxa"/>
            </w:tcMar>
            <w:vAlign w:val="center"/>
          </w:tcPr>
          <w:p w14:paraId="237AB515" w14:textId="77777777" w:rsidR="006A55BC" w:rsidRDefault="00000000">
            <w:pPr>
              <w:spacing w:after="20" w:line="240" w:lineRule="auto"/>
            </w:pPr>
            <w:r>
              <w:rPr>
                <w:sz w:val="15"/>
              </w:rPr>
              <w:t>3</w:t>
            </w:r>
          </w:p>
        </w:tc>
        <w:tc>
          <w:tcPr>
            <w:tcW w:w="5616" w:type="dxa"/>
            <w:tcMar>
              <w:top w:w="100" w:type="dxa"/>
              <w:left w:w="110" w:type="dxa"/>
              <w:bottom w:w="100" w:type="dxa"/>
              <w:right w:w="110" w:type="dxa"/>
            </w:tcMar>
            <w:vAlign w:val="center"/>
          </w:tcPr>
          <w:p w14:paraId="3581A053" w14:textId="77777777" w:rsidR="006A55BC" w:rsidRDefault="00000000">
            <w:pPr>
              <w:spacing w:after="20" w:line="240" w:lineRule="auto"/>
            </w:pPr>
            <w:r>
              <w:rPr>
                <w:sz w:val="15"/>
              </w:rPr>
              <w:t>Payments require adequate supporting documents and approval.</w:t>
            </w:r>
          </w:p>
        </w:tc>
        <w:tc>
          <w:tcPr>
            <w:tcW w:w="1296" w:type="dxa"/>
            <w:tcMar>
              <w:top w:w="100" w:type="dxa"/>
              <w:left w:w="110" w:type="dxa"/>
              <w:bottom w:w="100" w:type="dxa"/>
              <w:right w:w="110" w:type="dxa"/>
            </w:tcMar>
            <w:vAlign w:val="center"/>
          </w:tcPr>
          <w:p w14:paraId="48F064BF"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4955CFFF" w14:textId="77777777" w:rsidR="006A55BC" w:rsidRDefault="006A55BC">
            <w:pPr>
              <w:spacing w:after="20" w:line="240" w:lineRule="auto"/>
            </w:pPr>
          </w:p>
        </w:tc>
      </w:tr>
      <w:tr w:rsidR="006A55BC" w14:paraId="21F402EC" w14:textId="77777777">
        <w:trPr>
          <w:cantSplit/>
          <w:jc w:val="center"/>
        </w:trPr>
        <w:tc>
          <w:tcPr>
            <w:tcW w:w="648" w:type="dxa"/>
            <w:shd w:val="clear" w:color="auto" w:fill="F4F7FA"/>
            <w:tcMar>
              <w:top w:w="100" w:type="dxa"/>
              <w:left w:w="110" w:type="dxa"/>
              <w:bottom w:w="100" w:type="dxa"/>
              <w:right w:w="110" w:type="dxa"/>
            </w:tcMar>
            <w:vAlign w:val="center"/>
          </w:tcPr>
          <w:p w14:paraId="7329CF5D" w14:textId="77777777" w:rsidR="006A55BC" w:rsidRDefault="00000000">
            <w:pPr>
              <w:spacing w:after="20" w:line="240" w:lineRule="auto"/>
            </w:pPr>
            <w:r>
              <w:rPr>
                <w:sz w:val="15"/>
              </w:rPr>
              <w:t>4</w:t>
            </w:r>
          </w:p>
        </w:tc>
        <w:tc>
          <w:tcPr>
            <w:tcW w:w="5616" w:type="dxa"/>
            <w:shd w:val="clear" w:color="auto" w:fill="F4F7FA"/>
            <w:tcMar>
              <w:top w:w="100" w:type="dxa"/>
              <w:left w:w="110" w:type="dxa"/>
              <w:bottom w:w="100" w:type="dxa"/>
              <w:right w:w="110" w:type="dxa"/>
            </w:tcMar>
            <w:vAlign w:val="center"/>
          </w:tcPr>
          <w:p w14:paraId="26052563" w14:textId="77777777" w:rsidR="006A55BC" w:rsidRDefault="00000000">
            <w:pPr>
              <w:spacing w:after="20" w:line="240" w:lineRule="auto"/>
            </w:pPr>
            <w:r>
              <w:rPr>
                <w:sz w:val="15"/>
              </w:rPr>
              <w:t>Cash, advances, manual journals and suspense accounts receive enhanced review.</w:t>
            </w:r>
          </w:p>
        </w:tc>
        <w:tc>
          <w:tcPr>
            <w:tcW w:w="1296" w:type="dxa"/>
            <w:shd w:val="clear" w:color="auto" w:fill="F4F7FA"/>
            <w:tcMar>
              <w:top w:w="100" w:type="dxa"/>
              <w:left w:w="110" w:type="dxa"/>
              <w:bottom w:w="100" w:type="dxa"/>
              <w:right w:w="110" w:type="dxa"/>
            </w:tcMar>
            <w:vAlign w:val="center"/>
          </w:tcPr>
          <w:p w14:paraId="2E781185"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4F44EAE4" w14:textId="77777777" w:rsidR="006A55BC" w:rsidRDefault="006A55BC">
            <w:pPr>
              <w:spacing w:after="20" w:line="240" w:lineRule="auto"/>
            </w:pPr>
          </w:p>
        </w:tc>
      </w:tr>
      <w:tr w:rsidR="006A55BC" w14:paraId="507263BC" w14:textId="77777777">
        <w:trPr>
          <w:cantSplit/>
          <w:jc w:val="center"/>
        </w:trPr>
        <w:tc>
          <w:tcPr>
            <w:tcW w:w="648" w:type="dxa"/>
            <w:tcMar>
              <w:top w:w="100" w:type="dxa"/>
              <w:left w:w="110" w:type="dxa"/>
              <w:bottom w:w="100" w:type="dxa"/>
              <w:right w:w="110" w:type="dxa"/>
            </w:tcMar>
            <w:vAlign w:val="center"/>
          </w:tcPr>
          <w:p w14:paraId="2920E643" w14:textId="77777777" w:rsidR="006A55BC" w:rsidRDefault="00000000">
            <w:pPr>
              <w:spacing w:after="20" w:line="240" w:lineRule="auto"/>
            </w:pPr>
            <w:r>
              <w:rPr>
                <w:sz w:val="15"/>
              </w:rPr>
              <w:t>5</w:t>
            </w:r>
          </w:p>
        </w:tc>
        <w:tc>
          <w:tcPr>
            <w:tcW w:w="5616" w:type="dxa"/>
            <w:tcMar>
              <w:top w:w="100" w:type="dxa"/>
              <w:left w:w="110" w:type="dxa"/>
              <w:bottom w:w="100" w:type="dxa"/>
              <w:right w:w="110" w:type="dxa"/>
            </w:tcMar>
            <w:vAlign w:val="center"/>
          </w:tcPr>
          <w:p w14:paraId="6E2E599A" w14:textId="77777777" w:rsidR="006A55BC" w:rsidRDefault="00000000">
            <w:pPr>
              <w:spacing w:after="20" w:line="240" w:lineRule="auto"/>
            </w:pPr>
            <w:r>
              <w:rPr>
                <w:sz w:val="15"/>
              </w:rPr>
              <w:t>Books and records accurately describe purpose, beneficiary and value.</w:t>
            </w:r>
          </w:p>
        </w:tc>
        <w:tc>
          <w:tcPr>
            <w:tcW w:w="1296" w:type="dxa"/>
            <w:tcMar>
              <w:top w:w="100" w:type="dxa"/>
              <w:left w:w="110" w:type="dxa"/>
              <w:bottom w:w="100" w:type="dxa"/>
              <w:right w:w="110" w:type="dxa"/>
            </w:tcMar>
            <w:vAlign w:val="center"/>
          </w:tcPr>
          <w:p w14:paraId="03304ACE"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6EB27D00" w14:textId="77777777" w:rsidR="006A55BC" w:rsidRDefault="006A55BC">
            <w:pPr>
              <w:spacing w:after="20" w:line="240" w:lineRule="auto"/>
            </w:pPr>
          </w:p>
        </w:tc>
      </w:tr>
      <w:tr w:rsidR="006A55BC" w14:paraId="663B93A0" w14:textId="77777777">
        <w:trPr>
          <w:cantSplit/>
          <w:jc w:val="center"/>
        </w:trPr>
        <w:tc>
          <w:tcPr>
            <w:tcW w:w="648" w:type="dxa"/>
            <w:shd w:val="clear" w:color="auto" w:fill="F4F7FA"/>
            <w:tcMar>
              <w:top w:w="100" w:type="dxa"/>
              <w:left w:w="110" w:type="dxa"/>
              <w:bottom w:w="100" w:type="dxa"/>
              <w:right w:w="110" w:type="dxa"/>
            </w:tcMar>
            <w:vAlign w:val="center"/>
          </w:tcPr>
          <w:p w14:paraId="4F690215" w14:textId="77777777" w:rsidR="006A55BC" w:rsidRDefault="00000000">
            <w:pPr>
              <w:spacing w:after="20" w:line="240" w:lineRule="auto"/>
            </w:pPr>
            <w:r>
              <w:rPr>
                <w:sz w:val="15"/>
              </w:rPr>
              <w:t>6</w:t>
            </w:r>
          </w:p>
        </w:tc>
        <w:tc>
          <w:tcPr>
            <w:tcW w:w="5616" w:type="dxa"/>
            <w:shd w:val="clear" w:color="auto" w:fill="F4F7FA"/>
            <w:tcMar>
              <w:top w:w="100" w:type="dxa"/>
              <w:left w:w="110" w:type="dxa"/>
              <w:bottom w:w="100" w:type="dxa"/>
              <w:right w:w="110" w:type="dxa"/>
            </w:tcMar>
            <w:vAlign w:val="center"/>
          </w:tcPr>
          <w:p w14:paraId="0A81B0DB" w14:textId="77777777" w:rsidR="006A55BC" w:rsidRDefault="00000000">
            <w:pPr>
              <w:spacing w:after="20" w:line="240" w:lineRule="auto"/>
            </w:pPr>
            <w:r>
              <w:rPr>
                <w:sz w:val="15"/>
              </w:rPr>
              <w:t>Exceptions and overrides are analysed and escalated.</w:t>
            </w:r>
          </w:p>
        </w:tc>
        <w:tc>
          <w:tcPr>
            <w:tcW w:w="1296" w:type="dxa"/>
            <w:shd w:val="clear" w:color="auto" w:fill="F4F7FA"/>
            <w:tcMar>
              <w:top w:w="100" w:type="dxa"/>
              <w:left w:w="110" w:type="dxa"/>
              <w:bottom w:w="100" w:type="dxa"/>
              <w:right w:w="110" w:type="dxa"/>
            </w:tcMar>
            <w:vAlign w:val="center"/>
          </w:tcPr>
          <w:p w14:paraId="2C6A7124"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0A8332AB" w14:textId="77777777" w:rsidR="006A55BC" w:rsidRDefault="006A55BC">
            <w:pPr>
              <w:spacing w:after="20" w:line="240" w:lineRule="auto"/>
            </w:pPr>
          </w:p>
        </w:tc>
      </w:tr>
    </w:tbl>
    <w:p w14:paraId="169B423C" w14:textId="77777777" w:rsidR="006A55BC" w:rsidRDefault="006A55BC">
      <w:pPr>
        <w:spacing w:after="20"/>
      </w:pPr>
    </w:p>
    <w:p w14:paraId="5D48BADB" w14:textId="77777777" w:rsidR="006A55BC" w:rsidRDefault="00000000">
      <w:pPr>
        <w:pStyle w:val="Heading2"/>
      </w:pPr>
      <w:r>
        <w:t>Procurement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5616"/>
        <w:gridCol w:w="1296"/>
        <w:gridCol w:w="2376"/>
      </w:tblGrid>
      <w:tr w:rsidR="006A55BC" w14:paraId="1A14495A" w14:textId="77777777">
        <w:trPr>
          <w:cantSplit/>
          <w:tblHeader/>
          <w:jc w:val="center"/>
        </w:trPr>
        <w:tc>
          <w:tcPr>
            <w:tcW w:w="648" w:type="dxa"/>
            <w:shd w:val="clear" w:color="auto" w:fill="17365D"/>
            <w:tcMar>
              <w:top w:w="100" w:type="dxa"/>
              <w:left w:w="110" w:type="dxa"/>
              <w:bottom w:w="100" w:type="dxa"/>
              <w:right w:w="110" w:type="dxa"/>
            </w:tcMar>
            <w:vAlign w:val="center"/>
          </w:tcPr>
          <w:p w14:paraId="4A355334" w14:textId="77777777" w:rsidR="006A55BC" w:rsidRDefault="00000000">
            <w:r>
              <w:rPr>
                <w:b/>
                <w:color w:val="FFFFFF"/>
                <w:sz w:val="15"/>
              </w:rPr>
              <w:t>No.</w:t>
            </w:r>
          </w:p>
        </w:tc>
        <w:tc>
          <w:tcPr>
            <w:tcW w:w="5616" w:type="dxa"/>
            <w:shd w:val="clear" w:color="auto" w:fill="17365D"/>
            <w:tcMar>
              <w:top w:w="100" w:type="dxa"/>
              <w:left w:w="110" w:type="dxa"/>
              <w:bottom w:w="100" w:type="dxa"/>
              <w:right w:w="110" w:type="dxa"/>
            </w:tcMar>
            <w:vAlign w:val="center"/>
          </w:tcPr>
          <w:p w14:paraId="7AC5BE17" w14:textId="77777777" w:rsidR="006A55BC" w:rsidRDefault="00000000">
            <w:r>
              <w:rPr>
                <w:b/>
                <w:color w:val="FFFFFF"/>
                <w:sz w:val="15"/>
              </w:rPr>
              <w:t>Assessment statement</w:t>
            </w:r>
          </w:p>
        </w:tc>
        <w:tc>
          <w:tcPr>
            <w:tcW w:w="1296" w:type="dxa"/>
            <w:shd w:val="clear" w:color="auto" w:fill="17365D"/>
            <w:tcMar>
              <w:top w:w="100" w:type="dxa"/>
              <w:left w:w="110" w:type="dxa"/>
              <w:bottom w:w="100" w:type="dxa"/>
              <w:right w:w="110" w:type="dxa"/>
            </w:tcMar>
            <w:vAlign w:val="center"/>
          </w:tcPr>
          <w:p w14:paraId="0F1A6E25" w14:textId="77777777" w:rsidR="006A55BC" w:rsidRDefault="00000000">
            <w:r>
              <w:rPr>
                <w:b/>
                <w:color w:val="FFFFFF"/>
                <w:sz w:val="15"/>
              </w:rPr>
              <w:t>0–4 or N/A</w:t>
            </w:r>
          </w:p>
        </w:tc>
        <w:tc>
          <w:tcPr>
            <w:tcW w:w="2376" w:type="dxa"/>
            <w:shd w:val="clear" w:color="auto" w:fill="17365D"/>
            <w:tcMar>
              <w:top w:w="100" w:type="dxa"/>
              <w:left w:w="110" w:type="dxa"/>
              <w:bottom w:w="100" w:type="dxa"/>
              <w:right w:w="110" w:type="dxa"/>
            </w:tcMar>
            <w:vAlign w:val="center"/>
          </w:tcPr>
          <w:p w14:paraId="0400499A" w14:textId="77777777" w:rsidR="006A55BC" w:rsidRDefault="00000000">
            <w:r>
              <w:rPr>
                <w:b/>
                <w:color w:val="FFFFFF"/>
                <w:sz w:val="15"/>
              </w:rPr>
              <w:t>Evidence and comments</w:t>
            </w:r>
          </w:p>
        </w:tc>
      </w:tr>
      <w:tr w:rsidR="006A55BC" w14:paraId="2F4D4DD4" w14:textId="77777777">
        <w:trPr>
          <w:cantSplit/>
          <w:jc w:val="center"/>
        </w:trPr>
        <w:tc>
          <w:tcPr>
            <w:tcW w:w="648" w:type="dxa"/>
            <w:tcMar>
              <w:top w:w="100" w:type="dxa"/>
              <w:left w:w="110" w:type="dxa"/>
              <w:bottom w:w="100" w:type="dxa"/>
              <w:right w:w="110" w:type="dxa"/>
            </w:tcMar>
            <w:vAlign w:val="center"/>
          </w:tcPr>
          <w:p w14:paraId="174EC236" w14:textId="77777777" w:rsidR="006A55BC" w:rsidRDefault="00000000">
            <w:pPr>
              <w:spacing w:after="20" w:line="240" w:lineRule="auto"/>
            </w:pPr>
            <w:r>
              <w:rPr>
                <w:sz w:val="15"/>
              </w:rPr>
              <w:t>1</w:t>
            </w:r>
          </w:p>
        </w:tc>
        <w:tc>
          <w:tcPr>
            <w:tcW w:w="5616" w:type="dxa"/>
            <w:tcMar>
              <w:top w:w="100" w:type="dxa"/>
              <w:left w:w="110" w:type="dxa"/>
              <w:bottom w:w="100" w:type="dxa"/>
              <w:right w:w="110" w:type="dxa"/>
            </w:tcMar>
            <w:vAlign w:val="center"/>
          </w:tcPr>
          <w:p w14:paraId="437D5427" w14:textId="77777777" w:rsidR="006A55BC" w:rsidRDefault="00000000">
            <w:pPr>
              <w:spacing w:after="20" w:line="240" w:lineRule="auto"/>
            </w:pPr>
            <w:r>
              <w:rPr>
                <w:sz w:val="15"/>
              </w:rPr>
              <w:t>Competition is the default and exceptions are justified.</w:t>
            </w:r>
          </w:p>
        </w:tc>
        <w:tc>
          <w:tcPr>
            <w:tcW w:w="1296" w:type="dxa"/>
            <w:tcMar>
              <w:top w:w="100" w:type="dxa"/>
              <w:left w:w="110" w:type="dxa"/>
              <w:bottom w:w="100" w:type="dxa"/>
              <w:right w:w="110" w:type="dxa"/>
            </w:tcMar>
            <w:vAlign w:val="center"/>
          </w:tcPr>
          <w:p w14:paraId="3A124166"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6963A8BD" w14:textId="77777777" w:rsidR="006A55BC" w:rsidRDefault="006A55BC">
            <w:pPr>
              <w:spacing w:after="20" w:line="240" w:lineRule="auto"/>
            </w:pPr>
          </w:p>
        </w:tc>
      </w:tr>
      <w:tr w:rsidR="006A55BC" w14:paraId="2067E5E2" w14:textId="77777777">
        <w:trPr>
          <w:cantSplit/>
          <w:jc w:val="center"/>
        </w:trPr>
        <w:tc>
          <w:tcPr>
            <w:tcW w:w="648" w:type="dxa"/>
            <w:shd w:val="clear" w:color="auto" w:fill="F4F7FA"/>
            <w:tcMar>
              <w:top w:w="100" w:type="dxa"/>
              <w:left w:w="110" w:type="dxa"/>
              <w:bottom w:w="100" w:type="dxa"/>
              <w:right w:w="110" w:type="dxa"/>
            </w:tcMar>
            <w:vAlign w:val="center"/>
          </w:tcPr>
          <w:p w14:paraId="43AF7876" w14:textId="77777777" w:rsidR="006A55BC" w:rsidRDefault="00000000">
            <w:pPr>
              <w:spacing w:after="20" w:line="240" w:lineRule="auto"/>
            </w:pPr>
            <w:r>
              <w:rPr>
                <w:sz w:val="15"/>
              </w:rPr>
              <w:t>2</w:t>
            </w:r>
          </w:p>
        </w:tc>
        <w:tc>
          <w:tcPr>
            <w:tcW w:w="5616" w:type="dxa"/>
            <w:shd w:val="clear" w:color="auto" w:fill="F4F7FA"/>
            <w:tcMar>
              <w:top w:w="100" w:type="dxa"/>
              <w:left w:w="110" w:type="dxa"/>
              <w:bottom w:w="100" w:type="dxa"/>
              <w:right w:w="110" w:type="dxa"/>
            </w:tcMar>
            <w:vAlign w:val="center"/>
          </w:tcPr>
          <w:p w14:paraId="3DAD146B" w14:textId="77777777" w:rsidR="006A55BC" w:rsidRDefault="00000000">
            <w:pPr>
              <w:spacing w:after="20" w:line="240" w:lineRule="auto"/>
            </w:pPr>
            <w:r>
              <w:rPr>
                <w:sz w:val="15"/>
              </w:rPr>
              <w:t>Specifications, bidder communication and evaluation are controlled.</w:t>
            </w:r>
          </w:p>
        </w:tc>
        <w:tc>
          <w:tcPr>
            <w:tcW w:w="1296" w:type="dxa"/>
            <w:shd w:val="clear" w:color="auto" w:fill="F4F7FA"/>
            <w:tcMar>
              <w:top w:w="100" w:type="dxa"/>
              <w:left w:w="110" w:type="dxa"/>
              <w:bottom w:w="100" w:type="dxa"/>
              <w:right w:w="110" w:type="dxa"/>
            </w:tcMar>
            <w:vAlign w:val="center"/>
          </w:tcPr>
          <w:p w14:paraId="33F526A3"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5ED805EB" w14:textId="77777777" w:rsidR="006A55BC" w:rsidRDefault="006A55BC">
            <w:pPr>
              <w:spacing w:after="20" w:line="240" w:lineRule="auto"/>
            </w:pPr>
          </w:p>
        </w:tc>
      </w:tr>
      <w:tr w:rsidR="006A55BC" w14:paraId="79EED769" w14:textId="77777777">
        <w:trPr>
          <w:cantSplit/>
          <w:jc w:val="center"/>
        </w:trPr>
        <w:tc>
          <w:tcPr>
            <w:tcW w:w="648" w:type="dxa"/>
            <w:tcMar>
              <w:top w:w="100" w:type="dxa"/>
              <w:left w:w="110" w:type="dxa"/>
              <w:bottom w:w="100" w:type="dxa"/>
              <w:right w:w="110" w:type="dxa"/>
            </w:tcMar>
            <w:vAlign w:val="center"/>
          </w:tcPr>
          <w:p w14:paraId="4CEADCF4" w14:textId="77777777" w:rsidR="006A55BC" w:rsidRDefault="00000000">
            <w:pPr>
              <w:spacing w:after="20" w:line="240" w:lineRule="auto"/>
            </w:pPr>
            <w:r>
              <w:rPr>
                <w:sz w:val="15"/>
              </w:rPr>
              <w:t>3</w:t>
            </w:r>
          </w:p>
        </w:tc>
        <w:tc>
          <w:tcPr>
            <w:tcW w:w="5616" w:type="dxa"/>
            <w:tcMar>
              <w:top w:w="100" w:type="dxa"/>
              <w:left w:w="110" w:type="dxa"/>
              <w:bottom w:w="100" w:type="dxa"/>
              <w:right w:w="110" w:type="dxa"/>
            </w:tcMar>
            <w:vAlign w:val="center"/>
          </w:tcPr>
          <w:p w14:paraId="692B4BEA" w14:textId="77777777" w:rsidR="006A55BC" w:rsidRDefault="00000000">
            <w:pPr>
              <w:spacing w:after="20" w:line="240" w:lineRule="auto"/>
            </w:pPr>
            <w:r>
              <w:rPr>
                <w:sz w:val="15"/>
              </w:rPr>
              <w:t>Conflicts are declared by requesters, evaluators and approvers.</w:t>
            </w:r>
          </w:p>
        </w:tc>
        <w:tc>
          <w:tcPr>
            <w:tcW w:w="1296" w:type="dxa"/>
            <w:tcMar>
              <w:top w:w="100" w:type="dxa"/>
              <w:left w:w="110" w:type="dxa"/>
              <w:bottom w:w="100" w:type="dxa"/>
              <w:right w:w="110" w:type="dxa"/>
            </w:tcMar>
            <w:vAlign w:val="center"/>
          </w:tcPr>
          <w:p w14:paraId="3D0C3097"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17B0EFDE" w14:textId="77777777" w:rsidR="006A55BC" w:rsidRDefault="006A55BC">
            <w:pPr>
              <w:spacing w:after="20" w:line="240" w:lineRule="auto"/>
            </w:pPr>
          </w:p>
        </w:tc>
      </w:tr>
      <w:tr w:rsidR="006A55BC" w14:paraId="3474FEB1" w14:textId="77777777">
        <w:trPr>
          <w:cantSplit/>
          <w:jc w:val="center"/>
        </w:trPr>
        <w:tc>
          <w:tcPr>
            <w:tcW w:w="648" w:type="dxa"/>
            <w:shd w:val="clear" w:color="auto" w:fill="F4F7FA"/>
            <w:tcMar>
              <w:top w:w="100" w:type="dxa"/>
              <w:left w:w="110" w:type="dxa"/>
              <w:bottom w:w="100" w:type="dxa"/>
              <w:right w:w="110" w:type="dxa"/>
            </w:tcMar>
            <w:vAlign w:val="center"/>
          </w:tcPr>
          <w:p w14:paraId="5ACAC716" w14:textId="77777777" w:rsidR="006A55BC" w:rsidRDefault="00000000">
            <w:pPr>
              <w:spacing w:after="20" w:line="240" w:lineRule="auto"/>
            </w:pPr>
            <w:r>
              <w:rPr>
                <w:sz w:val="15"/>
              </w:rPr>
              <w:t>4</w:t>
            </w:r>
          </w:p>
        </w:tc>
        <w:tc>
          <w:tcPr>
            <w:tcW w:w="5616" w:type="dxa"/>
            <w:shd w:val="clear" w:color="auto" w:fill="F4F7FA"/>
            <w:tcMar>
              <w:top w:w="100" w:type="dxa"/>
              <w:left w:w="110" w:type="dxa"/>
              <w:bottom w:w="100" w:type="dxa"/>
              <w:right w:w="110" w:type="dxa"/>
            </w:tcMar>
            <w:vAlign w:val="center"/>
          </w:tcPr>
          <w:p w14:paraId="30447F38" w14:textId="77777777" w:rsidR="006A55BC" w:rsidRDefault="00000000">
            <w:pPr>
              <w:spacing w:after="20" w:line="240" w:lineRule="auto"/>
            </w:pPr>
            <w:r>
              <w:rPr>
                <w:sz w:val="15"/>
              </w:rPr>
              <w:t>Supplier ownership and employee relationships are screened.</w:t>
            </w:r>
          </w:p>
        </w:tc>
        <w:tc>
          <w:tcPr>
            <w:tcW w:w="1296" w:type="dxa"/>
            <w:shd w:val="clear" w:color="auto" w:fill="F4F7FA"/>
            <w:tcMar>
              <w:top w:w="100" w:type="dxa"/>
              <w:left w:w="110" w:type="dxa"/>
              <w:bottom w:w="100" w:type="dxa"/>
              <w:right w:w="110" w:type="dxa"/>
            </w:tcMar>
            <w:vAlign w:val="center"/>
          </w:tcPr>
          <w:p w14:paraId="4ED15438"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4F98D01E" w14:textId="77777777" w:rsidR="006A55BC" w:rsidRDefault="006A55BC">
            <w:pPr>
              <w:spacing w:after="20" w:line="240" w:lineRule="auto"/>
            </w:pPr>
          </w:p>
        </w:tc>
      </w:tr>
      <w:tr w:rsidR="006A55BC" w14:paraId="5302CB90" w14:textId="77777777">
        <w:trPr>
          <w:cantSplit/>
          <w:jc w:val="center"/>
        </w:trPr>
        <w:tc>
          <w:tcPr>
            <w:tcW w:w="648" w:type="dxa"/>
            <w:tcMar>
              <w:top w:w="100" w:type="dxa"/>
              <w:left w:w="110" w:type="dxa"/>
              <w:bottom w:w="100" w:type="dxa"/>
              <w:right w:w="110" w:type="dxa"/>
            </w:tcMar>
            <w:vAlign w:val="center"/>
          </w:tcPr>
          <w:p w14:paraId="075BA671" w14:textId="77777777" w:rsidR="006A55BC" w:rsidRDefault="00000000">
            <w:pPr>
              <w:spacing w:after="20" w:line="240" w:lineRule="auto"/>
            </w:pPr>
            <w:r>
              <w:rPr>
                <w:sz w:val="15"/>
              </w:rPr>
              <w:t>5</w:t>
            </w:r>
          </w:p>
        </w:tc>
        <w:tc>
          <w:tcPr>
            <w:tcW w:w="5616" w:type="dxa"/>
            <w:tcMar>
              <w:top w:w="100" w:type="dxa"/>
              <w:left w:w="110" w:type="dxa"/>
              <w:bottom w:w="100" w:type="dxa"/>
              <w:right w:w="110" w:type="dxa"/>
            </w:tcMar>
            <w:vAlign w:val="center"/>
          </w:tcPr>
          <w:p w14:paraId="620D043B" w14:textId="77777777" w:rsidR="006A55BC" w:rsidRDefault="00000000">
            <w:pPr>
              <w:spacing w:after="20" w:line="240" w:lineRule="auto"/>
            </w:pPr>
            <w:r>
              <w:rPr>
                <w:sz w:val="15"/>
              </w:rPr>
              <w:t>Contract variations and cumulative spend are monitored.</w:t>
            </w:r>
          </w:p>
        </w:tc>
        <w:tc>
          <w:tcPr>
            <w:tcW w:w="1296" w:type="dxa"/>
            <w:tcMar>
              <w:top w:w="100" w:type="dxa"/>
              <w:left w:w="110" w:type="dxa"/>
              <w:bottom w:w="100" w:type="dxa"/>
              <w:right w:w="110" w:type="dxa"/>
            </w:tcMar>
            <w:vAlign w:val="center"/>
          </w:tcPr>
          <w:p w14:paraId="28683AB4"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41A0DB1D" w14:textId="77777777" w:rsidR="006A55BC" w:rsidRDefault="006A55BC">
            <w:pPr>
              <w:spacing w:after="20" w:line="240" w:lineRule="auto"/>
            </w:pPr>
          </w:p>
        </w:tc>
      </w:tr>
      <w:tr w:rsidR="006A55BC" w14:paraId="027F0629" w14:textId="77777777">
        <w:trPr>
          <w:cantSplit/>
          <w:jc w:val="center"/>
        </w:trPr>
        <w:tc>
          <w:tcPr>
            <w:tcW w:w="648" w:type="dxa"/>
            <w:shd w:val="clear" w:color="auto" w:fill="F4F7FA"/>
            <w:tcMar>
              <w:top w:w="100" w:type="dxa"/>
              <w:left w:w="110" w:type="dxa"/>
              <w:bottom w:w="100" w:type="dxa"/>
              <w:right w:w="110" w:type="dxa"/>
            </w:tcMar>
            <w:vAlign w:val="center"/>
          </w:tcPr>
          <w:p w14:paraId="2D483FF6" w14:textId="77777777" w:rsidR="006A55BC" w:rsidRDefault="00000000">
            <w:pPr>
              <w:spacing w:after="20" w:line="240" w:lineRule="auto"/>
            </w:pPr>
            <w:r>
              <w:rPr>
                <w:sz w:val="15"/>
              </w:rPr>
              <w:t>6</w:t>
            </w:r>
          </w:p>
        </w:tc>
        <w:tc>
          <w:tcPr>
            <w:tcW w:w="5616" w:type="dxa"/>
            <w:shd w:val="clear" w:color="auto" w:fill="F4F7FA"/>
            <w:tcMar>
              <w:top w:w="100" w:type="dxa"/>
              <w:left w:w="110" w:type="dxa"/>
              <w:bottom w:w="100" w:type="dxa"/>
              <w:right w:w="110" w:type="dxa"/>
            </w:tcMar>
            <w:vAlign w:val="center"/>
          </w:tcPr>
          <w:p w14:paraId="47CA8261" w14:textId="77777777" w:rsidR="006A55BC" w:rsidRDefault="00000000">
            <w:pPr>
              <w:spacing w:after="20" w:line="240" w:lineRule="auto"/>
            </w:pPr>
            <w:r>
              <w:rPr>
                <w:sz w:val="15"/>
              </w:rPr>
              <w:t>Receipt and quality are independently confirmed before payment.</w:t>
            </w:r>
          </w:p>
        </w:tc>
        <w:tc>
          <w:tcPr>
            <w:tcW w:w="1296" w:type="dxa"/>
            <w:shd w:val="clear" w:color="auto" w:fill="F4F7FA"/>
            <w:tcMar>
              <w:top w:w="100" w:type="dxa"/>
              <w:left w:w="110" w:type="dxa"/>
              <w:bottom w:w="100" w:type="dxa"/>
              <w:right w:w="110" w:type="dxa"/>
            </w:tcMar>
            <w:vAlign w:val="center"/>
          </w:tcPr>
          <w:p w14:paraId="3EF89E0D"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62D43841" w14:textId="77777777" w:rsidR="006A55BC" w:rsidRDefault="006A55BC">
            <w:pPr>
              <w:spacing w:after="20" w:line="240" w:lineRule="auto"/>
            </w:pPr>
          </w:p>
        </w:tc>
      </w:tr>
    </w:tbl>
    <w:p w14:paraId="5E1BFFA0" w14:textId="77777777" w:rsidR="006A55BC" w:rsidRDefault="006A55BC">
      <w:pPr>
        <w:spacing w:after="20"/>
      </w:pPr>
    </w:p>
    <w:p w14:paraId="732A87D3" w14:textId="77777777" w:rsidR="006A55BC" w:rsidRDefault="00000000">
      <w:pPr>
        <w:pStyle w:val="Heading2"/>
      </w:pPr>
      <w:r>
        <w:lastRenderedPageBreak/>
        <w:t>People and culture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5616"/>
        <w:gridCol w:w="1296"/>
        <w:gridCol w:w="2376"/>
      </w:tblGrid>
      <w:tr w:rsidR="006A55BC" w14:paraId="5947304F" w14:textId="77777777">
        <w:trPr>
          <w:cantSplit/>
          <w:tblHeader/>
          <w:jc w:val="center"/>
        </w:trPr>
        <w:tc>
          <w:tcPr>
            <w:tcW w:w="648" w:type="dxa"/>
            <w:shd w:val="clear" w:color="auto" w:fill="17365D"/>
            <w:tcMar>
              <w:top w:w="100" w:type="dxa"/>
              <w:left w:w="110" w:type="dxa"/>
              <w:bottom w:w="100" w:type="dxa"/>
              <w:right w:w="110" w:type="dxa"/>
            </w:tcMar>
            <w:vAlign w:val="center"/>
          </w:tcPr>
          <w:p w14:paraId="41A98D4F" w14:textId="77777777" w:rsidR="006A55BC" w:rsidRDefault="00000000">
            <w:r>
              <w:rPr>
                <w:b/>
                <w:color w:val="FFFFFF"/>
                <w:sz w:val="15"/>
              </w:rPr>
              <w:t>No.</w:t>
            </w:r>
          </w:p>
        </w:tc>
        <w:tc>
          <w:tcPr>
            <w:tcW w:w="5616" w:type="dxa"/>
            <w:shd w:val="clear" w:color="auto" w:fill="17365D"/>
            <w:tcMar>
              <w:top w:w="100" w:type="dxa"/>
              <w:left w:w="110" w:type="dxa"/>
              <w:bottom w:w="100" w:type="dxa"/>
              <w:right w:w="110" w:type="dxa"/>
            </w:tcMar>
            <w:vAlign w:val="center"/>
          </w:tcPr>
          <w:p w14:paraId="209ED9A8" w14:textId="77777777" w:rsidR="006A55BC" w:rsidRDefault="00000000">
            <w:r>
              <w:rPr>
                <w:b/>
                <w:color w:val="FFFFFF"/>
                <w:sz w:val="15"/>
              </w:rPr>
              <w:t>Assessment statement</w:t>
            </w:r>
          </w:p>
        </w:tc>
        <w:tc>
          <w:tcPr>
            <w:tcW w:w="1296" w:type="dxa"/>
            <w:shd w:val="clear" w:color="auto" w:fill="17365D"/>
            <w:tcMar>
              <w:top w:w="100" w:type="dxa"/>
              <w:left w:w="110" w:type="dxa"/>
              <w:bottom w:w="100" w:type="dxa"/>
              <w:right w:w="110" w:type="dxa"/>
            </w:tcMar>
            <w:vAlign w:val="center"/>
          </w:tcPr>
          <w:p w14:paraId="0910C03A" w14:textId="77777777" w:rsidR="006A55BC" w:rsidRDefault="00000000">
            <w:r>
              <w:rPr>
                <w:b/>
                <w:color w:val="FFFFFF"/>
                <w:sz w:val="15"/>
              </w:rPr>
              <w:t>0–4 or N/A</w:t>
            </w:r>
          </w:p>
        </w:tc>
        <w:tc>
          <w:tcPr>
            <w:tcW w:w="2376" w:type="dxa"/>
            <w:shd w:val="clear" w:color="auto" w:fill="17365D"/>
            <w:tcMar>
              <w:top w:w="100" w:type="dxa"/>
              <w:left w:w="110" w:type="dxa"/>
              <w:bottom w:w="100" w:type="dxa"/>
              <w:right w:w="110" w:type="dxa"/>
            </w:tcMar>
            <w:vAlign w:val="center"/>
          </w:tcPr>
          <w:p w14:paraId="62AB1B67" w14:textId="77777777" w:rsidR="006A55BC" w:rsidRDefault="00000000">
            <w:r>
              <w:rPr>
                <w:b/>
                <w:color w:val="FFFFFF"/>
                <w:sz w:val="15"/>
              </w:rPr>
              <w:t>Evidence and comments</w:t>
            </w:r>
          </w:p>
        </w:tc>
      </w:tr>
      <w:tr w:rsidR="006A55BC" w14:paraId="4113C713" w14:textId="77777777">
        <w:trPr>
          <w:cantSplit/>
          <w:jc w:val="center"/>
        </w:trPr>
        <w:tc>
          <w:tcPr>
            <w:tcW w:w="648" w:type="dxa"/>
            <w:tcMar>
              <w:top w:w="100" w:type="dxa"/>
              <w:left w:w="110" w:type="dxa"/>
              <w:bottom w:w="100" w:type="dxa"/>
              <w:right w:w="110" w:type="dxa"/>
            </w:tcMar>
            <w:vAlign w:val="center"/>
          </w:tcPr>
          <w:p w14:paraId="1B152423" w14:textId="77777777" w:rsidR="006A55BC" w:rsidRDefault="00000000">
            <w:pPr>
              <w:spacing w:after="20" w:line="240" w:lineRule="auto"/>
            </w:pPr>
            <w:r>
              <w:rPr>
                <w:sz w:val="15"/>
              </w:rPr>
              <w:t>1</w:t>
            </w:r>
          </w:p>
        </w:tc>
        <w:tc>
          <w:tcPr>
            <w:tcW w:w="5616" w:type="dxa"/>
            <w:tcMar>
              <w:top w:w="100" w:type="dxa"/>
              <w:left w:w="110" w:type="dxa"/>
              <w:bottom w:w="100" w:type="dxa"/>
              <w:right w:w="110" w:type="dxa"/>
            </w:tcMar>
            <w:vAlign w:val="center"/>
          </w:tcPr>
          <w:p w14:paraId="1518199A" w14:textId="77777777" w:rsidR="006A55BC" w:rsidRDefault="00000000">
            <w:pPr>
              <w:spacing w:after="20" w:line="240" w:lineRule="auto"/>
            </w:pPr>
            <w:r>
              <w:rPr>
                <w:sz w:val="15"/>
              </w:rPr>
              <w:t>Recruitment and promotion decisions use documented criteria.</w:t>
            </w:r>
          </w:p>
        </w:tc>
        <w:tc>
          <w:tcPr>
            <w:tcW w:w="1296" w:type="dxa"/>
            <w:tcMar>
              <w:top w:w="100" w:type="dxa"/>
              <w:left w:w="110" w:type="dxa"/>
              <w:bottom w:w="100" w:type="dxa"/>
              <w:right w:w="110" w:type="dxa"/>
            </w:tcMar>
            <w:vAlign w:val="center"/>
          </w:tcPr>
          <w:p w14:paraId="589AD5FA"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470FB807" w14:textId="77777777" w:rsidR="006A55BC" w:rsidRDefault="006A55BC">
            <w:pPr>
              <w:spacing w:after="20" w:line="240" w:lineRule="auto"/>
            </w:pPr>
          </w:p>
        </w:tc>
      </w:tr>
      <w:tr w:rsidR="006A55BC" w14:paraId="33657EE1" w14:textId="77777777">
        <w:trPr>
          <w:cantSplit/>
          <w:jc w:val="center"/>
        </w:trPr>
        <w:tc>
          <w:tcPr>
            <w:tcW w:w="648" w:type="dxa"/>
            <w:shd w:val="clear" w:color="auto" w:fill="F4F7FA"/>
            <w:tcMar>
              <w:top w:w="100" w:type="dxa"/>
              <w:left w:w="110" w:type="dxa"/>
              <w:bottom w:w="100" w:type="dxa"/>
              <w:right w:w="110" w:type="dxa"/>
            </w:tcMar>
            <w:vAlign w:val="center"/>
          </w:tcPr>
          <w:p w14:paraId="2EC8F846" w14:textId="77777777" w:rsidR="006A55BC" w:rsidRDefault="00000000">
            <w:pPr>
              <w:spacing w:after="20" w:line="240" w:lineRule="auto"/>
            </w:pPr>
            <w:r>
              <w:rPr>
                <w:sz w:val="15"/>
              </w:rPr>
              <w:t>2</w:t>
            </w:r>
          </w:p>
        </w:tc>
        <w:tc>
          <w:tcPr>
            <w:tcW w:w="5616" w:type="dxa"/>
            <w:shd w:val="clear" w:color="auto" w:fill="F4F7FA"/>
            <w:tcMar>
              <w:top w:w="100" w:type="dxa"/>
              <w:left w:w="110" w:type="dxa"/>
              <w:bottom w:w="100" w:type="dxa"/>
              <w:right w:w="110" w:type="dxa"/>
            </w:tcMar>
            <w:vAlign w:val="center"/>
          </w:tcPr>
          <w:p w14:paraId="6EE95D22" w14:textId="77777777" w:rsidR="006A55BC" w:rsidRDefault="00000000">
            <w:pPr>
              <w:spacing w:after="20" w:line="240" w:lineRule="auto"/>
            </w:pPr>
            <w:r>
              <w:rPr>
                <w:sz w:val="15"/>
              </w:rPr>
              <w:t>Sensitive roles receive screening and periodic rotation or review.</w:t>
            </w:r>
          </w:p>
        </w:tc>
        <w:tc>
          <w:tcPr>
            <w:tcW w:w="1296" w:type="dxa"/>
            <w:shd w:val="clear" w:color="auto" w:fill="F4F7FA"/>
            <w:tcMar>
              <w:top w:w="100" w:type="dxa"/>
              <w:left w:w="110" w:type="dxa"/>
              <w:bottom w:w="100" w:type="dxa"/>
              <w:right w:w="110" w:type="dxa"/>
            </w:tcMar>
            <w:vAlign w:val="center"/>
          </w:tcPr>
          <w:p w14:paraId="09A6DB0A"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612DC182" w14:textId="77777777" w:rsidR="006A55BC" w:rsidRDefault="006A55BC">
            <w:pPr>
              <w:spacing w:after="20" w:line="240" w:lineRule="auto"/>
            </w:pPr>
          </w:p>
        </w:tc>
      </w:tr>
      <w:tr w:rsidR="006A55BC" w14:paraId="26E7BBBF" w14:textId="77777777">
        <w:trPr>
          <w:cantSplit/>
          <w:jc w:val="center"/>
        </w:trPr>
        <w:tc>
          <w:tcPr>
            <w:tcW w:w="648" w:type="dxa"/>
            <w:tcMar>
              <w:top w:w="100" w:type="dxa"/>
              <w:left w:w="110" w:type="dxa"/>
              <w:bottom w:w="100" w:type="dxa"/>
              <w:right w:w="110" w:type="dxa"/>
            </w:tcMar>
            <w:vAlign w:val="center"/>
          </w:tcPr>
          <w:p w14:paraId="57C151BB" w14:textId="77777777" w:rsidR="006A55BC" w:rsidRDefault="00000000">
            <w:pPr>
              <w:spacing w:after="20" w:line="240" w:lineRule="auto"/>
            </w:pPr>
            <w:r>
              <w:rPr>
                <w:sz w:val="15"/>
              </w:rPr>
              <w:t>3</w:t>
            </w:r>
          </w:p>
        </w:tc>
        <w:tc>
          <w:tcPr>
            <w:tcW w:w="5616" w:type="dxa"/>
            <w:tcMar>
              <w:top w:w="100" w:type="dxa"/>
              <w:left w:w="110" w:type="dxa"/>
              <w:bottom w:w="100" w:type="dxa"/>
              <w:right w:w="110" w:type="dxa"/>
            </w:tcMar>
            <w:vAlign w:val="center"/>
          </w:tcPr>
          <w:p w14:paraId="2E696487" w14:textId="77777777" w:rsidR="006A55BC" w:rsidRDefault="00000000">
            <w:pPr>
              <w:spacing w:after="20" w:line="240" w:lineRule="auto"/>
            </w:pPr>
            <w:r>
              <w:rPr>
                <w:sz w:val="15"/>
              </w:rPr>
              <w:t>Training is risk-based and understood, not attendance-only.</w:t>
            </w:r>
          </w:p>
        </w:tc>
        <w:tc>
          <w:tcPr>
            <w:tcW w:w="1296" w:type="dxa"/>
            <w:tcMar>
              <w:top w:w="100" w:type="dxa"/>
              <w:left w:w="110" w:type="dxa"/>
              <w:bottom w:w="100" w:type="dxa"/>
              <w:right w:w="110" w:type="dxa"/>
            </w:tcMar>
            <w:vAlign w:val="center"/>
          </w:tcPr>
          <w:p w14:paraId="1C42509C"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371B21AD" w14:textId="77777777" w:rsidR="006A55BC" w:rsidRDefault="006A55BC">
            <w:pPr>
              <w:spacing w:after="20" w:line="240" w:lineRule="auto"/>
            </w:pPr>
          </w:p>
        </w:tc>
      </w:tr>
      <w:tr w:rsidR="006A55BC" w14:paraId="4CE9AADC" w14:textId="77777777">
        <w:trPr>
          <w:cantSplit/>
          <w:jc w:val="center"/>
        </w:trPr>
        <w:tc>
          <w:tcPr>
            <w:tcW w:w="648" w:type="dxa"/>
            <w:shd w:val="clear" w:color="auto" w:fill="F4F7FA"/>
            <w:tcMar>
              <w:top w:w="100" w:type="dxa"/>
              <w:left w:w="110" w:type="dxa"/>
              <w:bottom w:w="100" w:type="dxa"/>
              <w:right w:w="110" w:type="dxa"/>
            </w:tcMar>
            <w:vAlign w:val="center"/>
          </w:tcPr>
          <w:p w14:paraId="231A5652" w14:textId="77777777" w:rsidR="006A55BC" w:rsidRDefault="00000000">
            <w:pPr>
              <w:spacing w:after="20" w:line="240" w:lineRule="auto"/>
            </w:pPr>
            <w:r>
              <w:rPr>
                <w:sz w:val="15"/>
              </w:rPr>
              <w:t>4</w:t>
            </w:r>
          </w:p>
        </w:tc>
        <w:tc>
          <w:tcPr>
            <w:tcW w:w="5616" w:type="dxa"/>
            <w:shd w:val="clear" w:color="auto" w:fill="F4F7FA"/>
            <w:tcMar>
              <w:top w:w="100" w:type="dxa"/>
              <w:left w:w="110" w:type="dxa"/>
              <w:bottom w:w="100" w:type="dxa"/>
              <w:right w:w="110" w:type="dxa"/>
            </w:tcMar>
            <w:vAlign w:val="center"/>
          </w:tcPr>
          <w:p w14:paraId="446E49A7" w14:textId="77777777" w:rsidR="006A55BC" w:rsidRDefault="00000000">
            <w:pPr>
              <w:spacing w:after="20" w:line="240" w:lineRule="auto"/>
            </w:pPr>
            <w:r>
              <w:rPr>
                <w:sz w:val="15"/>
              </w:rPr>
              <w:t>Employees can seek advice without fear.</w:t>
            </w:r>
          </w:p>
        </w:tc>
        <w:tc>
          <w:tcPr>
            <w:tcW w:w="1296" w:type="dxa"/>
            <w:shd w:val="clear" w:color="auto" w:fill="F4F7FA"/>
            <w:tcMar>
              <w:top w:w="100" w:type="dxa"/>
              <w:left w:w="110" w:type="dxa"/>
              <w:bottom w:w="100" w:type="dxa"/>
              <w:right w:w="110" w:type="dxa"/>
            </w:tcMar>
            <w:vAlign w:val="center"/>
          </w:tcPr>
          <w:p w14:paraId="560C588B"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32ADB446" w14:textId="77777777" w:rsidR="006A55BC" w:rsidRDefault="006A55BC">
            <w:pPr>
              <w:spacing w:after="20" w:line="240" w:lineRule="auto"/>
            </w:pPr>
          </w:p>
        </w:tc>
      </w:tr>
      <w:tr w:rsidR="006A55BC" w14:paraId="15AFC360" w14:textId="77777777">
        <w:trPr>
          <w:cantSplit/>
          <w:jc w:val="center"/>
        </w:trPr>
        <w:tc>
          <w:tcPr>
            <w:tcW w:w="648" w:type="dxa"/>
            <w:tcMar>
              <w:top w:w="100" w:type="dxa"/>
              <w:left w:w="110" w:type="dxa"/>
              <w:bottom w:w="100" w:type="dxa"/>
              <w:right w:w="110" w:type="dxa"/>
            </w:tcMar>
            <w:vAlign w:val="center"/>
          </w:tcPr>
          <w:p w14:paraId="3B4C9410" w14:textId="77777777" w:rsidR="006A55BC" w:rsidRDefault="00000000">
            <w:pPr>
              <w:spacing w:after="20" w:line="240" w:lineRule="auto"/>
            </w:pPr>
            <w:r>
              <w:rPr>
                <w:sz w:val="15"/>
              </w:rPr>
              <w:t>5</w:t>
            </w:r>
          </w:p>
        </w:tc>
        <w:tc>
          <w:tcPr>
            <w:tcW w:w="5616" w:type="dxa"/>
            <w:tcMar>
              <w:top w:w="100" w:type="dxa"/>
              <w:left w:w="110" w:type="dxa"/>
              <w:bottom w:w="100" w:type="dxa"/>
              <w:right w:w="110" w:type="dxa"/>
            </w:tcMar>
            <w:vAlign w:val="center"/>
          </w:tcPr>
          <w:p w14:paraId="03D8F100" w14:textId="77777777" w:rsidR="006A55BC" w:rsidRDefault="00000000">
            <w:pPr>
              <w:spacing w:after="20" w:line="240" w:lineRule="auto"/>
            </w:pPr>
            <w:r>
              <w:rPr>
                <w:sz w:val="15"/>
              </w:rPr>
              <w:t>Disciplinary action is consistent regardless of seniority or performance.</w:t>
            </w:r>
          </w:p>
        </w:tc>
        <w:tc>
          <w:tcPr>
            <w:tcW w:w="1296" w:type="dxa"/>
            <w:tcMar>
              <w:top w:w="100" w:type="dxa"/>
              <w:left w:w="110" w:type="dxa"/>
              <w:bottom w:w="100" w:type="dxa"/>
              <w:right w:w="110" w:type="dxa"/>
            </w:tcMar>
            <w:vAlign w:val="center"/>
          </w:tcPr>
          <w:p w14:paraId="34A22F8B"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4D06B738" w14:textId="77777777" w:rsidR="006A55BC" w:rsidRDefault="006A55BC">
            <w:pPr>
              <w:spacing w:after="20" w:line="240" w:lineRule="auto"/>
            </w:pPr>
          </w:p>
        </w:tc>
      </w:tr>
      <w:tr w:rsidR="006A55BC" w14:paraId="404E74CB" w14:textId="77777777">
        <w:trPr>
          <w:cantSplit/>
          <w:jc w:val="center"/>
        </w:trPr>
        <w:tc>
          <w:tcPr>
            <w:tcW w:w="648" w:type="dxa"/>
            <w:shd w:val="clear" w:color="auto" w:fill="F4F7FA"/>
            <w:tcMar>
              <w:top w:w="100" w:type="dxa"/>
              <w:left w:w="110" w:type="dxa"/>
              <w:bottom w:w="100" w:type="dxa"/>
              <w:right w:w="110" w:type="dxa"/>
            </w:tcMar>
            <w:vAlign w:val="center"/>
          </w:tcPr>
          <w:p w14:paraId="12E70029" w14:textId="77777777" w:rsidR="006A55BC" w:rsidRDefault="00000000">
            <w:pPr>
              <w:spacing w:after="20" w:line="240" w:lineRule="auto"/>
            </w:pPr>
            <w:r>
              <w:rPr>
                <w:sz w:val="15"/>
              </w:rPr>
              <w:t>6</w:t>
            </w:r>
          </w:p>
        </w:tc>
        <w:tc>
          <w:tcPr>
            <w:tcW w:w="5616" w:type="dxa"/>
            <w:shd w:val="clear" w:color="auto" w:fill="F4F7FA"/>
            <w:tcMar>
              <w:top w:w="100" w:type="dxa"/>
              <w:left w:w="110" w:type="dxa"/>
              <w:bottom w:w="100" w:type="dxa"/>
              <w:right w:w="110" w:type="dxa"/>
            </w:tcMar>
            <w:vAlign w:val="center"/>
          </w:tcPr>
          <w:p w14:paraId="42FDE6E8" w14:textId="77777777" w:rsidR="006A55BC" w:rsidRDefault="00000000">
            <w:pPr>
              <w:spacing w:after="20" w:line="240" w:lineRule="auto"/>
            </w:pPr>
            <w:r>
              <w:rPr>
                <w:sz w:val="15"/>
              </w:rPr>
              <w:t>Exit processes identify unresolved access, assets and concerns.</w:t>
            </w:r>
          </w:p>
        </w:tc>
        <w:tc>
          <w:tcPr>
            <w:tcW w:w="1296" w:type="dxa"/>
            <w:shd w:val="clear" w:color="auto" w:fill="F4F7FA"/>
            <w:tcMar>
              <w:top w:w="100" w:type="dxa"/>
              <w:left w:w="110" w:type="dxa"/>
              <w:bottom w:w="100" w:type="dxa"/>
              <w:right w:w="110" w:type="dxa"/>
            </w:tcMar>
            <w:vAlign w:val="center"/>
          </w:tcPr>
          <w:p w14:paraId="21902D19"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331ED141" w14:textId="77777777" w:rsidR="006A55BC" w:rsidRDefault="006A55BC">
            <w:pPr>
              <w:spacing w:after="20" w:line="240" w:lineRule="auto"/>
            </w:pPr>
          </w:p>
        </w:tc>
      </w:tr>
    </w:tbl>
    <w:p w14:paraId="1CE362D8" w14:textId="77777777" w:rsidR="006A55BC" w:rsidRDefault="006A55BC">
      <w:pPr>
        <w:spacing w:after="20"/>
      </w:pPr>
    </w:p>
    <w:p w14:paraId="5A53BCCD" w14:textId="77777777" w:rsidR="006A55BC" w:rsidRDefault="00000000">
      <w:pPr>
        <w:pStyle w:val="Heading2"/>
      </w:pPr>
      <w:r>
        <w:t>Speak-up and investigations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5616"/>
        <w:gridCol w:w="1296"/>
        <w:gridCol w:w="2376"/>
      </w:tblGrid>
      <w:tr w:rsidR="006A55BC" w14:paraId="617789F0" w14:textId="77777777">
        <w:trPr>
          <w:cantSplit/>
          <w:tblHeader/>
          <w:jc w:val="center"/>
        </w:trPr>
        <w:tc>
          <w:tcPr>
            <w:tcW w:w="648" w:type="dxa"/>
            <w:shd w:val="clear" w:color="auto" w:fill="17365D"/>
            <w:tcMar>
              <w:top w:w="100" w:type="dxa"/>
              <w:left w:w="110" w:type="dxa"/>
              <w:bottom w:w="100" w:type="dxa"/>
              <w:right w:w="110" w:type="dxa"/>
            </w:tcMar>
            <w:vAlign w:val="center"/>
          </w:tcPr>
          <w:p w14:paraId="597EF77D" w14:textId="77777777" w:rsidR="006A55BC" w:rsidRDefault="00000000">
            <w:r>
              <w:rPr>
                <w:b/>
                <w:color w:val="FFFFFF"/>
                <w:sz w:val="15"/>
              </w:rPr>
              <w:t>No.</w:t>
            </w:r>
          </w:p>
        </w:tc>
        <w:tc>
          <w:tcPr>
            <w:tcW w:w="5616" w:type="dxa"/>
            <w:shd w:val="clear" w:color="auto" w:fill="17365D"/>
            <w:tcMar>
              <w:top w:w="100" w:type="dxa"/>
              <w:left w:w="110" w:type="dxa"/>
              <w:bottom w:w="100" w:type="dxa"/>
              <w:right w:w="110" w:type="dxa"/>
            </w:tcMar>
            <w:vAlign w:val="center"/>
          </w:tcPr>
          <w:p w14:paraId="76E94947" w14:textId="77777777" w:rsidR="006A55BC" w:rsidRDefault="00000000">
            <w:r>
              <w:rPr>
                <w:b/>
                <w:color w:val="FFFFFF"/>
                <w:sz w:val="15"/>
              </w:rPr>
              <w:t>Assessment statement</w:t>
            </w:r>
          </w:p>
        </w:tc>
        <w:tc>
          <w:tcPr>
            <w:tcW w:w="1296" w:type="dxa"/>
            <w:shd w:val="clear" w:color="auto" w:fill="17365D"/>
            <w:tcMar>
              <w:top w:w="100" w:type="dxa"/>
              <w:left w:w="110" w:type="dxa"/>
              <w:bottom w:w="100" w:type="dxa"/>
              <w:right w:w="110" w:type="dxa"/>
            </w:tcMar>
            <w:vAlign w:val="center"/>
          </w:tcPr>
          <w:p w14:paraId="6EAD24F2" w14:textId="77777777" w:rsidR="006A55BC" w:rsidRDefault="00000000">
            <w:r>
              <w:rPr>
                <w:b/>
                <w:color w:val="FFFFFF"/>
                <w:sz w:val="15"/>
              </w:rPr>
              <w:t>0–4 or N/A</w:t>
            </w:r>
          </w:p>
        </w:tc>
        <w:tc>
          <w:tcPr>
            <w:tcW w:w="2376" w:type="dxa"/>
            <w:shd w:val="clear" w:color="auto" w:fill="17365D"/>
            <w:tcMar>
              <w:top w:w="100" w:type="dxa"/>
              <w:left w:w="110" w:type="dxa"/>
              <w:bottom w:w="100" w:type="dxa"/>
              <w:right w:w="110" w:type="dxa"/>
            </w:tcMar>
            <w:vAlign w:val="center"/>
          </w:tcPr>
          <w:p w14:paraId="036F575F" w14:textId="77777777" w:rsidR="006A55BC" w:rsidRDefault="00000000">
            <w:r>
              <w:rPr>
                <w:b/>
                <w:color w:val="FFFFFF"/>
                <w:sz w:val="15"/>
              </w:rPr>
              <w:t>Evidence and comments</w:t>
            </w:r>
          </w:p>
        </w:tc>
      </w:tr>
      <w:tr w:rsidR="006A55BC" w14:paraId="2277C48A" w14:textId="77777777">
        <w:trPr>
          <w:cantSplit/>
          <w:jc w:val="center"/>
        </w:trPr>
        <w:tc>
          <w:tcPr>
            <w:tcW w:w="648" w:type="dxa"/>
            <w:tcMar>
              <w:top w:w="100" w:type="dxa"/>
              <w:left w:w="110" w:type="dxa"/>
              <w:bottom w:w="100" w:type="dxa"/>
              <w:right w:w="110" w:type="dxa"/>
            </w:tcMar>
            <w:vAlign w:val="center"/>
          </w:tcPr>
          <w:p w14:paraId="41F39F65" w14:textId="77777777" w:rsidR="006A55BC" w:rsidRDefault="00000000">
            <w:pPr>
              <w:spacing w:after="20" w:line="240" w:lineRule="auto"/>
            </w:pPr>
            <w:r>
              <w:rPr>
                <w:sz w:val="15"/>
              </w:rPr>
              <w:t>1</w:t>
            </w:r>
          </w:p>
        </w:tc>
        <w:tc>
          <w:tcPr>
            <w:tcW w:w="5616" w:type="dxa"/>
            <w:tcMar>
              <w:top w:w="100" w:type="dxa"/>
              <w:left w:w="110" w:type="dxa"/>
              <w:bottom w:w="100" w:type="dxa"/>
              <w:right w:w="110" w:type="dxa"/>
            </w:tcMar>
            <w:vAlign w:val="center"/>
          </w:tcPr>
          <w:p w14:paraId="3A36AC0D" w14:textId="77777777" w:rsidR="006A55BC" w:rsidRDefault="00000000">
            <w:pPr>
              <w:spacing w:after="20" w:line="240" w:lineRule="auto"/>
            </w:pPr>
            <w:r>
              <w:rPr>
                <w:sz w:val="15"/>
              </w:rPr>
              <w:t>Confidential reporting channels are accessible to employees and third parties.</w:t>
            </w:r>
          </w:p>
        </w:tc>
        <w:tc>
          <w:tcPr>
            <w:tcW w:w="1296" w:type="dxa"/>
            <w:tcMar>
              <w:top w:w="100" w:type="dxa"/>
              <w:left w:w="110" w:type="dxa"/>
              <w:bottom w:w="100" w:type="dxa"/>
              <w:right w:w="110" w:type="dxa"/>
            </w:tcMar>
            <w:vAlign w:val="center"/>
          </w:tcPr>
          <w:p w14:paraId="5E7337B4"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052CCB16" w14:textId="77777777" w:rsidR="006A55BC" w:rsidRDefault="006A55BC">
            <w:pPr>
              <w:spacing w:after="20" w:line="240" w:lineRule="auto"/>
            </w:pPr>
          </w:p>
        </w:tc>
      </w:tr>
      <w:tr w:rsidR="006A55BC" w14:paraId="0C029586" w14:textId="77777777">
        <w:trPr>
          <w:cantSplit/>
          <w:jc w:val="center"/>
        </w:trPr>
        <w:tc>
          <w:tcPr>
            <w:tcW w:w="648" w:type="dxa"/>
            <w:shd w:val="clear" w:color="auto" w:fill="F4F7FA"/>
            <w:tcMar>
              <w:top w:w="100" w:type="dxa"/>
              <w:left w:w="110" w:type="dxa"/>
              <w:bottom w:w="100" w:type="dxa"/>
              <w:right w:w="110" w:type="dxa"/>
            </w:tcMar>
            <w:vAlign w:val="center"/>
          </w:tcPr>
          <w:p w14:paraId="67BBA8CA" w14:textId="77777777" w:rsidR="006A55BC" w:rsidRDefault="00000000">
            <w:pPr>
              <w:spacing w:after="20" w:line="240" w:lineRule="auto"/>
            </w:pPr>
            <w:r>
              <w:rPr>
                <w:sz w:val="15"/>
              </w:rPr>
              <w:t>2</w:t>
            </w:r>
          </w:p>
        </w:tc>
        <w:tc>
          <w:tcPr>
            <w:tcW w:w="5616" w:type="dxa"/>
            <w:shd w:val="clear" w:color="auto" w:fill="F4F7FA"/>
            <w:tcMar>
              <w:top w:w="100" w:type="dxa"/>
              <w:left w:w="110" w:type="dxa"/>
              <w:bottom w:w="100" w:type="dxa"/>
              <w:right w:w="110" w:type="dxa"/>
            </w:tcMar>
            <w:vAlign w:val="center"/>
          </w:tcPr>
          <w:p w14:paraId="2547323D" w14:textId="77777777" w:rsidR="006A55BC" w:rsidRDefault="00000000">
            <w:pPr>
              <w:spacing w:after="20" w:line="240" w:lineRule="auto"/>
            </w:pPr>
            <w:r>
              <w:rPr>
                <w:sz w:val="15"/>
              </w:rPr>
              <w:t>Non-retaliation rules are actively enforced.</w:t>
            </w:r>
          </w:p>
        </w:tc>
        <w:tc>
          <w:tcPr>
            <w:tcW w:w="1296" w:type="dxa"/>
            <w:shd w:val="clear" w:color="auto" w:fill="F4F7FA"/>
            <w:tcMar>
              <w:top w:w="100" w:type="dxa"/>
              <w:left w:w="110" w:type="dxa"/>
              <w:bottom w:w="100" w:type="dxa"/>
              <w:right w:w="110" w:type="dxa"/>
            </w:tcMar>
            <w:vAlign w:val="center"/>
          </w:tcPr>
          <w:p w14:paraId="375F145E"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559D3B8E" w14:textId="77777777" w:rsidR="006A55BC" w:rsidRDefault="006A55BC">
            <w:pPr>
              <w:spacing w:after="20" w:line="240" w:lineRule="auto"/>
            </w:pPr>
          </w:p>
        </w:tc>
      </w:tr>
      <w:tr w:rsidR="006A55BC" w14:paraId="700B7B8D" w14:textId="77777777">
        <w:trPr>
          <w:cantSplit/>
          <w:jc w:val="center"/>
        </w:trPr>
        <w:tc>
          <w:tcPr>
            <w:tcW w:w="648" w:type="dxa"/>
            <w:tcMar>
              <w:top w:w="100" w:type="dxa"/>
              <w:left w:w="110" w:type="dxa"/>
              <w:bottom w:w="100" w:type="dxa"/>
              <w:right w:w="110" w:type="dxa"/>
            </w:tcMar>
            <w:vAlign w:val="center"/>
          </w:tcPr>
          <w:p w14:paraId="5A2EEE79" w14:textId="77777777" w:rsidR="006A55BC" w:rsidRDefault="00000000">
            <w:pPr>
              <w:spacing w:after="20" w:line="240" w:lineRule="auto"/>
            </w:pPr>
            <w:r>
              <w:rPr>
                <w:sz w:val="15"/>
              </w:rPr>
              <w:t>3</w:t>
            </w:r>
          </w:p>
        </w:tc>
        <w:tc>
          <w:tcPr>
            <w:tcW w:w="5616" w:type="dxa"/>
            <w:tcMar>
              <w:top w:w="100" w:type="dxa"/>
              <w:left w:w="110" w:type="dxa"/>
              <w:bottom w:w="100" w:type="dxa"/>
              <w:right w:w="110" w:type="dxa"/>
            </w:tcMar>
            <w:vAlign w:val="center"/>
          </w:tcPr>
          <w:p w14:paraId="557F8C05" w14:textId="77777777" w:rsidR="006A55BC" w:rsidRDefault="00000000">
            <w:pPr>
              <w:spacing w:after="20" w:line="240" w:lineRule="auto"/>
            </w:pPr>
            <w:r>
              <w:rPr>
                <w:sz w:val="15"/>
              </w:rPr>
              <w:t>Reports are triaged consistently with conflicts managed.</w:t>
            </w:r>
          </w:p>
        </w:tc>
        <w:tc>
          <w:tcPr>
            <w:tcW w:w="1296" w:type="dxa"/>
            <w:tcMar>
              <w:top w:w="100" w:type="dxa"/>
              <w:left w:w="110" w:type="dxa"/>
              <w:bottom w:w="100" w:type="dxa"/>
              <w:right w:w="110" w:type="dxa"/>
            </w:tcMar>
            <w:vAlign w:val="center"/>
          </w:tcPr>
          <w:p w14:paraId="192B8385"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356147C7" w14:textId="77777777" w:rsidR="006A55BC" w:rsidRDefault="006A55BC">
            <w:pPr>
              <w:spacing w:after="20" w:line="240" w:lineRule="auto"/>
            </w:pPr>
          </w:p>
        </w:tc>
      </w:tr>
      <w:tr w:rsidR="006A55BC" w14:paraId="516FF32A" w14:textId="77777777">
        <w:trPr>
          <w:cantSplit/>
          <w:jc w:val="center"/>
        </w:trPr>
        <w:tc>
          <w:tcPr>
            <w:tcW w:w="648" w:type="dxa"/>
            <w:shd w:val="clear" w:color="auto" w:fill="F4F7FA"/>
            <w:tcMar>
              <w:top w:w="100" w:type="dxa"/>
              <w:left w:w="110" w:type="dxa"/>
              <w:bottom w:w="100" w:type="dxa"/>
              <w:right w:w="110" w:type="dxa"/>
            </w:tcMar>
            <w:vAlign w:val="center"/>
          </w:tcPr>
          <w:p w14:paraId="038FBD66" w14:textId="77777777" w:rsidR="006A55BC" w:rsidRDefault="00000000">
            <w:pPr>
              <w:spacing w:after="20" w:line="240" w:lineRule="auto"/>
            </w:pPr>
            <w:r>
              <w:rPr>
                <w:sz w:val="15"/>
              </w:rPr>
              <w:t>4</w:t>
            </w:r>
          </w:p>
        </w:tc>
        <w:tc>
          <w:tcPr>
            <w:tcW w:w="5616" w:type="dxa"/>
            <w:shd w:val="clear" w:color="auto" w:fill="F4F7FA"/>
            <w:tcMar>
              <w:top w:w="100" w:type="dxa"/>
              <w:left w:w="110" w:type="dxa"/>
              <w:bottom w:w="100" w:type="dxa"/>
              <w:right w:w="110" w:type="dxa"/>
            </w:tcMar>
            <w:vAlign w:val="center"/>
          </w:tcPr>
          <w:p w14:paraId="3C619832" w14:textId="77777777" w:rsidR="006A55BC" w:rsidRDefault="00000000">
            <w:pPr>
              <w:spacing w:after="20" w:line="240" w:lineRule="auto"/>
            </w:pPr>
            <w:r>
              <w:rPr>
                <w:sz w:val="15"/>
              </w:rPr>
              <w:t>Investigators are competent, independent and authorised.</w:t>
            </w:r>
          </w:p>
        </w:tc>
        <w:tc>
          <w:tcPr>
            <w:tcW w:w="1296" w:type="dxa"/>
            <w:shd w:val="clear" w:color="auto" w:fill="F4F7FA"/>
            <w:tcMar>
              <w:top w:w="100" w:type="dxa"/>
              <w:left w:w="110" w:type="dxa"/>
              <w:bottom w:w="100" w:type="dxa"/>
              <w:right w:w="110" w:type="dxa"/>
            </w:tcMar>
            <w:vAlign w:val="center"/>
          </w:tcPr>
          <w:p w14:paraId="07187B1A"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51374C1E" w14:textId="77777777" w:rsidR="006A55BC" w:rsidRDefault="006A55BC">
            <w:pPr>
              <w:spacing w:after="20" w:line="240" w:lineRule="auto"/>
            </w:pPr>
          </w:p>
        </w:tc>
      </w:tr>
      <w:tr w:rsidR="006A55BC" w14:paraId="5ECED6F1" w14:textId="77777777">
        <w:trPr>
          <w:cantSplit/>
          <w:jc w:val="center"/>
        </w:trPr>
        <w:tc>
          <w:tcPr>
            <w:tcW w:w="648" w:type="dxa"/>
            <w:tcMar>
              <w:top w:w="100" w:type="dxa"/>
              <w:left w:w="110" w:type="dxa"/>
              <w:bottom w:w="100" w:type="dxa"/>
              <w:right w:w="110" w:type="dxa"/>
            </w:tcMar>
            <w:vAlign w:val="center"/>
          </w:tcPr>
          <w:p w14:paraId="4ED06B0C" w14:textId="77777777" w:rsidR="006A55BC" w:rsidRDefault="00000000">
            <w:pPr>
              <w:spacing w:after="20" w:line="240" w:lineRule="auto"/>
            </w:pPr>
            <w:r>
              <w:rPr>
                <w:sz w:val="15"/>
              </w:rPr>
              <w:t>5</w:t>
            </w:r>
          </w:p>
        </w:tc>
        <w:tc>
          <w:tcPr>
            <w:tcW w:w="5616" w:type="dxa"/>
            <w:tcMar>
              <w:top w:w="100" w:type="dxa"/>
              <w:left w:w="110" w:type="dxa"/>
              <w:bottom w:w="100" w:type="dxa"/>
              <w:right w:w="110" w:type="dxa"/>
            </w:tcMar>
            <w:vAlign w:val="center"/>
          </w:tcPr>
          <w:p w14:paraId="2CA78E91" w14:textId="77777777" w:rsidR="006A55BC" w:rsidRDefault="00000000">
            <w:pPr>
              <w:spacing w:after="20" w:line="240" w:lineRule="auto"/>
            </w:pPr>
            <w:r>
              <w:rPr>
                <w:sz w:val="15"/>
              </w:rPr>
              <w:t>Findings lead to corrective action, control improvement and trend analysis.</w:t>
            </w:r>
          </w:p>
        </w:tc>
        <w:tc>
          <w:tcPr>
            <w:tcW w:w="1296" w:type="dxa"/>
            <w:tcMar>
              <w:top w:w="100" w:type="dxa"/>
              <w:left w:w="110" w:type="dxa"/>
              <w:bottom w:w="100" w:type="dxa"/>
              <w:right w:w="110" w:type="dxa"/>
            </w:tcMar>
            <w:vAlign w:val="center"/>
          </w:tcPr>
          <w:p w14:paraId="33151709"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4B217D40" w14:textId="77777777" w:rsidR="006A55BC" w:rsidRDefault="006A55BC">
            <w:pPr>
              <w:spacing w:after="20" w:line="240" w:lineRule="auto"/>
            </w:pPr>
          </w:p>
        </w:tc>
      </w:tr>
      <w:tr w:rsidR="006A55BC" w14:paraId="3CDFC63A" w14:textId="77777777">
        <w:trPr>
          <w:cantSplit/>
          <w:jc w:val="center"/>
        </w:trPr>
        <w:tc>
          <w:tcPr>
            <w:tcW w:w="648" w:type="dxa"/>
            <w:shd w:val="clear" w:color="auto" w:fill="F4F7FA"/>
            <w:tcMar>
              <w:top w:w="100" w:type="dxa"/>
              <w:left w:w="110" w:type="dxa"/>
              <w:bottom w:w="100" w:type="dxa"/>
              <w:right w:w="110" w:type="dxa"/>
            </w:tcMar>
            <w:vAlign w:val="center"/>
          </w:tcPr>
          <w:p w14:paraId="4018BB76" w14:textId="77777777" w:rsidR="006A55BC" w:rsidRDefault="00000000">
            <w:pPr>
              <w:spacing w:after="20" w:line="240" w:lineRule="auto"/>
            </w:pPr>
            <w:r>
              <w:rPr>
                <w:sz w:val="15"/>
              </w:rPr>
              <w:t>6</w:t>
            </w:r>
          </w:p>
        </w:tc>
        <w:tc>
          <w:tcPr>
            <w:tcW w:w="5616" w:type="dxa"/>
            <w:shd w:val="clear" w:color="auto" w:fill="F4F7FA"/>
            <w:tcMar>
              <w:top w:w="100" w:type="dxa"/>
              <w:left w:w="110" w:type="dxa"/>
              <w:bottom w:w="100" w:type="dxa"/>
              <w:right w:w="110" w:type="dxa"/>
            </w:tcMar>
            <w:vAlign w:val="center"/>
          </w:tcPr>
          <w:p w14:paraId="0FDC6487" w14:textId="77777777" w:rsidR="006A55BC" w:rsidRDefault="00000000">
            <w:pPr>
              <w:spacing w:after="20" w:line="240" w:lineRule="auto"/>
            </w:pPr>
            <w:r>
              <w:rPr>
                <w:sz w:val="15"/>
              </w:rPr>
              <w:t>Reporting duties and evidence preservation are addressed promptly.</w:t>
            </w:r>
          </w:p>
        </w:tc>
        <w:tc>
          <w:tcPr>
            <w:tcW w:w="1296" w:type="dxa"/>
            <w:shd w:val="clear" w:color="auto" w:fill="F4F7FA"/>
            <w:tcMar>
              <w:top w:w="100" w:type="dxa"/>
              <w:left w:w="110" w:type="dxa"/>
              <w:bottom w:w="100" w:type="dxa"/>
              <w:right w:w="110" w:type="dxa"/>
            </w:tcMar>
            <w:vAlign w:val="center"/>
          </w:tcPr>
          <w:p w14:paraId="15094D89"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20F046FB" w14:textId="77777777" w:rsidR="006A55BC" w:rsidRDefault="006A55BC">
            <w:pPr>
              <w:spacing w:after="20" w:line="240" w:lineRule="auto"/>
            </w:pPr>
          </w:p>
        </w:tc>
      </w:tr>
    </w:tbl>
    <w:p w14:paraId="6FC47E00" w14:textId="77777777" w:rsidR="006A55BC" w:rsidRDefault="006A55BC">
      <w:pPr>
        <w:spacing w:after="20"/>
      </w:pPr>
    </w:p>
    <w:p w14:paraId="6022CB85" w14:textId="77777777" w:rsidR="006A55BC" w:rsidRDefault="00000000">
      <w:pPr>
        <w:pStyle w:val="Heading2"/>
      </w:pPr>
      <w:r>
        <w:t>Monitoring and assurance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5616"/>
        <w:gridCol w:w="1296"/>
        <w:gridCol w:w="2376"/>
      </w:tblGrid>
      <w:tr w:rsidR="006A55BC" w14:paraId="7414C02F" w14:textId="77777777">
        <w:trPr>
          <w:cantSplit/>
          <w:tblHeader/>
          <w:jc w:val="center"/>
        </w:trPr>
        <w:tc>
          <w:tcPr>
            <w:tcW w:w="648" w:type="dxa"/>
            <w:shd w:val="clear" w:color="auto" w:fill="17365D"/>
            <w:tcMar>
              <w:top w:w="100" w:type="dxa"/>
              <w:left w:w="110" w:type="dxa"/>
              <w:bottom w:w="100" w:type="dxa"/>
              <w:right w:w="110" w:type="dxa"/>
            </w:tcMar>
            <w:vAlign w:val="center"/>
          </w:tcPr>
          <w:p w14:paraId="31E6A188" w14:textId="77777777" w:rsidR="006A55BC" w:rsidRDefault="00000000">
            <w:r>
              <w:rPr>
                <w:b/>
                <w:color w:val="FFFFFF"/>
                <w:sz w:val="15"/>
              </w:rPr>
              <w:t>No.</w:t>
            </w:r>
          </w:p>
        </w:tc>
        <w:tc>
          <w:tcPr>
            <w:tcW w:w="5616" w:type="dxa"/>
            <w:shd w:val="clear" w:color="auto" w:fill="17365D"/>
            <w:tcMar>
              <w:top w:w="100" w:type="dxa"/>
              <w:left w:w="110" w:type="dxa"/>
              <w:bottom w:w="100" w:type="dxa"/>
              <w:right w:w="110" w:type="dxa"/>
            </w:tcMar>
            <w:vAlign w:val="center"/>
          </w:tcPr>
          <w:p w14:paraId="77CFADAD" w14:textId="77777777" w:rsidR="006A55BC" w:rsidRDefault="00000000">
            <w:r>
              <w:rPr>
                <w:b/>
                <w:color w:val="FFFFFF"/>
                <w:sz w:val="15"/>
              </w:rPr>
              <w:t>Assessment statement</w:t>
            </w:r>
          </w:p>
        </w:tc>
        <w:tc>
          <w:tcPr>
            <w:tcW w:w="1296" w:type="dxa"/>
            <w:shd w:val="clear" w:color="auto" w:fill="17365D"/>
            <w:tcMar>
              <w:top w:w="100" w:type="dxa"/>
              <w:left w:w="110" w:type="dxa"/>
              <w:bottom w:w="100" w:type="dxa"/>
              <w:right w:w="110" w:type="dxa"/>
            </w:tcMar>
            <w:vAlign w:val="center"/>
          </w:tcPr>
          <w:p w14:paraId="7546CCCA" w14:textId="77777777" w:rsidR="006A55BC" w:rsidRDefault="00000000">
            <w:r>
              <w:rPr>
                <w:b/>
                <w:color w:val="FFFFFF"/>
                <w:sz w:val="15"/>
              </w:rPr>
              <w:t>0–4 or N/A</w:t>
            </w:r>
          </w:p>
        </w:tc>
        <w:tc>
          <w:tcPr>
            <w:tcW w:w="2376" w:type="dxa"/>
            <w:shd w:val="clear" w:color="auto" w:fill="17365D"/>
            <w:tcMar>
              <w:top w:w="100" w:type="dxa"/>
              <w:left w:w="110" w:type="dxa"/>
              <w:bottom w:w="100" w:type="dxa"/>
              <w:right w:w="110" w:type="dxa"/>
            </w:tcMar>
            <w:vAlign w:val="center"/>
          </w:tcPr>
          <w:p w14:paraId="382B66D5" w14:textId="77777777" w:rsidR="006A55BC" w:rsidRDefault="00000000">
            <w:r>
              <w:rPr>
                <w:b/>
                <w:color w:val="FFFFFF"/>
                <w:sz w:val="15"/>
              </w:rPr>
              <w:t>Evidence and comments</w:t>
            </w:r>
          </w:p>
        </w:tc>
      </w:tr>
      <w:tr w:rsidR="006A55BC" w14:paraId="125A3D9E" w14:textId="77777777">
        <w:trPr>
          <w:cantSplit/>
          <w:jc w:val="center"/>
        </w:trPr>
        <w:tc>
          <w:tcPr>
            <w:tcW w:w="648" w:type="dxa"/>
            <w:tcMar>
              <w:top w:w="100" w:type="dxa"/>
              <w:left w:w="110" w:type="dxa"/>
              <w:bottom w:w="100" w:type="dxa"/>
              <w:right w:w="110" w:type="dxa"/>
            </w:tcMar>
            <w:vAlign w:val="center"/>
          </w:tcPr>
          <w:p w14:paraId="5B1DBDDD" w14:textId="77777777" w:rsidR="006A55BC" w:rsidRDefault="00000000">
            <w:pPr>
              <w:spacing w:after="20" w:line="240" w:lineRule="auto"/>
            </w:pPr>
            <w:r>
              <w:rPr>
                <w:sz w:val="15"/>
              </w:rPr>
              <w:t>1</w:t>
            </w:r>
          </w:p>
        </w:tc>
        <w:tc>
          <w:tcPr>
            <w:tcW w:w="5616" w:type="dxa"/>
            <w:tcMar>
              <w:top w:w="100" w:type="dxa"/>
              <w:left w:w="110" w:type="dxa"/>
              <w:bottom w:w="100" w:type="dxa"/>
              <w:right w:w="110" w:type="dxa"/>
            </w:tcMar>
            <w:vAlign w:val="center"/>
          </w:tcPr>
          <w:p w14:paraId="1F09AB9E" w14:textId="77777777" w:rsidR="006A55BC" w:rsidRDefault="00000000">
            <w:pPr>
              <w:spacing w:after="20" w:line="240" w:lineRule="auto"/>
            </w:pPr>
            <w:r>
              <w:rPr>
                <w:sz w:val="15"/>
              </w:rPr>
              <w:t>Key controls are tested at a frequency aligned with risk.</w:t>
            </w:r>
          </w:p>
        </w:tc>
        <w:tc>
          <w:tcPr>
            <w:tcW w:w="1296" w:type="dxa"/>
            <w:tcMar>
              <w:top w:w="100" w:type="dxa"/>
              <w:left w:w="110" w:type="dxa"/>
              <w:bottom w:w="100" w:type="dxa"/>
              <w:right w:w="110" w:type="dxa"/>
            </w:tcMar>
            <w:vAlign w:val="center"/>
          </w:tcPr>
          <w:p w14:paraId="51098831"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75BA97B0" w14:textId="77777777" w:rsidR="006A55BC" w:rsidRDefault="006A55BC">
            <w:pPr>
              <w:spacing w:after="20" w:line="240" w:lineRule="auto"/>
            </w:pPr>
          </w:p>
        </w:tc>
      </w:tr>
      <w:tr w:rsidR="006A55BC" w14:paraId="49F9C53F" w14:textId="77777777">
        <w:trPr>
          <w:cantSplit/>
          <w:jc w:val="center"/>
        </w:trPr>
        <w:tc>
          <w:tcPr>
            <w:tcW w:w="648" w:type="dxa"/>
            <w:shd w:val="clear" w:color="auto" w:fill="F4F7FA"/>
            <w:tcMar>
              <w:top w:w="100" w:type="dxa"/>
              <w:left w:w="110" w:type="dxa"/>
              <w:bottom w:w="100" w:type="dxa"/>
              <w:right w:w="110" w:type="dxa"/>
            </w:tcMar>
            <w:vAlign w:val="center"/>
          </w:tcPr>
          <w:p w14:paraId="2AFA817C" w14:textId="77777777" w:rsidR="006A55BC" w:rsidRDefault="00000000">
            <w:pPr>
              <w:spacing w:after="20" w:line="240" w:lineRule="auto"/>
            </w:pPr>
            <w:r>
              <w:rPr>
                <w:sz w:val="15"/>
              </w:rPr>
              <w:t>2</w:t>
            </w:r>
          </w:p>
        </w:tc>
        <w:tc>
          <w:tcPr>
            <w:tcW w:w="5616" w:type="dxa"/>
            <w:shd w:val="clear" w:color="auto" w:fill="F4F7FA"/>
            <w:tcMar>
              <w:top w:w="100" w:type="dxa"/>
              <w:left w:w="110" w:type="dxa"/>
              <w:bottom w:w="100" w:type="dxa"/>
              <w:right w:w="110" w:type="dxa"/>
            </w:tcMar>
            <w:vAlign w:val="center"/>
          </w:tcPr>
          <w:p w14:paraId="67463687" w14:textId="77777777" w:rsidR="006A55BC" w:rsidRDefault="00000000">
            <w:pPr>
              <w:spacing w:after="20" w:line="240" w:lineRule="auto"/>
            </w:pPr>
            <w:r>
              <w:rPr>
                <w:sz w:val="15"/>
              </w:rPr>
              <w:t>Data analytics identify unusual transactions and relationships.</w:t>
            </w:r>
          </w:p>
        </w:tc>
        <w:tc>
          <w:tcPr>
            <w:tcW w:w="1296" w:type="dxa"/>
            <w:shd w:val="clear" w:color="auto" w:fill="F4F7FA"/>
            <w:tcMar>
              <w:top w:w="100" w:type="dxa"/>
              <w:left w:w="110" w:type="dxa"/>
              <w:bottom w:w="100" w:type="dxa"/>
              <w:right w:w="110" w:type="dxa"/>
            </w:tcMar>
            <w:vAlign w:val="center"/>
          </w:tcPr>
          <w:p w14:paraId="0BA6DA00"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1B05D645" w14:textId="77777777" w:rsidR="006A55BC" w:rsidRDefault="006A55BC">
            <w:pPr>
              <w:spacing w:after="20" w:line="240" w:lineRule="auto"/>
            </w:pPr>
          </w:p>
        </w:tc>
      </w:tr>
      <w:tr w:rsidR="006A55BC" w14:paraId="70C731CD" w14:textId="77777777">
        <w:trPr>
          <w:cantSplit/>
          <w:jc w:val="center"/>
        </w:trPr>
        <w:tc>
          <w:tcPr>
            <w:tcW w:w="648" w:type="dxa"/>
            <w:tcMar>
              <w:top w:w="100" w:type="dxa"/>
              <w:left w:w="110" w:type="dxa"/>
              <w:bottom w:w="100" w:type="dxa"/>
              <w:right w:w="110" w:type="dxa"/>
            </w:tcMar>
            <w:vAlign w:val="center"/>
          </w:tcPr>
          <w:p w14:paraId="0E10D3DD" w14:textId="77777777" w:rsidR="006A55BC" w:rsidRDefault="00000000">
            <w:pPr>
              <w:spacing w:after="20" w:line="240" w:lineRule="auto"/>
            </w:pPr>
            <w:r>
              <w:rPr>
                <w:sz w:val="15"/>
              </w:rPr>
              <w:t>3</w:t>
            </w:r>
          </w:p>
        </w:tc>
        <w:tc>
          <w:tcPr>
            <w:tcW w:w="5616" w:type="dxa"/>
            <w:tcMar>
              <w:top w:w="100" w:type="dxa"/>
              <w:left w:w="110" w:type="dxa"/>
              <w:bottom w:w="100" w:type="dxa"/>
              <w:right w:w="110" w:type="dxa"/>
            </w:tcMar>
            <w:vAlign w:val="center"/>
          </w:tcPr>
          <w:p w14:paraId="369C6DD3" w14:textId="77777777" w:rsidR="006A55BC" w:rsidRDefault="00000000">
            <w:pPr>
              <w:spacing w:after="20" w:line="240" w:lineRule="auto"/>
            </w:pPr>
            <w:r>
              <w:rPr>
                <w:sz w:val="15"/>
              </w:rPr>
              <w:t>Internal audit considers corruption risk in its plan.</w:t>
            </w:r>
          </w:p>
        </w:tc>
        <w:tc>
          <w:tcPr>
            <w:tcW w:w="1296" w:type="dxa"/>
            <w:tcMar>
              <w:top w:w="100" w:type="dxa"/>
              <w:left w:w="110" w:type="dxa"/>
              <w:bottom w:w="100" w:type="dxa"/>
              <w:right w:w="110" w:type="dxa"/>
            </w:tcMar>
            <w:vAlign w:val="center"/>
          </w:tcPr>
          <w:p w14:paraId="2A2DF565"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402BF0F1" w14:textId="77777777" w:rsidR="006A55BC" w:rsidRDefault="006A55BC">
            <w:pPr>
              <w:spacing w:after="20" w:line="240" w:lineRule="auto"/>
            </w:pPr>
          </w:p>
        </w:tc>
      </w:tr>
      <w:tr w:rsidR="006A55BC" w14:paraId="037380C9" w14:textId="77777777">
        <w:trPr>
          <w:cantSplit/>
          <w:jc w:val="center"/>
        </w:trPr>
        <w:tc>
          <w:tcPr>
            <w:tcW w:w="648" w:type="dxa"/>
            <w:shd w:val="clear" w:color="auto" w:fill="F4F7FA"/>
            <w:tcMar>
              <w:top w:w="100" w:type="dxa"/>
              <w:left w:w="110" w:type="dxa"/>
              <w:bottom w:w="100" w:type="dxa"/>
              <w:right w:w="110" w:type="dxa"/>
            </w:tcMar>
            <w:vAlign w:val="center"/>
          </w:tcPr>
          <w:p w14:paraId="24CE8707" w14:textId="77777777" w:rsidR="006A55BC" w:rsidRDefault="00000000">
            <w:pPr>
              <w:spacing w:after="20" w:line="240" w:lineRule="auto"/>
            </w:pPr>
            <w:r>
              <w:rPr>
                <w:sz w:val="15"/>
              </w:rPr>
              <w:t>4</w:t>
            </w:r>
          </w:p>
        </w:tc>
        <w:tc>
          <w:tcPr>
            <w:tcW w:w="5616" w:type="dxa"/>
            <w:shd w:val="clear" w:color="auto" w:fill="F4F7FA"/>
            <w:tcMar>
              <w:top w:w="100" w:type="dxa"/>
              <w:left w:w="110" w:type="dxa"/>
              <w:bottom w:w="100" w:type="dxa"/>
              <w:right w:w="110" w:type="dxa"/>
            </w:tcMar>
            <w:vAlign w:val="center"/>
          </w:tcPr>
          <w:p w14:paraId="221ECD45" w14:textId="77777777" w:rsidR="006A55BC" w:rsidRDefault="00000000">
            <w:pPr>
              <w:spacing w:after="20" w:line="240" w:lineRule="auto"/>
            </w:pPr>
            <w:r>
              <w:rPr>
                <w:sz w:val="15"/>
              </w:rPr>
              <w:t>Actions are tracked, verified and closed only with evidence.</w:t>
            </w:r>
          </w:p>
        </w:tc>
        <w:tc>
          <w:tcPr>
            <w:tcW w:w="1296" w:type="dxa"/>
            <w:shd w:val="clear" w:color="auto" w:fill="F4F7FA"/>
            <w:tcMar>
              <w:top w:w="100" w:type="dxa"/>
              <w:left w:w="110" w:type="dxa"/>
              <w:bottom w:w="100" w:type="dxa"/>
              <w:right w:w="110" w:type="dxa"/>
            </w:tcMar>
            <w:vAlign w:val="center"/>
          </w:tcPr>
          <w:p w14:paraId="12B58C9D"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59E00D85" w14:textId="77777777" w:rsidR="006A55BC" w:rsidRDefault="006A55BC">
            <w:pPr>
              <w:spacing w:after="20" w:line="240" w:lineRule="auto"/>
            </w:pPr>
          </w:p>
        </w:tc>
      </w:tr>
      <w:tr w:rsidR="006A55BC" w14:paraId="6B0C64B7" w14:textId="77777777">
        <w:trPr>
          <w:cantSplit/>
          <w:jc w:val="center"/>
        </w:trPr>
        <w:tc>
          <w:tcPr>
            <w:tcW w:w="648" w:type="dxa"/>
            <w:tcMar>
              <w:top w:w="100" w:type="dxa"/>
              <w:left w:w="110" w:type="dxa"/>
              <w:bottom w:w="100" w:type="dxa"/>
              <w:right w:w="110" w:type="dxa"/>
            </w:tcMar>
            <w:vAlign w:val="center"/>
          </w:tcPr>
          <w:p w14:paraId="01204DDB" w14:textId="77777777" w:rsidR="006A55BC" w:rsidRDefault="00000000">
            <w:pPr>
              <w:spacing w:after="20" w:line="240" w:lineRule="auto"/>
            </w:pPr>
            <w:r>
              <w:rPr>
                <w:sz w:val="15"/>
              </w:rPr>
              <w:t>5</w:t>
            </w:r>
          </w:p>
        </w:tc>
        <w:tc>
          <w:tcPr>
            <w:tcW w:w="5616" w:type="dxa"/>
            <w:tcMar>
              <w:top w:w="100" w:type="dxa"/>
              <w:left w:w="110" w:type="dxa"/>
              <w:bottom w:w="100" w:type="dxa"/>
              <w:right w:w="110" w:type="dxa"/>
            </w:tcMar>
            <w:vAlign w:val="center"/>
          </w:tcPr>
          <w:p w14:paraId="4F576BD3" w14:textId="77777777" w:rsidR="006A55BC" w:rsidRDefault="00000000">
            <w:pPr>
              <w:spacing w:after="20" w:line="240" w:lineRule="auto"/>
            </w:pPr>
            <w:r>
              <w:rPr>
                <w:sz w:val="15"/>
              </w:rPr>
              <w:t>Material incidents and overdue actions are escalated.</w:t>
            </w:r>
          </w:p>
        </w:tc>
        <w:tc>
          <w:tcPr>
            <w:tcW w:w="1296" w:type="dxa"/>
            <w:tcMar>
              <w:top w:w="100" w:type="dxa"/>
              <w:left w:w="110" w:type="dxa"/>
              <w:bottom w:w="100" w:type="dxa"/>
              <w:right w:w="110" w:type="dxa"/>
            </w:tcMar>
            <w:vAlign w:val="center"/>
          </w:tcPr>
          <w:p w14:paraId="67D0705E"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4273AEF9" w14:textId="77777777" w:rsidR="006A55BC" w:rsidRDefault="006A55BC">
            <w:pPr>
              <w:spacing w:after="20" w:line="240" w:lineRule="auto"/>
            </w:pPr>
          </w:p>
        </w:tc>
      </w:tr>
      <w:tr w:rsidR="006A55BC" w14:paraId="010EA70D" w14:textId="77777777">
        <w:trPr>
          <w:cantSplit/>
          <w:jc w:val="center"/>
        </w:trPr>
        <w:tc>
          <w:tcPr>
            <w:tcW w:w="648" w:type="dxa"/>
            <w:shd w:val="clear" w:color="auto" w:fill="F4F7FA"/>
            <w:tcMar>
              <w:top w:w="100" w:type="dxa"/>
              <w:left w:w="110" w:type="dxa"/>
              <w:bottom w:w="100" w:type="dxa"/>
              <w:right w:w="110" w:type="dxa"/>
            </w:tcMar>
            <w:vAlign w:val="center"/>
          </w:tcPr>
          <w:p w14:paraId="5580ADA6" w14:textId="77777777" w:rsidR="006A55BC" w:rsidRDefault="00000000">
            <w:pPr>
              <w:spacing w:after="20" w:line="240" w:lineRule="auto"/>
            </w:pPr>
            <w:r>
              <w:rPr>
                <w:sz w:val="15"/>
              </w:rPr>
              <w:t>6</w:t>
            </w:r>
          </w:p>
        </w:tc>
        <w:tc>
          <w:tcPr>
            <w:tcW w:w="5616" w:type="dxa"/>
            <w:shd w:val="clear" w:color="auto" w:fill="F4F7FA"/>
            <w:tcMar>
              <w:top w:w="100" w:type="dxa"/>
              <w:left w:w="110" w:type="dxa"/>
              <w:bottom w:w="100" w:type="dxa"/>
              <w:right w:w="110" w:type="dxa"/>
            </w:tcMar>
            <w:vAlign w:val="center"/>
          </w:tcPr>
          <w:p w14:paraId="4492AC2B" w14:textId="77777777" w:rsidR="006A55BC" w:rsidRDefault="00000000">
            <w:pPr>
              <w:spacing w:after="20" w:line="240" w:lineRule="auto"/>
            </w:pPr>
            <w:r>
              <w:rPr>
                <w:sz w:val="15"/>
              </w:rPr>
              <w:t>Risk assessments are refreshed after incidents, regulatory change or expansion.</w:t>
            </w:r>
          </w:p>
        </w:tc>
        <w:tc>
          <w:tcPr>
            <w:tcW w:w="1296" w:type="dxa"/>
            <w:shd w:val="clear" w:color="auto" w:fill="F4F7FA"/>
            <w:tcMar>
              <w:top w:w="100" w:type="dxa"/>
              <w:left w:w="110" w:type="dxa"/>
              <w:bottom w:w="100" w:type="dxa"/>
              <w:right w:w="110" w:type="dxa"/>
            </w:tcMar>
            <w:vAlign w:val="center"/>
          </w:tcPr>
          <w:p w14:paraId="49E3D8EB"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45058D68" w14:textId="77777777" w:rsidR="006A55BC" w:rsidRDefault="006A55BC">
            <w:pPr>
              <w:spacing w:after="20" w:line="240" w:lineRule="auto"/>
            </w:pPr>
          </w:p>
        </w:tc>
      </w:tr>
    </w:tbl>
    <w:p w14:paraId="2A2B5027" w14:textId="77777777" w:rsidR="006A55BC" w:rsidRDefault="006A55BC">
      <w:pPr>
        <w:spacing w:after="20"/>
      </w:pPr>
    </w:p>
    <w:p w14:paraId="5AAEA502" w14:textId="77777777" w:rsidR="006A55BC" w:rsidRDefault="00000000">
      <w:r>
        <w:br w:type="page"/>
      </w:r>
    </w:p>
    <w:p w14:paraId="78FD35F2" w14:textId="77777777" w:rsidR="006A55BC" w:rsidRDefault="00000000">
      <w:pPr>
        <w:pStyle w:val="Heading1"/>
      </w:pPr>
      <w:r>
        <w:lastRenderedPageBreak/>
        <w:t>Section 7 Process and Business Unit Assessment</w:t>
      </w:r>
    </w:p>
    <w:p w14:paraId="250B82F2" w14:textId="77777777" w:rsidR="006A55BC" w:rsidRDefault="00000000">
      <w:pPr>
        <w:pStyle w:val="Heading2"/>
      </w:pPr>
      <w:r>
        <w:t>7.1 Process Profile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6A55BC" w14:paraId="2C080317" w14:textId="77777777">
        <w:trPr>
          <w:cantSplit/>
          <w:tblHeader/>
          <w:jc w:val="center"/>
        </w:trPr>
        <w:tc>
          <w:tcPr>
            <w:tcW w:w="3168" w:type="dxa"/>
            <w:shd w:val="clear" w:color="auto" w:fill="17365D"/>
            <w:tcMar>
              <w:top w:w="100" w:type="dxa"/>
              <w:left w:w="110" w:type="dxa"/>
              <w:bottom w:w="100" w:type="dxa"/>
              <w:right w:w="110" w:type="dxa"/>
            </w:tcMar>
            <w:vAlign w:val="center"/>
          </w:tcPr>
          <w:p w14:paraId="45AB4578" w14:textId="77777777" w:rsidR="006A55BC" w:rsidRDefault="00000000">
            <w:r>
              <w:rPr>
                <w:b/>
                <w:color w:val="FFFFFF"/>
                <w:sz w:val="18"/>
              </w:rPr>
              <w:t>Field</w:t>
            </w:r>
          </w:p>
        </w:tc>
        <w:tc>
          <w:tcPr>
            <w:tcW w:w="6768" w:type="dxa"/>
            <w:shd w:val="clear" w:color="auto" w:fill="17365D"/>
            <w:tcMar>
              <w:top w:w="100" w:type="dxa"/>
              <w:left w:w="110" w:type="dxa"/>
              <w:bottom w:w="100" w:type="dxa"/>
              <w:right w:w="110" w:type="dxa"/>
            </w:tcMar>
            <w:vAlign w:val="center"/>
          </w:tcPr>
          <w:p w14:paraId="5694F857" w14:textId="77777777" w:rsidR="006A55BC" w:rsidRDefault="00000000">
            <w:r>
              <w:rPr>
                <w:b/>
                <w:color w:val="FFFFFF"/>
                <w:sz w:val="18"/>
              </w:rPr>
              <w:t>Details</w:t>
            </w:r>
          </w:p>
        </w:tc>
      </w:tr>
      <w:tr w:rsidR="006A55BC" w14:paraId="56242982" w14:textId="77777777">
        <w:trPr>
          <w:cantSplit/>
          <w:jc w:val="center"/>
        </w:trPr>
        <w:tc>
          <w:tcPr>
            <w:tcW w:w="3168" w:type="dxa"/>
            <w:tcMar>
              <w:top w:w="100" w:type="dxa"/>
              <w:left w:w="110" w:type="dxa"/>
              <w:bottom w:w="100" w:type="dxa"/>
              <w:right w:w="110" w:type="dxa"/>
            </w:tcMar>
            <w:vAlign w:val="center"/>
          </w:tcPr>
          <w:p w14:paraId="4A6B48E5" w14:textId="77777777" w:rsidR="006A55BC" w:rsidRDefault="00000000">
            <w:pPr>
              <w:spacing w:after="20" w:line="240" w:lineRule="auto"/>
            </w:pPr>
            <w:r>
              <w:rPr>
                <w:sz w:val="18"/>
              </w:rPr>
              <w:t>Business unit or process</w:t>
            </w:r>
          </w:p>
        </w:tc>
        <w:tc>
          <w:tcPr>
            <w:tcW w:w="6768" w:type="dxa"/>
            <w:tcMar>
              <w:top w:w="100" w:type="dxa"/>
              <w:left w:w="110" w:type="dxa"/>
              <w:bottom w:w="100" w:type="dxa"/>
              <w:right w:w="110" w:type="dxa"/>
            </w:tcMar>
            <w:vAlign w:val="center"/>
          </w:tcPr>
          <w:p w14:paraId="10D8543C" w14:textId="77777777" w:rsidR="006A55BC" w:rsidRDefault="006A55BC">
            <w:pPr>
              <w:spacing w:after="20" w:line="240" w:lineRule="auto"/>
            </w:pPr>
          </w:p>
        </w:tc>
      </w:tr>
      <w:tr w:rsidR="006A55BC" w14:paraId="7965C621" w14:textId="77777777">
        <w:trPr>
          <w:cantSplit/>
          <w:jc w:val="center"/>
        </w:trPr>
        <w:tc>
          <w:tcPr>
            <w:tcW w:w="3168" w:type="dxa"/>
            <w:shd w:val="clear" w:color="auto" w:fill="F4F7FA"/>
            <w:tcMar>
              <w:top w:w="100" w:type="dxa"/>
              <w:left w:w="110" w:type="dxa"/>
              <w:bottom w:w="100" w:type="dxa"/>
              <w:right w:w="110" w:type="dxa"/>
            </w:tcMar>
            <w:vAlign w:val="center"/>
          </w:tcPr>
          <w:p w14:paraId="44594468" w14:textId="77777777" w:rsidR="006A55BC" w:rsidRDefault="00000000">
            <w:pPr>
              <w:spacing w:after="20" w:line="240" w:lineRule="auto"/>
            </w:pPr>
            <w:r>
              <w:rPr>
                <w:sz w:val="18"/>
              </w:rPr>
              <w:t>Process owner</w:t>
            </w:r>
          </w:p>
        </w:tc>
        <w:tc>
          <w:tcPr>
            <w:tcW w:w="6768" w:type="dxa"/>
            <w:shd w:val="clear" w:color="auto" w:fill="F4F7FA"/>
            <w:tcMar>
              <w:top w:w="100" w:type="dxa"/>
              <w:left w:w="110" w:type="dxa"/>
              <w:bottom w:w="100" w:type="dxa"/>
              <w:right w:w="110" w:type="dxa"/>
            </w:tcMar>
            <w:vAlign w:val="center"/>
          </w:tcPr>
          <w:p w14:paraId="2FA21E01" w14:textId="77777777" w:rsidR="006A55BC" w:rsidRDefault="006A55BC">
            <w:pPr>
              <w:spacing w:after="20" w:line="240" w:lineRule="auto"/>
            </w:pPr>
          </w:p>
        </w:tc>
      </w:tr>
      <w:tr w:rsidR="006A55BC" w14:paraId="7A4F0392" w14:textId="77777777">
        <w:trPr>
          <w:cantSplit/>
          <w:jc w:val="center"/>
        </w:trPr>
        <w:tc>
          <w:tcPr>
            <w:tcW w:w="3168" w:type="dxa"/>
            <w:tcMar>
              <w:top w:w="100" w:type="dxa"/>
              <w:left w:w="110" w:type="dxa"/>
              <w:bottom w:w="100" w:type="dxa"/>
              <w:right w:w="110" w:type="dxa"/>
            </w:tcMar>
            <w:vAlign w:val="center"/>
          </w:tcPr>
          <w:p w14:paraId="506EE1EA" w14:textId="77777777" w:rsidR="006A55BC" w:rsidRDefault="00000000">
            <w:pPr>
              <w:spacing w:after="20" w:line="240" w:lineRule="auto"/>
            </w:pPr>
            <w:r>
              <w:rPr>
                <w:sz w:val="18"/>
              </w:rPr>
              <w:t>Locations</w:t>
            </w:r>
          </w:p>
        </w:tc>
        <w:tc>
          <w:tcPr>
            <w:tcW w:w="6768" w:type="dxa"/>
            <w:tcMar>
              <w:top w:w="100" w:type="dxa"/>
              <w:left w:w="110" w:type="dxa"/>
              <w:bottom w:w="100" w:type="dxa"/>
              <w:right w:w="110" w:type="dxa"/>
            </w:tcMar>
            <w:vAlign w:val="center"/>
          </w:tcPr>
          <w:p w14:paraId="48DDA6A6" w14:textId="77777777" w:rsidR="006A55BC" w:rsidRDefault="006A55BC">
            <w:pPr>
              <w:spacing w:after="20" w:line="240" w:lineRule="auto"/>
            </w:pPr>
          </w:p>
        </w:tc>
      </w:tr>
      <w:tr w:rsidR="006A55BC" w14:paraId="21680FD4" w14:textId="77777777">
        <w:trPr>
          <w:cantSplit/>
          <w:jc w:val="center"/>
        </w:trPr>
        <w:tc>
          <w:tcPr>
            <w:tcW w:w="3168" w:type="dxa"/>
            <w:shd w:val="clear" w:color="auto" w:fill="F4F7FA"/>
            <w:tcMar>
              <w:top w:w="100" w:type="dxa"/>
              <w:left w:w="110" w:type="dxa"/>
              <w:bottom w:w="100" w:type="dxa"/>
              <w:right w:w="110" w:type="dxa"/>
            </w:tcMar>
            <w:vAlign w:val="center"/>
          </w:tcPr>
          <w:p w14:paraId="4448ED01" w14:textId="77777777" w:rsidR="006A55BC" w:rsidRDefault="00000000">
            <w:pPr>
              <w:spacing w:after="20" w:line="240" w:lineRule="auto"/>
            </w:pPr>
            <w:r>
              <w:rPr>
                <w:sz w:val="18"/>
              </w:rPr>
              <w:t>Key objectives</w:t>
            </w:r>
          </w:p>
        </w:tc>
        <w:tc>
          <w:tcPr>
            <w:tcW w:w="6768" w:type="dxa"/>
            <w:shd w:val="clear" w:color="auto" w:fill="F4F7FA"/>
            <w:tcMar>
              <w:top w:w="100" w:type="dxa"/>
              <w:left w:w="110" w:type="dxa"/>
              <w:bottom w:w="100" w:type="dxa"/>
              <w:right w:w="110" w:type="dxa"/>
            </w:tcMar>
            <w:vAlign w:val="center"/>
          </w:tcPr>
          <w:p w14:paraId="3CB907AB" w14:textId="77777777" w:rsidR="006A55BC" w:rsidRDefault="006A55BC">
            <w:pPr>
              <w:spacing w:after="20" w:line="240" w:lineRule="auto"/>
            </w:pPr>
          </w:p>
        </w:tc>
      </w:tr>
      <w:tr w:rsidR="006A55BC" w14:paraId="3E10F1CE" w14:textId="77777777">
        <w:trPr>
          <w:cantSplit/>
          <w:jc w:val="center"/>
        </w:trPr>
        <w:tc>
          <w:tcPr>
            <w:tcW w:w="3168" w:type="dxa"/>
            <w:tcMar>
              <w:top w:w="100" w:type="dxa"/>
              <w:left w:w="110" w:type="dxa"/>
              <w:bottom w:w="100" w:type="dxa"/>
              <w:right w:w="110" w:type="dxa"/>
            </w:tcMar>
            <w:vAlign w:val="center"/>
          </w:tcPr>
          <w:p w14:paraId="3033F04A" w14:textId="77777777" w:rsidR="006A55BC" w:rsidRDefault="00000000">
            <w:pPr>
              <w:spacing w:after="20" w:line="240" w:lineRule="auto"/>
            </w:pPr>
            <w:r>
              <w:rPr>
                <w:sz w:val="18"/>
              </w:rPr>
              <w:t>Transaction volumes and values</w:t>
            </w:r>
          </w:p>
        </w:tc>
        <w:tc>
          <w:tcPr>
            <w:tcW w:w="6768" w:type="dxa"/>
            <w:tcMar>
              <w:top w:w="100" w:type="dxa"/>
              <w:left w:w="110" w:type="dxa"/>
              <w:bottom w:w="100" w:type="dxa"/>
              <w:right w:w="110" w:type="dxa"/>
            </w:tcMar>
            <w:vAlign w:val="center"/>
          </w:tcPr>
          <w:p w14:paraId="53960A2B" w14:textId="77777777" w:rsidR="006A55BC" w:rsidRDefault="006A55BC">
            <w:pPr>
              <w:spacing w:after="20" w:line="240" w:lineRule="auto"/>
            </w:pPr>
          </w:p>
        </w:tc>
      </w:tr>
      <w:tr w:rsidR="006A55BC" w14:paraId="45923AAA" w14:textId="77777777">
        <w:trPr>
          <w:cantSplit/>
          <w:jc w:val="center"/>
        </w:trPr>
        <w:tc>
          <w:tcPr>
            <w:tcW w:w="3168" w:type="dxa"/>
            <w:shd w:val="clear" w:color="auto" w:fill="F4F7FA"/>
            <w:tcMar>
              <w:top w:w="100" w:type="dxa"/>
              <w:left w:w="110" w:type="dxa"/>
              <w:bottom w:w="100" w:type="dxa"/>
              <w:right w:w="110" w:type="dxa"/>
            </w:tcMar>
            <w:vAlign w:val="center"/>
          </w:tcPr>
          <w:p w14:paraId="2B19520A" w14:textId="77777777" w:rsidR="006A55BC" w:rsidRDefault="00000000">
            <w:pPr>
              <w:spacing w:after="20" w:line="240" w:lineRule="auto"/>
            </w:pPr>
            <w:r>
              <w:rPr>
                <w:sz w:val="18"/>
              </w:rPr>
              <w:t>Systems used</w:t>
            </w:r>
          </w:p>
        </w:tc>
        <w:tc>
          <w:tcPr>
            <w:tcW w:w="6768" w:type="dxa"/>
            <w:shd w:val="clear" w:color="auto" w:fill="F4F7FA"/>
            <w:tcMar>
              <w:top w:w="100" w:type="dxa"/>
              <w:left w:w="110" w:type="dxa"/>
              <w:bottom w:w="100" w:type="dxa"/>
              <w:right w:w="110" w:type="dxa"/>
            </w:tcMar>
            <w:vAlign w:val="center"/>
          </w:tcPr>
          <w:p w14:paraId="056D1A2F" w14:textId="77777777" w:rsidR="006A55BC" w:rsidRDefault="006A55BC">
            <w:pPr>
              <w:spacing w:after="20" w:line="240" w:lineRule="auto"/>
            </w:pPr>
          </w:p>
        </w:tc>
      </w:tr>
      <w:tr w:rsidR="006A55BC" w14:paraId="456BA1BA" w14:textId="77777777">
        <w:trPr>
          <w:cantSplit/>
          <w:jc w:val="center"/>
        </w:trPr>
        <w:tc>
          <w:tcPr>
            <w:tcW w:w="3168" w:type="dxa"/>
            <w:tcMar>
              <w:top w:w="100" w:type="dxa"/>
              <w:left w:w="110" w:type="dxa"/>
              <w:bottom w:w="100" w:type="dxa"/>
              <w:right w:w="110" w:type="dxa"/>
            </w:tcMar>
            <w:vAlign w:val="center"/>
          </w:tcPr>
          <w:p w14:paraId="15E17170" w14:textId="77777777" w:rsidR="006A55BC" w:rsidRDefault="00000000">
            <w:pPr>
              <w:spacing w:after="20" w:line="240" w:lineRule="auto"/>
            </w:pPr>
            <w:r>
              <w:rPr>
                <w:sz w:val="18"/>
              </w:rPr>
              <w:t>Public-official interaction</w:t>
            </w:r>
          </w:p>
        </w:tc>
        <w:tc>
          <w:tcPr>
            <w:tcW w:w="6768" w:type="dxa"/>
            <w:tcMar>
              <w:top w:w="100" w:type="dxa"/>
              <w:left w:w="110" w:type="dxa"/>
              <w:bottom w:w="100" w:type="dxa"/>
              <w:right w:w="110" w:type="dxa"/>
            </w:tcMar>
            <w:vAlign w:val="center"/>
          </w:tcPr>
          <w:p w14:paraId="04C99BD3" w14:textId="77777777" w:rsidR="006A55BC" w:rsidRDefault="006A55BC">
            <w:pPr>
              <w:spacing w:after="20" w:line="240" w:lineRule="auto"/>
            </w:pPr>
          </w:p>
        </w:tc>
      </w:tr>
      <w:tr w:rsidR="006A55BC" w14:paraId="3BBEAADE" w14:textId="77777777">
        <w:trPr>
          <w:cantSplit/>
          <w:jc w:val="center"/>
        </w:trPr>
        <w:tc>
          <w:tcPr>
            <w:tcW w:w="3168" w:type="dxa"/>
            <w:shd w:val="clear" w:color="auto" w:fill="F4F7FA"/>
            <w:tcMar>
              <w:top w:w="100" w:type="dxa"/>
              <w:left w:w="110" w:type="dxa"/>
              <w:bottom w:w="100" w:type="dxa"/>
              <w:right w:w="110" w:type="dxa"/>
            </w:tcMar>
            <w:vAlign w:val="center"/>
          </w:tcPr>
          <w:p w14:paraId="4D283FA0" w14:textId="77777777" w:rsidR="006A55BC" w:rsidRDefault="00000000">
            <w:pPr>
              <w:spacing w:after="20" w:line="240" w:lineRule="auto"/>
            </w:pPr>
            <w:r>
              <w:rPr>
                <w:sz w:val="18"/>
              </w:rPr>
              <w:t>Key third parties</w:t>
            </w:r>
          </w:p>
        </w:tc>
        <w:tc>
          <w:tcPr>
            <w:tcW w:w="6768" w:type="dxa"/>
            <w:shd w:val="clear" w:color="auto" w:fill="F4F7FA"/>
            <w:tcMar>
              <w:top w:w="100" w:type="dxa"/>
              <w:left w:w="110" w:type="dxa"/>
              <w:bottom w:w="100" w:type="dxa"/>
              <w:right w:w="110" w:type="dxa"/>
            </w:tcMar>
            <w:vAlign w:val="center"/>
          </w:tcPr>
          <w:p w14:paraId="1C1DBBE9" w14:textId="77777777" w:rsidR="006A55BC" w:rsidRDefault="006A55BC">
            <w:pPr>
              <w:spacing w:after="20" w:line="240" w:lineRule="auto"/>
            </w:pPr>
          </w:p>
        </w:tc>
      </w:tr>
      <w:tr w:rsidR="006A55BC" w14:paraId="410B95B4" w14:textId="77777777">
        <w:trPr>
          <w:cantSplit/>
          <w:jc w:val="center"/>
        </w:trPr>
        <w:tc>
          <w:tcPr>
            <w:tcW w:w="3168" w:type="dxa"/>
            <w:tcMar>
              <w:top w:w="100" w:type="dxa"/>
              <w:left w:w="110" w:type="dxa"/>
              <w:bottom w:w="100" w:type="dxa"/>
              <w:right w:w="110" w:type="dxa"/>
            </w:tcMar>
            <w:vAlign w:val="center"/>
          </w:tcPr>
          <w:p w14:paraId="1CADDC98" w14:textId="77777777" w:rsidR="006A55BC" w:rsidRDefault="00000000">
            <w:pPr>
              <w:spacing w:after="20" w:line="240" w:lineRule="auto"/>
            </w:pPr>
            <w:r>
              <w:rPr>
                <w:sz w:val="18"/>
              </w:rPr>
              <w:t>High-discretion decisions</w:t>
            </w:r>
          </w:p>
        </w:tc>
        <w:tc>
          <w:tcPr>
            <w:tcW w:w="6768" w:type="dxa"/>
            <w:tcMar>
              <w:top w:w="100" w:type="dxa"/>
              <w:left w:w="110" w:type="dxa"/>
              <w:bottom w:w="100" w:type="dxa"/>
              <w:right w:w="110" w:type="dxa"/>
            </w:tcMar>
            <w:vAlign w:val="center"/>
          </w:tcPr>
          <w:p w14:paraId="54F473CE" w14:textId="77777777" w:rsidR="006A55BC" w:rsidRDefault="006A55BC">
            <w:pPr>
              <w:spacing w:after="20" w:line="240" w:lineRule="auto"/>
            </w:pPr>
          </w:p>
        </w:tc>
      </w:tr>
      <w:tr w:rsidR="006A55BC" w14:paraId="3860FDAB" w14:textId="77777777">
        <w:trPr>
          <w:cantSplit/>
          <w:jc w:val="center"/>
        </w:trPr>
        <w:tc>
          <w:tcPr>
            <w:tcW w:w="3168" w:type="dxa"/>
            <w:shd w:val="clear" w:color="auto" w:fill="F4F7FA"/>
            <w:tcMar>
              <w:top w:w="100" w:type="dxa"/>
              <w:left w:w="110" w:type="dxa"/>
              <w:bottom w:w="100" w:type="dxa"/>
              <w:right w:w="110" w:type="dxa"/>
            </w:tcMar>
            <w:vAlign w:val="center"/>
          </w:tcPr>
          <w:p w14:paraId="747AFB7F" w14:textId="77777777" w:rsidR="006A55BC" w:rsidRDefault="00000000">
            <w:pPr>
              <w:spacing w:after="20" w:line="240" w:lineRule="auto"/>
            </w:pPr>
            <w:r>
              <w:rPr>
                <w:sz w:val="18"/>
              </w:rPr>
              <w:t>Cash or cash-equivalent use</w:t>
            </w:r>
          </w:p>
        </w:tc>
        <w:tc>
          <w:tcPr>
            <w:tcW w:w="6768" w:type="dxa"/>
            <w:shd w:val="clear" w:color="auto" w:fill="F4F7FA"/>
            <w:tcMar>
              <w:top w:w="100" w:type="dxa"/>
              <w:left w:w="110" w:type="dxa"/>
              <w:bottom w:w="100" w:type="dxa"/>
              <w:right w:w="110" w:type="dxa"/>
            </w:tcMar>
            <w:vAlign w:val="center"/>
          </w:tcPr>
          <w:p w14:paraId="2D0F2090" w14:textId="77777777" w:rsidR="006A55BC" w:rsidRDefault="006A55BC">
            <w:pPr>
              <w:spacing w:after="20" w:line="240" w:lineRule="auto"/>
            </w:pPr>
          </w:p>
        </w:tc>
      </w:tr>
      <w:tr w:rsidR="006A55BC" w14:paraId="6BB10DD3" w14:textId="77777777">
        <w:trPr>
          <w:cantSplit/>
          <w:jc w:val="center"/>
        </w:trPr>
        <w:tc>
          <w:tcPr>
            <w:tcW w:w="3168" w:type="dxa"/>
            <w:tcMar>
              <w:top w:w="100" w:type="dxa"/>
              <w:left w:w="110" w:type="dxa"/>
              <w:bottom w:w="100" w:type="dxa"/>
              <w:right w:w="110" w:type="dxa"/>
            </w:tcMar>
            <w:vAlign w:val="center"/>
          </w:tcPr>
          <w:p w14:paraId="7BF05C4A" w14:textId="77777777" w:rsidR="006A55BC" w:rsidRDefault="00000000">
            <w:pPr>
              <w:spacing w:after="20" w:line="240" w:lineRule="auto"/>
            </w:pPr>
            <w:r>
              <w:rPr>
                <w:sz w:val="18"/>
              </w:rPr>
              <w:t>Prior incidents or audit issues</w:t>
            </w:r>
          </w:p>
        </w:tc>
        <w:tc>
          <w:tcPr>
            <w:tcW w:w="6768" w:type="dxa"/>
            <w:tcMar>
              <w:top w:w="100" w:type="dxa"/>
              <w:left w:w="110" w:type="dxa"/>
              <w:bottom w:w="100" w:type="dxa"/>
              <w:right w:w="110" w:type="dxa"/>
            </w:tcMar>
            <w:vAlign w:val="center"/>
          </w:tcPr>
          <w:p w14:paraId="4F11748C" w14:textId="77777777" w:rsidR="006A55BC" w:rsidRDefault="006A55BC">
            <w:pPr>
              <w:spacing w:after="20" w:line="240" w:lineRule="auto"/>
            </w:pPr>
          </w:p>
        </w:tc>
      </w:tr>
      <w:tr w:rsidR="006A55BC" w14:paraId="34874848" w14:textId="77777777">
        <w:trPr>
          <w:cantSplit/>
          <w:jc w:val="center"/>
        </w:trPr>
        <w:tc>
          <w:tcPr>
            <w:tcW w:w="3168" w:type="dxa"/>
            <w:shd w:val="clear" w:color="auto" w:fill="F4F7FA"/>
            <w:tcMar>
              <w:top w:w="100" w:type="dxa"/>
              <w:left w:w="110" w:type="dxa"/>
              <w:bottom w:w="100" w:type="dxa"/>
              <w:right w:w="110" w:type="dxa"/>
            </w:tcMar>
            <w:vAlign w:val="center"/>
          </w:tcPr>
          <w:p w14:paraId="026C583C" w14:textId="77777777" w:rsidR="006A55BC" w:rsidRDefault="00000000">
            <w:pPr>
              <w:spacing w:after="20" w:line="240" w:lineRule="auto"/>
            </w:pPr>
            <w:r>
              <w:rPr>
                <w:sz w:val="18"/>
              </w:rPr>
              <w:t>Current change initiatives</w:t>
            </w:r>
          </w:p>
        </w:tc>
        <w:tc>
          <w:tcPr>
            <w:tcW w:w="6768" w:type="dxa"/>
            <w:shd w:val="clear" w:color="auto" w:fill="F4F7FA"/>
            <w:tcMar>
              <w:top w:w="100" w:type="dxa"/>
              <w:left w:w="110" w:type="dxa"/>
              <w:bottom w:w="100" w:type="dxa"/>
              <w:right w:w="110" w:type="dxa"/>
            </w:tcMar>
            <w:vAlign w:val="center"/>
          </w:tcPr>
          <w:p w14:paraId="11819D96" w14:textId="77777777" w:rsidR="006A55BC" w:rsidRDefault="006A55BC">
            <w:pPr>
              <w:spacing w:after="20" w:line="240" w:lineRule="auto"/>
            </w:pPr>
          </w:p>
        </w:tc>
      </w:tr>
    </w:tbl>
    <w:p w14:paraId="44ECB2E5" w14:textId="77777777" w:rsidR="006A55BC" w:rsidRDefault="006A55BC">
      <w:pPr>
        <w:spacing w:after="20"/>
      </w:pPr>
    </w:p>
    <w:p w14:paraId="4797D2A2" w14:textId="77777777" w:rsidR="006A55BC" w:rsidRDefault="00000000">
      <w:pPr>
        <w:pStyle w:val="Heading2"/>
      </w:pPr>
      <w:r>
        <w:t>7.2 Process Walkthrough</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
        <w:gridCol w:w="1944"/>
        <w:gridCol w:w="1152"/>
        <w:gridCol w:w="1152"/>
        <w:gridCol w:w="1584"/>
        <w:gridCol w:w="1944"/>
        <w:gridCol w:w="1656"/>
      </w:tblGrid>
      <w:tr w:rsidR="006A55BC" w14:paraId="0C74A4CD" w14:textId="77777777">
        <w:trPr>
          <w:cantSplit/>
          <w:tblHeader/>
          <w:jc w:val="center"/>
        </w:trPr>
        <w:tc>
          <w:tcPr>
            <w:tcW w:w="504" w:type="dxa"/>
            <w:shd w:val="clear" w:color="auto" w:fill="17365D"/>
            <w:tcMar>
              <w:top w:w="100" w:type="dxa"/>
              <w:left w:w="110" w:type="dxa"/>
              <w:bottom w:w="100" w:type="dxa"/>
              <w:right w:w="110" w:type="dxa"/>
            </w:tcMar>
            <w:vAlign w:val="center"/>
          </w:tcPr>
          <w:p w14:paraId="267869B8" w14:textId="77777777" w:rsidR="006A55BC" w:rsidRDefault="00000000">
            <w:r>
              <w:rPr>
                <w:b/>
                <w:color w:val="FFFFFF"/>
                <w:sz w:val="14"/>
              </w:rPr>
              <w:t>Step</w:t>
            </w:r>
          </w:p>
        </w:tc>
        <w:tc>
          <w:tcPr>
            <w:tcW w:w="1944" w:type="dxa"/>
            <w:shd w:val="clear" w:color="auto" w:fill="17365D"/>
            <w:tcMar>
              <w:top w:w="100" w:type="dxa"/>
              <w:left w:w="110" w:type="dxa"/>
              <w:bottom w:w="100" w:type="dxa"/>
              <w:right w:w="110" w:type="dxa"/>
            </w:tcMar>
            <w:vAlign w:val="center"/>
          </w:tcPr>
          <w:p w14:paraId="747C7BA7" w14:textId="77777777" w:rsidR="006A55BC" w:rsidRDefault="00000000">
            <w:r>
              <w:rPr>
                <w:b/>
                <w:color w:val="FFFFFF"/>
                <w:sz w:val="14"/>
              </w:rPr>
              <w:t>Activity and decision</w:t>
            </w:r>
          </w:p>
        </w:tc>
        <w:tc>
          <w:tcPr>
            <w:tcW w:w="1152" w:type="dxa"/>
            <w:shd w:val="clear" w:color="auto" w:fill="17365D"/>
            <w:tcMar>
              <w:top w:w="100" w:type="dxa"/>
              <w:left w:w="110" w:type="dxa"/>
              <w:bottom w:w="100" w:type="dxa"/>
              <w:right w:w="110" w:type="dxa"/>
            </w:tcMar>
            <w:vAlign w:val="center"/>
          </w:tcPr>
          <w:p w14:paraId="66A09E44" w14:textId="77777777" w:rsidR="006A55BC" w:rsidRDefault="00000000">
            <w:r>
              <w:rPr>
                <w:b/>
                <w:color w:val="FFFFFF"/>
                <w:sz w:val="14"/>
              </w:rPr>
              <w:t>Performer</w:t>
            </w:r>
          </w:p>
        </w:tc>
        <w:tc>
          <w:tcPr>
            <w:tcW w:w="1152" w:type="dxa"/>
            <w:shd w:val="clear" w:color="auto" w:fill="17365D"/>
            <w:tcMar>
              <w:top w:w="100" w:type="dxa"/>
              <w:left w:w="110" w:type="dxa"/>
              <w:bottom w:w="100" w:type="dxa"/>
              <w:right w:w="110" w:type="dxa"/>
            </w:tcMar>
            <w:vAlign w:val="center"/>
          </w:tcPr>
          <w:p w14:paraId="3AE4866C" w14:textId="77777777" w:rsidR="006A55BC" w:rsidRDefault="00000000">
            <w:r>
              <w:rPr>
                <w:b/>
                <w:color w:val="FFFFFF"/>
                <w:sz w:val="14"/>
              </w:rPr>
              <w:t>Approver</w:t>
            </w:r>
          </w:p>
        </w:tc>
        <w:tc>
          <w:tcPr>
            <w:tcW w:w="1584" w:type="dxa"/>
            <w:shd w:val="clear" w:color="auto" w:fill="17365D"/>
            <w:tcMar>
              <w:top w:w="100" w:type="dxa"/>
              <w:left w:w="110" w:type="dxa"/>
              <w:bottom w:w="100" w:type="dxa"/>
              <w:right w:w="110" w:type="dxa"/>
            </w:tcMar>
            <w:vAlign w:val="center"/>
          </w:tcPr>
          <w:p w14:paraId="6C05B067" w14:textId="77777777" w:rsidR="006A55BC" w:rsidRDefault="00000000">
            <w:r>
              <w:rPr>
                <w:b/>
                <w:color w:val="FFFFFF"/>
                <w:sz w:val="14"/>
              </w:rPr>
              <w:t>System or record</w:t>
            </w:r>
          </w:p>
        </w:tc>
        <w:tc>
          <w:tcPr>
            <w:tcW w:w="1944" w:type="dxa"/>
            <w:shd w:val="clear" w:color="auto" w:fill="17365D"/>
            <w:tcMar>
              <w:top w:w="100" w:type="dxa"/>
              <w:left w:w="110" w:type="dxa"/>
              <w:bottom w:w="100" w:type="dxa"/>
              <w:right w:w="110" w:type="dxa"/>
            </w:tcMar>
            <w:vAlign w:val="center"/>
          </w:tcPr>
          <w:p w14:paraId="314D5116" w14:textId="77777777" w:rsidR="006A55BC" w:rsidRDefault="00000000">
            <w:r>
              <w:rPr>
                <w:b/>
                <w:color w:val="FFFFFF"/>
                <w:sz w:val="14"/>
              </w:rPr>
              <w:t>Corruption opportunity</w:t>
            </w:r>
          </w:p>
        </w:tc>
        <w:tc>
          <w:tcPr>
            <w:tcW w:w="1656" w:type="dxa"/>
            <w:shd w:val="clear" w:color="auto" w:fill="17365D"/>
            <w:tcMar>
              <w:top w:w="100" w:type="dxa"/>
              <w:left w:w="110" w:type="dxa"/>
              <w:bottom w:w="100" w:type="dxa"/>
              <w:right w:w="110" w:type="dxa"/>
            </w:tcMar>
            <w:vAlign w:val="center"/>
          </w:tcPr>
          <w:p w14:paraId="7E2C8198" w14:textId="77777777" w:rsidR="006A55BC" w:rsidRDefault="00000000">
            <w:r>
              <w:rPr>
                <w:b/>
                <w:color w:val="FFFFFF"/>
                <w:sz w:val="14"/>
              </w:rPr>
              <w:t>Existing control</w:t>
            </w:r>
          </w:p>
        </w:tc>
      </w:tr>
      <w:tr w:rsidR="006A55BC" w14:paraId="764A6626" w14:textId="77777777">
        <w:trPr>
          <w:cantSplit/>
          <w:jc w:val="center"/>
        </w:trPr>
        <w:tc>
          <w:tcPr>
            <w:tcW w:w="504" w:type="dxa"/>
            <w:tcMar>
              <w:top w:w="100" w:type="dxa"/>
              <w:left w:w="110" w:type="dxa"/>
              <w:bottom w:w="100" w:type="dxa"/>
              <w:right w:w="110" w:type="dxa"/>
            </w:tcMar>
            <w:vAlign w:val="center"/>
          </w:tcPr>
          <w:p w14:paraId="71E2F442" w14:textId="77777777" w:rsidR="006A55BC" w:rsidRDefault="00000000">
            <w:pPr>
              <w:spacing w:after="20" w:line="240" w:lineRule="auto"/>
            </w:pPr>
            <w:r>
              <w:rPr>
                <w:sz w:val="14"/>
              </w:rPr>
              <w:t>1</w:t>
            </w:r>
          </w:p>
        </w:tc>
        <w:tc>
          <w:tcPr>
            <w:tcW w:w="1944" w:type="dxa"/>
            <w:tcMar>
              <w:top w:w="100" w:type="dxa"/>
              <w:left w:w="110" w:type="dxa"/>
              <w:bottom w:w="100" w:type="dxa"/>
              <w:right w:w="110" w:type="dxa"/>
            </w:tcMar>
            <w:vAlign w:val="center"/>
          </w:tcPr>
          <w:p w14:paraId="2AC17320"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5A6A62DF"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3E5FF375"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020B9F4F"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12EB37F9"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64CF0D9E" w14:textId="77777777" w:rsidR="006A55BC" w:rsidRDefault="006A55BC">
            <w:pPr>
              <w:spacing w:after="20" w:line="240" w:lineRule="auto"/>
            </w:pPr>
          </w:p>
        </w:tc>
      </w:tr>
      <w:tr w:rsidR="006A55BC" w14:paraId="5C1028B1" w14:textId="77777777">
        <w:trPr>
          <w:cantSplit/>
          <w:jc w:val="center"/>
        </w:trPr>
        <w:tc>
          <w:tcPr>
            <w:tcW w:w="504" w:type="dxa"/>
            <w:shd w:val="clear" w:color="auto" w:fill="F4F7FA"/>
            <w:tcMar>
              <w:top w:w="100" w:type="dxa"/>
              <w:left w:w="110" w:type="dxa"/>
              <w:bottom w:w="100" w:type="dxa"/>
              <w:right w:w="110" w:type="dxa"/>
            </w:tcMar>
            <w:vAlign w:val="center"/>
          </w:tcPr>
          <w:p w14:paraId="1F3DB465" w14:textId="77777777" w:rsidR="006A55BC" w:rsidRDefault="00000000">
            <w:pPr>
              <w:spacing w:after="20" w:line="240" w:lineRule="auto"/>
            </w:pPr>
            <w:r>
              <w:rPr>
                <w:sz w:val="14"/>
              </w:rPr>
              <w:t>2</w:t>
            </w:r>
          </w:p>
        </w:tc>
        <w:tc>
          <w:tcPr>
            <w:tcW w:w="1944" w:type="dxa"/>
            <w:shd w:val="clear" w:color="auto" w:fill="F4F7FA"/>
            <w:tcMar>
              <w:top w:w="100" w:type="dxa"/>
              <w:left w:w="110" w:type="dxa"/>
              <w:bottom w:w="100" w:type="dxa"/>
              <w:right w:w="110" w:type="dxa"/>
            </w:tcMar>
            <w:vAlign w:val="center"/>
          </w:tcPr>
          <w:p w14:paraId="1D3E5272"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7AEDAB63"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0AD4FC37"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27DC7837"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4FFC8C3A"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269C7A64" w14:textId="77777777" w:rsidR="006A55BC" w:rsidRDefault="006A55BC">
            <w:pPr>
              <w:spacing w:after="20" w:line="240" w:lineRule="auto"/>
            </w:pPr>
          </w:p>
        </w:tc>
      </w:tr>
      <w:tr w:rsidR="006A55BC" w14:paraId="532E3875" w14:textId="77777777">
        <w:trPr>
          <w:cantSplit/>
          <w:jc w:val="center"/>
        </w:trPr>
        <w:tc>
          <w:tcPr>
            <w:tcW w:w="504" w:type="dxa"/>
            <w:tcMar>
              <w:top w:w="100" w:type="dxa"/>
              <w:left w:w="110" w:type="dxa"/>
              <w:bottom w:w="100" w:type="dxa"/>
              <w:right w:w="110" w:type="dxa"/>
            </w:tcMar>
            <w:vAlign w:val="center"/>
          </w:tcPr>
          <w:p w14:paraId="72F5EA63" w14:textId="77777777" w:rsidR="006A55BC" w:rsidRDefault="00000000">
            <w:pPr>
              <w:spacing w:after="20" w:line="240" w:lineRule="auto"/>
            </w:pPr>
            <w:r>
              <w:rPr>
                <w:sz w:val="14"/>
              </w:rPr>
              <w:t>3</w:t>
            </w:r>
          </w:p>
        </w:tc>
        <w:tc>
          <w:tcPr>
            <w:tcW w:w="1944" w:type="dxa"/>
            <w:tcMar>
              <w:top w:w="100" w:type="dxa"/>
              <w:left w:w="110" w:type="dxa"/>
              <w:bottom w:w="100" w:type="dxa"/>
              <w:right w:w="110" w:type="dxa"/>
            </w:tcMar>
            <w:vAlign w:val="center"/>
          </w:tcPr>
          <w:p w14:paraId="5F2DBADE"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7866CDDB"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1AF44A64"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28D68D4F"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49F7E544"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46234C2D" w14:textId="77777777" w:rsidR="006A55BC" w:rsidRDefault="006A55BC">
            <w:pPr>
              <w:spacing w:after="20" w:line="240" w:lineRule="auto"/>
            </w:pPr>
          </w:p>
        </w:tc>
      </w:tr>
      <w:tr w:rsidR="006A55BC" w14:paraId="1B814117" w14:textId="77777777">
        <w:trPr>
          <w:cantSplit/>
          <w:jc w:val="center"/>
        </w:trPr>
        <w:tc>
          <w:tcPr>
            <w:tcW w:w="504" w:type="dxa"/>
            <w:shd w:val="clear" w:color="auto" w:fill="F4F7FA"/>
            <w:tcMar>
              <w:top w:w="100" w:type="dxa"/>
              <w:left w:w="110" w:type="dxa"/>
              <w:bottom w:w="100" w:type="dxa"/>
              <w:right w:w="110" w:type="dxa"/>
            </w:tcMar>
            <w:vAlign w:val="center"/>
          </w:tcPr>
          <w:p w14:paraId="2F38BFBD" w14:textId="77777777" w:rsidR="006A55BC" w:rsidRDefault="00000000">
            <w:pPr>
              <w:spacing w:after="20" w:line="240" w:lineRule="auto"/>
            </w:pPr>
            <w:r>
              <w:rPr>
                <w:sz w:val="14"/>
              </w:rPr>
              <w:t>4</w:t>
            </w:r>
          </w:p>
        </w:tc>
        <w:tc>
          <w:tcPr>
            <w:tcW w:w="1944" w:type="dxa"/>
            <w:shd w:val="clear" w:color="auto" w:fill="F4F7FA"/>
            <w:tcMar>
              <w:top w:w="100" w:type="dxa"/>
              <w:left w:w="110" w:type="dxa"/>
              <w:bottom w:w="100" w:type="dxa"/>
              <w:right w:w="110" w:type="dxa"/>
            </w:tcMar>
            <w:vAlign w:val="center"/>
          </w:tcPr>
          <w:p w14:paraId="2F208A55"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0E679C19"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37DC2DEB"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14DA6B1D"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1A4BE9BD"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6D52C5F5" w14:textId="77777777" w:rsidR="006A55BC" w:rsidRDefault="006A55BC">
            <w:pPr>
              <w:spacing w:after="20" w:line="240" w:lineRule="auto"/>
            </w:pPr>
          </w:p>
        </w:tc>
      </w:tr>
      <w:tr w:rsidR="006A55BC" w14:paraId="4A3F5EC7" w14:textId="77777777">
        <w:trPr>
          <w:cantSplit/>
          <w:jc w:val="center"/>
        </w:trPr>
        <w:tc>
          <w:tcPr>
            <w:tcW w:w="504" w:type="dxa"/>
            <w:tcMar>
              <w:top w:w="100" w:type="dxa"/>
              <w:left w:w="110" w:type="dxa"/>
              <w:bottom w:w="100" w:type="dxa"/>
              <w:right w:w="110" w:type="dxa"/>
            </w:tcMar>
            <w:vAlign w:val="center"/>
          </w:tcPr>
          <w:p w14:paraId="48AAD736" w14:textId="77777777" w:rsidR="006A55BC" w:rsidRDefault="00000000">
            <w:pPr>
              <w:spacing w:after="20" w:line="240" w:lineRule="auto"/>
            </w:pPr>
            <w:r>
              <w:rPr>
                <w:sz w:val="14"/>
              </w:rPr>
              <w:t>5</w:t>
            </w:r>
          </w:p>
        </w:tc>
        <w:tc>
          <w:tcPr>
            <w:tcW w:w="1944" w:type="dxa"/>
            <w:tcMar>
              <w:top w:w="100" w:type="dxa"/>
              <w:left w:w="110" w:type="dxa"/>
              <w:bottom w:w="100" w:type="dxa"/>
              <w:right w:w="110" w:type="dxa"/>
            </w:tcMar>
            <w:vAlign w:val="center"/>
          </w:tcPr>
          <w:p w14:paraId="5D0F13DF"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267A4960"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3C5DA8EA"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7025E5F5"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78F3D6BF"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3D824936" w14:textId="77777777" w:rsidR="006A55BC" w:rsidRDefault="006A55BC">
            <w:pPr>
              <w:spacing w:after="20" w:line="240" w:lineRule="auto"/>
            </w:pPr>
          </w:p>
        </w:tc>
      </w:tr>
      <w:tr w:rsidR="006A55BC" w14:paraId="3B54568A" w14:textId="77777777">
        <w:trPr>
          <w:cantSplit/>
          <w:jc w:val="center"/>
        </w:trPr>
        <w:tc>
          <w:tcPr>
            <w:tcW w:w="504" w:type="dxa"/>
            <w:shd w:val="clear" w:color="auto" w:fill="F4F7FA"/>
            <w:tcMar>
              <w:top w:w="100" w:type="dxa"/>
              <w:left w:w="110" w:type="dxa"/>
              <w:bottom w:w="100" w:type="dxa"/>
              <w:right w:w="110" w:type="dxa"/>
            </w:tcMar>
            <w:vAlign w:val="center"/>
          </w:tcPr>
          <w:p w14:paraId="7C23E10A" w14:textId="77777777" w:rsidR="006A55BC" w:rsidRDefault="00000000">
            <w:pPr>
              <w:spacing w:after="20" w:line="240" w:lineRule="auto"/>
            </w:pPr>
            <w:r>
              <w:rPr>
                <w:sz w:val="14"/>
              </w:rPr>
              <w:t>6</w:t>
            </w:r>
          </w:p>
        </w:tc>
        <w:tc>
          <w:tcPr>
            <w:tcW w:w="1944" w:type="dxa"/>
            <w:shd w:val="clear" w:color="auto" w:fill="F4F7FA"/>
            <w:tcMar>
              <w:top w:w="100" w:type="dxa"/>
              <w:left w:w="110" w:type="dxa"/>
              <w:bottom w:w="100" w:type="dxa"/>
              <w:right w:w="110" w:type="dxa"/>
            </w:tcMar>
            <w:vAlign w:val="center"/>
          </w:tcPr>
          <w:p w14:paraId="077D3A4B"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6A31F3E2"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19661E7D"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7DAC5EC6"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58BCC911"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5D7A63D2" w14:textId="77777777" w:rsidR="006A55BC" w:rsidRDefault="006A55BC">
            <w:pPr>
              <w:spacing w:after="20" w:line="240" w:lineRule="auto"/>
            </w:pPr>
          </w:p>
        </w:tc>
      </w:tr>
      <w:tr w:rsidR="006A55BC" w14:paraId="5A1B6F8F" w14:textId="77777777">
        <w:trPr>
          <w:cantSplit/>
          <w:jc w:val="center"/>
        </w:trPr>
        <w:tc>
          <w:tcPr>
            <w:tcW w:w="504" w:type="dxa"/>
            <w:tcMar>
              <w:top w:w="100" w:type="dxa"/>
              <w:left w:w="110" w:type="dxa"/>
              <w:bottom w:w="100" w:type="dxa"/>
              <w:right w:w="110" w:type="dxa"/>
            </w:tcMar>
            <w:vAlign w:val="center"/>
          </w:tcPr>
          <w:p w14:paraId="2D88D183" w14:textId="77777777" w:rsidR="006A55BC" w:rsidRDefault="00000000">
            <w:pPr>
              <w:spacing w:after="20" w:line="240" w:lineRule="auto"/>
            </w:pPr>
            <w:r>
              <w:rPr>
                <w:sz w:val="14"/>
              </w:rPr>
              <w:t>7</w:t>
            </w:r>
          </w:p>
        </w:tc>
        <w:tc>
          <w:tcPr>
            <w:tcW w:w="1944" w:type="dxa"/>
            <w:tcMar>
              <w:top w:w="100" w:type="dxa"/>
              <w:left w:w="110" w:type="dxa"/>
              <w:bottom w:w="100" w:type="dxa"/>
              <w:right w:w="110" w:type="dxa"/>
            </w:tcMar>
            <w:vAlign w:val="center"/>
          </w:tcPr>
          <w:p w14:paraId="74DA5F36"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78838589"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68A6E0C3"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65098CC1"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3A69A1E1"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0173FF72" w14:textId="77777777" w:rsidR="006A55BC" w:rsidRDefault="006A55BC">
            <w:pPr>
              <w:spacing w:after="20" w:line="240" w:lineRule="auto"/>
            </w:pPr>
          </w:p>
        </w:tc>
      </w:tr>
      <w:tr w:rsidR="006A55BC" w14:paraId="13C7B26B" w14:textId="77777777">
        <w:trPr>
          <w:cantSplit/>
          <w:jc w:val="center"/>
        </w:trPr>
        <w:tc>
          <w:tcPr>
            <w:tcW w:w="504" w:type="dxa"/>
            <w:shd w:val="clear" w:color="auto" w:fill="F4F7FA"/>
            <w:tcMar>
              <w:top w:w="100" w:type="dxa"/>
              <w:left w:w="110" w:type="dxa"/>
              <w:bottom w:w="100" w:type="dxa"/>
              <w:right w:w="110" w:type="dxa"/>
            </w:tcMar>
            <w:vAlign w:val="center"/>
          </w:tcPr>
          <w:p w14:paraId="6993B529" w14:textId="77777777" w:rsidR="006A55BC" w:rsidRDefault="00000000">
            <w:pPr>
              <w:spacing w:after="20" w:line="240" w:lineRule="auto"/>
            </w:pPr>
            <w:r>
              <w:rPr>
                <w:sz w:val="14"/>
              </w:rPr>
              <w:t>8</w:t>
            </w:r>
          </w:p>
        </w:tc>
        <w:tc>
          <w:tcPr>
            <w:tcW w:w="1944" w:type="dxa"/>
            <w:shd w:val="clear" w:color="auto" w:fill="F4F7FA"/>
            <w:tcMar>
              <w:top w:w="100" w:type="dxa"/>
              <w:left w:w="110" w:type="dxa"/>
              <w:bottom w:w="100" w:type="dxa"/>
              <w:right w:w="110" w:type="dxa"/>
            </w:tcMar>
            <w:vAlign w:val="center"/>
          </w:tcPr>
          <w:p w14:paraId="6299E6FF"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453F9D34"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347EA231"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79210485"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02B7508A"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4D99791A" w14:textId="77777777" w:rsidR="006A55BC" w:rsidRDefault="006A55BC">
            <w:pPr>
              <w:spacing w:after="20" w:line="240" w:lineRule="auto"/>
            </w:pPr>
          </w:p>
        </w:tc>
      </w:tr>
    </w:tbl>
    <w:p w14:paraId="6F14606D" w14:textId="77777777" w:rsidR="006A55BC" w:rsidRDefault="006A55BC">
      <w:pPr>
        <w:spacing w:after="20"/>
      </w:pPr>
    </w:p>
    <w:p w14:paraId="7BC42038" w14:textId="77777777" w:rsidR="006A55BC" w:rsidRDefault="00000000">
      <w:pPr>
        <w:pStyle w:val="Heading2"/>
      </w:pPr>
      <w:r>
        <w:lastRenderedPageBreak/>
        <w:t>7.3 Risk Identification Prompts</w:t>
      </w:r>
    </w:p>
    <w:p w14:paraId="2E14F077" w14:textId="77777777" w:rsidR="006A55BC" w:rsidRDefault="00000000">
      <w:pPr>
        <w:pStyle w:val="ListBullet"/>
        <w:spacing w:after="60"/>
      </w:pPr>
      <w:r>
        <w:t>Where can one person initiate, approve, receive and record a transaction?</w:t>
      </w:r>
    </w:p>
    <w:p w14:paraId="7459E343" w14:textId="77777777" w:rsidR="006A55BC" w:rsidRDefault="00000000">
      <w:pPr>
        <w:pStyle w:val="ListBullet"/>
        <w:spacing w:after="60"/>
      </w:pPr>
      <w:r>
        <w:t>Where is judgement high and independent review weak?</w:t>
      </w:r>
    </w:p>
    <w:p w14:paraId="37707FF8" w14:textId="77777777" w:rsidR="006A55BC" w:rsidRDefault="00000000">
      <w:pPr>
        <w:pStyle w:val="ListBullet"/>
        <w:spacing w:after="60"/>
      </w:pPr>
      <w:r>
        <w:t>Where can an employee influence vendor or beneficiary selection?</w:t>
      </w:r>
    </w:p>
    <w:p w14:paraId="71EA2608" w14:textId="77777777" w:rsidR="006A55BC" w:rsidRDefault="00000000">
      <w:pPr>
        <w:pStyle w:val="ListBullet"/>
        <w:spacing w:after="60"/>
      </w:pPr>
      <w:r>
        <w:t>Where are cash, gifts, commissions, discounts, credits or refunds used?</w:t>
      </w:r>
    </w:p>
    <w:p w14:paraId="3EC1F20C" w14:textId="77777777" w:rsidR="006A55BC" w:rsidRDefault="00000000">
      <w:pPr>
        <w:pStyle w:val="ListBullet"/>
        <w:spacing w:after="60"/>
      </w:pPr>
      <w:r>
        <w:t>Where are public officials, regulators, customs officers or inspectors involved?</w:t>
      </w:r>
    </w:p>
    <w:p w14:paraId="316F9AFD" w14:textId="77777777" w:rsidR="006A55BC" w:rsidRDefault="00000000">
      <w:pPr>
        <w:pStyle w:val="ListBullet"/>
        <w:spacing w:after="60"/>
      </w:pPr>
      <w:r>
        <w:t>Where are urgent, confidential, sole-source or exceptional processes common?</w:t>
      </w:r>
    </w:p>
    <w:p w14:paraId="2199B394" w14:textId="77777777" w:rsidR="006A55BC" w:rsidRDefault="00000000">
      <w:pPr>
        <w:pStyle w:val="ListBullet"/>
        <w:spacing w:after="60"/>
      </w:pPr>
      <w:r>
        <w:t>Where can supporting documents be created, altered or bypassed?</w:t>
      </w:r>
    </w:p>
    <w:p w14:paraId="208AFC2D" w14:textId="77777777" w:rsidR="006A55BC" w:rsidRDefault="00000000">
      <w:pPr>
        <w:pStyle w:val="ListBullet"/>
        <w:spacing w:after="60"/>
      </w:pPr>
      <w:r>
        <w:t>Where do targets, deadlines, personal relationships or political pressure distort decisions?</w:t>
      </w:r>
    </w:p>
    <w:p w14:paraId="0EF901CC" w14:textId="77777777" w:rsidR="006A55BC" w:rsidRDefault="00000000">
      <w:pPr>
        <w:pStyle w:val="ListBullet"/>
        <w:spacing w:after="60"/>
      </w:pPr>
      <w:r>
        <w:t>Where can a third party perform an act the organisation could not lawfully perform itself?</w:t>
      </w:r>
    </w:p>
    <w:p w14:paraId="01C6B279" w14:textId="77777777" w:rsidR="006A55BC" w:rsidRDefault="00000000">
      <w:pPr>
        <w:pStyle w:val="ListBullet"/>
        <w:spacing w:after="60"/>
      </w:pPr>
      <w:r>
        <w:t>Which data fields, access rights or audit trails can be manipulated?</w:t>
      </w:r>
    </w:p>
    <w:p w14:paraId="3EB98ABF" w14:textId="77777777" w:rsidR="006A55BC" w:rsidRDefault="00000000">
      <w:pPr>
        <w:pStyle w:val="Heading2"/>
      </w:pPr>
      <w:r>
        <w:t>7.4 Business Unit Risk Summary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92"/>
        <w:gridCol w:w="3240"/>
        <w:gridCol w:w="1080"/>
        <w:gridCol w:w="2088"/>
        <w:gridCol w:w="1080"/>
        <w:gridCol w:w="864"/>
        <w:gridCol w:w="936"/>
      </w:tblGrid>
      <w:tr w:rsidR="006A55BC" w14:paraId="63E4CF07" w14:textId="77777777">
        <w:trPr>
          <w:cantSplit/>
          <w:tblHeader/>
          <w:jc w:val="center"/>
        </w:trPr>
        <w:tc>
          <w:tcPr>
            <w:tcW w:w="792" w:type="dxa"/>
            <w:shd w:val="clear" w:color="auto" w:fill="17365D"/>
            <w:tcMar>
              <w:top w:w="100" w:type="dxa"/>
              <w:left w:w="110" w:type="dxa"/>
              <w:bottom w:w="100" w:type="dxa"/>
              <w:right w:w="110" w:type="dxa"/>
            </w:tcMar>
            <w:vAlign w:val="center"/>
          </w:tcPr>
          <w:p w14:paraId="6F0CA378" w14:textId="77777777" w:rsidR="006A55BC" w:rsidRDefault="00000000">
            <w:r>
              <w:rPr>
                <w:b/>
                <w:color w:val="FFFFFF"/>
                <w:sz w:val="14"/>
              </w:rPr>
              <w:t>Risk ID</w:t>
            </w:r>
          </w:p>
        </w:tc>
        <w:tc>
          <w:tcPr>
            <w:tcW w:w="3240" w:type="dxa"/>
            <w:shd w:val="clear" w:color="auto" w:fill="17365D"/>
            <w:tcMar>
              <w:top w:w="100" w:type="dxa"/>
              <w:left w:w="110" w:type="dxa"/>
              <w:bottom w:w="100" w:type="dxa"/>
              <w:right w:w="110" w:type="dxa"/>
            </w:tcMar>
            <w:vAlign w:val="center"/>
          </w:tcPr>
          <w:p w14:paraId="52E81A85" w14:textId="77777777" w:rsidR="006A55BC" w:rsidRDefault="00000000">
            <w:r>
              <w:rPr>
                <w:b/>
                <w:color w:val="FFFFFF"/>
                <w:sz w:val="14"/>
              </w:rPr>
              <w:t>Scenario</w:t>
            </w:r>
          </w:p>
        </w:tc>
        <w:tc>
          <w:tcPr>
            <w:tcW w:w="1080" w:type="dxa"/>
            <w:shd w:val="clear" w:color="auto" w:fill="17365D"/>
            <w:tcMar>
              <w:top w:w="100" w:type="dxa"/>
              <w:left w:w="110" w:type="dxa"/>
              <w:bottom w:w="100" w:type="dxa"/>
              <w:right w:w="110" w:type="dxa"/>
            </w:tcMar>
            <w:vAlign w:val="center"/>
          </w:tcPr>
          <w:p w14:paraId="2D4E37C2" w14:textId="77777777" w:rsidR="006A55BC" w:rsidRDefault="00000000">
            <w:r>
              <w:rPr>
                <w:b/>
                <w:color w:val="FFFFFF"/>
                <w:sz w:val="14"/>
              </w:rPr>
              <w:t>Inherent score</w:t>
            </w:r>
          </w:p>
        </w:tc>
        <w:tc>
          <w:tcPr>
            <w:tcW w:w="2088" w:type="dxa"/>
            <w:shd w:val="clear" w:color="auto" w:fill="17365D"/>
            <w:tcMar>
              <w:top w:w="100" w:type="dxa"/>
              <w:left w:w="110" w:type="dxa"/>
              <w:bottom w:w="100" w:type="dxa"/>
              <w:right w:w="110" w:type="dxa"/>
            </w:tcMar>
            <w:vAlign w:val="center"/>
          </w:tcPr>
          <w:p w14:paraId="2CBDE658" w14:textId="77777777" w:rsidR="006A55BC" w:rsidRDefault="00000000">
            <w:r>
              <w:rPr>
                <w:b/>
                <w:color w:val="FFFFFF"/>
                <w:sz w:val="14"/>
              </w:rPr>
              <w:t>Key controls</w:t>
            </w:r>
          </w:p>
        </w:tc>
        <w:tc>
          <w:tcPr>
            <w:tcW w:w="1080" w:type="dxa"/>
            <w:shd w:val="clear" w:color="auto" w:fill="17365D"/>
            <w:tcMar>
              <w:top w:w="100" w:type="dxa"/>
              <w:left w:w="110" w:type="dxa"/>
              <w:bottom w:w="100" w:type="dxa"/>
              <w:right w:w="110" w:type="dxa"/>
            </w:tcMar>
            <w:vAlign w:val="center"/>
          </w:tcPr>
          <w:p w14:paraId="0C3A81C8" w14:textId="77777777" w:rsidR="006A55BC" w:rsidRDefault="00000000">
            <w:r>
              <w:rPr>
                <w:b/>
                <w:color w:val="FFFFFF"/>
                <w:sz w:val="14"/>
              </w:rPr>
              <w:t>Residual score</w:t>
            </w:r>
          </w:p>
        </w:tc>
        <w:tc>
          <w:tcPr>
            <w:tcW w:w="864" w:type="dxa"/>
            <w:shd w:val="clear" w:color="auto" w:fill="17365D"/>
            <w:tcMar>
              <w:top w:w="100" w:type="dxa"/>
              <w:left w:w="110" w:type="dxa"/>
              <w:bottom w:w="100" w:type="dxa"/>
              <w:right w:w="110" w:type="dxa"/>
            </w:tcMar>
            <w:vAlign w:val="center"/>
          </w:tcPr>
          <w:p w14:paraId="3B9197E5" w14:textId="77777777" w:rsidR="006A55BC" w:rsidRDefault="00000000">
            <w:r>
              <w:rPr>
                <w:b/>
                <w:color w:val="FFFFFF"/>
                <w:sz w:val="14"/>
              </w:rPr>
              <w:t>Priority</w:t>
            </w:r>
          </w:p>
        </w:tc>
        <w:tc>
          <w:tcPr>
            <w:tcW w:w="936" w:type="dxa"/>
            <w:shd w:val="clear" w:color="auto" w:fill="17365D"/>
            <w:tcMar>
              <w:top w:w="100" w:type="dxa"/>
              <w:left w:w="110" w:type="dxa"/>
              <w:bottom w:w="100" w:type="dxa"/>
              <w:right w:w="110" w:type="dxa"/>
            </w:tcMar>
            <w:vAlign w:val="center"/>
          </w:tcPr>
          <w:p w14:paraId="5B7CF58B" w14:textId="77777777" w:rsidR="006A55BC" w:rsidRDefault="00000000">
            <w:r>
              <w:rPr>
                <w:b/>
                <w:color w:val="FFFFFF"/>
                <w:sz w:val="14"/>
              </w:rPr>
              <w:t>Owner</w:t>
            </w:r>
          </w:p>
        </w:tc>
      </w:tr>
      <w:tr w:rsidR="006A55BC" w14:paraId="5BD1AE23" w14:textId="77777777">
        <w:trPr>
          <w:cantSplit/>
          <w:jc w:val="center"/>
        </w:trPr>
        <w:tc>
          <w:tcPr>
            <w:tcW w:w="792" w:type="dxa"/>
            <w:tcMar>
              <w:top w:w="100" w:type="dxa"/>
              <w:left w:w="110" w:type="dxa"/>
              <w:bottom w:w="100" w:type="dxa"/>
              <w:right w:w="110" w:type="dxa"/>
            </w:tcMar>
            <w:vAlign w:val="center"/>
          </w:tcPr>
          <w:p w14:paraId="5BE73135" w14:textId="77777777" w:rsidR="006A55BC" w:rsidRDefault="006A55BC">
            <w:pPr>
              <w:spacing w:after="20" w:line="240" w:lineRule="auto"/>
            </w:pPr>
          </w:p>
        </w:tc>
        <w:tc>
          <w:tcPr>
            <w:tcW w:w="3240" w:type="dxa"/>
            <w:tcMar>
              <w:top w:w="100" w:type="dxa"/>
              <w:left w:w="110" w:type="dxa"/>
              <w:bottom w:w="100" w:type="dxa"/>
              <w:right w:w="110" w:type="dxa"/>
            </w:tcMar>
            <w:vAlign w:val="center"/>
          </w:tcPr>
          <w:p w14:paraId="4F57AD26"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719A5E0C"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4A16EAFE"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6C41FD32"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3A9B48B9"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241A7DD" w14:textId="77777777" w:rsidR="006A55BC" w:rsidRDefault="006A55BC">
            <w:pPr>
              <w:spacing w:after="20" w:line="240" w:lineRule="auto"/>
            </w:pPr>
          </w:p>
        </w:tc>
      </w:tr>
      <w:tr w:rsidR="006A55BC" w14:paraId="3822697E" w14:textId="77777777">
        <w:trPr>
          <w:cantSplit/>
          <w:jc w:val="center"/>
        </w:trPr>
        <w:tc>
          <w:tcPr>
            <w:tcW w:w="792" w:type="dxa"/>
            <w:shd w:val="clear" w:color="auto" w:fill="F4F7FA"/>
            <w:tcMar>
              <w:top w:w="100" w:type="dxa"/>
              <w:left w:w="110" w:type="dxa"/>
              <w:bottom w:w="100" w:type="dxa"/>
              <w:right w:w="110" w:type="dxa"/>
            </w:tcMar>
            <w:vAlign w:val="center"/>
          </w:tcPr>
          <w:p w14:paraId="16126170" w14:textId="77777777" w:rsidR="006A55BC" w:rsidRDefault="006A55BC">
            <w:pPr>
              <w:spacing w:after="20" w:line="240" w:lineRule="auto"/>
            </w:pPr>
          </w:p>
        </w:tc>
        <w:tc>
          <w:tcPr>
            <w:tcW w:w="3240" w:type="dxa"/>
            <w:shd w:val="clear" w:color="auto" w:fill="F4F7FA"/>
            <w:tcMar>
              <w:top w:w="100" w:type="dxa"/>
              <w:left w:w="110" w:type="dxa"/>
              <w:bottom w:w="100" w:type="dxa"/>
              <w:right w:w="110" w:type="dxa"/>
            </w:tcMar>
            <w:vAlign w:val="center"/>
          </w:tcPr>
          <w:p w14:paraId="5A30CEAB"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1D754CD1"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3810A779"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71F5939D"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752CD2E3"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3A33B2F" w14:textId="77777777" w:rsidR="006A55BC" w:rsidRDefault="006A55BC">
            <w:pPr>
              <w:spacing w:after="20" w:line="240" w:lineRule="auto"/>
            </w:pPr>
          </w:p>
        </w:tc>
      </w:tr>
      <w:tr w:rsidR="006A55BC" w14:paraId="1D4E603C" w14:textId="77777777">
        <w:trPr>
          <w:cantSplit/>
          <w:jc w:val="center"/>
        </w:trPr>
        <w:tc>
          <w:tcPr>
            <w:tcW w:w="792" w:type="dxa"/>
            <w:tcMar>
              <w:top w:w="100" w:type="dxa"/>
              <w:left w:w="110" w:type="dxa"/>
              <w:bottom w:w="100" w:type="dxa"/>
              <w:right w:w="110" w:type="dxa"/>
            </w:tcMar>
            <w:vAlign w:val="center"/>
          </w:tcPr>
          <w:p w14:paraId="1B35E470" w14:textId="77777777" w:rsidR="006A55BC" w:rsidRDefault="006A55BC">
            <w:pPr>
              <w:spacing w:after="20" w:line="240" w:lineRule="auto"/>
            </w:pPr>
          </w:p>
        </w:tc>
        <w:tc>
          <w:tcPr>
            <w:tcW w:w="3240" w:type="dxa"/>
            <w:tcMar>
              <w:top w:w="100" w:type="dxa"/>
              <w:left w:w="110" w:type="dxa"/>
              <w:bottom w:w="100" w:type="dxa"/>
              <w:right w:w="110" w:type="dxa"/>
            </w:tcMar>
            <w:vAlign w:val="center"/>
          </w:tcPr>
          <w:p w14:paraId="7D89521C"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181FE992"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1B504103"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70DAC1B1"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13458695"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6D48CF87" w14:textId="77777777" w:rsidR="006A55BC" w:rsidRDefault="006A55BC">
            <w:pPr>
              <w:spacing w:after="20" w:line="240" w:lineRule="auto"/>
            </w:pPr>
          </w:p>
        </w:tc>
      </w:tr>
      <w:tr w:rsidR="006A55BC" w14:paraId="326E65DA" w14:textId="77777777">
        <w:trPr>
          <w:cantSplit/>
          <w:jc w:val="center"/>
        </w:trPr>
        <w:tc>
          <w:tcPr>
            <w:tcW w:w="792" w:type="dxa"/>
            <w:shd w:val="clear" w:color="auto" w:fill="F4F7FA"/>
            <w:tcMar>
              <w:top w:w="100" w:type="dxa"/>
              <w:left w:w="110" w:type="dxa"/>
              <w:bottom w:w="100" w:type="dxa"/>
              <w:right w:w="110" w:type="dxa"/>
            </w:tcMar>
            <w:vAlign w:val="center"/>
          </w:tcPr>
          <w:p w14:paraId="62CEB0BE" w14:textId="77777777" w:rsidR="006A55BC" w:rsidRDefault="006A55BC">
            <w:pPr>
              <w:spacing w:after="20" w:line="240" w:lineRule="auto"/>
            </w:pPr>
          </w:p>
        </w:tc>
        <w:tc>
          <w:tcPr>
            <w:tcW w:w="3240" w:type="dxa"/>
            <w:shd w:val="clear" w:color="auto" w:fill="F4F7FA"/>
            <w:tcMar>
              <w:top w:w="100" w:type="dxa"/>
              <w:left w:w="110" w:type="dxa"/>
              <w:bottom w:w="100" w:type="dxa"/>
              <w:right w:w="110" w:type="dxa"/>
            </w:tcMar>
            <w:vAlign w:val="center"/>
          </w:tcPr>
          <w:p w14:paraId="2E5F45C9"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180504EB"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139A5722"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230D69D4"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54A19F83"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77158F4" w14:textId="77777777" w:rsidR="006A55BC" w:rsidRDefault="006A55BC">
            <w:pPr>
              <w:spacing w:after="20" w:line="240" w:lineRule="auto"/>
            </w:pPr>
          </w:p>
        </w:tc>
      </w:tr>
      <w:tr w:rsidR="006A55BC" w14:paraId="20EC6194" w14:textId="77777777">
        <w:trPr>
          <w:cantSplit/>
          <w:jc w:val="center"/>
        </w:trPr>
        <w:tc>
          <w:tcPr>
            <w:tcW w:w="792" w:type="dxa"/>
            <w:tcMar>
              <w:top w:w="100" w:type="dxa"/>
              <w:left w:w="110" w:type="dxa"/>
              <w:bottom w:w="100" w:type="dxa"/>
              <w:right w:w="110" w:type="dxa"/>
            </w:tcMar>
            <w:vAlign w:val="center"/>
          </w:tcPr>
          <w:p w14:paraId="50463489" w14:textId="77777777" w:rsidR="006A55BC" w:rsidRDefault="006A55BC">
            <w:pPr>
              <w:spacing w:after="20" w:line="240" w:lineRule="auto"/>
            </w:pPr>
          </w:p>
        </w:tc>
        <w:tc>
          <w:tcPr>
            <w:tcW w:w="3240" w:type="dxa"/>
            <w:tcMar>
              <w:top w:w="100" w:type="dxa"/>
              <w:left w:w="110" w:type="dxa"/>
              <w:bottom w:w="100" w:type="dxa"/>
              <w:right w:w="110" w:type="dxa"/>
            </w:tcMar>
            <w:vAlign w:val="center"/>
          </w:tcPr>
          <w:p w14:paraId="305A4B87"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13105921"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75380DB8"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027337AB"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192B5D49"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2FA67BE9" w14:textId="77777777" w:rsidR="006A55BC" w:rsidRDefault="006A55BC">
            <w:pPr>
              <w:spacing w:after="20" w:line="240" w:lineRule="auto"/>
            </w:pPr>
          </w:p>
        </w:tc>
      </w:tr>
      <w:tr w:rsidR="006A55BC" w14:paraId="0F917BBB" w14:textId="77777777">
        <w:trPr>
          <w:cantSplit/>
          <w:jc w:val="center"/>
        </w:trPr>
        <w:tc>
          <w:tcPr>
            <w:tcW w:w="792" w:type="dxa"/>
            <w:shd w:val="clear" w:color="auto" w:fill="F4F7FA"/>
            <w:tcMar>
              <w:top w:w="100" w:type="dxa"/>
              <w:left w:w="110" w:type="dxa"/>
              <w:bottom w:w="100" w:type="dxa"/>
              <w:right w:w="110" w:type="dxa"/>
            </w:tcMar>
            <w:vAlign w:val="center"/>
          </w:tcPr>
          <w:p w14:paraId="27682CA1" w14:textId="77777777" w:rsidR="006A55BC" w:rsidRDefault="006A55BC">
            <w:pPr>
              <w:spacing w:after="20" w:line="240" w:lineRule="auto"/>
            </w:pPr>
          </w:p>
        </w:tc>
        <w:tc>
          <w:tcPr>
            <w:tcW w:w="3240" w:type="dxa"/>
            <w:shd w:val="clear" w:color="auto" w:fill="F4F7FA"/>
            <w:tcMar>
              <w:top w:w="100" w:type="dxa"/>
              <w:left w:w="110" w:type="dxa"/>
              <w:bottom w:w="100" w:type="dxa"/>
              <w:right w:w="110" w:type="dxa"/>
            </w:tcMar>
            <w:vAlign w:val="center"/>
          </w:tcPr>
          <w:p w14:paraId="6284E95D"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1FF97C90"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412C69BE"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5FE17829"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67CBAA70"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0B5679F6" w14:textId="77777777" w:rsidR="006A55BC" w:rsidRDefault="006A55BC">
            <w:pPr>
              <w:spacing w:after="20" w:line="240" w:lineRule="auto"/>
            </w:pPr>
          </w:p>
        </w:tc>
      </w:tr>
      <w:tr w:rsidR="006A55BC" w14:paraId="5F39D9EE" w14:textId="77777777">
        <w:trPr>
          <w:cantSplit/>
          <w:jc w:val="center"/>
        </w:trPr>
        <w:tc>
          <w:tcPr>
            <w:tcW w:w="792" w:type="dxa"/>
            <w:tcMar>
              <w:top w:w="100" w:type="dxa"/>
              <w:left w:w="110" w:type="dxa"/>
              <w:bottom w:w="100" w:type="dxa"/>
              <w:right w:w="110" w:type="dxa"/>
            </w:tcMar>
            <w:vAlign w:val="center"/>
          </w:tcPr>
          <w:p w14:paraId="5B447299" w14:textId="77777777" w:rsidR="006A55BC" w:rsidRDefault="006A55BC">
            <w:pPr>
              <w:spacing w:after="20" w:line="240" w:lineRule="auto"/>
            </w:pPr>
          </w:p>
        </w:tc>
        <w:tc>
          <w:tcPr>
            <w:tcW w:w="3240" w:type="dxa"/>
            <w:tcMar>
              <w:top w:w="100" w:type="dxa"/>
              <w:left w:w="110" w:type="dxa"/>
              <w:bottom w:w="100" w:type="dxa"/>
              <w:right w:w="110" w:type="dxa"/>
            </w:tcMar>
            <w:vAlign w:val="center"/>
          </w:tcPr>
          <w:p w14:paraId="6BED443A"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085F4D73"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4B2AE94D"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48451579"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1D55AF61"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B35EFB5" w14:textId="77777777" w:rsidR="006A55BC" w:rsidRDefault="006A55BC">
            <w:pPr>
              <w:spacing w:after="20" w:line="240" w:lineRule="auto"/>
            </w:pPr>
          </w:p>
        </w:tc>
      </w:tr>
      <w:tr w:rsidR="006A55BC" w14:paraId="5A8424F4" w14:textId="77777777">
        <w:trPr>
          <w:cantSplit/>
          <w:jc w:val="center"/>
        </w:trPr>
        <w:tc>
          <w:tcPr>
            <w:tcW w:w="792" w:type="dxa"/>
            <w:shd w:val="clear" w:color="auto" w:fill="F4F7FA"/>
            <w:tcMar>
              <w:top w:w="100" w:type="dxa"/>
              <w:left w:w="110" w:type="dxa"/>
              <w:bottom w:w="100" w:type="dxa"/>
              <w:right w:w="110" w:type="dxa"/>
            </w:tcMar>
            <w:vAlign w:val="center"/>
          </w:tcPr>
          <w:p w14:paraId="496A5DF2" w14:textId="77777777" w:rsidR="006A55BC" w:rsidRDefault="006A55BC">
            <w:pPr>
              <w:spacing w:after="20" w:line="240" w:lineRule="auto"/>
            </w:pPr>
          </w:p>
        </w:tc>
        <w:tc>
          <w:tcPr>
            <w:tcW w:w="3240" w:type="dxa"/>
            <w:shd w:val="clear" w:color="auto" w:fill="F4F7FA"/>
            <w:tcMar>
              <w:top w:w="100" w:type="dxa"/>
              <w:left w:w="110" w:type="dxa"/>
              <w:bottom w:w="100" w:type="dxa"/>
              <w:right w:w="110" w:type="dxa"/>
            </w:tcMar>
            <w:vAlign w:val="center"/>
          </w:tcPr>
          <w:p w14:paraId="10A2E8A1"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54C3288D"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5DF78EAD"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7D295A6F"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367F617D"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FCBDA57" w14:textId="77777777" w:rsidR="006A55BC" w:rsidRDefault="006A55BC">
            <w:pPr>
              <w:spacing w:after="20" w:line="240" w:lineRule="auto"/>
            </w:pPr>
          </w:p>
        </w:tc>
      </w:tr>
      <w:tr w:rsidR="006A55BC" w14:paraId="498CE1AD" w14:textId="77777777">
        <w:trPr>
          <w:cantSplit/>
          <w:jc w:val="center"/>
        </w:trPr>
        <w:tc>
          <w:tcPr>
            <w:tcW w:w="792" w:type="dxa"/>
            <w:tcMar>
              <w:top w:w="100" w:type="dxa"/>
              <w:left w:w="110" w:type="dxa"/>
              <w:bottom w:w="100" w:type="dxa"/>
              <w:right w:w="110" w:type="dxa"/>
            </w:tcMar>
            <w:vAlign w:val="center"/>
          </w:tcPr>
          <w:p w14:paraId="1A8A8D51" w14:textId="77777777" w:rsidR="006A55BC" w:rsidRDefault="006A55BC">
            <w:pPr>
              <w:spacing w:after="20" w:line="240" w:lineRule="auto"/>
            </w:pPr>
          </w:p>
        </w:tc>
        <w:tc>
          <w:tcPr>
            <w:tcW w:w="3240" w:type="dxa"/>
            <w:tcMar>
              <w:top w:w="100" w:type="dxa"/>
              <w:left w:w="110" w:type="dxa"/>
              <w:bottom w:w="100" w:type="dxa"/>
              <w:right w:w="110" w:type="dxa"/>
            </w:tcMar>
            <w:vAlign w:val="center"/>
          </w:tcPr>
          <w:p w14:paraId="505C2CC0"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7B2D90CC"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1E18D427"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398FA154" w14:textId="77777777" w:rsidR="006A55BC" w:rsidRDefault="006A55BC">
            <w:pPr>
              <w:spacing w:after="20" w:line="240" w:lineRule="auto"/>
            </w:pPr>
          </w:p>
        </w:tc>
        <w:tc>
          <w:tcPr>
            <w:tcW w:w="864" w:type="dxa"/>
            <w:tcMar>
              <w:top w:w="100" w:type="dxa"/>
              <w:left w:w="110" w:type="dxa"/>
              <w:bottom w:w="100" w:type="dxa"/>
              <w:right w:w="110" w:type="dxa"/>
            </w:tcMar>
            <w:vAlign w:val="center"/>
          </w:tcPr>
          <w:p w14:paraId="562CE017"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129DC4A0" w14:textId="77777777" w:rsidR="006A55BC" w:rsidRDefault="006A55BC">
            <w:pPr>
              <w:spacing w:after="20" w:line="240" w:lineRule="auto"/>
            </w:pPr>
          </w:p>
        </w:tc>
      </w:tr>
      <w:tr w:rsidR="006A55BC" w14:paraId="3AE57C13" w14:textId="77777777">
        <w:trPr>
          <w:cantSplit/>
          <w:jc w:val="center"/>
        </w:trPr>
        <w:tc>
          <w:tcPr>
            <w:tcW w:w="792" w:type="dxa"/>
            <w:shd w:val="clear" w:color="auto" w:fill="F4F7FA"/>
            <w:tcMar>
              <w:top w:w="100" w:type="dxa"/>
              <w:left w:w="110" w:type="dxa"/>
              <w:bottom w:w="100" w:type="dxa"/>
              <w:right w:w="110" w:type="dxa"/>
            </w:tcMar>
            <w:vAlign w:val="center"/>
          </w:tcPr>
          <w:p w14:paraId="3CBA827D" w14:textId="77777777" w:rsidR="006A55BC" w:rsidRDefault="006A55BC">
            <w:pPr>
              <w:spacing w:after="20" w:line="240" w:lineRule="auto"/>
            </w:pPr>
          </w:p>
        </w:tc>
        <w:tc>
          <w:tcPr>
            <w:tcW w:w="3240" w:type="dxa"/>
            <w:shd w:val="clear" w:color="auto" w:fill="F4F7FA"/>
            <w:tcMar>
              <w:top w:w="100" w:type="dxa"/>
              <w:left w:w="110" w:type="dxa"/>
              <w:bottom w:w="100" w:type="dxa"/>
              <w:right w:w="110" w:type="dxa"/>
            </w:tcMar>
            <w:vAlign w:val="center"/>
          </w:tcPr>
          <w:p w14:paraId="5A2CCAAD"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036843D1"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51FE4ACB"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23882B7C" w14:textId="77777777" w:rsidR="006A55BC" w:rsidRDefault="006A55BC">
            <w:pPr>
              <w:spacing w:after="20" w:line="240" w:lineRule="auto"/>
            </w:pPr>
          </w:p>
        </w:tc>
        <w:tc>
          <w:tcPr>
            <w:tcW w:w="864" w:type="dxa"/>
            <w:shd w:val="clear" w:color="auto" w:fill="F4F7FA"/>
            <w:tcMar>
              <w:top w:w="100" w:type="dxa"/>
              <w:left w:w="110" w:type="dxa"/>
              <w:bottom w:w="100" w:type="dxa"/>
              <w:right w:w="110" w:type="dxa"/>
            </w:tcMar>
            <w:vAlign w:val="center"/>
          </w:tcPr>
          <w:p w14:paraId="39F8F071"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1E2CE1F7" w14:textId="77777777" w:rsidR="006A55BC" w:rsidRDefault="006A55BC">
            <w:pPr>
              <w:spacing w:after="20" w:line="240" w:lineRule="auto"/>
            </w:pPr>
          </w:p>
        </w:tc>
      </w:tr>
    </w:tbl>
    <w:p w14:paraId="10D5B95A" w14:textId="77777777" w:rsidR="006A55BC" w:rsidRDefault="006A55BC">
      <w:pPr>
        <w:spacing w:after="20"/>
      </w:pPr>
    </w:p>
    <w:p w14:paraId="72345A01" w14:textId="77777777" w:rsidR="006A55BC" w:rsidRDefault="00000000">
      <w:r>
        <w:br w:type="page"/>
      </w:r>
    </w:p>
    <w:p w14:paraId="5D6DCDED" w14:textId="77777777" w:rsidR="006A55BC" w:rsidRDefault="00000000">
      <w:pPr>
        <w:pStyle w:val="Heading1"/>
      </w:pPr>
      <w:r>
        <w:lastRenderedPageBreak/>
        <w:t>Section 8 Detailed Corruption Risk Register</w:t>
      </w:r>
    </w:p>
    <w:p w14:paraId="5881D6C9" w14:textId="77777777" w:rsidR="006A55BC" w:rsidRDefault="00000000">
      <w:r>
        <w:t>Complete one record for each distinct scenario. Use separate records where actors, methods, controls or consequences differ materially.</w:t>
      </w:r>
    </w:p>
    <w:p w14:paraId="0819C71F" w14:textId="77777777" w:rsidR="006A55BC" w:rsidRDefault="00000000">
      <w:pPr>
        <w:pStyle w:val="Heading2"/>
      </w:pPr>
      <w:r>
        <w:t>8.1 Individual Risk Assessment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6A55BC" w14:paraId="688DA9E5" w14:textId="77777777">
        <w:trPr>
          <w:cantSplit/>
          <w:tblHeader/>
          <w:jc w:val="center"/>
        </w:trPr>
        <w:tc>
          <w:tcPr>
            <w:tcW w:w="3168" w:type="dxa"/>
            <w:shd w:val="clear" w:color="auto" w:fill="17365D"/>
            <w:tcMar>
              <w:top w:w="100" w:type="dxa"/>
              <w:left w:w="110" w:type="dxa"/>
              <w:bottom w:w="100" w:type="dxa"/>
              <w:right w:w="110" w:type="dxa"/>
            </w:tcMar>
            <w:vAlign w:val="center"/>
          </w:tcPr>
          <w:p w14:paraId="5FF8AB87" w14:textId="77777777" w:rsidR="006A55BC" w:rsidRDefault="00000000">
            <w:r>
              <w:rPr>
                <w:b/>
                <w:color w:val="FFFFFF"/>
                <w:sz w:val="18"/>
              </w:rPr>
              <w:t>Field</w:t>
            </w:r>
          </w:p>
        </w:tc>
        <w:tc>
          <w:tcPr>
            <w:tcW w:w="6768" w:type="dxa"/>
            <w:shd w:val="clear" w:color="auto" w:fill="17365D"/>
            <w:tcMar>
              <w:top w:w="100" w:type="dxa"/>
              <w:left w:w="110" w:type="dxa"/>
              <w:bottom w:w="100" w:type="dxa"/>
              <w:right w:w="110" w:type="dxa"/>
            </w:tcMar>
            <w:vAlign w:val="center"/>
          </w:tcPr>
          <w:p w14:paraId="61D94DE1" w14:textId="77777777" w:rsidR="006A55BC" w:rsidRDefault="00000000">
            <w:r>
              <w:rPr>
                <w:b/>
                <w:color w:val="FFFFFF"/>
                <w:sz w:val="18"/>
              </w:rPr>
              <w:t>Details</w:t>
            </w:r>
          </w:p>
        </w:tc>
      </w:tr>
      <w:tr w:rsidR="006A55BC" w14:paraId="7FCB853E" w14:textId="77777777">
        <w:trPr>
          <w:cantSplit/>
          <w:jc w:val="center"/>
        </w:trPr>
        <w:tc>
          <w:tcPr>
            <w:tcW w:w="3168" w:type="dxa"/>
            <w:tcMar>
              <w:top w:w="100" w:type="dxa"/>
              <w:left w:w="110" w:type="dxa"/>
              <w:bottom w:w="100" w:type="dxa"/>
              <w:right w:w="110" w:type="dxa"/>
            </w:tcMar>
            <w:vAlign w:val="center"/>
          </w:tcPr>
          <w:p w14:paraId="1DBBAB62" w14:textId="77777777" w:rsidR="006A55BC" w:rsidRDefault="00000000">
            <w:pPr>
              <w:spacing w:after="20" w:line="240" w:lineRule="auto"/>
            </w:pPr>
            <w:r>
              <w:rPr>
                <w:sz w:val="18"/>
              </w:rPr>
              <w:t>Risk ID</w:t>
            </w:r>
          </w:p>
        </w:tc>
        <w:tc>
          <w:tcPr>
            <w:tcW w:w="6768" w:type="dxa"/>
            <w:tcMar>
              <w:top w:w="100" w:type="dxa"/>
              <w:left w:w="110" w:type="dxa"/>
              <w:bottom w:w="100" w:type="dxa"/>
              <w:right w:w="110" w:type="dxa"/>
            </w:tcMar>
            <w:vAlign w:val="center"/>
          </w:tcPr>
          <w:p w14:paraId="43AA8560" w14:textId="77777777" w:rsidR="006A55BC" w:rsidRDefault="006A55BC">
            <w:pPr>
              <w:spacing w:after="20" w:line="240" w:lineRule="auto"/>
            </w:pPr>
          </w:p>
        </w:tc>
      </w:tr>
      <w:tr w:rsidR="006A55BC" w14:paraId="49067122" w14:textId="77777777">
        <w:trPr>
          <w:cantSplit/>
          <w:jc w:val="center"/>
        </w:trPr>
        <w:tc>
          <w:tcPr>
            <w:tcW w:w="3168" w:type="dxa"/>
            <w:shd w:val="clear" w:color="auto" w:fill="F4F7FA"/>
            <w:tcMar>
              <w:top w:w="100" w:type="dxa"/>
              <w:left w:w="110" w:type="dxa"/>
              <w:bottom w:w="100" w:type="dxa"/>
              <w:right w:w="110" w:type="dxa"/>
            </w:tcMar>
            <w:vAlign w:val="center"/>
          </w:tcPr>
          <w:p w14:paraId="3DC3A5C4" w14:textId="77777777" w:rsidR="006A55BC" w:rsidRDefault="00000000">
            <w:pPr>
              <w:spacing w:after="20" w:line="240" w:lineRule="auto"/>
            </w:pPr>
            <w:r>
              <w:rPr>
                <w:sz w:val="18"/>
              </w:rPr>
              <w:t>Risk domain</w:t>
            </w:r>
          </w:p>
        </w:tc>
        <w:tc>
          <w:tcPr>
            <w:tcW w:w="6768" w:type="dxa"/>
            <w:shd w:val="clear" w:color="auto" w:fill="F4F7FA"/>
            <w:tcMar>
              <w:top w:w="100" w:type="dxa"/>
              <w:left w:w="110" w:type="dxa"/>
              <w:bottom w:w="100" w:type="dxa"/>
              <w:right w:w="110" w:type="dxa"/>
            </w:tcMar>
            <w:vAlign w:val="center"/>
          </w:tcPr>
          <w:p w14:paraId="15BB2EFE" w14:textId="77777777" w:rsidR="006A55BC" w:rsidRDefault="006A55BC">
            <w:pPr>
              <w:spacing w:after="20" w:line="240" w:lineRule="auto"/>
            </w:pPr>
          </w:p>
        </w:tc>
      </w:tr>
      <w:tr w:rsidR="006A55BC" w14:paraId="30639509" w14:textId="77777777">
        <w:trPr>
          <w:cantSplit/>
          <w:jc w:val="center"/>
        </w:trPr>
        <w:tc>
          <w:tcPr>
            <w:tcW w:w="3168" w:type="dxa"/>
            <w:tcMar>
              <w:top w:w="100" w:type="dxa"/>
              <w:left w:w="110" w:type="dxa"/>
              <w:bottom w:w="100" w:type="dxa"/>
              <w:right w:w="110" w:type="dxa"/>
            </w:tcMar>
            <w:vAlign w:val="center"/>
          </w:tcPr>
          <w:p w14:paraId="172EFB4C" w14:textId="77777777" w:rsidR="006A55BC" w:rsidRDefault="00000000">
            <w:pPr>
              <w:spacing w:after="20" w:line="240" w:lineRule="auto"/>
            </w:pPr>
            <w:r>
              <w:rPr>
                <w:sz w:val="18"/>
              </w:rPr>
              <w:t>Entity or business unit</w:t>
            </w:r>
          </w:p>
        </w:tc>
        <w:tc>
          <w:tcPr>
            <w:tcW w:w="6768" w:type="dxa"/>
            <w:tcMar>
              <w:top w:w="100" w:type="dxa"/>
              <w:left w:w="110" w:type="dxa"/>
              <w:bottom w:w="100" w:type="dxa"/>
              <w:right w:w="110" w:type="dxa"/>
            </w:tcMar>
            <w:vAlign w:val="center"/>
          </w:tcPr>
          <w:p w14:paraId="006B5334" w14:textId="77777777" w:rsidR="006A55BC" w:rsidRDefault="006A55BC">
            <w:pPr>
              <w:spacing w:after="20" w:line="240" w:lineRule="auto"/>
            </w:pPr>
          </w:p>
        </w:tc>
      </w:tr>
      <w:tr w:rsidR="006A55BC" w14:paraId="0887D67F" w14:textId="77777777">
        <w:trPr>
          <w:cantSplit/>
          <w:jc w:val="center"/>
        </w:trPr>
        <w:tc>
          <w:tcPr>
            <w:tcW w:w="3168" w:type="dxa"/>
            <w:shd w:val="clear" w:color="auto" w:fill="F4F7FA"/>
            <w:tcMar>
              <w:top w:w="100" w:type="dxa"/>
              <w:left w:w="110" w:type="dxa"/>
              <w:bottom w:w="100" w:type="dxa"/>
              <w:right w:w="110" w:type="dxa"/>
            </w:tcMar>
            <w:vAlign w:val="center"/>
          </w:tcPr>
          <w:p w14:paraId="77593503" w14:textId="77777777" w:rsidR="006A55BC" w:rsidRDefault="00000000">
            <w:pPr>
              <w:spacing w:after="20" w:line="240" w:lineRule="auto"/>
            </w:pPr>
            <w:r>
              <w:rPr>
                <w:sz w:val="18"/>
              </w:rPr>
              <w:t>Process or activity</w:t>
            </w:r>
          </w:p>
        </w:tc>
        <w:tc>
          <w:tcPr>
            <w:tcW w:w="6768" w:type="dxa"/>
            <w:shd w:val="clear" w:color="auto" w:fill="F4F7FA"/>
            <w:tcMar>
              <w:top w:w="100" w:type="dxa"/>
              <w:left w:w="110" w:type="dxa"/>
              <w:bottom w:w="100" w:type="dxa"/>
              <w:right w:w="110" w:type="dxa"/>
            </w:tcMar>
            <w:vAlign w:val="center"/>
          </w:tcPr>
          <w:p w14:paraId="3453A904" w14:textId="77777777" w:rsidR="006A55BC" w:rsidRDefault="006A55BC">
            <w:pPr>
              <w:spacing w:after="20" w:line="240" w:lineRule="auto"/>
            </w:pPr>
          </w:p>
        </w:tc>
      </w:tr>
      <w:tr w:rsidR="006A55BC" w14:paraId="1C788833" w14:textId="77777777">
        <w:trPr>
          <w:cantSplit/>
          <w:jc w:val="center"/>
        </w:trPr>
        <w:tc>
          <w:tcPr>
            <w:tcW w:w="3168" w:type="dxa"/>
            <w:tcMar>
              <w:top w:w="100" w:type="dxa"/>
              <w:left w:w="110" w:type="dxa"/>
              <w:bottom w:w="100" w:type="dxa"/>
              <w:right w:w="110" w:type="dxa"/>
            </w:tcMar>
            <w:vAlign w:val="center"/>
          </w:tcPr>
          <w:p w14:paraId="5E3C8A05" w14:textId="77777777" w:rsidR="006A55BC" w:rsidRDefault="00000000">
            <w:pPr>
              <w:spacing w:after="20" w:line="240" w:lineRule="auto"/>
            </w:pPr>
            <w:r>
              <w:rPr>
                <w:sz w:val="18"/>
              </w:rPr>
              <w:t>Location</w:t>
            </w:r>
          </w:p>
        </w:tc>
        <w:tc>
          <w:tcPr>
            <w:tcW w:w="6768" w:type="dxa"/>
            <w:tcMar>
              <w:top w:w="100" w:type="dxa"/>
              <w:left w:w="110" w:type="dxa"/>
              <w:bottom w:w="100" w:type="dxa"/>
              <w:right w:w="110" w:type="dxa"/>
            </w:tcMar>
            <w:vAlign w:val="center"/>
          </w:tcPr>
          <w:p w14:paraId="5387D162" w14:textId="77777777" w:rsidR="006A55BC" w:rsidRDefault="006A55BC">
            <w:pPr>
              <w:spacing w:after="20" w:line="240" w:lineRule="auto"/>
            </w:pPr>
          </w:p>
        </w:tc>
      </w:tr>
      <w:tr w:rsidR="006A55BC" w14:paraId="79D913DC" w14:textId="77777777">
        <w:trPr>
          <w:cantSplit/>
          <w:jc w:val="center"/>
        </w:trPr>
        <w:tc>
          <w:tcPr>
            <w:tcW w:w="3168" w:type="dxa"/>
            <w:shd w:val="clear" w:color="auto" w:fill="F4F7FA"/>
            <w:tcMar>
              <w:top w:w="100" w:type="dxa"/>
              <w:left w:w="110" w:type="dxa"/>
              <w:bottom w:w="100" w:type="dxa"/>
              <w:right w:w="110" w:type="dxa"/>
            </w:tcMar>
            <w:vAlign w:val="center"/>
          </w:tcPr>
          <w:p w14:paraId="570DE012" w14:textId="77777777" w:rsidR="006A55BC" w:rsidRDefault="00000000">
            <w:pPr>
              <w:spacing w:after="20" w:line="240" w:lineRule="auto"/>
            </w:pPr>
            <w:r>
              <w:rPr>
                <w:sz w:val="18"/>
              </w:rPr>
              <w:t>Risk owner</w:t>
            </w:r>
          </w:p>
        </w:tc>
        <w:tc>
          <w:tcPr>
            <w:tcW w:w="6768" w:type="dxa"/>
            <w:shd w:val="clear" w:color="auto" w:fill="F4F7FA"/>
            <w:tcMar>
              <w:top w:w="100" w:type="dxa"/>
              <w:left w:w="110" w:type="dxa"/>
              <w:bottom w:w="100" w:type="dxa"/>
              <w:right w:w="110" w:type="dxa"/>
            </w:tcMar>
            <w:vAlign w:val="center"/>
          </w:tcPr>
          <w:p w14:paraId="4A5A00AF" w14:textId="77777777" w:rsidR="006A55BC" w:rsidRDefault="006A55BC">
            <w:pPr>
              <w:spacing w:after="20" w:line="240" w:lineRule="auto"/>
            </w:pPr>
          </w:p>
        </w:tc>
      </w:tr>
      <w:tr w:rsidR="006A55BC" w14:paraId="5ABD4DE3" w14:textId="77777777">
        <w:trPr>
          <w:cantSplit/>
          <w:jc w:val="center"/>
        </w:trPr>
        <w:tc>
          <w:tcPr>
            <w:tcW w:w="3168" w:type="dxa"/>
            <w:tcMar>
              <w:top w:w="100" w:type="dxa"/>
              <w:left w:w="110" w:type="dxa"/>
              <w:bottom w:w="100" w:type="dxa"/>
              <w:right w:w="110" w:type="dxa"/>
            </w:tcMar>
            <w:vAlign w:val="center"/>
          </w:tcPr>
          <w:p w14:paraId="17DBDA68" w14:textId="77777777" w:rsidR="006A55BC" w:rsidRDefault="00000000">
            <w:pPr>
              <w:spacing w:after="20" w:line="240" w:lineRule="auto"/>
            </w:pPr>
            <w:r>
              <w:rPr>
                <w:sz w:val="18"/>
              </w:rPr>
              <w:t>Date assessed</w:t>
            </w:r>
          </w:p>
        </w:tc>
        <w:tc>
          <w:tcPr>
            <w:tcW w:w="6768" w:type="dxa"/>
            <w:tcMar>
              <w:top w:w="100" w:type="dxa"/>
              <w:left w:w="110" w:type="dxa"/>
              <w:bottom w:w="100" w:type="dxa"/>
              <w:right w:w="110" w:type="dxa"/>
            </w:tcMar>
            <w:vAlign w:val="center"/>
          </w:tcPr>
          <w:p w14:paraId="68568871" w14:textId="77777777" w:rsidR="006A55BC" w:rsidRDefault="006A55BC">
            <w:pPr>
              <w:spacing w:after="20" w:line="240" w:lineRule="auto"/>
            </w:pPr>
          </w:p>
        </w:tc>
      </w:tr>
      <w:tr w:rsidR="006A55BC" w14:paraId="625A8E86" w14:textId="77777777">
        <w:trPr>
          <w:cantSplit/>
          <w:jc w:val="center"/>
        </w:trPr>
        <w:tc>
          <w:tcPr>
            <w:tcW w:w="3168" w:type="dxa"/>
            <w:shd w:val="clear" w:color="auto" w:fill="F4F7FA"/>
            <w:tcMar>
              <w:top w:w="100" w:type="dxa"/>
              <w:left w:w="110" w:type="dxa"/>
              <w:bottom w:w="100" w:type="dxa"/>
              <w:right w:w="110" w:type="dxa"/>
            </w:tcMar>
            <w:vAlign w:val="center"/>
          </w:tcPr>
          <w:p w14:paraId="2B61DA74" w14:textId="77777777" w:rsidR="006A55BC" w:rsidRDefault="00000000">
            <w:pPr>
              <w:spacing w:after="20" w:line="240" w:lineRule="auto"/>
            </w:pPr>
            <w:r>
              <w:rPr>
                <w:sz w:val="18"/>
              </w:rPr>
              <w:t>Assessors</w:t>
            </w:r>
          </w:p>
        </w:tc>
        <w:tc>
          <w:tcPr>
            <w:tcW w:w="6768" w:type="dxa"/>
            <w:shd w:val="clear" w:color="auto" w:fill="F4F7FA"/>
            <w:tcMar>
              <w:top w:w="100" w:type="dxa"/>
              <w:left w:w="110" w:type="dxa"/>
              <w:bottom w:w="100" w:type="dxa"/>
              <w:right w:w="110" w:type="dxa"/>
            </w:tcMar>
            <w:vAlign w:val="center"/>
          </w:tcPr>
          <w:p w14:paraId="64065793" w14:textId="77777777" w:rsidR="006A55BC" w:rsidRDefault="006A55BC">
            <w:pPr>
              <w:spacing w:after="20" w:line="240" w:lineRule="auto"/>
            </w:pPr>
          </w:p>
        </w:tc>
      </w:tr>
    </w:tbl>
    <w:p w14:paraId="471A88A4" w14:textId="77777777" w:rsidR="006A55BC" w:rsidRDefault="006A55BC">
      <w:pPr>
        <w:spacing w:after="20"/>
      </w:pPr>
    </w:p>
    <w:p w14:paraId="5FF8CCE0" w14:textId="77777777" w:rsidR="006A55BC" w:rsidRDefault="00000000">
      <w:pPr>
        <w:pStyle w:val="Heading3"/>
      </w:pPr>
      <w:r>
        <w:t>Risk Scenario</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016"/>
        <w:gridCol w:w="1584"/>
        <w:gridCol w:w="2232"/>
        <w:gridCol w:w="1944"/>
        <w:gridCol w:w="2160"/>
      </w:tblGrid>
      <w:tr w:rsidR="006A55BC" w14:paraId="0DE03E17" w14:textId="77777777">
        <w:trPr>
          <w:cantSplit/>
          <w:tblHeader/>
          <w:jc w:val="center"/>
        </w:trPr>
        <w:tc>
          <w:tcPr>
            <w:tcW w:w="2016" w:type="dxa"/>
            <w:shd w:val="clear" w:color="auto" w:fill="17365D"/>
            <w:tcMar>
              <w:top w:w="100" w:type="dxa"/>
              <w:left w:w="110" w:type="dxa"/>
              <w:bottom w:w="100" w:type="dxa"/>
              <w:right w:w="110" w:type="dxa"/>
            </w:tcMar>
            <w:vAlign w:val="center"/>
          </w:tcPr>
          <w:p w14:paraId="66D88A49" w14:textId="77777777" w:rsidR="006A55BC" w:rsidRDefault="00000000">
            <w:r>
              <w:rPr>
                <w:b/>
                <w:color w:val="FFFFFF"/>
                <w:sz w:val="16"/>
              </w:rPr>
              <w:t>Cause or vulnerability</w:t>
            </w:r>
          </w:p>
        </w:tc>
        <w:tc>
          <w:tcPr>
            <w:tcW w:w="1584" w:type="dxa"/>
            <w:shd w:val="clear" w:color="auto" w:fill="17365D"/>
            <w:tcMar>
              <w:top w:w="100" w:type="dxa"/>
              <w:left w:w="110" w:type="dxa"/>
              <w:bottom w:w="100" w:type="dxa"/>
              <w:right w:w="110" w:type="dxa"/>
            </w:tcMar>
            <w:vAlign w:val="center"/>
          </w:tcPr>
          <w:p w14:paraId="1C3DF55A" w14:textId="77777777" w:rsidR="006A55BC" w:rsidRDefault="00000000">
            <w:r>
              <w:rPr>
                <w:b/>
                <w:color w:val="FFFFFF"/>
                <w:sz w:val="16"/>
              </w:rPr>
              <w:t>Actor</w:t>
            </w:r>
          </w:p>
        </w:tc>
        <w:tc>
          <w:tcPr>
            <w:tcW w:w="2232" w:type="dxa"/>
            <w:shd w:val="clear" w:color="auto" w:fill="17365D"/>
            <w:tcMar>
              <w:top w:w="100" w:type="dxa"/>
              <w:left w:w="110" w:type="dxa"/>
              <w:bottom w:w="100" w:type="dxa"/>
              <w:right w:w="110" w:type="dxa"/>
            </w:tcMar>
            <w:vAlign w:val="center"/>
          </w:tcPr>
          <w:p w14:paraId="0FFA4794" w14:textId="77777777" w:rsidR="006A55BC" w:rsidRDefault="00000000">
            <w:r>
              <w:rPr>
                <w:b/>
                <w:color w:val="FFFFFF"/>
                <w:sz w:val="16"/>
              </w:rPr>
              <w:t>Corrupt act or event</w:t>
            </w:r>
          </w:p>
        </w:tc>
        <w:tc>
          <w:tcPr>
            <w:tcW w:w="1944" w:type="dxa"/>
            <w:shd w:val="clear" w:color="auto" w:fill="17365D"/>
            <w:tcMar>
              <w:top w:w="100" w:type="dxa"/>
              <w:left w:w="110" w:type="dxa"/>
              <w:bottom w:w="100" w:type="dxa"/>
              <w:right w:w="110" w:type="dxa"/>
            </w:tcMar>
            <w:vAlign w:val="center"/>
          </w:tcPr>
          <w:p w14:paraId="0F98AFFE" w14:textId="77777777" w:rsidR="006A55BC" w:rsidRDefault="00000000">
            <w:r>
              <w:rPr>
                <w:b/>
                <w:color w:val="FFFFFF"/>
                <w:sz w:val="16"/>
              </w:rPr>
              <w:t>Method or channel</w:t>
            </w:r>
          </w:p>
        </w:tc>
        <w:tc>
          <w:tcPr>
            <w:tcW w:w="2160" w:type="dxa"/>
            <w:shd w:val="clear" w:color="auto" w:fill="17365D"/>
            <w:tcMar>
              <w:top w:w="100" w:type="dxa"/>
              <w:left w:w="110" w:type="dxa"/>
              <w:bottom w:w="100" w:type="dxa"/>
              <w:right w:w="110" w:type="dxa"/>
            </w:tcMar>
            <w:vAlign w:val="center"/>
          </w:tcPr>
          <w:p w14:paraId="6FA451BA" w14:textId="77777777" w:rsidR="006A55BC" w:rsidRDefault="00000000">
            <w:r>
              <w:rPr>
                <w:b/>
                <w:color w:val="FFFFFF"/>
                <w:sz w:val="16"/>
              </w:rPr>
              <w:t>Potential consequence</w:t>
            </w:r>
          </w:p>
        </w:tc>
      </w:tr>
      <w:tr w:rsidR="006A55BC" w14:paraId="03152CA0" w14:textId="77777777">
        <w:trPr>
          <w:cantSplit/>
          <w:jc w:val="center"/>
        </w:trPr>
        <w:tc>
          <w:tcPr>
            <w:tcW w:w="2016" w:type="dxa"/>
            <w:tcMar>
              <w:top w:w="100" w:type="dxa"/>
              <w:left w:w="110" w:type="dxa"/>
              <w:bottom w:w="100" w:type="dxa"/>
              <w:right w:w="110" w:type="dxa"/>
            </w:tcMar>
            <w:vAlign w:val="center"/>
          </w:tcPr>
          <w:p w14:paraId="6EBAB306"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0B72CFA4" w14:textId="77777777" w:rsidR="006A55BC" w:rsidRDefault="006A55BC">
            <w:pPr>
              <w:spacing w:after="20" w:line="240" w:lineRule="auto"/>
            </w:pPr>
          </w:p>
        </w:tc>
        <w:tc>
          <w:tcPr>
            <w:tcW w:w="2232" w:type="dxa"/>
            <w:tcMar>
              <w:top w:w="100" w:type="dxa"/>
              <w:left w:w="110" w:type="dxa"/>
              <w:bottom w:w="100" w:type="dxa"/>
              <w:right w:w="110" w:type="dxa"/>
            </w:tcMar>
            <w:vAlign w:val="center"/>
          </w:tcPr>
          <w:p w14:paraId="4E946DC4"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2F43D1F8"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57DAE1CC" w14:textId="77777777" w:rsidR="006A55BC" w:rsidRDefault="006A55BC">
            <w:pPr>
              <w:spacing w:after="20" w:line="240" w:lineRule="auto"/>
            </w:pPr>
          </w:p>
        </w:tc>
      </w:tr>
    </w:tbl>
    <w:p w14:paraId="5E5D9D9C" w14:textId="77777777" w:rsidR="006A55BC" w:rsidRDefault="006A55BC">
      <w:pPr>
        <w:spacing w:after="20"/>
      </w:pPr>
    </w:p>
    <w:p w14:paraId="48745F50" w14:textId="77777777" w:rsidR="006A55BC" w:rsidRDefault="00000000">
      <w:pPr>
        <w:pStyle w:val="Heading3"/>
      </w:pPr>
      <w:r>
        <w:t>Inherent Risk Assessment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3168"/>
        <w:gridCol w:w="1080"/>
        <w:gridCol w:w="3168"/>
        <w:gridCol w:w="720"/>
        <w:gridCol w:w="720"/>
      </w:tblGrid>
      <w:tr w:rsidR="006A55BC" w14:paraId="4A692E0B" w14:textId="77777777">
        <w:trPr>
          <w:cantSplit/>
          <w:tblHeader/>
          <w:jc w:val="center"/>
        </w:trPr>
        <w:tc>
          <w:tcPr>
            <w:tcW w:w="1152" w:type="dxa"/>
            <w:shd w:val="clear" w:color="auto" w:fill="17365D"/>
            <w:tcMar>
              <w:top w:w="100" w:type="dxa"/>
              <w:left w:w="110" w:type="dxa"/>
              <w:bottom w:w="100" w:type="dxa"/>
              <w:right w:w="110" w:type="dxa"/>
            </w:tcMar>
            <w:vAlign w:val="center"/>
          </w:tcPr>
          <w:p w14:paraId="33795149" w14:textId="77777777" w:rsidR="006A55BC" w:rsidRDefault="00000000">
            <w:r>
              <w:rPr>
                <w:b/>
                <w:color w:val="FFFFFF"/>
                <w:sz w:val="15"/>
              </w:rPr>
              <w:t>Likelihood 1–5</w:t>
            </w:r>
          </w:p>
        </w:tc>
        <w:tc>
          <w:tcPr>
            <w:tcW w:w="3168" w:type="dxa"/>
            <w:shd w:val="clear" w:color="auto" w:fill="17365D"/>
            <w:tcMar>
              <w:top w:w="100" w:type="dxa"/>
              <w:left w:w="110" w:type="dxa"/>
              <w:bottom w:w="100" w:type="dxa"/>
              <w:right w:w="110" w:type="dxa"/>
            </w:tcMar>
            <w:vAlign w:val="center"/>
          </w:tcPr>
          <w:p w14:paraId="50303376" w14:textId="77777777" w:rsidR="006A55BC" w:rsidRDefault="00000000">
            <w:r>
              <w:rPr>
                <w:b/>
                <w:color w:val="FFFFFF"/>
                <w:sz w:val="15"/>
              </w:rPr>
              <w:t>Likelihood rationale and evidence</w:t>
            </w:r>
          </w:p>
        </w:tc>
        <w:tc>
          <w:tcPr>
            <w:tcW w:w="1080" w:type="dxa"/>
            <w:shd w:val="clear" w:color="auto" w:fill="17365D"/>
            <w:tcMar>
              <w:top w:w="100" w:type="dxa"/>
              <w:left w:w="110" w:type="dxa"/>
              <w:bottom w:w="100" w:type="dxa"/>
              <w:right w:w="110" w:type="dxa"/>
            </w:tcMar>
            <w:vAlign w:val="center"/>
          </w:tcPr>
          <w:p w14:paraId="64331CD1" w14:textId="77777777" w:rsidR="006A55BC" w:rsidRDefault="00000000">
            <w:r>
              <w:rPr>
                <w:b/>
                <w:color w:val="FFFFFF"/>
                <w:sz w:val="15"/>
              </w:rPr>
              <w:t>Impact 1–5</w:t>
            </w:r>
          </w:p>
        </w:tc>
        <w:tc>
          <w:tcPr>
            <w:tcW w:w="3168" w:type="dxa"/>
            <w:shd w:val="clear" w:color="auto" w:fill="17365D"/>
            <w:tcMar>
              <w:top w:w="100" w:type="dxa"/>
              <w:left w:w="110" w:type="dxa"/>
              <w:bottom w:w="100" w:type="dxa"/>
              <w:right w:w="110" w:type="dxa"/>
            </w:tcMar>
            <w:vAlign w:val="center"/>
          </w:tcPr>
          <w:p w14:paraId="17E56DCC" w14:textId="77777777" w:rsidR="006A55BC" w:rsidRDefault="00000000">
            <w:r>
              <w:rPr>
                <w:b/>
                <w:color w:val="FFFFFF"/>
                <w:sz w:val="15"/>
              </w:rPr>
              <w:t>Impact dimensions and rationale</w:t>
            </w:r>
          </w:p>
        </w:tc>
        <w:tc>
          <w:tcPr>
            <w:tcW w:w="720" w:type="dxa"/>
            <w:shd w:val="clear" w:color="auto" w:fill="17365D"/>
            <w:tcMar>
              <w:top w:w="100" w:type="dxa"/>
              <w:left w:w="110" w:type="dxa"/>
              <w:bottom w:w="100" w:type="dxa"/>
              <w:right w:w="110" w:type="dxa"/>
            </w:tcMar>
            <w:vAlign w:val="center"/>
          </w:tcPr>
          <w:p w14:paraId="57B1E5DA" w14:textId="77777777" w:rsidR="006A55BC" w:rsidRDefault="00000000">
            <w:r>
              <w:rPr>
                <w:b/>
                <w:color w:val="FFFFFF"/>
                <w:sz w:val="15"/>
              </w:rPr>
              <w:t>Score</w:t>
            </w:r>
          </w:p>
        </w:tc>
        <w:tc>
          <w:tcPr>
            <w:tcW w:w="720" w:type="dxa"/>
            <w:shd w:val="clear" w:color="auto" w:fill="17365D"/>
            <w:tcMar>
              <w:top w:w="100" w:type="dxa"/>
              <w:left w:w="110" w:type="dxa"/>
              <w:bottom w:w="100" w:type="dxa"/>
              <w:right w:w="110" w:type="dxa"/>
            </w:tcMar>
            <w:vAlign w:val="center"/>
          </w:tcPr>
          <w:p w14:paraId="5ECBC59E" w14:textId="77777777" w:rsidR="006A55BC" w:rsidRDefault="00000000">
            <w:r>
              <w:rPr>
                <w:b/>
                <w:color w:val="FFFFFF"/>
                <w:sz w:val="15"/>
              </w:rPr>
              <w:t>Band</w:t>
            </w:r>
          </w:p>
        </w:tc>
      </w:tr>
      <w:tr w:rsidR="006A55BC" w14:paraId="0AEE4821" w14:textId="77777777">
        <w:trPr>
          <w:cantSplit/>
          <w:jc w:val="center"/>
        </w:trPr>
        <w:tc>
          <w:tcPr>
            <w:tcW w:w="1152" w:type="dxa"/>
            <w:tcMar>
              <w:top w:w="100" w:type="dxa"/>
              <w:left w:w="110" w:type="dxa"/>
              <w:bottom w:w="100" w:type="dxa"/>
              <w:right w:w="110" w:type="dxa"/>
            </w:tcMar>
            <w:vAlign w:val="center"/>
          </w:tcPr>
          <w:p w14:paraId="40182833" w14:textId="77777777" w:rsidR="006A55BC" w:rsidRDefault="006A55BC">
            <w:pPr>
              <w:spacing w:after="20" w:line="240" w:lineRule="auto"/>
            </w:pPr>
          </w:p>
        </w:tc>
        <w:tc>
          <w:tcPr>
            <w:tcW w:w="3168" w:type="dxa"/>
            <w:tcMar>
              <w:top w:w="100" w:type="dxa"/>
              <w:left w:w="110" w:type="dxa"/>
              <w:bottom w:w="100" w:type="dxa"/>
              <w:right w:w="110" w:type="dxa"/>
            </w:tcMar>
            <w:vAlign w:val="center"/>
          </w:tcPr>
          <w:p w14:paraId="79CAFBF3"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7B3087CB" w14:textId="77777777" w:rsidR="006A55BC" w:rsidRDefault="006A55BC">
            <w:pPr>
              <w:spacing w:after="20" w:line="240" w:lineRule="auto"/>
            </w:pPr>
          </w:p>
        </w:tc>
        <w:tc>
          <w:tcPr>
            <w:tcW w:w="3168" w:type="dxa"/>
            <w:tcMar>
              <w:top w:w="100" w:type="dxa"/>
              <w:left w:w="110" w:type="dxa"/>
              <w:bottom w:w="100" w:type="dxa"/>
              <w:right w:w="110" w:type="dxa"/>
            </w:tcMar>
            <w:vAlign w:val="center"/>
          </w:tcPr>
          <w:p w14:paraId="0FD673F4" w14:textId="77777777" w:rsidR="006A55BC" w:rsidRDefault="006A55BC">
            <w:pPr>
              <w:spacing w:after="20" w:line="240" w:lineRule="auto"/>
            </w:pPr>
          </w:p>
        </w:tc>
        <w:tc>
          <w:tcPr>
            <w:tcW w:w="720" w:type="dxa"/>
            <w:tcMar>
              <w:top w:w="100" w:type="dxa"/>
              <w:left w:w="110" w:type="dxa"/>
              <w:bottom w:w="100" w:type="dxa"/>
              <w:right w:w="110" w:type="dxa"/>
            </w:tcMar>
            <w:vAlign w:val="center"/>
          </w:tcPr>
          <w:p w14:paraId="312B1F33" w14:textId="77777777" w:rsidR="006A55BC" w:rsidRDefault="006A55BC">
            <w:pPr>
              <w:spacing w:after="20" w:line="240" w:lineRule="auto"/>
            </w:pPr>
          </w:p>
        </w:tc>
        <w:tc>
          <w:tcPr>
            <w:tcW w:w="720" w:type="dxa"/>
            <w:tcMar>
              <w:top w:w="100" w:type="dxa"/>
              <w:left w:w="110" w:type="dxa"/>
              <w:bottom w:w="100" w:type="dxa"/>
              <w:right w:w="110" w:type="dxa"/>
            </w:tcMar>
            <w:vAlign w:val="center"/>
          </w:tcPr>
          <w:p w14:paraId="5E58ACE9" w14:textId="77777777" w:rsidR="006A55BC" w:rsidRDefault="006A55BC">
            <w:pPr>
              <w:spacing w:after="20" w:line="240" w:lineRule="auto"/>
            </w:pPr>
          </w:p>
        </w:tc>
      </w:tr>
    </w:tbl>
    <w:p w14:paraId="7251D986" w14:textId="77777777" w:rsidR="006A55BC" w:rsidRDefault="006A55BC">
      <w:pPr>
        <w:spacing w:after="20"/>
      </w:pPr>
    </w:p>
    <w:p w14:paraId="4912EB15" w14:textId="77777777" w:rsidR="006A55BC" w:rsidRDefault="00000000">
      <w:pPr>
        <w:pStyle w:val="Heading3"/>
      </w:pPr>
      <w:r>
        <w:t>Existing Controls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864"/>
        <w:gridCol w:w="3456"/>
        <w:gridCol w:w="1080"/>
        <w:gridCol w:w="936"/>
        <w:gridCol w:w="1296"/>
        <w:gridCol w:w="2304"/>
      </w:tblGrid>
      <w:tr w:rsidR="006A55BC" w14:paraId="0E47A8D0" w14:textId="77777777">
        <w:trPr>
          <w:cantSplit/>
          <w:tblHeader/>
          <w:jc w:val="center"/>
        </w:trPr>
        <w:tc>
          <w:tcPr>
            <w:tcW w:w="864" w:type="dxa"/>
            <w:shd w:val="clear" w:color="auto" w:fill="17365D"/>
            <w:tcMar>
              <w:top w:w="100" w:type="dxa"/>
              <w:left w:w="110" w:type="dxa"/>
              <w:bottom w:w="100" w:type="dxa"/>
              <w:right w:w="110" w:type="dxa"/>
            </w:tcMar>
            <w:vAlign w:val="center"/>
          </w:tcPr>
          <w:p w14:paraId="75D152C7" w14:textId="77777777" w:rsidR="006A55BC" w:rsidRDefault="00000000">
            <w:r>
              <w:rPr>
                <w:b/>
                <w:color w:val="FFFFFF"/>
                <w:sz w:val="15"/>
              </w:rPr>
              <w:t>Control ID</w:t>
            </w:r>
          </w:p>
        </w:tc>
        <w:tc>
          <w:tcPr>
            <w:tcW w:w="3456" w:type="dxa"/>
            <w:shd w:val="clear" w:color="auto" w:fill="17365D"/>
            <w:tcMar>
              <w:top w:w="100" w:type="dxa"/>
              <w:left w:w="110" w:type="dxa"/>
              <w:bottom w:w="100" w:type="dxa"/>
              <w:right w:w="110" w:type="dxa"/>
            </w:tcMar>
            <w:vAlign w:val="center"/>
          </w:tcPr>
          <w:p w14:paraId="7A618770" w14:textId="77777777" w:rsidR="006A55BC" w:rsidRDefault="00000000">
            <w:r>
              <w:rPr>
                <w:b/>
                <w:color w:val="FFFFFF"/>
                <w:sz w:val="15"/>
              </w:rPr>
              <w:t>Control description</w:t>
            </w:r>
          </w:p>
        </w:tc>
        <w:tc>
          <w:tcPr>
            <w:tcW w:w="1080" w:type="dxa"/>
            <w:shd w:val="clear" w:color="auto" w:fill="17365D"/>
            <w:tcMar>
              <w:top w:w="100" w:type="dxa"/>
              <w:left w:w="110" w:type="dxa"/>
              <w:bottom w:w="100" w:type="dxa"/>
              <w:right w:w="110" w:type="dxa"/>
            </w:tcMar>
            <w:vAlign w:val="center"/>
          </w:tcPr>
          <w:p w14:paraId="0A95CA4D" w14:textId="77777777" w:rsidR="006A55BC" w:rsidRDefault="00000000">
            <w:r>
              <w:rPr>
                <w:b/>
                <w:color w:val="FFFFFF"/>
                <w:sz w:val="15"/>
              </w:rPr>
              <w:t>Owner</w:t>
            </w:r>
          </w:p>
        </w:tc>
        <w:tc>
          <w:tcPr>
            <w:tcW w:w="936" w:type="dxa"/>
            <w:shd w:val="clear" w:color="auto" w:fill="17365D"/>
            <w:tcMar>
              <w:top w:w="100" w:type="dxa"/>
              <w:left w:w="110" w:type="dxa"/>
              <w:bottom w:w="100" w:type="dxa"/>
              <w:right w:w="110" w:type="dxa"/>
            </w:tcMar>
            <w:vAlign w:val="center"/>
          </w:tcPr>
          <w:p w14:paraId="2F7EB421" w14:textId="77777777" w:rsidR="006A55BC" w:rsidRDefault="00000000">
            <w:r>
              <w:rPr>
                <w:b/>
                <w:color w:val="FFFFFF"/>
                <w:sz w:val="15"/>
              </w:rPr>
              <w:t>Frequency</w:t>
            </w:r>
          </w:p>
        </w:tc>
        <w:tc>
          <w:tcPr>
            <w:tcW w:w="1296" w:type="dxa"/>
            <w:shd w:val="clear" w:color="auto" w:fill="17365D"/>
            <w:tcMar>
              <w:top w:w="100" w:type="dxa"/>
              <w:left w:w="110" w:type="dxa"/>
              <w:bottom w:w="100" w:type="dxa"/>
              <w:right w:w="110" w:type="dxa"/>
            </w:tcMar>
            <w:vAlign w:val="center"/>
          </w:tcPr>
          <w:p w14:paraId="2AD12CC2" w14:textId="77777777" w:rsidR="006A55BC" w:rsidRDefault="00000000">
            <w:r>
              <w:rPr>
                <w:b/>
                <w:color w:val="FFFFFF"/>
                <w:sz w:val="15"/>
              </w:rPr>
              <w:t>Prevent or detect</w:t>
            </w:r>
          </w:p>
        </w:tc>
        <w:tc>
          <w:tcPr>
            <w:tcW w:w="2304" w:type="dxa"/>
            <w:shd w:val="clear" w:color="auto" w:fill="17365D"/>
            <w:tcMar>
              <w:top w:w="100" w:type="dxa"/>
              <w:left w:w="110" w:type="dxa"/>
              <w:bottom w:w="100" w:type="dxa"/>
              <w:right w:w="110" w:type="dxa"/>
            </w:tcMar>
            <w:vAlign w:val="center"/>
          </w:tcPr>
          <w:p w14:paraId="35AECEFE" w14:textId="77777777" w:rsidR="006A55BC" w:rsidRDefault="00000000">
            <w:r>
              <w:rPr>
                <w:b/>
                <w:color w:val="FFFFFF"/>
                <w:sz w:val="15"/>
              </w:rPr>
              <w:t>Evidence retained</w:t>
            </w:r>
          </w:p>
        </w:tc>
      </w:tr>
      <w:tr w:rsidR="006A55BC" w14:paraId="3E1ECEA4" w14:textId="77777777">
        <w:trPr>
          <w:cantSplit/>
          <w:jc w:val="center"/>
        </w:trPr>
        <w:tc>
          <w:tcPr>
            <w:tcW w:w="864" w:type="dxa"/>
            <w:tcMar>
              <w:top w:w="100" w:type="dxa"/>
              <w:left w:w="110" w:type="dxa"/>
              <w:bottom w:w="100" w:type="dxa"/>
              <w:right w:w="110" w:type="dxa"/>
            </w:tcMar>
            <w:vAlign w:val="center"/>
          </w:tcPr>
          <w:p w14:paraId="6E23F26D"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741828A5"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5DDC3541"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63F3ED6E"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1FE8879A" w14:textId="77777777" w:rsidR="006A55BC" w:rsidRDefault="006A55BC">
            <w:pPr>
              <w:spacing w:after="20" w:line="240" w:lineRule="auto"/>
            </w:pPr>
          </w:p>
        </w:tc>
        <w:tc>
          <w:tcPr>
            <w:tcW w:w="2304" w:type="dxa"/>
            <w:tcMar>
              <w:top w:w="100" w:type="dxa"/>
              <w:left w:w="110" w:type="dxa"/>
              <w:bottom w:w="100" w:type="dxa"/>
              <w:right w:w="110" w:type="dxa"/>
            </w:tcMar>
            <w:vAlign w:val="center"/>
          </w:tcPr>
          <w:p w14:paraId="36A6F557" w14:textId="77777777" w:rsidR="006A55BC" w:rsidRDefault="006A55BC">
            <w:pPr>
              <w:spacing w:after="20" w:line="240" w:lineRule="auto"/>
            </w:pPr>
          </w:p>
        </w:tc>
      </w:tr>
      <w:tr w:rsidR="006A55BC" w14:paraId="23268849" w14:textId="77777777">
        <w:trPr>
          <w:cantSplit/>
          <w:jc w:val="center"/>
        </w:trPr>
        <w:tc>
          <w:tcPr>
            <w:tcW w:w="864" w:type="dxa"/>
            <w:shd w:val="clear" w:color="auto" w:fill="F4F7FA"/>
            <w:tcMar>
              <w:top w:w="100" w:type="dxa"/>
              <w:left w:w="110" w:type="dxa"/>
              <w:bottom w:w="100" w:type="dxa"/>
              <w:right w:w="110" w:type="dxa"/>
            </w:tcMar>
            <w:vAlign w:val="center"/>
          </w:tcPr>
          <w:p w14:paraId="3EEA40B8" w14:textId="77777777" w:rsidR="006A55BC" w:rsidRDefault="006A55BC">
            <w:pPr>
              <w:spacing w:after="20" w:line="240" w:lineRule="auto"/>
            </w:pPr>
          </w:p>
        </w:tc>
        <w:tc>
          <w:tcPr>
            <w:tcW w:w="3456" w:type="dxa"/>
            <w:shd w:val="clear" w:color="auto" w:fill="F4F7FA"/>
            <w:tcMar>
              <w:top w:w="100" w:type="dxa"/>
              <w:left w:w="110" w:type="dxa"/>
              <w:bottom w:w="100" w:type="dxa"/>
              <w:right w:w="110" w:type="dxa"/>
            </w:tcMar>
            <w:vAlign w:val="center"/>
          </w:tcPr>
          <w:p w14:paraId="3BC1B633"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117796D3"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33E1DD64"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7AF71CC4" w14:textId="77777777" w:rsidR="006A55BC" w:rsidRDefault="006A55BC">
            <w:pPr>
              <w:spacing w:after="20" w:line="240" w:lineRule="auto"/>
            </w:pPr>
          </w:p>
        </w:tc>
        <w:tc>
          <w:tcPr>
            <w:tcW w:w="2304" w:type="dxa"/>
            <w:shd w:val="clear" w:color="auto" w:fill="F4F7FA"/>
            <w:tcMar>
              <w:top w:w="100" w:type="dxa"/>
              <w:left w:w="110" w:type="dxa"/>
              <w:bottom w:w="100" w:type="dxa"/>
              <w:right w:w="110" w:type="dxa"/>
            </w:tcMar>
            <w:vAlign w:val="center"/>
          </w:tcPr>
          <w:p w14:paraId="75178A6E" w14:textId="77777777" w:rsidR="006A55BC" w:rsidRDefault="006A55BC">
            <w:pPr>
              <w:spacing w:after="20" w:line="240" w:lineRule="auto"/>
            </w:pPr>
          </w:p>
        </w:tc>
      </w:tr>
      <w:tr w:rsidR="006A55BC" w14:paraId="5669EFA9" w14:textId="77777777">
        <w:trPr>
          <w:cantSplit/>
          <w:jc w:val="center"/>
        </w:trPr>
        <w:tc>
          <w:tcPr>
            <w:tcW w:w="864" w:type="dxa"/>
            <w:tcMar>
              <w:top w:w="100" w:type="dxa"/>
              <w:left w:w="110" w:type="dxa"/>
              <w:bottom w:w="100" w:type="dxa"/>
              <w:right w:w="110" w:type="dxa"/>
            </w:tcMar>
            <w:vAlign w:val="center"/>
          </w:tcPr>
          <w:p w14:paraId="184728C5"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7CF3D5A5"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3158111B"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1A94FD85"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60CEA072" w14:textId="77777777" w:rsidR="006A55BC" w:rsidRDefault="006A55BC">
            <w:pPr>
              <w:spacing w:after="20" w:line="240" w:lineRule="auto"/>
            </w:pPr>
          </w:p>
        </w:tc>
        <w:tc>
          <w:tcPr>
            <w:tcW w:w="2304" w:type="dxa"/>
            <w:tcMar>
              <w:top w:w="100" w:type="dxa"/>
              <w:left w:w="110" w:type="dxa"/>
              <w:bottom w:w="100" w:type="dxa"/>
              <w:right w:w="110" w:type="dxa"/>
            </w:tcMar>
            <w:vAlign w:val="center"/>
          </w:tcPr>
          <w:p w14:paraId="71EE1A0A" w14:textId="77777777" w:rsidR="006A55BC" w:rsidRDefault="006A55BC">
            <w:pPr>
              <w:spacing w:after="20" w:line="240" w:lineRule="auto"/>
            </w:pPr>
          </w:p>
        </w:tc>
      </w:tr>
      <w:tr w:rsidR="006A55BC" w14:paraId="48A4F780" w14:textId="77777777">
        <w:trPr>
          <w:cantSplit/>
          <w:jc w:val="center"/>
        </w:trPr>
        <w:tc>
          <w:tcPr>
            <w:tcW w:w="864" w:type="dxa"/>
            <w:shd w:val="clear" w:color="auto" w:fill="F4F7FA"/>
            <w:tcMar>
              <w:top w:w="100" w:type="dxa"/>
              <w:left w:w="110" w:type="dxa"/>
              <w:bottom w:w="100" w:type="dxa"/>
              <w:right w:w="110" w:type="dxa"/>
            </w:tcMar>
            <w:vAlign w:val="center"/>
          </w:tcPr>
          <w:p w14:paraId="391C1451" w14:textId="77777777" w:rsidR="006A55BC" w:rsidRDefault="006A55BC">
            <w:pPr>
              <w:spacing w:after="20" w:line="240" w:lineRule="auto"/>
            </w:pPr>
          </w:p>
        </w:tc>
        <w:tc>
          <w:tcPr>
            <w:tcW w:w="3456" w:type="dxa"/>
            <w:shd w:val="clear" w:color="auto" w:fill="F4F7FA"/>
            <w:tcMar>
              <w:top w:w="100" w:type="dxa"/>
              <w:left w:w="110" w:type="dxa"/>
              <w:bottom w:w="100" w:type="dxa"/>
              <w:right w:w="110" w:type="dxa"/>
            </w:tcMar>
            <w:vAlign w:val="center"/>
          </w:tcPr>
          <w:p w14:paraId="05442CD0"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2377E2AF"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940131D"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3A2A1A93" w14:textId="77777777" w:rsidR="006A55BC" w:rsidRDefault="006A55BC">
            <w:pPr>
              <w:spacing w:after="20" w:line="240" w:lineRule="auto"/>
            </w:pPr>
          </w:p>
        </w:tc>
        <w:tc>
          <w:tcPr>
            <w:tcW w:w="2304" w:type="dxa"/>
            <w:shd w:val="clear" w:color="auto" w:fill="F4F7FA"/>
            <w:tcMar>
              <w:top w:w="100" w:type="dxa"/>
              <w:left w:w="110" w:type="dxa"/>
              <w:bottom w:w="100" w:type="dxa"/>
              <w:right w:w="110" w:type="dxa"/>
            </w:tcMar>
            <w:vAlign w:val="center"/>
          </w:tcPr>
          <w:p w14:paraId="7C4A4779" w14:textId="77777777" w:rsidR="006A55BC" w:rsidRDefault="006A55BC">
            <w:pPr>
              <w:spacing w:after="20" w:line="240" w:lineRule="auto"/>
            </w:pPr>
          </w:p>
        </w:tc>
      </w:tr>
      <w:tr w:rsidR="006A55BC" w14:paraId="4BB2202F" w14:textId="77777777">
        <w:trPr>
          <w:cantSplit/>
          <w:jc w:val="center"/>
        </w:trPr>
        <w:tc>
          <w:tcPr>
            <w:tcW w:w="864" w:type="dxa"/>
            <w:tcMar>
              <w:top w:w="100" w:type="dxa"/>
              <w:left w:w="110" w:type="dxa"/>
              <w:bottom w:w="100" w:type="dxa"/>
              <w:right w:w="110" w:type="dxa"/>
            </w:tcMar>
            <w:vAlign w:val="center"/>
          </w:tcPr>
          <w:p w14:paraId="7BB7BDCA" w14:textId="77777777" w:rsidR="006A55BC" w:rsidRDefault="006A55BC">
            <w:pPr>
              <w:spacing w:after="20" w:line="240" w:lineRule="auto"/>
            </w:pPr>
          </w:p>
        </w:tc>
        <w:tc>
          <w:tcPr>
            <w:tcW w:w="3456" w:type="dxa"/>
            <w:tcMar>
              <w:top w:w="100" w:type="dxa"/>
              <w:left w:w="110" w:type="dxa"/>
              <w:bottom w:w="100" w:type="dxa"/>
              <w:right w:w="110" w:type="dxa"/>
            </w:tcMar>
            <w:vAlign w:val="center"/>
          </w:tcPr>
          <w:p w14:paraId="52F8FBD9"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34E28B46"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205D54B"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64D4886B" w14:textId="77777777" w:rsidR="006A55BC" w:rsidRDefault="006A55BC">
            <w:pPr>
              <w:spacing w:after="20" w:line="240" w:lineRule="auto"/>
            </w:pPr>
          </w:p>
        </w:tc>
        <w:tc>
          <w:tcPr>
            <w:tcW w:w="2304" w:type="dxa"/>
            <w:tcMar>
              <w:top w:w="100" w:type="dxa"/>
              <w:left w:w="110" w:type="dxa"/>
              <w:bottom w:w="100" w:type="dxa"/>
              <w:right w:w="110" w:type="dxa"/>
            </w:tcMar>
            <w:vAlign w:val="center"/>
          </w:tcPr>
          <w:p w14:paraId="4882598C" w14:textId="77777777" w:rsidR="006A55BC" w:rsidRDefault="006A55BC">
            <w:pPr>
              <w:spacing w:after="20" w:line="240" w:lineRule="auto"/>
            </w:pPr>
          </w:p>
        </w:tc>
      </w:tr>
    </w:tbl>
    <w:p w14:paraId="0B897A21" w14:textId="77777777" w:rsidR="006A55BC" w:rsidRDefault="006A55BC">
      <w:pPr>
        <w:spacing w:after="20"/>
      </w:pPr>
    </w:p>
    <w:p w14:paraId="341EE94E" w14:textId="77777777" w:rsidR="006A55BC" w:rsidRDefault="00000000">
      <w:pPr>
        <w:pStyle w:val="Heading3"/>
      </w:pPr>
      <w:r>
        <w:t>Control Evaluation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864"/>
        <w:gridCol w:w="1224"/>
        <w:gridCol w:w="1296"/>
        <w:gridCol w:w="3024"/>
        <w:gridCol w:w="2232"/>
        <w:gridCol w:w="1296"/>
      </w:tblGrid>
      <w:tr w:rsidR="006A55BC" w14:paraId="0EC588B4" w14:textId="77777777">
        <w:trPr>
          <w:cantSplit/>
          <w:tblHeader/>
          <w:jc w:val="center"/>
        </w:trPr>
        <w:tc>
          <w:tcPr>
            <w:tcW w:w="864" w:type="dxa"/>
            <w:shd w:val="clear" w:color="auto" w:fill="17365D"/>
            <w:tcMar>
              <w:top w:w="100" w:type="dxa"/>
              <w:left w:w="110" w:type="dxa"/>
              <w:bottom w:w="100" w:type="dxa"/>
              <w:right w:w="110" w:type="dxa"/>
            </w:tcMar>
            <w:vAlign w:val="center"/>
          </w:tcPr>
          <w:p w14:paraId="20E91A59" w14:textId="77777777" w:rsidR="006A55BC" w:rsidRDefault="00000000">
            <w:r>
              <w:rPr>
                <w:b/>
                <w:color w:val="FFFFFF"/>
                <w:sz w:val="14"/>
              </w:rPr>
              <w:t>Control ID</w:t>
            </w:r>
          </w:p>
        </w:tc>
        <w:tc>
          <w:tcPr>
            <w:tcW w:w="1224" w:type="dxa"/>
            <w:shd w:val="clear" w:color="auto" w:fill="17365D"/>
            <w:tcMar>
              <w:top w:w="100" w:type="dxa"/>
              <w:left w:w="110" w:type="dxa"/>
              <w:bottom w:w="100" w:type="dxa"/>
              <w:right w:w="110" w:type="dxa"/>
            </w:tcMar>
            <w:vAlign w:val="center"/>
          </w:tcPr>
          <w:p w14:paraId="29A486F9" w14:textId="77777777" w:rsidR="006A55BC" w:rsidRDefault="00000000">
            <w:r>
              <w:rPr>
                <w:b/>
                <w:color w:val="FFFFFF"/>
                <w:sz w:val="14"/>
              </w:rPr>
              <w:t>Design rating</w:t>
            </w:r>
          </w:p>
        </w:tc>
        <w:tc>
          <w:tcPr>
            <w:tcW w:w="1296" w:type="dxa"/>
            <w:shd w:val="clear" w:color="auto" w:fill="17365D"/>
            <w:tcMar>
              <w:top w:w="100" w:type="dxa"/>
              <w:left w:w="110" w:type="dxa"/>
              <w:bottom w:w="100" w:type="dxa"/>
              <w:right w:w="110" w:type="dxa"/>
            </w:tcMar>
            <w:vAlign w:val="center"/>
          </w:tcPr>
          <w:p w14:paraId="27DAD29A" w14:textId="77777777" w:rsidR="006A55BC" w:rsidRDefault="00000000">
            <w:r>
              <w:rPr>
                <w:b/>
                <w:color w:val="FFFFFF"/>
                <w:sz w:val="14"/>
              </w:rPr>
              <w:t>Operating rating</w:t>
            </w:r>
          </w:p>
        </w:tc>
        <w:tc>
          <w:tcPr>
            <w:tcW w:w="3024" w:type="dxa"/>
            <w:shd w:val="clear" w:color="auto" w:fill="17365D"/>
            <w:tcMar>
              <w:top w:w="100" w:type="dxa"/>
              <w:left w:w="110" w:type="dxa"/>
              <w:bottom w:w="100" w:type="dxa"/>
              <w:right w:w="110" w:type="dxa"/>
            </w:tcMar>
            <w:vAlign w:val="center"/>
          </w:tcPr>
          <w:p w14:paraId="10CE371D" w14:textId="77777777" w:rsidR="006A55BC" w:rsidRDefault="00000000">
            <w:r>
              <w:rPr>
                <w:b/>
                <w:color w:val="FFFFFF"/>
                <w:sz w:val="14"/>
              </w:rPr>
              <w:t>Test performed and sample</w:t>
            </w:r>
          </w:p>
        </w:tc>
        <w:tc>
          <w:tcPr>
            <w:tcW w:w="2232" w:type="dxa"/>
            <w:shd w:val="clear" w:color="auto" w:fill="17365D"/>
            <w:tcMar>
              <w:top w:w="100" w:type="dxa"/>
              <w:left w:w="110" w:type="dxa"/>
              <w:bottom w:w="100" w:type="dxa"/>
              <w:right w:w="110" w:type="dxa"/>
            </w:tcMar>
            <w:vAlign w:val="center"/>
          </w:tcPr>
          <w:p w14:paraId="52250CDB" w14:textId="77777777" w:rsidR="006A55BC" w:rsidRDefault="00000000">
            <w:r>
              <w:rPr>
                <w:b/>
                <w:color w:val="FFFFFF"/>
                <w:sz w:val="14"/>
              </w:rPr>
              <w:t>Exception or gap</w:t>
            </w:r>
          </w:p>
        </w:tc>
        <w:tc>
          <w:tcPr>
            <w:tcW w:w="1296" w:type="dxa"/>
            <w:shd w:val="clear" w:color="auto" w:fill="17365D"/>
            <w:tcMar>
              <w:top w:w="100" w:type="dxa"/>
              <w:left w:w="110" w:type="dxa"/>
              <w:bottom w:w="100" w:type="dxa"/>
              <w:right w:w="110" w:type="dxa"/>
            </w:tcMar>
            <w:vAlign w:val="center"/>
          </w:tcPr>
          <w:p w14:paraId="726B05AC" w14:textId="77777777" w:rsidR="006A55BC" w:rsidRDefault="00000000">
            <w:r>
              <w:rPr>
                <w:b/>
                <w:color w:val="FFFFFF"/>
                <w:sz w:val="14"/>
              </w:rPr>
              <w:t>Evidence reference</w:t>
            </w:r>
          </w:p>
        </w:tc>
      </w:tr>
      <w:tr w:rsidR="006A55BC" w14:paraId="68CA9660" w14:textId="77777777">
        <w:trPr>
          <w:cantSplit/>
          <w:jc w:val="center"/>
        </w:trPr>
        <w:tc>
          <w:tcPr>
            <w:tcW w:w="864" w:type="dxa"/>
            <w:tcMar>
              <w:top w:w="100" w:type="dxa"/>
              <w:left w:w="110" w:type="dxa"/>
              <w:bottom w:w="100" w:type="dxa"/>
              <w:right w:w="110" w:type="dxa"/>
            </w:tcMar>
            <w:vAlign w:val="center"/>
          </w:tcPr>
          <w:p w14:paraId="4B1A268D"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4545BBCD"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1F427361" w14:textId="77777777" w:rsidR="006A55BC" w:rsidRDefault="006A55BC">
            <w:pPr>
              <w:spacing w:after="20" w:line="240" w:lineRule="auto"/>
            </w:pPr>
          </w:p>
        </w:tc>
        <w:tc>
          <w:tcPr>
            <w:tcW w:w="3024" w:type="dxa"/>
            <w:tcMar>
              <w:top w:w="100" w:type="dxa"/>
              <w:left w:w="110" w:type="dxa"/>
              <w:bottom w:w="100" w:type="dxa"/>
              <w:right w:w="110" w:type="dxa"/>
            </w:tcMar>
            <w:vAlign w:val="center"/>
          </w:tcPr>
          <w:p w14:paraId="535103CA" w14:textId="77777777" w:rsidR="006A55BC" w:rsidRDefault="006A55BC">
            <w:pPr>
              <w:spacing w:after="20" w:line="240" w:lineRule="auto"/>
            </w:pPr>
          </w:p>
        </w:tc>
        <w:tc>
          <w:tcPr>
            <w:tcW w:w="2232" w:type="dxa"/>
            <w:tcMar>
              <w:top w:w="100" w:type="dxa"/>
              <w:left w:w="110" w:type="dxa"/>
              <w:bottom w:w="100" w:type="dxa"/>
              <w:right w:w="110" w:type="dxa"/>
            </w:tcMar>
            <w:vAlign w:val="center"/>
          </w:tcPr>
          <w:p w14:paraId="660B3505"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56FDFC72" w14:textId="77777777" w:rsidR="006A55BC" w:rsidRDefault="006A55BC">
            <w:pPr>
              <w:spacing w:after="20" w:line="240" w:lineRule="auto"/>
            </w:pPr>
          </w:p>
        </w:tc>
      </w:tr>
      <w:tr w:rsidR="006A55BC" w14:paraId="1C3FDEE7" w14:textId="77777777">
        <w:trPr>
          <w:cantSplit/>
          <w:jc w:val="center"/>
        </w:trPr>
        <w:tc>
          <w:tcPr>
            <w:tcW w:w="864" w:type="dxa"/>
            <w:shd w:val="clear" w:color="auto" w:fill="F4F7FA"/>
            <w:tcMar>
              <w:top w:w="100" w:type="dxa"/>
              <w:left w:w="110" w:type="dxa"/>
              <w:bottom w:w="100" w:type="dxa"/>
              <w:right w:w="110" w:type="dxa"/>
            </w:tcMar>
            <w:vAlign w:val="center"/>
          </w:tcPr>
          <w:p w14:paraId="3EF7CF78"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43DF0C54"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5EE8D545" w14:textId="77777777" w:rsidR="006A55BC" w:rsidRDefault="006A55BC">
            <w:pPr>
              <w:spacing w:after="20" w:line="240" w:lineRule="auto"/>
            </w:pPr>
          </w:p>
        </w:tc>
        <w:tc>
          <w:tcPr>
            <w:tcW w:w="3024" w:type="dxa"/>
            <w:shd w:val="clear" w:color="auto" w:fill="F4F7FA"/>
            <w:tcMar>
              <w:top w:w="100" w:type="dxa"/>
              <w:left w:w="110" w:type="dxa"/>
              <w:bottom w:w="100" w:type="dxa"/>
              <w:right w:w="110" w:type="dxa"/>
            </w:tcMar>
            <w:vAlign w:val="center"/>
          </w:tcPr>
          <w:p w14:paraId="254AA158" w14:textId="77777777" w:rsidR="006A55BC" w:rsidRDefault="006A55BC">
            <w:pPr>
              <w:spacing w:after="20" w:line="240" w:lineRule="auto"/>
            </w:pPr>
          </w:p>
        </w:tc>
        <w:tc>
          <w:tcPr>
            <w:tcW w:w="2232" w:type="dxa"/>
            <w:shd w:val="clear" w:color="auto" w:fill="F4F7FA"/>
            <w:tcMar>
              <w:top w:w="100" w:type="dxa"/>
              <w:left w:w="110" w:type="dxa"/>
              <w:bottom w:w="100" w:type="dxa"/>
              <w:right w:w="110" w:type="dxa"/>
            </w:tcMar>
            <w:vAlign w:val="center"/>
          </w:tcPr>
          <w:p w14:paraId="3B1C6850"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4BDA9982" w14:textId="77777777" w:rsidR="006A55BC" w:rsidRDefault="006A55BC">
            <w:pPr>
              <w:spacing w:after="20" w:line="240" w:lineRule="auto"/>
            </w:pPr>
          </w:p>
        </w:tc>
      </w:tr>
      <w:tr w:rsidR="006A55BC" w14:paraId="791C0A33" w14:textId="77777777">
        <w:trPr>
          <w:cantSplit/>
          <w:jc w:val="center"/>
        </w:trPr>
        <w:tc>
          <w:tcPr>
            <w:tcW w:w="864" w:type="dxa"/>
            <w:tcMar>
              <w:top w:w="100" w:type="dxa"/>
              <w:left w:w="110" w:type="dxa"/>
              <w:bottom w:w="100" w:type="dxa"/>
              <w:right w:w="110" w:type="dxa"/>
            </w:tcMar>
            <w:vAlign w:val="center"/>
          </w:tcPr>
          <w:p w14:paraId="5957131E"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7C853F82"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1EE267B9" w14:textId="77777777" w:rsidR="006A55BC" w:rsidRDefault="006A55BC">
            <w:pPr>
              <w:spacing w:after="20" w:line="240" w:lineRule="auto"/>
            </w:pPr>
          </w:p>
        </w:tc>
        <w:tc>
          <w:tcPr>
            <w:tcW w:w="3024" w:type="dxa"/>
            <w:tcMar>
              <w:top w:w="100" w:type="dxa"/>
              <w:left w:w="110" w:type="dxa"/>
              <w:bottom w:w="100" w:type="dxa"/>
              <w:right w:w="110" w:type="dxa"/>
            </w:tcMar>
            <w:vAlign w:val="center"/>
          </w:tcPr>
          <w:p w14:paraId="6EB1E3AB" w14:textId="77777777" w:rsidR="006A55BC" w:rsidRDefault="006A55BC">
            <w:pPr>
              <w:spacing w:after="20" w:line="240" w:lineRule="auto"/>
            </w:pPr>
          </w:p>
        </w:tc>
        <w:tc>
          <w:tcPr>
            <w:tcW w:w="2232" w:type="dxa"/>
            <w:tcMar>
              <w:top w:w="100" w:type="dxa"/>
              <w:left w:w="110" w:type="dxa"/>
              <w:bottom w:w="100" w:type="dxa"/>
              <w:right w:w="110" w:type="dxa"/>
            </w:tcMar>
            <w:vAlign w:val="center"/>
          </w:tcPr>
          <w:p w14:paraId="3978118E"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4E4646EE" w14:textId="77777777" w:rsidR="006A55BC" w:rsidRDefault="006A55BC">
            <w:pPr>
              <w:spacing w:after="20" w:line="240" w:lineRule="auto"/>
            </w:pPr>
          </w:p>
        </w:tc>
      </w:tr>
      <w:tr w:rsidR="006A55BC" w14:paraId="23B5F824" w14:textId="77777777">
        <w:trPr>
          <w:cantSplit/>
          <w:jc w:val="center"/>
        </w:trPr>
        <w:tc>
          <w:tcPr>
            <w:tcW w:w="864" w:type="dxa"/>
            <w:shd w:val="clear" w:color="auto" w:fill="F4F7FA"/>
            <w:tcMar>
              <w:top w:w="100" w:type="dxa"/>
              <w:left w:w="110" w:type="dxa"/>
              <w:bottom w:w="100" w:type="dxa"/>
              <w:right w:w="110" w:type="dxa"/>
            </w:tcMar>
            <w:vAlign w:val="center"/>
          </w:tcPr>
          <w:p w14:paraId="43C03C64"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40D99787"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7696EFA7" w14:textId="77777777" w:rsidR="006A55BC" w:rsidRDefault="006A55BC">
            <w:pPr>
              <w:spacing w:after="20" w:line="240" w:lineRule="auto"/>
            </w:pPr>
          </w:p>
        </w:tc>
        <w:tc>
          <w:tcPr>
            <w:tcW w:w="3024" w:type="dxa"/>
            <w:shd w:val="clear" w:color="auto" w:fill="F4F7FA"/>
            <w:tcMar>
              <w:top w:w="100" w:type="dxa"/>
              <w:left w:w="110" w:type="dxa"/>
              <w:bottom w:w="100" w:type="dxa"/>
              <w:right w:w="110" w:type="dxa"/>
            </w:tcMar>
            <w:vAlign w:val="center"/>
          </w:tcPr>
          <w:p w14:paraId="1774E32A" w14:textId="77777777" w:rsidR="006A55BC" w:rsidRDefault="006A55BC">
            <w:pPr>
              <w:spacing w:after="20" w:line="240" w:lineRule="auto"/>
            </w:pPr>
          </w:p>
        </w:tc>
        <w:tc>
          <w:tcPr>
            <w:tcW w:w="2232" w:type="dxa"/>
            <w:shd w:val="clear" w:color="auto" w:fill="F4F7FA"/>
            <w:tcMar>
              <w:top w:w="100" w:type="dxa"/>
              <w:left w:w="110" w:type="dxa"/>
              <w:bottom w:w="100" w:type="dxa"/>
              <w:right w:w="110" w:type="dxa"/>
            </w:tcMar>
            <w:vAlign w:val="center"/>
          </w:tcPr>
          <w:p w14:paraId="7A3B81B8"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57EC6A47" w14:textId="77777777" w:rsidR="006A55BC" w:rsidRDefault="006A55BC">
            <w:pPr>
              <w:spacing w:after="20" w:line="240" w:lineRule="auto"/>
            </w:pPr>
          </w:p>
        </w:tc>
      </w:tr>
      <w:tr w:rsidR="006A55BC" w14:paraId="62A19762" w14:textId="77777777">
        <w:trPr>
          <w:cantSplit/>
          <w:jc w:val="center"/>
        </w:trPr>
        <w:tc>
          <w:tcPr>
            <w:tcW w:w="864" w:type="dxa"/>
            <w:tcMar>
              <w:top w:w="100" w:type="dxa"/>
              <w:left w:w="110" w:type="dxa"/>
              <w:bottom w:w="100" w:type="dxa"/>
              <w:right w:w="110" w:type="dxa"/>
            </w:tcMar>
            <w:vAlign w:val="center"/>
          </w:tcPr>
          <w:p w14:paraId="16FD4875"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0DD18002"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3928757D" w14:textId="77777777" w:rsidR="006A55BC" w:rsidRDefault="006A55BC">
            <w:pPr>
              <w:spacing w:after="20" w:line="240" w:lineRule="auto"/>
            </w:pPr>
          </w:p>
        </w:tc>
        <w:tc>
          <w:tcPr>
            <w:tcW w:w="3024" w:type="dxa"/>
            <w:tcMar>
              <w:top w:w="100" w:type="dxa"/>
              <w:left w:w="110" w:type="dxa"/>
              <w:bottom w:w="100" w:type="dxa"/>
              <w:right w:w="110" w:type="dxa"/>
            </w:tcMar>
            <w:vAlign w:val="center"/>
          </w:tcPr>
          <w:p w14:paraId="60300F0E" w14:textId="77777777" w:rsidR="006A55BC" w:rsidRDefault="006A55BC">
            <w:pPr>
              <w:spacing w:after="20" w:line="240" w:lineRule="auto"/>
            </w:pPr>
          </w:p>
        </w:tc>
        <w:tc>
          <w:tcPr>
            <w:tcW w:w="2232" w:type="dxa"/>
            <w:tcMar>
              <w:top w:w="100" w:type="dxa"/>
              <w:left w:w="110" w:type="dxa"/>
              <w:bottom w:w="100" w:type="dxa"/>
              <w:right w:w="110" w:type="dxa"/>
            </w:tcMar>
            <w:vAlign w:val="center"/>
          </w:tcPr>
          <w:p w14:paraId="2EBE7357"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5B5B8F9E" w14:textId="77777777" w:rsidR="006A55BC" w:rsidRDefault="006A55BC">
            <w:pPr>
              <w:spacing w:after="20" w:line="240" w:lineRule="auto"/>
            </w:pPr>
          </w:p>
        </w:tc>
      </w:tr>
    </w:tbl>
    <w:p w14:paraId="6C397586" w14:textId="77777777" w:rsidR="006A55BC" w:rsidRDefault="006A55BC">
      <w:pPr>
        <w:spacing w:after="20"/>
      </w:pPr>
    </w:p>
    <w:p w14:paraId="735E773C" w14:textId="77777777" w:rsidR="006A55BC" w:rsidRDefault="00000000">
      <w:pPr>
        <w:pStyle w:val="Heading3"/>
      </w:pPr>
      <w:r>
        <w:t>Residual Risk and Decision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440"/>
        <w:gridCol w:w="1440"/>
        <w:gridCol w:w="1296"/>
        <w:gridCol w:w="1008"/>
        <w:gridCol w:w="1728"/>
        <w:gridCol w:w="3024"/>
      </w:tblGrid>
      <w:tr w:rsidR="006A55BC" w14:paraId="7677B49C" w14:textId="77777777">
        <w:trPr>
          <w:cantSplit/>
          <w:tblHeader/>
          <w:jc w:val="center"/>
        </w:trPr>
        <w:tc>
          <w:tcPr>
            <w:tcW w:w="1440" w:type="dxa"/>
            <w:shd w:val="clear" w:color="auto" w:fill="17365D"/>
            <w:tcMar>
              <w:top w:w="100" w:type="dxa"/>
              <w:left w:w="110" w:type="dxa"/>
              <w:bottom w:w="100" w:type="dxa"/>
              <w:right w:w="110" w:type="dxa"/>
            </w:tcMar>
            <w:vAlign w:val="center"/>
          </w:tcPr>
          <w:p w14:paraId="0A1125D2" w14:textId="77777777" w:rsidR="006A55BC" w:rsidRDefault="00000000">
            <w:r>
              <w:rPr>
                <w:b/>
                <w:color w:val="FFFFFF"/>
                <w:sz w:val="15"/>
              </w:rPr>
              <w:t>Residual likelihood</w:t>
            </w:r>
          </w:p>
        </w:tc>
        <w:tc>
          <w:tcPr>
            <w:tcW w:w="1440" w:type="dxa"/>
            <w:shd w:val="clear" w:color="auto" w:fill="17365D"/>
            <w:tcMar>
              <w:top w:w="100" w:type="dxa"/>
              <w:left w:w="110" w:type="dxa"/>
              <w:bottom w:w="100" w:type="dxa"/>
              <w:right w:w="110" w:type="dxa"/>
            </w:tcMar>
            <w:vAlign w:val="center"/>
          </w:tcPr>
          <w:p w14:paraId="4EE4A7DB" w14:textId="77777777" w:rsidR="006A55BC" w:rsidRDefault="00000000">
            <w:r>
              <w:rPr>
                <w:b/>
                <w:color w:val="FFFFFF"/>
                <w:sz w:val="15"/>
              </w:rPr>
              <w:t>Residual impact</w:t>
            </w:r>
          </w:p>
        </w:tc>
        <w:tc>
          <w:tcPr>
            <w:tcW w:w="1296" w:type="dxa"/>
            <w:shd w:val="clear" w:color="auto" w:fill="17365D"/>
            <w:tcMar>
              <w:top w:w="100" w:type="dxa"/>
              <w:left w:w="110" w:type="dxa"/>
              <w:bottom w:w="100" w:type="dxa"/>
              <w:right w:w="110" w:type="dxa"/>
            </w:tcMar>
            <w:vAlign w:val="center"/>
          </w:tcPr>
          <w:p w14:paraId="350849BC" w14:textId="77777777" w:rsidR="006A55BC" w:rsidRDefault="00000000">
            <w:r>
              <w:rPr>
                <w:b/>
                <w:color w:val="FFFFFF"/>
                <w:sz w:val="15"/>
              </w:rPr>
              <w:t>Residual score</w:t>
            </w:r>
          </w:p>
        </w:tc>
        <w:tc>
          <w:tcPr>
            <w:tcW w:w="1008" w:type="dxa"/>
            <w:shd w:val="clear" w:color="auto" w:fill="17365D"/>
            <w:tcMar>
              <w:top w:w="100" w:type="dxa"/>
              <w:left w:w="110" w:type="dxa"/>
              <w:bottom w:w="100" w:type="dxa"/>
              <w:right w:w="110" w:type="dxa"/>
            </w:tcMar>
            <w:vAlign w:val="center"/>
          </w:tcPr>
          <w:p w14:paraId="1A018E96" w14:textId="77777777" w:rsidR="006A55BC" w:rsidRDefault="00000000">
            <w:r>
              <w:rPr>
                <w:b/>
                <w:color w:val="FFFFFF"/>
                <w:sz w:val="15"/>
              </w:rPr>
              <w:t>Band</w:t>
            </w:r>
          </w:p>
        </w:tc>
        <w:tc>
          <w:tcPr>
            <w:tcW w:w="1728" w:type="dxa"/>
            <w:shd w:val="clear" w:color="auto" w:fill="17365D"/>
            <w:tcMar>
              <w:top w:w="100" w:type="dxa"/>
              <w:left w:w="110" w:type="dxa"/>
              <w:bottom w:w="100" w:type="dxa"/>
              <w:right w:w="110" w:type="dxa"/>
            </w:tcMar>
            <w:vAlign w:val="center"/>
          </w:tcPr>
          <w:p w14:paraId="48C7C970" w14:textId="77777777" w:rsidR="006A55BC" w:rsidRDefault="00000000">
            <w:r>
              <w:rPr>
                <w:b/>
                <w:color w:val="FFFFFF"/>
                <w:sz w:val="15"/>
              </w:rPr>
              <w:t>Appetite status</w:t>
            </w:r>
          </w:p>
        </w:tc>
        <w:tc>
          <w:tcPr>
            <w:tcW w:w="3024" w:type="dxa"/>
            <w:shd w:val="clear" w:color="auto" w:fill="17365D"/>
            <w:tcMar>
              <w:top w:w="100" w:type="dxa"/>
              <w:left w:w="110" w:type="dxa"/>
              <w:bottom w:w="100" w:type="dxa"/>
              <w:right w:w="110" w:type="dxa"/>
            </w:tcMar>
            <w:vAlign w:val="center"/>
          </w:tcPr>
          <w:p w14:paraId="3387A953" w14:textId="77777777" w:rsidR="006A55BC" w:rsidRDefault="00000000">
            <w:r>
              <w:rPr>
                <w:b/>
                <w:color w:val="FFFFFF"/>
                <w:sz w:val="15"/>
              </w:rPr>
              <w:t>Decision</w:t>
            </w:r>
          </w:p>
        </w:tc>
      </w:tr>
      <w:tr w:rsidR="006A55BC" w14:paraId="73BFD661" w14:textId="77777777">
        <w:trPr>
          <w:cantSplit/>
          <w:jc w:val="center"/>
        </w:trPr>
        <w:tc>
          <w:tcPr>
            <w:tcW w:w="1440" w:type="dxa"/>
            <w:tcMar>
              <w:top w:w="100" w:type="dxa"/>
              <w:left w:w="110" w:type="dxa"/>
              <w:bottom w:w="100" w:type="dxa"/>
              <w:right w:w="110" w:type="dxa"/>
            </w:tcMar>
            <w:vAlign w:val="center"/>
          </w:tcPr>
          <w:p w14:paraId="6958AE3E"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0A217E2F"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41F275A4"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0D97E0A2"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16916857" w14:textId="77777777" w:rsidR="006A55BC" w:rsidRDefault="00000000">
            <w:pPr>
              <w:spacing w:after="20" w:line="240" w:lineRule="auto"/>
            </w:pPr>
            <w:r>
              <w:rPr>
                <w:sz w:val="15"/>
              </w:rPr>
              <w:t>Within / Outside</w:t>
            </w:r>
          </w:p>
        </w:tc>
        <w:tc>
          <w:tcPr>
            <w:tcW w:w="3024" w:type="dxa"/>
            <w:tcMar>
              <w:top w:w="100" w:type="dxa"/>
              <w:left w:w="110" w:type="dxa"/>
              <w:bottom w:w="100" w:type="dxa"/>
              <w:right w:w="110" w:type="dxa"/>
            </w:tcMar>
            <w:vAlign w:val="center"/>
          </w:tcPr>
          <w:p w14:paraId="635CA200" w14:textId="77777777" w:rsidR="006A55BC" w:rsidRDefault="00000000">
            <w:pPr>
              <w:spacing w:after="20" w:line="240" w:lineRule="auto"/>
            </w:pPr>
            <w:r>
              <w:rPr>
                <w:sz w:val="15"/>
              </w:rPr>
              <w:t>Accept / Treat / Avoid / Transfer / Escalate</w:t>
            </w:r>
          </w:p>
        </w:tc>
      </w:tr>
    </w:tbl>
    <w:p w14:paraId="21903529" w14:textId="77777777" w:rsidR="006A55BC" w:rsidRDefault="006A55BC">
      <w:pPr>
        <w:spacing w:after="20"/>
      </w:pPr>
    </w:p>
    <w:p w14:paraId="34542B5B" w14:textId="77777777" w:rsidR="006A55BC" w:rsidRDefault="00000000">
      <w:r>
        <w:t>Residual-risk rationale, including control reliance and uncertainty: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936"/>
      </w:tblGrid>
      <w:tr w:rsidR="006A55BC" w14:paraId="2D7BE139" w14:textId="77777777">
        <w:trPr>
          <w:cantSplit/>
          <w:tblHeader/>
          <w:jc w:val="center"/>
        </w:trPr>
        <w:tc>
          <w:tcPr>
            <w:tcW w:w="9936" w:type="dxa"/>
            <w:shd w:val="clear" w:color="auto" w:fill="17365D"/>
            <w:tcMar>
              <w:top w:w="100" w:type="dxa"/>
              <w:left w:w="110" w:type="dxa"/>
              <w:bottom w:w="100" w:type="dxa"/>
              <w:right w:w="110" w:type="dxa"/>
            </w:tcMar>
            <w:vAlign w:val="center"/>
          </w:tcPr>
          <w:p w14:paraId="1C100426" w14:textId="77777777" w:rsidR="006A55BC" w:rsidRDefault="00000000">
            <w:r>
              <w:rPr>
                <w:b/>
                <w:color w:val="FFFFFF"/>
                <w:sz w:val="17"/>
              </w:rPr>
              <w:t>Rationale and evidence</w:t>
            </w:r>
          </w:p>
        </w:tc>
      </w:tr>
      <w:tr w:rsidR="006A55BC" w14:paraId="295C26D1" w14:textId="77777777">
        <w:trPr>
          <w:cantSplit/>
          <w:jc w:val="center"/>
        </w:trPr>
        <w:tc>
          <w:tcPr>
            <w:tcW w:w="9936" w:type="dxa"/>
            <w:tcMar>
              <w:top w:w="100" w:type="dxa"/>
              <w:left w:w="110" w:type="dxa"/>
              <w:bottom w:w="100" w:type="dxa"/>
              <w:right w:w="110" w:type="dxa"/>
            </w:tcMar>
            <w:vAlign w:val="center"/>
          </w:tcPr>
          <w:p w14:paraId="047C2320" w14:textId="77777777" w:rsidR="006A55BC" w:rsidRDefault="006A55BC">
            <w:pPr>
              <w:spacing w:after="20" w:line="240" w:lineRule="auto"/>
            </w:pPr>
          </w:p>
        </w:tc>
      </w:tr>
      <w:tr w:rsidR="006A55BC" w14:paraId="6275D797" w14:textId="77777777">
        <w:trPr>
          <w:cantSplit/>
          <w:jc w:val="center"/>
        </w:trPr>
        <w:tc>
          <w:tcPr>
            <w:tcW w:w="9936" w:type="dxa"/>
            <w:shd w:val="clear" w:color="auto" w:fill="F4F7FA"/>
            <w:tcMar>
              <w:top w:w="100" w:type="dxa"/>
              <w:left w:w="110" w:type="dxa"/>
              <w:bottom w:w="100" w:type="dxa"/>
              <w:right w:w="110" w:type="dxa"/>
            </w:tcMar>
            <w:vAlign w:val="center"/>
          </w:tcPr>
          <w:p w14:paraId="4F49EF80" w14:textId="77777777" w:rsidR="006A55BC" w:rsidRDefault="006A55BC">
            <w:pPr>
              <w:spacing w:after="20" w:line="240" w:lineRule="auto"/>
            </w:pPr>
          </w:p>
        </w:tc>
      </w:tr>
    </w:tbl>
    <w:p w14:paraId="5DDCB0BE" w14:textId="77777777" w:rsidR="006A55BC" w:rsidRDefault="006A55BC">
      <w:pPr>
        <w:spacing w:after="20"/>
      </w:pPr>
    </w:p>
    <w:p w14:paraId="767550A5" w14:textId="77777777" w:rsidR="006A55BC" w:rsidRDefault="00000000">
      <w:pPr>
        <w:pStyle w:val="Heading3"/>
      </w:pPr>
      <w:r>
        <w:t>Treatment and Approval</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24"/>
        <w:gridCol w:w="1080"/>
        <w:gridCol w:w="1224"/>
        <w:gridCol w:w="1080"/>
        <w:gridCol w:w="2376"/>
        <w:gridCol w:w="1152"/>
      </w:tblGrid>
      <w:tr w:rsidR="006A55BC" w14:paraId="18C1AC34" w14:textId="77777777">
        <w:trPr>
          <w:cantSplit/>
          <w:tblHeader/>
          <w:jc w:val="center"/>
        </w:trPr>
        <w:tc>
          <w:tcPr>
            <w:tcW w:w="3024" w:type="dxa"/>
            <w:shd w:val="clear" w:color="auto" w:fill="17365D"/>
            <w:tcMar>
              <w:top w:w="100" w:type="dxa"/>
              <w:left w:w="110" w:type="dxa"/>
              <w:bottom w:w="100" w:type="dxa"/>
              <w:right w:w="110" w:type="dxa"/>
            </w:tcMar>
            <w:vAlign w:val="center"/>
          </w:tcPr>
          <w:p w14:paraId="0DA3D22A" w14:textId="77777777" w:rsidR="006A55BC" w:rsidRDefault="00000000">
            <w:r>
              <w:rPr>
                <w:b/>
                <w:color w:val="FFFFFF"/>
                <w:sz w:val="15"/>
              </w:rPr>
              <w:t>Action</w:t>
            </w:r>
          </w:p>
        </w:tc>
        <w:tc>
          <w:tcPr>
            <w:tcW w:w="1080" w:type="dxa"/>
            <w:shd w:val="clear" w:color="auto" w:fill="17365D"/>
            <w:tcMar>
              <w:top w:w="100" w:type="dxa"/>
              <w:left w:w="110" w:type="dxa"/>
              <w:bottom w:w="100" w:type="dxa"/>
              <w:right w:w="110" w:type="dxa"/>
            </w:tcMar>
            <w:vAlign w:val="center"/>
          </w:tcPr>
          <w:p w14:paraId="60C2516C" w14:textId="77777777" w:rsidR="006A55BC" w:rsidRDefault="00000000">
            <w:r>
              <w:rPr>
                <w:b/>
                <w:color w:val="FFFFFF"/>
                <w:sz w:val="15"/>
              </w:rPr>
              <w:t>Owner</w:t>
            </w:r>
          </w:p>
        </w:tc>
        <w:tc>
          <w:tcPr>
            <w:tcW w:w="1224" w:type="dxa"/>
            <w:shd w:val="clear" w:color="auto" w:fill="17365D"/>
            <w:tcMar>
              <w:top w:w="100" w:type="dxa"/>
              <w:left w:w="110" w:type="dxa"/>
              <w:bottom w:w="100" w:type="dxa"/>
              <w:right w:w="110" w:type="dxa"/>
            </w:tcMar>
            <w:vAlign w:val="center"/>
          </w:tcPr>
          <w:p w14:paraId="19BA96F8" w14:textId="77777777" w:rsidR="006A55BC" w:rsidRDefault="00000000">
            <w:r>
              <w:rPr>
                <w:b/>
                <w:color w:val="FFFFFF"/>
                <w:sz w:val="15"/>
              </w:rPr>
              <w:t>Resources</w:t>
            </w:r>
          </w:p>
        </w:tc>
        <w:tc>
          <w:tcPr>
            <w:tcW w:w="1080" w:type="dxa"/>
            <w:shd w:val="clear" w:color="auto" w:fill="17365D"/>
            <w:tcMar>
              <w:top w:w="100" w:type="dxa"/>
              <w:left w:w="110" w:type="dxa"/>
              <w:bottom w:w="100" w:type="dxa"/>
              <w:right w:w="110" w:type="dxa"/>
            </w:tcMar>
            <w:vAlign w:val="center"/>
          </w:tcPr>
          <w:p w14:paraId="263E6FCD" w14:textId="77777777" w:rsidR="006A55BC" w:rsidRDefault="00000000">
            <w:r>
              <w:rPr>
                <w:b/>
                <w:color w:val="FFFFFF"/>
                <w:sz w:val="15"/>
              </w:rPr>
              <w:t>Due date</w:t>
            </w:r>
          </w:p>
        </w:tc>
        <w:tc>
          <w:tcPr>
            <w:tcW w:w="2376" w:type="dxa"/>
            <w:shd w:val="clear" w:color="auto" w:fill="17365D"/>
            <w:tcMar>
              <w:top w:w="100" w:type="dxa"/>
              <w:left w:w="110" w:type="dxa"/>
              <w:bottom w:w="100" w:type="dxa"/>
              <w:right w:w="110" w:type="dxa"/>
            </w:tcMar>
            <w:vAlign w:val="center"/>
          </w:tcPr>
          <w:p w14:paraId="4453DECB" w14:textId="77777777" w:rsidR="006A55BC" w:rsidRDefault="00000000">
            <w:r>
              <w:rPr>
                <w:b/>
                <w:color w:val="FFFFFF"/>
                <w:sz w:val="15"/>
              </w:rPr>
              <w:t>Measure of success</w:t>
            </w:r>
          </w:p>
        </w:tc>
        <w:tc>
          <w:tcPr>
            <w:tcW w:w="1152" w:type="dxa"/>
            <w:shd w:val="clear" w:color="auto" w:fill="17365D"/>
            <w:tcMar>
              <w:top w:w="100" w:type="dxa"/>
              <w:left w:w="110" w:type="dxa"/>
              <w:bottom w:w="100" w:type="dxa"/>
              <w:right w:w="110" w:type="dxa"/>
            </w:tcMar>
            <w:vAlign w:val="center"/>
          </w:tcPr>
          <w:p w14:paraId="6096EAFC" w14:textId="77777777" w:rsidR="006A55BC" w:rsidRDefault="00000000">
            <w:r>
              <w:rPr>
                <w:b/>
                <w:color w:val="FFFFFF"/>
                <w:sz w:val="15"/>
              </w:rPr>
              <w:t>Status</w:t>
            </w:r>
          </w:p>
        </w:tc>
      </w:tr>
      <w:tr w:rsidR="006A55BC" w14:paraId="51FA4F60" w14:textId="77777777">
        <w:trPr>
          <w:cantSplit/>
          <w:jc w:val="center"/>
        </w:trPr>
        <w:tc>
          <w:tcPr>
            <w:tcW w:w="3024" w:type="dxa"/>
            <w:tcMar>
              <w:top w:w="100" w:type="dxa"/>
              <w:left w:w="110" w:type="dxa"/>
              <w:bottom w:w="100" w:type="dxa"/>
              <w:right w:w="110" w:type="dxa"/>
            </w:tcMar>
            <w:vAlign w:val="center"/>
          </w:tcPr>
          <w:p w14:paraId="58F7F485"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3B6C83E9"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4D0D4335"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10D81FA0"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4E41E8A8"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51876353" w14:textId="77777777" w:rsidR="006A55BC" w:rsidRDefault="006A55BC">
            <w:pPr>
              <w:spacing w:after="20" w:line="240" w:lineRule="auto"/>
            </w:pPr>
          </w:p>
        </w:tc>
      </w:tr>
      <w:tr w:rsidR="006A55BC" w14:paraId="4647957B" w14:textId="77777777">
        <w:trPr>
          <w:cantSplit/>
          <w:jc w:val="center"/>
        </w:trPr>
        <w:tc>
          <w:tcPr>
            <w:tcW w:w="3024" w:type="dxa"/>
            <w:shd w:val="clear" w:color="auto" w:fill="F4F7FA"/>
            <w:tcMar>
              <w:top w:w="100" w:type="dxa"/>
              <w:left w:w="110" w:type="dxa"/>
              <w:bottom w:w="100" w:type="dxa"/>
              <w:right w:w="110" w:type="dxa"/>
            </w:tcMar>
            <w:vAlign w:val="center"/>
          </w:tcPr>
          <w:p w14:paraId="0AC4091E"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1D9E8550"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656D177E"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252B16EA"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011AD632"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7D97DEB4" w14:textId="77777777" w:rsidR="006A55BC" w:rsidRDefault="006A55BC">
            <w:pPr>
              <w:spacing w:after="20" w:line="240" w:lineRule="auto"/>
            </w:pPr>
          </w:p>
        </w:tc>
      </w:tr>
      <w:tr w:rsidR="006A55BC" w14:paraId="2DD467D3" w14:textId="77777777">
        <w:trPr>
          <w:cantSplit/>
          <w:jc w:val="center"/>
        </w:trPr>
        <w:tc>
          <w:tcPr>
            <w:tcW w:w="3024" w:type="dxa"/>
            <w:tcMar>
              <w:top w:w="100" w:type="dxa"/>
              <w:left w:w="110" w:type="dxa"/>
              <w:bottom w:w="100" w:type="dxa"/>
              <w:right w:w="110" w:type="dxa"/>
            </w:tcMar>
            <w:vAlign w:val="center"/>
          </w:tcPr>
          <w:p w14:paraId="433E58E3"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49E4E810"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6DA7815B"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4E1A6E34"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67029B54"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6A0DC892" w14:textId="77777777" w:rsidR="006A55BC" w:rsidRDefault="006A55BC">
            <w:pPr>
              <w:spacing w:after="20" w:line="240" w:lineRule="auto"/>
            </w:pPr>
          </w:p>
        </w:tc>
      </w:tr>
      <w:tr w:rsidR="006A55BC" w14:paraId="7A6A4DC9" w14:textId="77777777">
        <w:trPr>
          <w:cantSplit/>
          <w:jc w:val="center"/>
        </w:trPr>
        <w:tc>
          <w:tcPr>
            <w:tcW w:w="3024" w:type="dxa"/>
            <w:shd w:val="clear" w:color="auto" w:fill="F4F7FA"/>
            <w:tcMar>
              <w:top w:w="100" w:type="dxa"/>
              <w:left w:w="110" w:type="dxa"/>
              <w:bottom w:w="100" w:type="dxa"/>
              <w:right w:w="110" w:type="dxa"/>
            </w:tcMar>
            <w:vAlign w:val="center"/>
          </w:tcPr>
          <w:p w14:paraId="489FDAE0"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379C9952"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0DB29F61"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189915BF"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43E3FB21"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1C260A6A" w14:textId="77777777" w:rsidR="006A55BC" w:rsidRDefault="006A55BC">
            <w:pPr>
              <w:spacing w:after="20" w:line="240" w:lineRule="auto"/>
            </w:pPr>
          </w:p>
        </w:tc>
      </w:tr>
    </w:tbl>
    <w:p w14:paraId="5B370A95" w14:textId="77777777" w:rsidR="006A55BC" w:rsidRDefault="006A55BC">
      <w:pPr>
        <w:spacing w:after="20"/>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016"/>
        <w:gridCol w:w="2016"/>
        <w:gridCol w:w="2160"/>
        <w:gridCol w:w="1728"/>
        <w:gridCol w:w="2016"/>
      </w:tblGrid>
      <w:tr w:rsidR="006A55BC" w14:paraId="21255C9C" w14:textId="77777777">
        <w:trPr>
          <w:cantSplit/>
          <w:tblHeader/>
          <w:jc w:val="center"/>
        </w:trPr>
        <w:tc>
          <w:tcPr>
            <w:tcW w:w="2016" w:type="dxa"/>
            <w:shd w:val="clear" w:color="auto" w:fill="17365D"/>
            <w:tcMar>
              <w:top w:w="100" w:type="dxa"/>
              <w:left w:w="110" w:type="dxa"/>
              <w:bottom w:w="100" w:type="dxa"/>
              <w:right w:w="110" w:type="dxa"/>
            </w:tcMar>
            <w:vAlign w:val="center"/>
          </w:tcPr>
          <w:p w14:paraId="699DEBFD" w14:textId="77777777" w:rsidR="006A55BC" w:rsidRDefault="00000000">
            <w:r>
              <w:rPr>
                <w:b/>
                <w:color w:val="FFFFFF"/>
                <w:sz w:val="16"/>
              </w:rPr>
              <w:t>Risk owner sign-off</w:t>
            </w:r>
          </w:p>
        </w:tc>
        <w:tc>
          <w:tcPr>
            <w:tcW w:w="2016" w:type="dxa"/>
            <w:shd w:val="clear" w:color="auto" w:fill="17365D"/>
            <w:tcMar>
              <w:top w:w="100" w:type="dxa"/>
              <w:left w:w="110" w:type="dxa"/>
              <w:bottom w:w="100" w:type="dxa"/>
              <w:right w:w="110" w:type="dxa"/>
            </w:tcMar>
            <w:vAlign w:val="center"/>
          </w:tcPr>
          <w:p w14:paraId="6A733E65" w14:textId="77777777" w:rsidR="006A55BC" w:rsidRDefault="00000000">
            <w:r>
              <w:rPr>
                <w:b/>
                <w:color w:val="FFFFFF"/>
                <w:sz w:val="16"/>
              </w:rPr>
              <w:t>Compliance review</w:t>
            </w:r>
          </w:p>
        </w:tc>
        <w:tc>
          <w:tcPr>
            <w:tcW w:w="2160" w:type="dxa"/>
            <w:shd w:val="clear" w:color="auto" w:fill="17365D"/>
            <w:tcMar>
              <w:top w:w="100" w:type="dxa"/>
              <w:left w:w="110" w:type="dxa"/>
              <w:bottom w:w="100" w:type="dxa"/>
              <w:right w:w="110" w:type="dxa"/>
            </w:tcMar>
            <w:vAlign w:val="center"/>
          </w:tcPr>
          <w:p w14:paraId="622DA1B3" w14:textId="77777777" w:rsidR="006A55BC" w:rsidRDefault="00000000">
            <w:r>
              <w:rPr>
                <w:b/>
                <w:color w:val="FFFFFF"/>
                <w:sz w:val="16"/>
              </w:rPr>
              <w:t>Approving authority</w:t>
            </w:r>
          </w:p>
        </w:tc>
        <w:tc>
          <w:tcPr>
            <w:tcW w:w="1728" w:type="dxa"/>
            <w:shd w:val="clear" w:color="auto" w:fill="17365D"/>
            <w:tcMar>
              <w:top w:w="100" w:type="dxa"/>
              <w:left w:w="110" w:type="dxa"/>
              <w:bottom w:w="100" w:type="dxa"/>
              <w:right w:w="110" w:type="dxa"/>
            </w:tcMar>
            <w:vAlign w:val="center"/>
          </w:tcPr>
          <w:p w14:paraId="0BA13748" w14:textId="77777777" w:rsidR="006A55BC" w:rsidRDefault="00000000">
            <w:r>
              <w:rPr>
                <w:b/>
                <w:color w:val="FFFFFF"/>
                <w:sz w:val="16"/>
              </w:rPr>
              <w:t>Decision date</w:t>
            </w:r>
          </w:p>
        </w:tc>
        <w:tc>
          <w:tcPr>
            <w:tcW w:w="2016" w:type="dxa"/>
            <w:shd w:val="clear" w:color="auto" w:fill="17365D"/>
            <w:tcMar>
              <w:top w:w="100" w:type="dxa"/>
              <w:left w:w="110" w:type="dxa"/>
              <w:bottom w:w="100" w:type="dxa"/>
              <w:right w:w="110" w:type="dxa"/>
            </w:tcMar>
            <w:vAlign w:val="center"/>
          </w:tcPr>
          <w:p w14:paraId="42D2842C" w14:textId="77777777" w:rsidR="006A55BC" w:rsidRDefault="00000000">
            <w:r>
              <w:rPr>
                <w:b/>
                <w:color w:val="FFFFFF"/>
                <w:sz w:val="16"/>
              </w:rPr>
              <w:t>Next review</w:t>
            </w:r>
          </w:p>
        </w:tc>
      </w:tr>
      <w:tr w:rsidR="006A55BC" w14:paraId="32DC16EE" w14:textId="77777777">
        <w:trPr>
          <w:cantSplit/>
          <w:jc w:val="center"/>
        </w:trPr>
        <w:tc>
          <w:tcPr>
            <w:tcW w:w="2016" w:type="dxa"/>
            <w:tcMar>
              <w:top w:w="100" w:type="dxa"/>
              <w:left w:w="110" w:type="dxa"/>
              <w:bottom w:w="100" w:type="dxa"/>
              <w:right w:w="110" w:type="dxa"/>
            </w:tcMar>
            <w:vAlign w:val="center"/>
          </w:tcPr>
          <w:p w14:paraId="315E913C" w14:textId="77777777" w:rsidR="006A55BC" w:rsidRDefault="006A55BC">
            <w:pPr>
              <w:spacing w:after="20" w:line="240" w:lineRule="auto"/>
            </w:pPr>
          </w:p>
        </w:tc>
        <w:tc>
          <w:tcPr>
            <w:tcW w:w="2016" w:type="dxa"/>
            <w:tcMar>
              <w:top w:w="100" w:type="dxa"/>
              <w:left w:w="110" w:type="dxa"/>
              <w:bottom w:w="100" w:type="dxa"/>
              <w:right w:w="110" w:type="dxa"/>
            </w:tcMar>
            <w:vAlign w:val="center"/>
          </w:tcPr>
          <w:p w14:paraId="13F665FE"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6EB387C7"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786CDA92" w14:textId="77777777" w:rsidR="006A55BC" w:rsidRDefault="006A55BC">
            <w:pPr>
              <w:spacing w:after="20" w:line="240" w:lineRule="auto"/>
            </w:pPr>
          </w:p>
        </w:tc>
        <w:tc>
          <w:tcPr>
            <w:tcW w:w="2016" w:type="dxa"/>
            <w:tcMar>
              <w:top w:w="100" w:type="dxa"/>
              <w:left w:w="110" w:type="dxa"/>
              <w:bottom w:w="100" w:type="dxa"/>
              <w:right w:w="110" w:type="dxa"/>
            </w:tcMar>
            <w:vAlign w:val="center"/>
          </w:tcPr>
          <w:p w14:paraId="030A07DB" w14:textId="77777777" w:rsidR="006A55BC" w:rsidRDefault="006A55BC">
            <w:pPr>
              <w:spacing w:after="20" w:line="240" w:lineRule="auto"/>
            </w:pPr>
          </w:p>
        </w:tc>
      </w:tr>
    </w:tbl>
    <w:p w14:paraId="40686F0C" w14:textId="77777777" w:rsidR="006A55BC" w:rsidRDefault="006A55BC">
      <w:pPr>
        <w:spacing w:after="20"/>
      </w:pPr>
    </w:p>
    <w:p w14:paraId="0178EDE3" w14:textId="77777777" w:rsidR="006A55BC" w:rsidRDefault="00000000">
      <w:r>
        <w:br w:type="page"/>
      </w:r>
    </w:p>
    <w:p w14:paraId="174ADEBB" w14:textId="77777777" w:rsidR="006A55BC" w:rsidRDefault="00000000">
      <w:pPr>
        <w:pStyle w:val="Heading2"/>
      </w:pPr>
      <w:r>
        <w:lastRenderedPageBreak/>
        <w:t>8.2 Consolidated Corruption Risk Register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
        <w:gridCol w:w="1584"/>
        <w:gridCol w:w="2880"/>
        <w:gridCol w:w="936"/>
        <w:gridCol w:w="1800"/>
        <w:gridCol w:w="936"/>
        <w:gridCol w:w="792"/>
        <w:gridCol w:w="1008"/>
        <w:gridCol w:w="936"/>
      </w:tblGrid>
      <w:tr w:rsidR="006A55BC" w14:paraId="4FD123B4" w14:textId="77777777">
        <w:trPr>
          <w:cantSplit/>
          <w:tblHeader/>
          <w:jc w:val="center"/>
        </w:trPr>
        <w:tc>
          <w:tcPr>
            <w:tcW w:w="504" w:type="dxa"/>
            <w:shd w:val="clear" w:color="auto" w:fill="17365D"/>
            <w:tcMar>
              <w:top w:w="100" w:type="dxa"/>
              <w:left w:w="110" w:type="dxa"/>
              <w:bottom w:w="100" w:type="dxa"/>
              <w:right w:w="110" w:type="dxa"/>
            </w:tcMar>
            <w:vAlign w:val="center"/>
          </w:tcPr>
          <w:p w14:paraId="2E4F676E" w14:textId="77777777" w:rsidR="006A55BC" w:rsidRDefault="00000000">
            <w:r>
              <w:rPr>
                <w:b/>
                <w:color w:val="FFFFFF"/>
                <w:sz w:val="13"/>
              </w:rPr>
              <w:t>ID</w:t>
            </w:r>
          </w:p>
        </w:tc>
        <w:tc>
          <w:tcPr>
            <w:tcW w:w="1584" w:type="dxa"/>
            <w:shd w:val="clear" w:color="auto" w:fill="17365D"/>
            <w:tcMar>
              <w:top w:w="100" w:type="dxa"/>
              <w:left w:w="110" w:type="dxa"/>
              <w:bottom w:w="100" w:type="dxa"/>
              <w:right w:w="110" w:type="dxa"/>
            </w:tcMar>
            <w:vAlign w:val="center"/>
          </w:tcPr>
          <w:p w14:paraId="373FAE7B" w14:textId="77777777" w:rsidR="006A55BC" w:rsidRDefault="00000000">
            <w:r>
              <w:rPr>
                <w:b/>
                <w:color w:val="FFFFFF"/>
                <w:sz w:val="13"/>
              </w:rPr>
              <w:t>Business unit / process</w:t>
            </w:r>
          </w:p>
        </w:tc>
        <w:tc>
          <w:tcPr>
            <w:tcW w:w="2880" w:type="dxa"/>
            <w:shd w:val="clear" w:color="auto" w:fill="17365D"/>
            <w:tcMar>
              <w:top w:w="100" w:type="dxa"/>
              <w:left w:w="110" w:type="dxa"/>
              <w:bottom w:w="100" w:type="dxa"/>
              <w:right w:w="110" w:type="dxa"/>
            </w:tcMar>
            <w:vAlign w:val="center"/>
          </w:tcPr>
          <w:p w14:paraId="211579C4" w14:textId="77777777" w:rsidR="006A55BC" w:rsidRDefault="00000000">
            <w:r>
              <w:rPr>
                <w:b/>
                <w:color w:val="FFFFFF"/>
                <w:sz w:val="13"/>
              </w:rPr>
              <w:t>Risk scenario</w:t>
            </w:r>
          </w:p>
        </w:tc>
        <w:tc>
          <w:tcPr>
            <w:tcW w:w="936" w:type="dxa"/>
            <w:shd w:val="clear" w:color="auto" w:fill="17365D"/>
            <w:tcMar>
              <w:top w:w="100" w:type="dxa"/>
              <w:left w:w="110" w:type="dxa"/>
              <w:bottom w:w="100" w:type="dxa"/>
              <w:right w:w="110" w:type="dxa"/>
            </w:tcMar>
            <w:vAlign w:val="center"/>
          </w:tcPr>
          <w:p w14:paraId="4FED2487" w14:textId="77777777" w:rsidR="006A55BC" w:rsidRDefault="00000000">
            <w:r>
              <w:rPr>
                <w:b/>
                <w:color w:val="FFFFFF"/>
                <w:sz w:val="13"/>
              </w:rPr>
              <w:t>Inherent L×I</w:t>
            </w:r>
          </w:p>
        </w:tc>
        <w:tc>
          <w:tcPr>
            <w:tcW w:w="1800" w:type="dxa"/>
            <w:shd w:val="clear" w:color="auto" w:fill="17365D"/>
            <w:tcMar>
              <w:top w:w="100" w:type="dxa"/>
              <w:left w:w="110" w:type="dxa"/>
              <w:bottom w:w="100" w:type="dxa"/>
              <w:right w:w="110" w:type="dxa"/>
            </w:tcMar>
            <w:vAlign w:val="center"/>
          </w:tcPr>
          <w:p w14:paraId="579F1E17" w14:textId="77777777" w:rsidR="006A55BC" w:rsidRDefault="00000000">
            <w:r>
              <w:rPr>
                <w:b/>
                <w:color w:val="FFFFFF"/>
                <w:sz w:val="13"/>
              </w:rPr>
              <w:t>Key control assessment</w:t>
            </w:r>
          </w:p>
        </w:tc>
        <w:tc>
          <w:tcPr>
            <w:tcW w:w="936" w:type="dxa"/>
            <w:shd w:val="clear" w:color="auto" w:fill="17365D"/>
            <w:tcMar>
              <w:top w:w="100" w:type="dxa"/>
              <w:left w:w="110" w:type="dxa"/>
              <w:bottom w:w="100" w:type="dxa"/>
              <w:right w:w="110" w:type="dxa"/>
            </w:tcMar>
            <w:vAlign w:val="center"/>
          </w:tcPr>
          <w:p w14:paraId="0E524A66" w14:textId="77777777" w:rsidR="006A55BC" w:rsidRDefault="00000000">
            <w:r>
              <w:rPr>
                <w:b/>
                <w:color w:val="FFFFFF"/>
                <w:sz w:val="13"/>
              </w:rPr>
              <w:t>Residual L×I</w:t>
            </w:r>
          </w:p>
        </w:tc>
        <w:tc>
          <w:tcPr>
            <w:tcW w:w="792" w:type="dxa"/>
            <w:shd w:val="clear" w:color="auto" w:fill="17365D"/>
            <w:tcMar>
              <w:top w:w="100" w:type="dxa"/>
              <w:left w:w="110" w:type="dxa"/>
              <w:bottom w:w="100" w:type="dxa"/>
              <w:right w:w="110" w:type="dxa"/>
            </w:tcMar>
            <w:vAlign w:val="center"/>
          </w:tcPr>
          <w:p w14:paraId="05FCF011" w14:textId="77777777" w:rsidR="006A55BC" w:rsidRDefault="00000000">
            <w:r>
              <w:rPr>
                <w:b/>
                <w:color w:val="FFFFFF"/>
                <w:sz w:val="13"/>
              </w:rPr>
              <w:t>Appetite</w:t>
            </w:r>
          </w:p>
        </w:tc>
        <w:tc>
          <w:tcPr>
            <w:tcW w:w="1008" w:type="dxa"/>
            <w:shd w:val="clear" w:color="auto" w:fill="17365D"/>
            <w:tcMar>
              <w:top w:w="100" w:type="dxa"/>
              <w:left w:w="110" w:type="dxa"/>
              <w:bottom w:w="100" w:type="dxa"/>
              <w:right w:w="110" w:type="dxa"/>
            </w:tcMar>
            <w:vAlign w:val="center"/>
          </w:tcPr>
          <w:p w14:paraId="53927AD1" w14:textId="77777777" w:rsidR="006A55BC" w:rsidRDefault="00000000">
            <w:r>
              <w:rPr>
                <w:b/>
                <w:color w:val="FFFFFF"/>
                <w:sz w:val="13"/>
              </w:rPr>
              <w:t>Owner</w:t>
            </w:r>
          </w:p>
        </w:tc>
        <w:tc>
          <w:tcPr>
            <w:tcW w:w="936" w:type="dxa"/>
            <w:shd w:val="clear" w:color="auto" w:fill="17365D"/>
            <w:tcMar>
              <w:top w:w="100" w:type="dxa"/>
              <w:left w:w="110" w:type="dxa"/>
              <w:bottom w:w="100" w:type="dxa"/>
              <w:right w:w="110" w:type="dxa"/>
            </w:tcMar>
            <w:vAlign w:val="center"/>
          </w:tcPr>
          <w:p w14:paraId="357E7812" w14:textId="77777777" w:rsidR="006A55BC" w:rsidRDefault="00000000">
            <w:r>
              <w:rPr>
                <w:b/>
                <w:color w:val="FFFFFF"/>
                <w:sz w:val="13"/>
              </w:rPr>
              <w:t>Review</w:t>
            </w:r>
          </w:p>
        </w:tc>
      </w:tr>
      <w:tr w:rsidR="006A55BC" w14:paraId="2EBD2891" w14:textId="77777777">
        <w:trPr>
          <w:cantSplit/>
          <w:jc w:val="center"/>
        </w:trPr>
        <w:tc>
          <w:tcPr>
            <w:tcW w:w="504" w:type="dxa"/>
            <w:tcMar>
              <w:top w:w="100" w:type="dxa"/>
              <w:left w:w="110" w:type="dxa"/>
              <w:bottom w:w="100" w:type="dxa"/>
              <w:right w:w="110" w:type="dxa"/>
            </w:tcMar>
            <w:vAlign w:val="center"/>
          </w:tcPr>
          <w:p w14:paraId="25539013"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11CB0105"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33F2E7AC"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08AE7692"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280784A6"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4378A454"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0645040F"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20B96940"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04077FC4" w14:textId="77777777" w:rsidR="006A55BC" w:rsidRDefault="006A55BC">
            <w:pPr>
              <w:spacing w:after="20" w:line="240" w:lineRule="auto"/>
            </w:pPr>
          </w:p>
        </w:tc>
      </w:tr>
      <w:tr w:rsidR="006A55BC" w14:paraId="1768A122" w14:textId="77777777">
        <w:trPr>
          <w:cantSplit/>
          <w:jc w:val="center"/>
        </w:trPr>
        <w:tc>
          <w:tcPr>
            <w:tcW w:w="504" w:type="dxa"/>
            <w:shd w:val="clear" w:color="auto" w:fill="F4F7FA"/>
            <w:tcMar>
              <w:top w:w="100" w:type="dxa"/>
              <w:left w:w="110" w:type="dxa"/>
              <w:bottom w:w="100" w:type="dxa"/>
              <w:right w:w="110" w:type="dxa"/>
            </w:tcMar>
            <w:vAlign w:val="center"/>
          </w:tcPr>
          <w:p w14:paraId="29CA1C84"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49B4C5A0"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370E6484"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3E32EA2E"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424EB277"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0214B35"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784F1122"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0C51403D"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241A1371" w14:textId="77777777" w:rsidR="006A55BC" w:rsidRDefault="006A55BC">
            <w:pPr>
              <w:spacing w:after="20" w:line="240" w:lineRule="auto"/>
            </w:pPr>
          </w:p>
        </w:tc>
      </w:tr>
      <w:tr w:rsidR="006A55BC" w14:paraId="16655D38" w14:textId="77777777">
        <w:trPr>
          <w:cantSplit/>
          <w:jc w:val="center"/>
        </w:trPr>
        <w:tc>
          <w:tcPr>
            <w:tcW w:w="504" w:type="dxa"/>
            <w:tcMar>
              <w:top w:w="100" w:type="dxa"/>
              <w:left w:w="110" w:type="dxa"/>
              <w:bottom w:w="100" w:type="dxa"/>
              <w:right w:w="110" w:type="dxa"/>
            </w:tcMar>
            <w:vAlign w:val="center"/>
          </w:tcPr>
          <w:p w14:paraId="23FA48FB"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53CE7E6E"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33D5131C"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104AE826"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24B8BE84"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E719715"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46BDE542"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7E10ECA4"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6A533D59" w14:textId="77777777" w:rsidR="006A55BC" w:rsidRDefault="006A55BC">
            <w:pPr>
              <w:spacing w:after="20" w:line="240" w:lineRule="auto"/>
            </w:pPr>
          </w:p>
        </w:tc>
      </w:tr>
      <w:tr w:rsidR="006A55BC" w14:paraId="6AD14829" w14:textId="77777777">
        <w:trPr>
          <w:cantSplit/>
          <w:jc w:val="center"/>
        </w:trPr>
        <w:tc>
          <w:tcPr>
            <w:tcW w:w="504" w:type="dxa"/>
            <w:shd w:val="clear" w:color="auto" w:fill="F4F7FA"/>
            <w:tcMar>
              <w:top w:w="100" w:type="dxa"/>
              <w:left w:w="110" w:type="dxa"/>
              <w:bottom w:w="100" w:type="dxa"/>
              <w:right w:w="110" w:type="dxa"/>
            </w:tcMar>
            <w:vAlign w:val="center"/>
          </w:tcPr>
          <w:p w14:paraId="49B5F7AC"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64EB6284"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352F4469"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71603D8B"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1425EFB1"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0E6905E3"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6E138BDC"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7EE9722D"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CCE20E8" w14:textId="77777777" w:rsidR="006A55BC" w:rsidRDefault="006A55BC">
            <w:pPr>
              <w:spacing w:after="20" w:line="240" w:lineRule="auto"/>
            </w:pPr>
          </w:p>
        </w:tc>
      </w:tr>
      <w:tr w:rsidR="006A55BC" w14:paraId="25C5764D" w14:textId="77777777">
        <w:trPr>
          <w:cantSplit/>
          <w:jc w:val="center"/>
        </w:trPr>
        <w:tc>
          <w:tcPr>
            <w:tcW w:w="504" w:type="dxa"/>
            <w:tcMar>
              <w:top w:w="100" w:type="dxa"/>
              <w:left w:w="110" w:type="dxa"/>
              <w:bottom w:w="100" w:type="dxa"/>
              <w:right w:w="110" w:type="dxa"/>
            </w:tcMar>
            <w:vAlign w:val="center"/>
          </w:tcPr>
          <w:p w14:paraId="79CA2B9A"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5BF7A390"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464AA574"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38BA1A53"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5690AB0E"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06FF2E2D"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069B3204"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0ADA89BD"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CE2D9AB" w14:textId="77777777" w:rsidR="006A55BC" w:rsidRDefault="006A55BC">
            <w:pPr>
              <w:spacing w:after="20" w:line="240" w:lineRule="auto"/>
            </w:pPr>
          </w:p>
        </w:tc>
      </w:tr>
      <w:tr w:rsidR="006A55BC" w14:paraId="44E1B7F6" w14:textId="77777777">
        <w:trPr>
          <w:cantSplit/>
          <w:jc w:val="center"/>
        </w:trPr>
        <w:tc>
          <w:tcPr>
            <w:tcW w:w="504" w:type="dxa"/>
            <w:shd w:val="clear" w:color="auto" w:fill="F4F7FA"/>
            <w:tcMar>
              <w:top w:w="100" w:type="dxa"/>
              <w:left w:w="110" w:type="dxa"/>
              <w:bottom w:w="100" w:type="dxa"/>
              <w:right w:w="110" w:type="dxa"/>
            </w:tcMar>
            <w:vAlign w:val="center"/>
          </w:tcPr>
          <w:p w14:paraId="23582125"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06FC52A0"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18FA70DC"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AC86C41"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55EDECA1"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239BAF5C"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26A33237"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5DCA40FE"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332C4862" w14:textId="77777777" w:rsidR="006A55BC" w:rsidRDefault="006A55BC">
            <w:pPr>
              <w:spacing w:after="20" w:line="240" w:lineRule="auto"/>
            </w:pPr>
          </w:p>
        </w:tc>
      </w:tr>
      <w:tr w:rsidR="006A55BC" w14:paraId="4D345476" w14:textId="77777777">
        <w:trPr>
          <w:cantSplit/>
          <w:jc w:val="center"/>
        </w:trPr>
        <w:tc>
          <w:tcPr>
            <w:tcW w:w="504" w:type="dxa"/>
            <w:tcMar>
              <w:top w:w="100" w:type="dxa"/>
              <w:left w:w="110" w:type="dxa"/>
              <w:bottom w:w="100" w:type="dxa"/>
              <w:right w:w="110" w:type="dxa"/>
            </w:tcMar>
            <w:vAlign w:val="center"/>
          </w:tcPr>
          <w:p w14:paraId="225B2279"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1D464816"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2C483C73"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6A43D40D"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472AF37A"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5CB79B8"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7A095EFB"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548DCCE7"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EFA8E5C" w14:textId="77777777" w:rsidR="006A55BC" w:rsidRDefault="006A55BC">
            <w:pPr>
              <w:spacing w:after="20" w:line="240" w:lineRule="auto"/>
            </w:pPr>
          </w:p>
        </w:tc>
      </w:tr>
      <w:tr w:rsidR="006A55BC" w14:paraId="1400958D" w14:textId="77777777">
        <w:trPr>
          <w:cantSplit/>
          <w:jc w:val="center"/>
        </w:trPr>
        <w:tc>
          <w:tcPr>
            <w:tcW w:w="504" w:type="dxa"/>
            <w:shd w:val="clear" w:color="auto" w:fill="F4F7FA"/>
            <w:tcMar>
              <w:top w:w="100" w:type="dxa"/>
              <w:left w:w="110" w:type="dxa"/>
              <w:bottom w:w="100" w:type="dxa"/>
              <w:right w:w="110" w:type="dxa"/>
            </w:tcMar>
            <w:vAlign w:val="center"/>
          </w:tcPr>
          <w:p w14:paraId="6B990210"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67F11FCA"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285D6B84"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22F26658"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484D0B12"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EAE87DB"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189EBFFE"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1D38282D"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0E6A02F8" w14:textId="77777777" w:rsidR="006A55BC" w:rsidRDefault="006A55BC">
            <w:pPr>
              <w:spacing w:after="20" w:line="240" w:lineRule="auto"/>
            </w:pPr>
          </w:p>
        </w:tc>
      </w:tr>
      <w:tr w:rsidR="006A55BC" w14:paraId="712BC223" w14:textId="77777777">
        <w:trPr>
          <w:cantSplit/>
          <w:jc w:val="center"/>
        </w:trPr>
        <w:tc>
          <w:tcPr>
            <w:tcW w:w="504" w:type="dxa"/>
            <w:tcMar>
              <w:top w:w="100" w:type="dxa"/>
              <w:left w:w="110" w:type="dxa"/>
              <w:bottom w:w="100" w:type="dxa"/>
              <w:right w:w="110" w:type="dxa"/>
            </w:tcMar>
            <w:vAlign w:val="center"/>
          </w:tcPr>
          <w:p w14:paraId="7575F133"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48B32D75"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1CE3CC21"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6A1AD3AB"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2237447A"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3D4AD1BD"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7A5D1C32"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610F9084"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2D27F697" w14:textId="77777777" w:rsidR="006A55BC" w:rsidRDefault="006A55BC">
            <w:pPr>
              <w:spacing w:after="20" w:line="240" w:lineRule="auto"/>
            </w:pPr>
          </w:p>
        </w:tc>
      </w:tr>
      <w:tr w:rsidR="006A55BC" w14:paraId="5C3F0F88" w14:textId="77777777">
        <w:trPr>
          <w:cantSplit/>
          <w:jc w:val="center"/>
        </w:trPr>
        <w:tc>
          <w:tcPr>
            <w:tcW w:w="504" w:type="dxa"/>
            <w:shd w:val="clear" w:color="auto" w:fill="F4F7FA"/>
            <w:tcMar>
              <w:top w:w="100" w:type="dxa"/>
              <w:left w:w="110" w:type="dxa"/>
              <w:bottom w:w="100" w:type="dxa"/>
              <w:right w:w="110" w:type="dxa"/>
            </w:tcMar>
            <w:vAlign w:val="center"/>
          </w:tcPr>
          <w:p w14:paraId="36C3BD44"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0E40999F"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5F5219EA"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BB905D7"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3421EF29"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14E0BAA9"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0C6592CE"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2FBD9F29"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188FB5D3" w14:textId="77777777" w:rsidR="006A55BC" w:rsidRDefault="006A55BC">
            <w:pPr>
              <w:spacing w:after="20" w:line="240" w:lineRule="auto"/>
            </w:pPr>
          </w:p>
        </w:tc>
      </w:tr>
      <w:tr w:rsidR="006A55BC" w14:paraId="75B172FF" w14:textId="77777777">
        <w:trPr>
          <w:cantSplit/>
          <w:jc w:val="center"/>
        </w:trPr>
        <w:tc>
          <w:tcPr>
            <w:tcW w:w="504" w:type="dxa"/>
            <w:tcMar>
              <w:top w:w="100" w:type="dxa"/>
              <w:left w:w="110" w:type="dxa"/>
              <w:bottom w:w="100" w:type="dxa"/>
              <w:right w:w="110" w:type="dxa"/>
            </w:tcMar>
            <w:vAlign w:val="center"/>
          </w:tcPr>
          <w:p w14:paraId="7A43B0DD"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11E51409"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1C3E5997"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1EFFB1CD"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5254C4F0"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1913FF42"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2F34592D"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064DD0CB"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24FAD1F" w14:textId="77777777" w:rsidR="006A55BC" w:rsidRDefault="006A55BC">
            <w:pPr>
              <w:spacing w:after="20" w:line="240" w:lineRule="auto"/>
            </w:pPr>
          </w:p>
        </w:tc>
      </w:tr>
      <w:tr w:rsidR="006A55BC" w14:paraId="1BF16CC0" w14:textId="77777777">
        <w:trPr>
          <w:cantSplit/>
          <w:jc w:val="center"/>
        </w:trPr>
        <w:tc>
          <w:tcPr>
            <w:tcW w:w="504" w:type="dxa"/>
            <w:shd w:val="clear" w:color="auto" w:fill="F4F7FA"/>
            <w:tcMar>
              <w:top w:w="100" w:type="dxa"/>
              <w:left w:w="110" w:type="dxa"/>
              <w:bottom w:w="100" w:type="dxa"/>
              <w:right w:w="110" w:type="dxa"/>
            </w:tcMar>
            <w:vAlign w:val="center"/>
          </w:tcPr>
          <w:p w14:paraId="3395A0D7"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0E4829DB"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017A708F"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13CC1B0"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22DF6F6E"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70C2A2E1"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75EF7C5C"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7F82C18A"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647CF88" w14:textId="77777777" w:rsidR="006A55BC" w:rsidRDefault="006A55BC">
            <w:pPr>
              <w:spacing w:after="20" w:line="240" w:lineRule="auto"/>
            </w:pPr>
          </w:p>
        </w:tc>
      </w:tr>
      <w:tr w:rsidR="006A55BC" w14:paraId="6CB73B6C" w14:textId="77777777">
        <w:trPr>
          <w:cantSplit/>
          <w:jc w:val="center"/>
        </w:trPr>
        <w:tc>
          <w:tcPr>
            <w:tcW w:w="504" w:type="dxa"/>
            <w:tcMar>
              <w:top w:w="100" w:type="dxa"/>
              <w:left w:w="110" w:type="dxa"/>
              <w:bottom w:w="100" w:type="dxa"/>
              <w:right w:w="110" w:type="dxa"/>
            </w:tcMar>
            <w:vAlign w:val="center"/>
          </w:tcPr>
          <w:p w14:paraId="17E5BB26"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63495986"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0FFC56C7"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E99D5C0"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4EAA0F33"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6D15F94E"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7F0A271C"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438B4E17"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23F9801" w14:textId="77777777" w:rsidR="006A55BC" w:rsidRDefault="006A55BC">
            <w:pPr>
              <w:spacing w:after="20" w:line="240" w:lineRule="auto"/>
            </w:pPr>
          </w:p>
        </w:tc>
      </w:tr>
      <w:tr w:rsidR="006A55BC" w14:paraId="16FF8D3B" w14:textId="77777777">
        <w:trPr>
          <w:cantSplit/>
          <w:jc w:val="center"/>
        </w:trPr>
        <w:tc>
          <w:tcPr>
            <w:tcW w:w="504" w:type="dxa"/>
            <w:shd w:val="clear" w:color="auto" w:fill="F4F7FA"/>
            <w:tcMar>
              <w:top w:w="100" w:type="dxa"/>
              <w:left w:w="110" w:type="dxa"/>
              <w:bottom w:w="100" w:type="dxa"/>
              <w:right w:w="110" w:type="dxa"/>
            </w:tcMar>
            <w:vAlign w:val="center"/>
          </w:tcPr>
          <w:p w14:paraId="4C6F8F00"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6ECDDB13"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6A5A4D34"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2550B3E9"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2412BA54"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7D82E355"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21582446"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4D745697"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032AAB70" w14:textId="77777777" w:rsidR="006A55BC" w:rsidRDefault="006A55BC">
            <w:pPr>
              <w:spacing w:after="20" w:line="240" w:lineRule="auto"/>
            </w:pPr>
          </w:p>
        </w:tc>
      </w:tr>
      <w:tr w:rsidR="006A55BC" w14:paraId="4ECBB5EE" w14:textId="77777777">
        <w:trPr>
          <w:cantSplit/>
          <w:jc w:val="center"/>
        </w:trPr>
        <w:tc>
          <w:tcPr>
            <w:tcW w:w="504" w:type="dxa"/>
            <w:tcMar>
              <w:top w:w="100" w:type="dxa"/>
              <w:left w:w="110" w:type="dxa"/>
              <w:bottom w:w="100" w:type="dxa"/>
              <w:right w:w="110" w:type="dxa"/>
            </w:tcMar>
            <w:vAlign w:val="center"/>
          </w:tcPr>
          <w:p w14:paraId="64D9C3FC"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11408A31"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74024600"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164463CA"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58B5048A"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337BF8E7"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3608766F"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7DB442DB"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0775D727" w14:textId="77777777" w:rsidR="006A55BC" w:rsidRDefault="006A55BC">
            <w:pPr>
              <w:spacing w:after="20" w:line="240" w:lineRule="auto"/>
            </w:pPr>
          </w:p>
        </w:tc>
      </w:tr>
    </w:tbl>
    <w:p w14:paraId="780F3F3A" w14:textId="77777777" w:rsidR="006A55BC" w:rsidRDefault="006A55BC">
      <w:pPr>
        <w:spacing w:after="20"/>
      </w:pPr>
    </w:p>
    <w:p w14:paraId="7BF9971E" w14:textId="77777777" w:rsidR="006A55BC" w:rsidRDefault="00000000">
      <w:pPr>
        <w:pStyle w:val="Heading2"/>
      </w:pPr>
      <w:r>
        <w:t>8.3 Risk Prioritisation Summary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3384"/>
        <w:gridCol w:w="1152"/>
        <w:gridCol w:w="4248"/>
      </w:tblGrid>
      <w:tr w:rsidR="006A55BC" w14:paraId="42FCB7D3" w14:textId="77777777">
        <w:trPr>
          <w:cantSplit/>
          <w:tblHeader/>
          <w:jc w:val="center"/>
        </w:trPr>
        <w:tc>
          <w:tcPr>
            <w:tcW w:w="1152" w:type="dxa"/>
            <w:shd w:val="clear" w:color="auto" w:fill="17365D"/>
            <w:tcMar>
              <w:top w:w="100" w:type="dxa"/>
              <w:left w:w="110" w:type="dxa"/>
              <w:bottom w:w="100" w:type="dxa"/>
              <w:right w:w="110" w:type="dxa"/>
            </w:tcMar>
            <w:vAlign w:val="center"/>
          </w:tcPr>
          <w:p w14:paraId="31274E43" w14:textId="77777777" w:rsidR="006A55BC" w:rsidRDefault="00000000">
            <w:r>
              <w:rPr>
                <w:b/>
                <w:color w:val="FFFFFF"/>
                <w:sz w:val="15"/>
              </w:rPr>
              <w:t>Priority</w:t>
            </w:r>
          </w:p>
        </w:tc>
        <w:tc>
          <w:tcPr>
            <w:tcW w:w="3384" w:type="dxa"/>
            <w:shd w:val="clear" w:color="auto" w:fill="17365D"/>
            <w:tcMar>
              <w:top w:w="100" w:type="dxa"/>
              <w:left w:w="110" w:type="dxa"/>
              <w:bottom w:w="100" w:type="dxa"/>
              <w:right w:w="110" w:type="dxa"/>
            </w:tcMar>
            <w:vAlign w:val="center"/>
          </w:tcPr>
          <w:p w14:paraId="4BF23DA0" w14:textId="77777777" w:rsidR="006A55BC" w:rsidRDefault="00000000">
            <w:r>
              <w:rPr>
                <w:b/>
                <w:color w:val="FFFFFF"/>
                <w:sz w:val="15"/>
              </w:rPr>
              <w:t>Criteria</w:t>
            </w:r>
          </w:p>
        </w:tc>
        <w:tc>
          <w:tcPr>
            <w:tcW w:w="1152" w:type="dxa"/>
            <w:shd w:val="clear" w:color="auto" w:fill="17365D"/>
            <w:tcMar>
              <w:top w:w="100" w:type="dxa"/>
              <w:left w:w="110" w:type="dxa"/>
              <w:bottom w:w="100" w:type="dxa"/>
              <w:right w:w="110" w:type="dxa"/>
            </w:tcMar>
            <w:vAlign w:val="center"/>
          </w:tcPr>
          <w:p w14:paraId="27330270" w14:textId="77777777" w:rsidR="006A55BC" w:rsidRDefault="00000000">
            <w:r>
              <w:rPr>
                <w:b/>
                <w:color w:val="FFFFFF"/>
                <w:sz w:val="15"/>
              </w:rPr>
              <w:t>Number of risks</w:t>
            </w:r>
          </w:p>
        </w:tc>
        <w:tc>
          <w:tcPr>
            <w:tcW w:w="4248" w:type="dxa"/>
            <w:shd w:val="clear" w:color="auto" w:fill="17365D"/>
            <w:tcMar>
              <w:top w:w="100" w:type="dxa"/>
              <w:left w:w="110" w:type="dxa"/>
              <w:bottom w:w="100" w:type="dxa"/>
              <w:right w:w="110" w:type="dxa"/>
            </w:tcMar>
            <w:vAlign w:val="center"/>
          </w:tcPr>
          <w:p w14:paraId="6AF137F6" w14:textId="77777777" w:rsidR="006A55BC" w:rsidRDefault="00000000">
            <w:r>
              <w:rPr>
                <w:b/>
                <w:color w:val="FFFFFF"/>
                <w:sz w:val="15"/>
              </w:rPr>
              <w:t>Required management response</w:t>
            </w:r>
          </w:p>
        </w:tc>
      </w:tr>
      <w:tr w:rsidR="006A55BC" w14:paraId="28F5F893" w14:textId="77777777">
        <w:trPr>
          <w:cantSplit/>
          <w:jc w:val="center"/>
        </w:trPr>
        <w:tc>
          <w:tcPr>
            <w:tcW w:w="1152" w:type="dxa"/>
            <w:tcMar>
              <w:top w:w="100" w:type="dxa"/>
              <w:left w:w="110" w:type="dxa"/>
              <w:bottom w:w="100" w:type="dxa"/>
              <w:right w:w="110" w:type="dxa"/>
            </w:tcMar>
            <w:vAlign w:val="center"/>
          </w:tcPr>
          <w:p w14:paraId="74250360" w14:textId="77777777" w:rsidR="006A55BC" w:rsidRDefault="00000000">
            <w:pPr>
              <w:spacing w:after="20" w:line="240" w:lineRule="auto"/>
            </w:pPr>
            <w:r>
              <w:rPr>
                <w:sz w:val="15"/>
              </w:rPr>
              <w:t>Immediate</w:t>
            </w:r>
          </w:p>
        </w:tc>
        <w:tc>
          <w:tcPr>
            <w:tcW w:w="3384" w:type="dxa"/>
            <w:tcMar>
              <w:top w:w="100" w:type="dxa"/>
              <w:left w:w="110" w:type="dxa"/>
              <w:bottom w:w="100" w:type="dxa"/>
              <w:right w:w="110" w:type="dxa"/>
            </w:tcMar>
            <w:vAlign w:val="center"/>
          </w:tcPr>
          <w:p w14:paraId="4AFF5F07" w14:textId="77777777" w:rsidR="006A55BC" w:rsidRDefault="00000000">
            <w:pPr>
              <w:spacing w:after="20" w:line="240" w:lineRule="auto"/>
            </w:pPr>
            <w:r>
              <w:rPr>
                <w:sz w:val="15"/>
              </w:rPr>
              <w:t>Extreme residual risk, suspected ongoing misconduct, legal breach or serious control failure.</w:t>
            </w:r>
          </w:p>
        </w:tc>
        <w:tc>
          <w:tcPr>
            <w:tcW w:w="1152" w:type="dxa"/>
            <w:tcMar>
              <w:top w:w="100" w:type="dxa"/>
              <w:left w:w="110" w:type="dxa"/>
              <w:bottom w:w="100" w:type="dxa"/>
              <w:right w:w="110" w:type="dxa"/>
            </w:tcMar>
            <w:vAlign w:val="center"/>
          </w:tcPr>
          <w:p w14:paraId="41ED71C6" w14:textId="77777777" w:rsidR="006A55BC" w:rsidRDefault="006A55BC">
            <w:pPr>
              <w:spacing w:after="20" w:line="240" w:lineRule="auto"/>
            </w:pPr>
          </w:p>
        </w:tc>
        <w:tc>
          <w:tcPr>
            <w:tcW w:w="4248" w:type="dxa"/>
            <w:tcMar>
              <w:top w:w="100" w:type="dxa"/>
              <w:left w:w="110" w:type="dxa"/>
              <w:bottom w:w="100" w:type="dxa"/>
              <w:right w:w="110" w:type="dxa"/>
            </w:tcMar>
            <w:vAlign w:val="center"/>
          </w:tcPr>
          <w:p w14:paraId="4D3297CA" w14:textId="77777777" w:rsidR="006A55BC" w:rsidRDefault="00000000">
            <w:pPr>
              <w:spacing w:after="20" w:line="240" w:lineRule="auto"/>
            </w:pPr>
            <w:r>
              <w:rPr>
                <w:sz w:val="15"/>
              </w:rPr>
              <w:t>Immediate escalation, interim safeguards and decision by authorised leadership.</w:t>
            </w:r>
          </w:p>
        </w:tc>
      </w:tr>
      <w:tr w:rsidR="006A55BC" w14:paraId="2E1401AC" w14:textId="77777777">
        <w:trPr>
          <w:cantSplit/>
          <w:jc w:val="center"/>
        </w:trPr>
        <w:tc>
          <w:tcPr>
            <w:tcW w:w="1152" w:type="dxa"/>
            <w:shd w:val="clear" w:color="auto" w:fill="F4F7FA"/>
            <w:tcMar>
              <w:top w:w="100" w:type="dxa"/>
              <w:left w:w="110" w:type="dxa"/>
              <w:bottom w:w="100" w:type="dxa"/>
              <w:right w:w="110" w:type="dxa"/>
            </w:tcMar>
            <w:vAlign w:val="center"/>
          </w:tcPr>
          <w:p w14:paraId="7F4DF138" w14:textId="77777777" w:rsidR="006A55BC" w:rsidRDefault="00000000">
            <w:pPr>
              <w:spacing w:after="20" w:line="240" w:lineRule="auto"/>
            </w:pPr>
            <w:r>
              <w:rPr>
                <w:sz w:val="15"/>
              </w:rPr>
              <w:t>High</w:t>
            </w:r>
          </w:p>
        </w:tc>
        <w:tc>
          <w:tcPr>
            <w:tcW w:w="3384" w:type="dxa"/>
            <w:shd w:val="clear" w:color="auto" w:fill="F4F7FA"/>
            <w:tcMar>
              <w:top w:w="100" w:type="dxa"/>
              <w:left w:w="110" w:type="dxa"/>
              <w:bottom w:w="100" w:type="dxa"/>
              <w:right w:w="110" w:type="dxa"/>
            </w:tcMar>
            <w:vAlign w:val="center"/>
          </w:tcPr>
          <w:p w14:paraId="6C2BFF08" w14:textId="77777777" w:rsidR="006A55BC" w:rsidRDefault="00000000">
            <w:pPr>
              <w:spacing w:after="20" w:line="240" w:lineRule="auto"/>
            </w:pPr>
            <w:r>
              <w:rPr>
                <w:sz w:val="15"/>
              </w:rPr>
              <w:t>High residual risk, outside appetite or material overdue action.</w:t>
            </w:r>
          </w:p>
        </w:tc>
        <w:tc>
          <w:tcPr>
            <w:tcW w:w="1152" w:type="dxa"/>
            <w:shd w:val="clear" w:color="auto" w:fill="F4F7FA"/>
            <w:tcMar>
              <w:top w:w="100" w:type="dxa"/>
              <w:left w:w="110" w:type="dxa"/>
              <w:bottom w:w="100" w:type="dxa"/>
              <w:right w:w="110" w:type="dxa"/>
            </w:tcMar>
            <w:vAlign w:val="center"/>
          </w:tcPr>
          <w:p w14:paraId="6EE3C253" w14:textId="77777777" w:rsidR="006A55BC" w:rsidRDefault="006A55BC">
            <w:pPr>
              <w:spacing w:after="20" w:line="240" w:lineRule="auto"/>
            </w:pPr>
          </w:p>
        </w:tc>
        <w:tc>
          <w:tcPr>
            <w:tcW w:w="4248" w:type="dxa"/>
            <w:shd w:val="clear" w:color="auto" w:fill="F4F7FA"/>
            <w:tcMar>
              <w:top w:w="100" w:type="dxa"/>
              <w:left w:w="110" w:type="dxa"/>
              <w:bottom w:w="100" w:type="dxa"/>
              <w:right w:w="110" w:type="dxa"/>
            </w:tcMar>
            <w:vAlign w:val="center"/>
          </w:tcPr>
          <w:p w14:paraId="32A2E410" w14:textId="77777777" w:rsidR="006A55BC" w:rsidRDefault="00000000">
            <w:pPr>
              <w:spacing w:after="20" w:line="240" w:lineRule="auto"/>
            </w:pPr>
            <w:r>
              <w:rPr>
                <w:sz w:val="15"/>
              </w:rPr>
              <w:t>Formal treatment plan and frequent executive review.</w:t>
            </w:r>
          </w:p>
        </w:tc>
      </w:tr>
      <w:tr w:rsidR="006A55BC" w14:paraId="27041111" w14:textId="77777777">
        <w:trPr>
          <w:cantSplit/>
          <w:jc w:val="center"/>
        </w:trPr>
        <w:tc>
          <w:tcPr>
            <w:tcW w:w="1152" w:type="dxa"/>
            <w:tcMar>
              <w:top w:w="100" w:type="dxa"/>
              <w:left w:w="110" w:type="dxa"/>
              <w:bottom w:w="100" w:type="dxa"/>
              <w:right w:w="110" w:type="dxa"/>
            </w:tcMar>
            <w:vAlign w:val="center"/>
          </w:tcPr>
          <w:p w14:paraId="5090DE61" w14:textId="77777777" w:rsidR="006A55BC" w:rsidRDefault="00000000">
            <w:pPr>
              <w:spacing w:after="20" w:line="240" w:lineRule="auto"/>
            </w:pPr>
            <w:r>
              <w:rPr>
                <w:sz w:val="15"/>
              </w:rPr>
              <w:t>Planned</w:t>
            </w:r>
          </w:p>
        </w:tc>
        <w:tc>
          <w:tcPr>
            <w:tcW w:w="3384" w:type="dxa"/>
            <w:tcMar>
              <w:top w:w="100" w:type="dxa"/>
              <w:left w:w="110" w:type="dxa"/>
              <w:bottom w:w="100" w:type="dxa"/>
              <w:right w:w="110" w:type="dxa"/>
            </w:tcMar>
            <w:vAlign w:val="center"/>
          </w:tcPr>
          <w:p w14:paraId="60B0003C" w14:textId="77777777" w:rsidR="006A55BC" w:rsidRDefault="00000000">
            <w:pPr>
              <w:spacing w:after="20" w:line="240" w:lineRule="auto"/>
            </w:pPr>
            <w:r>
              <w:rPr>
                <w:sz w:val="15"/>
              </w:rPr>
              <w:t>Moderate residual risk with credible improvement opportunity.</w:t>
            </w:r>
          </w:p>
        </w:tc>
        <w:tc>
          <w:tcPr>
            <w:tcW w:w="1152" w:type="dxa"/>
            <w:tcMar>
              <w:top w:w="100" w:type="dxa"/>
              <w:left w:w="110" w:type="dxa"/>
              <w:bottom w:w="100" w:type="dxa"/>
              <w:right w:w="110" w:type="dxa"/>
            </w:tcMar>
            <w:vAlign w:val="center"/>
          </w:tcPr>
          <w:p w14:paraId="5B05E532" w14:textId="77777777" w:rsidR="006A55BC" w:rsidRDefault="006A55BC">
            <w:pPr>
              <w:spacing w:after="20" w:line="240" w:lineRule="auto"/>
            </w:pPr>
          </w:p>
        </w:tc>
        <w:tc>
          <w:tcPr>
            <w:tcW w:w="4248" w:type="dxa"/>
            <w:tcMar>
              <w:top w:w="100" w:type="dxa"/>
              <w:left w:w="110" w:type="dxa"/>
              <w:bottom w:w="100" w:type="dxa"/>
              <w:right w:w="110" w:type="dxa"/>
            </w:tcMar>
            <w:vAlign w:val="center"/>
          </w:tcPr>
          <w:p w14:paraId="0C36A27B" w14:textId="77777777" w:rsidR="006A55BC" w:rsidRDefault="00000000">
            <w:pPr>
              <w:spacing w:after="20" w:line="240" w:lineRule="auto"/>
            </w:pPr>
            <w:r>
              <w:rPr>
                <w:sz w:val="15"/>
              </w:rPr>
              <w:t>Time-bound action and periodic monitoring.</w:t>
            </w:r>
          </w:p>
        </w:tc>
      </w:tr>
      <w:tr w:rsidR="006A55BC" w14:paraId="1D8B6DDC" w14:textId="77777777">
        <w:trPr>
          <w:cantSplit/>
          <w:jc w:val="center"/>
        </w:trPr>
        <w:tc>
          <w:tcPr>
            <w:tcW w:w="1152" w:type="dxa"/>
            <w:shd w:val="clear" w:color="auto" w:fill="F4F7FA"/>
            <w:tcMar>
              <w:top w:w="100" w:type="dxa"/>
              <w:left w:w="110" w:type="dxa"/>
              <w:bottom w:w="100" w:type="dxa"/>
              <w:right w:w="110" w:type="dxa"/>
            </w:tcMar>
            <w:vAlign w:val="center"/>
          </w:tcPr>
          <w:p w14:paraId="620F7E7C" w14:textId="77777777" w:rsidR="006A55BC" w:rsidRDefault="00000000">
            <w:pPr>
              <w:spacing w:after="20" w:line="240" w:lineRule="auto"/>
            </w:pPr>
            <w:r>
              <w:rPr>
                <w:sz w:val="15"/>
              </w:rPr>
              <w:t>Routine</w:t>
            </w:r>
          </w:p>
        </w:tc>
        <w:tc>
          <w:tcPr>
            <w:tcW w:w="3384" w:type="dxa"/>
            <w:shd w:val="clear" w:color="auto" w:fill="F4F7FA"/>
            <w:tcMar>
              <w:top w:w="100" w:type="dxa"/>
              <w:left w:w="110" w:type="dxa"/>
              <w:bottom w:w="100" w:type="dxa"/>
              <w:right w:w="110" w:type="dxa"/>
            </w:tcMar>
            <w:vAlign w:val="center"/>
          </w:tcPr>
          <w:p w14:paraId="07743590" w14:textId="77777777" w:rsidR="006A55BC" w:rsidRDefault="00000000">
            <w:pPr>
              <w:spacing w:after="20" w:line="240" w:lineRule="auto"/>
            </w:pPr>
            <w:r>
              <w:rPr>
                <w:sz w:val="15"/>
              </w:rPr>
              <w:t>Low residual risk with effective sustainable controls.</w:t>
            </w:r>
          </w:p>
        </w:tc>
        <w:tc>
          <w:tcPr>
            <w:tcW w:w="1152" w:type="dxa"/>
            <w:shd w:val="clear" w:color="auto" w:fill="F4F7FA"/>
            <w:tcMar>
              <w:top w:w="100" w:type="dxa"/>
              <w:left w:w="110" w:type="dxa"/>
              <w:bottom w:w="100" w:type="dxa"/>
              <w:right w:w="110" w:type="dxa"/>
            </w:tcMar>
            <w:vAlign w:val="center"/>
          </w:tcPr>
          <w:p w14:paraId="103798FA" w14:textId="77777777" w:rsidR="006A55BC" w:rsidRDefault="006A55BC">
            <w:pPr>
              <w:spacing w:after="20" w:line="240" w:lineRule="auto"/>
            </w:pPr>
          </w:p>
        </w:tc>
        <w:tc>
          <w:tcPr>
            <w:tcW w:w="4248" w:type="dxa"/>
            <w:shd w:val="clear" w:color="auto" w:fill="F4F7FA"/>
            <w:tcMar>
              <w:top w:w="100" w:type="dxa"/>
              <w:left w:w="110" w:type="dxa"/>
              <w:bottom w:w="100" w:type="dxa"/>
              <w:right w:w="110" w:type="dxa"/>
            </w:tcMar>
            <w:vAlign w:val="center"/>
          </w:tcPr>
          <w:p w14:paraId="3FF4631F" w14:textId="77777777" w:rsidR="006A55BC" w:rsidRDefault="00000000">
            <w:pPr>
              <w:spacing w:after="20" w:line="240" w:lineRule="auto"/>
            </w:pPr>
            <w:r>
              <w:rPr>
                <w:sz w:val="15"/>
              </w:rPr>
              <w:t>Maintain controls and review for change.</w:t>
            </w:r>
          </w:p>
        </w:tc>
      </w:tr>
    </w:tbl>
    <w:p w14:paraId="09026359" w14:textId="77777777" w:rsidR="006A55BC" w:rsidRDefault="006A55BC">
      <w:pPr>
        <w:spacing w:after="20"/>
      </w:pPr>
    </w:p>
    <w:p w14:paraId="3BA9F951" w14:textId="77777777" w:rsidR="006A55BC" w:rsidRDefault="00000000">
      <w:r>
        <w:br w:type="page"/>
      </w:r>
    </w:p>
    <w:p w14:paraId="02CE63CF" w14:textId="77777777" w:rsidR="006A55BC" w:rsidRDefault="00000000">
      <w:pPr>
        <w:pStyle w:val="Heading1"/>
      </w:pPr>
      <w:r>
        <w:lastRenderedPageBreak/>
        <w:t>Section 9 Thematic Assessment Modules</w:t>
      </w:r>
    </w:p>
    <w:p w14:paraId="42D7A556" w14:textId="77777777" w:rsidR="006A55BC" w:rsidRDefault="00000000">
      <w:pPr>
        <w:pStyle w:val="Heading2"/>
      </w:pPr>
      <w:r>
        <w:t>9.1 Third Parties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
        <w:gridCol w:w="5112"/>
        <w:gridCol w:w="576"/>
        <w:gridCol w:w="576"/>
        <w:gridCol w:w="720"/>
        <w:gridCol w:w="576"/>
        <w:gridCol w:w="1872"/>
      </w:tblGrid>
      <w:tr w:rsidR="006A55BC" w14:paraId="71DDC78A" w14:textId="77777777">
        <w:trPr>
          <w:cantSplit/>
          <w:tblHeader/>
          <w:jc w:val="center"/>
        </w:trPr>
        <w:tc>
          <w:tcPr>
            <w:tcW w:w="504" w:type="dxa"/>
            <w:shd w:val="clear" w:color="auto" w:fill="17365D"/>
            <w:tcMar>
              <w:top w:w="100" w:type="dxa"/>
              <w:left w:w="110" w:type="dxa"/>
              <w:bottom w:w="100" w:type="dxa"/>
              <w:right w:w="110" w:type="dxa"/>
            </w:tcMar>
            <w:vAlign w:val="center"/>
          </w:tcPr>
          <w:p w14:paraId="65EEA35E" w14:textId="77777777" w:rsidR="006A55BC" w:rsidRDefault="00000000">
            <w:r>
              <w:rPr>
                <w:b/>
                <w:color w:val="FFFFFF"/>
                <w:sz w:val="14"/>
              </w:rPr>
              <w:t>No.</w:t>
            </w:r>
          </w:p>
        </w:tc>
        <w:tc>
          <w:tcPr>
            <w:tcW w:w="5112" w:type="dxa"/>
            <w:shd w:val="clear" w:color="auto" w:fill="17365D"/>
            <w:tcMar>
              <w:top w:w="100" w:type="dxa"/>
              <w:left w:w="110" w:type="dxa"/>
              <w:bottom w:w="100" w:type="dxa"/>
              <w:right w:w="110" w:type="dxa"/>
            </w:tcMar>
            <w:vAlign w:val="center"/>
          </w:tcPr>
          <w:p w14:paraId="0EFE36CD" w14:textId="77777777" w:rsidR="006A55BC" w:rsidRDefault="00000000">
            <w:r>
              <w:rPr>
                <w:b/>
                <w:color w:val="FFFFFF"/>
                <w:sz w:val="14"/>
              </w:rPr>
              <w:t>Assessment question</w:t>
            </w:r>
          </w:p>
        </w:tc>
        <w:tc>
          <w:tcPr>
            <w:tcW w:w="576" w:type="dxa"/>
            <w:shd w:val="clear" w:color="auto" w:fill="17365D"/>
            <w:tcMar>
              <w:top w:w="100" w:type="dxa"/>
              <w:left w:w="110" w:type="dxa"/>
              <w:bottom w:w="100" w:type="dxa"/>
              <w:right w:w="110" w:type="dxa"/>
            </w:tcMar>
            <w:vAlign w:val="center"/>
          </w:tcPr>
          <w:p w14:paraId="49890E4B" w14:textId="77777777" w:rsidR="006A55BC" w:rsidRDefault="00000000">
            <w:r>
              <w:rPr>
                <w:b/>
                <w:color w:val="FFFFFF"/>
                <w:sz w:val="14"/>
              </w:rPr>
              <w:t>Yes</w:t>
            </w:r>
          </w:p>
        </w:tc>
        <w:tc>
          <w:tcPr>
            <w:tcW w:w="576" w:type="dxa"/>
            <w:shd w:val="clear" w:color="auto" w:fill="17365D"/>
            <w:tcMar>
              <w:top w:w="100" w:type="dxa"/>
              <w:left w:w="110" w:type="dxa"/>
              <w:bottom w:w="100" w:type="dxa"/>
              <w:right w:w="110" w:type="dxa"/>
            </w:tcMar>
            <w:vAlign w:val="center"/>
          </w:tcPr>
          <w:p w14:paraId="29F63973" w14:textId="77777777" w:rsidR="006A55BC" w:rsidRDefault="00000000">
            <w:r>
              <w:rPr>
                <w:b/>
                <w:color w:val="FFFFFF"/>
                <w:sz w:val="14"/>
              </w:rPr>
              <w:t>No</w:t>
            </w:r>
          </w:p>
        </w:tc>
        <w:tc>
          <w:tcPr>
            <w:tcW w:w="720" w:type="dxa"/>
            <w:shd w:val="clear" w:color="auto" w:fill="17365D"/>
            <w:tcMar>
              <w:top w:w="100" w:type="dxa"/>
              <w:left w:w="110" w:type="dxa"/>
              <w:bottom w:w="100" w:type="dxa"/>
              <w:right w:w="110" w:type="dxa"/>
            </w:tcMar>
            <w:vAlign w:val="center"/>
          </w:tcPr>
          <w:p w14:paraId="6606C153" w14:textId="77777777" w:rsidR="006A55BC" w:rsidRDefault="00000000">
            <w:r>
              <w:rPr>
                <w:b/>
                <w:color w:val="FFFFFF"/>
                <w:sz w:val="14"/>
              </w:rPr>
              <w:t>Partial</w:t>
            </w:r>
          </w:p>
        </w:tc>
        <w:tc>
          <w:tcPr>
            <w:tcW w:w="576" w:type="dxa"/>
            <w:shd w:val="clear" w:color="auto" w:fill="17365D"/>
            <w:tcMar>
              <w:top w:w="100" w:type="dxa"/>
              <w:left w:w="110" w:type="dxa"/>
              <w:bottom w:w="100" w:type="dxa"/>
              <w:right w:w="110" w:type="dxa"/>
            </w:tcMar>
            <w:vAlign w:val="center"/>
          </w:tcPr>
          <w:p w14:paraId="2C33711C" w14:textId="77777777" w:rsidR="006A55BC" w:rsidRDefault="00000000">
            <w:r>
              <w:rPr>
                <w:b/>
                <w:color w:val="FFFFFF"/>
                <w:sz w:val="14"/>
              </w:rPr>
              <w:t>N/A</w:t>
            </w:r>
          </w:p>
        </w:tc>
        <w:tc>
          <w:tcPr>
            <w:tcW w:w="1872" w:type="dxa"/>
            <w:shd w:val="clear" w:color="auto" w:fill="17365D"/>
            <w:tcMar>
              <w:top w:w="100" w:type="dxa"/>
              <w:left w:w="110" w:type="dxa"/>
              <w:bottom w:w="100" w:type="dxa"/>
              <w:right w:w="110" w:type="dxa"/>
            </w:tcMar>
            <w:vAlign w:val="center"/>
          </w:tcPr>
          <w:p w14:paraId="4C86FE7C" w14:textId="77777777" w:rsidR="006A55BC" w:rsidRDefault="00000000">
            <w:r>
              <w:rPr>
                <w:b/>
                <w:color w:val="FFFFFF"/>
                <w:sz w:val="14"/>
              </w:rPr>
              <w:t>Evidence or action</w:t>
            </w:r>
          </w:p>
        </w:tc>
      </w:tr>
      <w:tr w:rsidR="006A55BC" w14:paraId="2A2D8F26" w14:textId="77777777">
        <w:trPr>
          <w:cantSplit/>
          <w:jc w:val="center"/>
        </w:trPr>
        <w:tc>
          <w:tcPr>
            <w:tcW w:w="504" w:type="dxa"/>
            <w:tcMar>
              <w:top w:w="100" w:type="dxa"/>
              <w:left w:w="110" w:type="dxa"/>
              <w:bottom w:w="100" w:type="dxa"/>
              <w:right w:w="110" w:type="dxa"/>
            </w:tcMar>
            <w:vAlign w:val="center"/>
          </w:tcPr>
          <w:p w14:paraId="643CF9EF" w14:textId="77777777" w:rsidR="006A55BC" w:rsidRDefault="00000000">
            <w:pPr>
              <w:spacing w:after="20" w:line="240" w:lineRule="auto"/>
            </w:pPr>
            <w:r>
              <w:rPr>
                <w:sz w:val="14"/>
              </w:rPr>
              <w:t>1</w:t>
            </w:r>
          </w:p>
        </w:tc>
        <w:tc>
          <w:tcPr>
            <w:tcW w:w="5112" w:type="dxa"/>
            <w:tcMar>
              <w:top w:w="100" w:type="dxa"/>
              <w:left w:w="110" w:type="dxa"/>
              <w:bottom w:w="100" w:type="dxa"/>
              <w:right w:w="110" w:type="dxa"/>
            </w:tcMar>
            <w:vAlign w:val="center"/>
          </w:tcPr>
          <w:p w14:paraId="124D28F5" w14:textId="77777777" w:rsidR="006A55BC" w:rsidRDefault="00000000">
            <w:pPr>
              <w:spacing w:after="20" w:line="240" w:lineRule="auto"/>
            </w:pPr>
            <w:r>
              <w:rPr>
                <w:sz w:val="14"/>
              </w:rPr>
              <w:t>Is the business need and selection rationale documented?</w:t>
            </w:r>
          </w:p>
        </w:tc>
        <w:tc>
          <w:tcPr>
            <w:tcW w:w="576" w:type="dxa"/>
            <w:tcMar>
              <w:top w:w="100" w:type="dxa"/>
              <w:left w:w="110" w:type="dxa"/>
              <w:bottom w:w="100" w:type="dxa"/>
              <w:right w:w="110" w:type="dxa"/>
            </w:tcMar>
            <w:vAlign w:val="center"/>
          </w:tcPr>
          <w:p w14:paraId="3528FE65"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0B435CC"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1C808311"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930E03F"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3317914A" w14:textId="77777777" w:rsidR="006A55BC" w:rsidRDefault="006A55BC">
            <w:pPr>
              <w:spacing w:after="20" w:line="240" w:lineRule="auto"/>
            </w:pPr>
          </w:p>
        </w:tc>
      </w:tr>
      <w:tr w:rsidR="006A55BC" w14:paraId="6D319E31" w14:textId="77777777">
        <w:trPr>
          <w:cantSplit/>
          <w:jc w:val="center"/>
        </w:trPr>
        <w:tc>
          <w:tcPr>
            <w:tcW w:w="504" w:type="dxa"/>
            <w:shd w:val="clear" w:color="auto" w:fill="F4F7FA"/>
            <w:tcMar>
              <w:top w:w="100" w:type="dxa"/>
              <w:left w:w="110" w:type="dxa"/>
              <w:bottom w:w="100" w:type="dxa"/>
              <w:right w:w="110" w:type="dxa"/>
            </w:tcMar>
            <w:vAlign w:val="center"/>
          </w:tcPr>
          <w:p w14:paraId="30D97D09" w14:textId="77777777" w:rsidR="006A55BC" w:rsidRDefault="00000000">
            <w:pPr>
              <w:spacing w:after="20" w:line="240" w:lineRule="auto"/>
            </w:pPr>
            <w:r>
              <w:rPr>
                <w:sz w:val="14"/>
              </w:rPr>
              <w:t>2</w:t>
            </w:r>
          </w:p>
        </w:tc>
        <w:tc>
          <w:tcPr>
            <w:tcW w:w="5112" w:type="dxa"/>
            <w:shd w:val="clear" w:color="auto" w:fill="F4F7FA"/>
            <w:tcMar>
              <w:top w:w="100" w:type="dxa"/>
              <w:left w:w="110" w:type="dxa"/>
              <w:bottom w:w="100" w:type="dxa"/>
              <w:right w:w="110" w:type="dxa"/>
            </w:tcMar>
            <w:vAlign w:val="center"/>
          </w:tcPr>
          <w:p w14:paraId="229E8465" w14:textId="77777777" w:rsidR="006A55BC" w:rsidRDefault="00000000">
            <w:pPr>
              <w:spacing w:after="20" w:line="240" w:lineRule="auto"/>
            </w:pPr>
            <w:r>
              <w:rPr>
                <w:sz w:val="14"/>
              </w:rPr>
              <w:t>Has identity and beneficial ownership been independently verified?</w:t>
            </w:r>
          </w:p>
        </w:tc>
        <w:tc>
          <w:tcPr>
            <w:tcW w:w="576" w:type="dxa"/>
            <w:shd w:val="clear" w:color="auto" w:fill="F4F7FA"/>
            <w:tcMar>
              <w:top w:w="100" w:type="dxa"/>
              <w:left w:w="110" w:type="dxa"/>
              <w:bottom w:w="100" w:type="dxa"/>
              <w:right w:w="110" w:type="dxa"/>
            </w:tcMar>
            <w:vAlign w:val="center"/>
          </w:tcPr>
          <w:p w14:paraId="3649E8C7"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C73E076"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14770003"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34483135"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509487FC" w14:textId="77777777" w:rsidR="006A55BC" w:rsidRDefault="006A55BC">
            <w:pPr>
              <w:spacing w:after="20" w:line="240" w:lineRule="auto"/>
            </w:pPr>
          </w:p>
        </w:tc>
      </w:tr>
      <w:tr w:rsidR="006A55BC" w14:paraId="0FDFEEB2" w14:textId="77777777">
        <w:trPr>
          <w:cantSplit/>
          <w:jc w:val="center"/>
        </w:trPr>
        <w:tc>
          <w:tcPr>
            <w:tcW w:w="504" w:type="dxa"/>
            <w:tcMar>
              <w:top w:w="100" w:type="dxa"/>
              <w:left w:w="110" w:type="dxa"/>
              <w:bottom w:w="100" w:type="dxa"/>
              <w:right w:w="110" w:type="dxa"/>
            </w:tcMar>
            <w:vAlign w:val="center"/>
          </w:tcPr>
          <w:p w14:paraId="238EC13A" w14:textId="77777777" w:rsidR="006A55BC" w:rsidRDefault="00000000">
            <w:pPr>
              <w:spacing w:after="20" w:line="240" w:lineRule="auto"/>
            </w:pPr>
            <w:r>
              <w:rPr>
                <w:sz w:val="14"/>
              </w:rPr>
              <w:t>3</w:t>
            </w:r>
          </w:p>
        </w:tc>
        <w:tc>
          <w:tcPr>
            <w:tcW w:w="5112" w:type="dxa"/>
            <w:tcMar>
              <w:top w:w="100" w:type="dxa"/>
              <w:left w:w="110" w:type="dxa"/>
              <w:bottom w:w="100" w:type="dxa"/>
              <w:right w:w="110" w:type="dxa"/>
            </w:tcMar>
            <w:vAlign w:val="center"/>
          </w:tcPr>
          <w:p w14:paraId="369798A0" w14:textId="77777777" w:rsidR="006A55BC" w:rsidRDefault="00000000">
            <w:pPr>
              <w:spacing w:after="20" w:line="240" w:lineRule="auto"/>
            </w:pPr>
            <w:r>
              <w:rPr>
                <w:sz w:val="14"/>
              </w:rPr>
              <w:t>Are qualifications, capacity and reputation credible?</w:t>
            </w:r>
          </w:p>
        </w:tc>
        <w:tc>
          <w:tcPr>
            <w:tcW w:w="576" w:type="dxa"/>
            <w:tcMar>
              <w:top w:w="100" w:type="dxa"/>
              <w:left w:w="110" w:type="dxa"/>
              <w:bottom w:w="100" w:type="dxa"/>
              <w:right w:w="110" w:type="dxa"/>
            </w:tcMar>
            <w:vAlign w:val="center"/>
          </w:tcPr>
          <w:p w14:paraId="70C701B2"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1D99061F"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128CA1DD"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382A6384"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4D389CB0" w14:textId="77777777" w:rsidR="006A55BC" w:rsidRDefault="006A55BC">
            <w:pPr>
              <w:spacing w:after="20" w:line="240" w:lineRule="auto"/>
            </w:pPr>
          </w:p>
        </w:tc>
      </w:tr>
      <w:tr w:rsidR="006A55BC" w14:paraId="22180085" w14:textId="77777777">
        <w:trPr>
          <w:cantSplit/>
          <w:jc w:val="center"/>
        </w:trPr>
        <w:tc>
          <w:tcPr>
            <w:tcW w:w="504" w:type="dxa"/>
            <w:shd w:val="clear" w:color="auto" w:fill="F4F7FA"/>
            <w:tcMar>
              <w:top w:w="100" w:type="dxa"/>
              <w:left w:w="110" w:type="dxa"/>
              <w:bottom w:w="100" w:type="dxa"/>
              <w:right w:w="110" w:type="dxa"/>
            </w:tcMar>
            <w:vAlign w:val="center"/>
          </w:tcPr>
          <w:p w14:paraId="1CD4E594" w14:textId="77777777" w:rsidR="006A55BC" w:rsidRDefault="00000000">
            <w:pPr>
              <w:spacing w:after="20" w:line="240" w:lineRule="auto"/>
            </w:pPr>
            <w:r>
              <w:rPr>
                <w:sz w:val="14"/>
              </w:rPr>
              <w:t>4</w:t>
            </w:r>
          </w:p>
        </w:tc>
        <w:tc>
          <w:tcPr>
            <w:tcW w:w="5112" w:type="dxa"/>
            <w:shd w:val="clear" w:color="auto" w:fill="F4F7FA"/>
            <w:tcMar>
              <w:top w:w="100" w:type="dxa"/>
              <w:left w:w="110" w:type="dxa"/>
              <w:bottom w:w="100" w:type="dxa"/>
              <w:right w:w="110" w:type="dxa"/>
            </w:tcMar>
            <w:vAlign w:val="center"/>
          </w:tcPr>
          <w:p w14:paraId="2E781A1C" w14:textId="77777777" w:rsidR="006A55BC" w:rsidRDefault="00000000">
            <w:pPr>
              <w:spacing w:after="20" w:line="240" w:lineRule="auto"/>
            </w:pPr>
            <w:r>
              <w:rPr>
                <w:sz w:val="14"/>
              </w:rPr>
              <w:t>Are public-official, employee or customer relationships disclosed?</w:t>
            </w:r>
          </w:p>
        </w:tc>
        <w:tc>
          <w:tcPr>
            <w:tcW w:w="576" w:type="dxa"/>
            <w:shd w:val="clear" w:color="auto" w:fill="F4F7FA"/>
            <w:tcMar>
              <w:top w:w="100" w:type="dxa"/>
              <w:left w:w="110" w:type="dxa"/>
              <w:bottom w:w="100" w:type="dxa"/>
              <w:right w:w="110" w:type="dxa"/>
            </w:tcMar>
            <w:vAlign w:val="center"/>
          </w:tcPr>
          <w:p w14:paraId="508E789E"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04B61414"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582CEC1A"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E6A7B0F"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65FFD194" w14:textId="77777777" w:rsidR="006A55BC" w:rsidRDefault="006A55BC">
            <w:pPr>
              <w:spacing w:after="20" w:line="240" w:lineRule="auto"/>
            </w:pPr>
          </w:p>
        </w:tc>
      </w:tr>
      <w:tr w:rsidR="006A55BC" w14:paraId="06141BC4" w14:textId="77777777">
        <w:trPr>
          <w:cantSplit/>
          <w:jc w:val="center"/>
        </w:trPr>
        <w:tc>
          <w:tcPr>
            <w:tcW w:w="504" w:type="dxa"/>
            <w:tcMar>
              <w:top w:w="100" w:type="dxa"/>
              <w:left w:w="110" w:type="dxa"/>
              <w:bottom w:w="100" w:type="dxa"/>
              <w:right w:w="110" w:type="dxa"/>
            </w:tcMar>
            <w:vAlign w:val="center"/>
          </w:tcPr>
          <w:p w14:paraId="0DD8BB6C" w14:textId="77777777" w:rsidR="006A55BC" w:rsidRDefault="00000000">
            <w:pPr>
              <w:spacing w:after="20" w:line="240" w:lineRule="auto"/>
            </w:pPr>
            <w:r>
              <w:rPr>
                <w:sz w:val="14"/>
              </w:rPr>
              <w:t>5</w:t>
            </w:r>
          </w:p>
        </w:tc>
        <w:tc>
          <w:tcPr>
            <w:tcW w:w="5112" w:type="dxa"/>
            <w:tcMar>
              <w:top w:w="100" w:type="dxa"/>
              <w:left w:w="110" w:type="dxa"/>
              <w:bottom w:w="100" w:type="dxa"/>
              <w:right w:w="110" w:type="dxa"/>
            </w:tcMar>
            <w:vAlign w:val="center"/>
          </w:tcPr>
          <w:p w14:paraId="4E9ACE30" w14:textId="77777777" w:rsidR="006A55BC" w:rsidRDefault="00000000">
            <w:pPr>
              <w:spacing w:after="20" w:line="240" w:lineRule="auto"/>
            </w:pPr>
            <w:r>
              <w:rPr>
                <w:sz w:val="14"/>
              </w:rPr>
              <w:t>Is compensation proportionate to actual services and market conditions?</w:t>
            </w:r>
          </w:p>
        </w:tc>
        <w:tc>
          <w:tcPr>
            <w:tcW w:w="576" w:type="dxa"/>
            <w:tcMar>
              <w:top w:w="100" w:type="dxa"/>
              <w:left w:w="110" w:type="dxa"/>
              <w:bottom w:w="100" w:type="dxa"/>
              <w:right w:w="110" w:type="dxa"/>
            </w:tcMar>
            <w:vAlign w:val="center"/>
          </w:tcPr>
          <w:p w14:paraId="23E4EADF"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201321EA"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1908CAA1"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15233F2"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499F79E5" w14:textId="77777777" w:rsidR="006A55BC" w:rsidRDefault="006A55BC">
            <w:pPr>
              <w:spacing w:after="20" w:line="240" w:lineRule="auto"/>
            </w:pPr>
          </w:p>
        </w:tc>
      </w:tr>
      <w:tr w:rsidR="006A55BC" w14:paraId="22BDAC26" w14:textId="77777777">
        <w:trPr>
          <w:cantSplit/>
          <w:jc w:val="center"/>
        </w:trPr>
        <w:tc>
          <w:tcPr>
            <w:tcW w:w="504" w:type="dxa"/>
            <w:shd w:val="clear" w:color="auto" w:fill="F4F7FA"/>
            <w:tcMar>
              <w:top w:w="100" w:type="dxa"/>
              <w:left w:w="110" w:type="dxa"/>
              <w:bottom w:w="100" w:type="dxa"/>
              <w:right w:w="110" w:type="dxa"/>
            </w:tcMar>
            <w:vAlign w:val="center"/>
          </w:tcPr>
          <w:p w14:paraId="4C79D76A" w14:textId="77777777" w:rsidR="006A55BC" w:rsidRDefault="00000000">
            <w:pPr>
              <w:spacing w:after="20" w:line="240" w:lineRule="auto"/>
            </w:pPr>
            <w:r>
              <w:rPr>
                <w:sz w:val="14"/>
              </w:rPr>
              <w:t>6</w:t>
            </w:r>
          </w:p>
        </w:tc>
        <w:tc>
          <w:tcPr>
            <w:tcW w:w="5112" w:type="dxa"/>
            <w:shd w:val="clear" w:color="auto" w:fill="F4F7FA"/>
            <w:tcMar>
              <w:top w:w="100" w:type="dxa"/>
              <w:left w:w="110" w:type="dxa"/>
              <w:bottom w:w="100" w:type="dxa"/>
              <w:right w:w="110" w:type="dxa"/>
            </w:tcMar>
            <w:vAlign w:val="center"/>
          </w:tcPr>
          <w:p w14:paraId="7949D399" w14:textId="77777777" w:rsidR="006A55BC" w:rsidRDefault="00000000">
            <w:pPr>
              <w:spacing w:after="20" w:line="240" w:lineRule="auto"/>
            </w:pPr>
            <w:r>
              <w:rPr>
                <w:sz w:val="14"/>
              </w:rPr>
              <w:t>Are services, deliverables and invoices verified before payment?</w:t>
            </w:r>
          </w:p>
        </w:tc>
        <w:tc>
          <w:tcPr>
            <w:tcW w:w="576" w:type="dxa"/>
            <w:shd w:val="clear" w:color="auto" w:fill="F4F7FA"/>
            <w:tcMar>
              <w:top w:w="100" w:type="dxa"/>
              <w:left w:w="110" w:type="dxa"/>
              <w:bottom w:w="100" w:type="dxa"/>
              <w:right w:w="110" w:type="dxa"/>
            </w:tcMar>
            <w:vAlign w:val="center"/>
          </w:tcPr>
          <w:p w14:paraId="20478979"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371A837"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6A4F4E33"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F77DD0E"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34685CD2" w14:textId="77777777" w:rsidR="006A55BC" w:rsidRDefault="006A55BC">
            <w:pPr>
              <w:spacing w:after="20" w:line="240" w:lineRule="auto"/>
            </w:pPr>
          </w:p>
        </w:tc>
      </w:tr>
      <w:tr w:rsidR="006A55BC" w14:paraId="212CBFB4" w14:textId="77777777">
        <w:trPr>
          <w:cantSplit/>
          <w:jc w:val="center"/>
        </w:trPr>
        <w:tc>
          <w:tcPr>
            <w:tcW w:w="504" w:type="dxa"/>
            <w:tcMar>
              <w:top w:w="100" w:type="dxa"/>
              <w:left w:w="110" w:type="dxa"/>
              <w:bottom w:w="100" w:type="dxa"/>
              <w:right w:w="110" w:type="dxa"/>
            </w:tcMar>
            <w:vAlign w:val="center"/>
          </w:tcPr>
          <w:p w14:paraId="6181E8B2" w14:textId="77777777" w:rsidR="006A55BC" w:rsidRDefault="00000000">
            <w:pPr>
              <w:spacing w:after="20" w:line="240" w:lineRule="auto"/>
            </w:pPr>
            <w:r>
              <w:rPr>
                <w:sz w:val="14"/>
              </w:rPr>
              <w:t>7</w:t>
            </w:r>
          </w:p>
        </w:tc>
        <w:tc>
          <w:tcPr>
            <w:tcW w:w="5112" w:type="dxa"/>
            <w:tcMar>
              <w:top w:w="100" w:type="dxa"/>
              <w:left w:w="110" w:type="dxa"/>
              <w:bottom w:w="100" w:type="dxa"/>
              <w:right w:w="110" w:type="dxa"/>
            </w:tcMar>
            <w:vAlign w:val="center"/>
          </w:tcPr>
          <w:p w14:paraId="4FC8EC06" w14:textId="77777777" w:rsidR="006A55BC" w:rsidRDefault="00000000">
            <w:pPr>
              <w:spacing w:after="20" w:line="240" w:lineRule="auto"/>
            </w:pPr>
            <w:r>
              <w:rPr>
                <w:sz w:val="14"/>
              </w:rPr>
              <w:t>Are payments made only to the contracted party in an appropriate jurisdiction?</w:t>
            </w:r>
          </w:p>
        </w:tc>
        <w:tc>
          <w:tcPr>
            <w:tcW w:w="576" w:type="dxa"/>
            <w:tcMar>
              <w:top w:w="100" w:type="dxa"/>
              <w:left w:w="110" w:type="dxa"/>
              <w:bottom w:w="100" w:type="dxa"/>
              <w:right w:w="110" w:type="dxa"/>
            </w:tcMar>
            <w:vAlign w:val="center"/>
          </w:tcPr>
          <w:p w14:paraId="6A138994"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A91E615"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1A347C03"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6A864465"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3BFAD792" w14:textId="77777777" w:rsidR="006A55BC" w:rsidRDefault="006A55BC">
            <w:pPr>
              <w:spacing w:after="20" w:line="240" w:lineRule="auto"/>
            </w:pPr>
          </w:p>
        </w:tc>
      </w:tr>
      <w:tr w:rsidR="006A55BC" w14:paraId="0E826AC6" w14:textId="77777777">
        <w:trPr>
          <w:cantSplit/>
          <w:jc w:val="center"/>
        </w:trPr>
        <w:tc>
          <w:tcPr>
            <w:tcW w:w="504" w:type="dxa"/>
            <w:shd w:val="clear" w:color="auto" w:fill="F4F7FA"/>
            <w:tcMar>
              <w:top w:w="100" w:type="dxa"/>
              <w:left w:w="110" w:type="dxa"/>
              <w:bottom w:w="100" w:type="dxa"/>
              <w:right w:w="110" w:type="dxa"/>
            </w:tcMar>
            <w:vAlign w:val="center"/>
          </w:tcPr>
          <w:p w14:paraId="4CC310B1" w14:textId="77777777" w:rsidR="006A55BC" w:rsidRDefault="00000000">
            <w:pPr>
              <w:spacing w:after="20" w:line="240" w:lineRule="auto"/>
            </w:pPr>
            <w:r>
              <w:rPr>
                <w:sz w:val="14"/>
              </w:rPr>
              <w:t>8</w:t>
            </w:r>
          </w:p>
        </w:tc>
        <w:tc>
          <w:tcPr>
            <w:tcW w:w="5112" w:type="dxa"/>
            <w:shd w:val="clear" w:color="auto" w:fill="F4F7FA"/>
            <w:tcMar>
              <w:top w:w="100" w:type="dxa"/>
              <w:left w:w="110" w:type="dxa"/>
              <w:bottom w:w="100" w:type="dxa"/>
              <w:right w:w="110" w:type="dxa"/>
            </w:tcMar>
            <w:vAlign w:val="center"/>
          </w:tcPr>
          <w:p w14:paraId="726427E5" w14:textId="77777777" w:rsidR="006A55BC" w:rsidRDefault="00000000">
            <w:pPr>
              <w:spacing w:after="20" w:line="240" w:lineRule="auto"/>
            </w:pPr>
            <w:r>
              <w:rPr>
                <w:sz w:val="14"/>
              </w:rPr>
              <w:t>Do contracts permit monitoring, audit, suspension and termination?</w:t>
            </w:r>
          </w:p>
        </w:tc>
        <w:tc>
          <w:tcPr>
            <w:tcW w:w="576" w:type="dxa"/>
            <w:shd w:val="clear" w:color="auto" w:fill="F4F7FA"/>
            <w:tcMar>
              <w:top w:w="100" w:type="dxa"/>
              <w:left w:w="110" w:type="dxa"/>
              <w:bottom w:w="100" w:type="dxa"/>
              <w:right w:w="110" w:type="dxa"/>
            </w:tcMar>
            <w:vAlign w:val="center"/>
          </w:tcPr>
          <w:p w14:paraId="075B74FB"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5AA36D2A"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4A9FD600"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0E18D7F"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17FE36A1" w14:textId="77777777" w:rsidR="006A55BC" w:rsidRDefault="006A55BC">
            <w:pPr>
              <w:spacing w:after="20" w:line="240" w:lineRule="auto"/>
            </w:pPr>
          </w:p>
        </w:tc>
      </w:tr>
      <w:tr w:rsidR="006A55BC" w14:paraId="0345AC2D" w14:textId="77777777">
        <w:trPr>
          <w:cantSplit/>
          <w:jc w:val="center"/>
        </w:trPr>
        <w:tc>
          <w:tcPr>
            <w:tcW w:w="504" w:type="dxa"/>
            <w:tcMar>
              <w:top w:w="100" w:type="dxa"/>
              <w:left w:w="110" w:type="dxa"/>
              <w:bottom w:w="100" w:type="dxa"/>
              <w:right w:w="110" w:type="dxa"/>
            </w:tcMar>
            <w:vAlign w:val="center"/>
          </w:tcPr>
          <w:p w14:paraId="3C46EED1" w14:textId="77777777" w:rsidR="006A55BC" w:rsidRDefault="00000000">
            <w:pPr>
              <w:spacing w:after="20" w:line="240" w:lineRule="auto"/>
            </w:pPr>
            <w:r>
              <w:rPr>
                <w:sz w:val="14"/>
              </w:rPr>
              <w:t>9</w:t>
            </w:r>
          </w:p>
        </w:tc>
        <w:tc>
          <w:tcPr>
            <w:tcW w:w="5112" w:type="dxa"/>
            <w:tcMar>
              <w:top w:w="100" w:type="dxa"/>
              <w:left w:w="110" w:type="dxa"/>
              <w:bottom w:w="100" w:type="dxa"/>
              <w:right w:w="110" w:type="dxa"/>
            </w:tcMar>
            <w:vAlign w:val="center"/>
          </w:tcPr>
          <w:p w14:paraId="0844AD4F" w14:textId="77777777" w:rsidR="006A55BC" w:rsidRDefault="00000000">
            <w:pPr>
              <w:spacing w:after="20" w:line="240" w:lineRule="auto"/>
            </w:pPr>
            <w:r>
              <w:rPr>
                <w:sz w:val="14"/>
              </w:rPr>
              <w:t>Are red flags resolved in writing by an authorised independent person?</w:t>
            </w:r>
          </w:p>
        </w:tc>
        <w:tc>
          <w:tcPr>
            <w:tcW w:w="576" w:type="dxa"/>
            <w:tcMar>
              <w:top w:w="100" w:type="dxa"/>
              <w:left w:w="110" w:type="dxa"/>
              <w:bottom w:w="100" w:type="dxa"/>
              <w:right w:w="110" w:type="dxa"/>
            </w:tcMar>
            <w:vAlign w:val="center"/>
          </w:tcPr>
          <w:p w14:paraId="4DB959F5"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5ABCF6ED"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1E59C3A8"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74B3CA89"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306DE70D" w14:textId="77777777" w:rsidR="006A55BC" w:rsidRDefault="006A55BC">
            <w:pPr>
              <w:spacing w:after="20" w:line="240" w:lineRule="auto"/>
            </w:pPr>
          </w:p>
        </w:tc>
      </w:tr>
      <w:tr w:rsidR="006A55BC" w14:paraId="72E72166" w14:textId="77777777">
        <w:trPr>
          <w:cantSplit/>
          <w:jc w:val="center"/>
        </w:trPr>
        <w:tc>
          <w:tcPr>
            <w:tcW w:w="504" w:type="dxa"/>
            <w:shd w:val="clear" w:color="auto" w:fill="F4F7FA"/>
            <w:tcMar>
              <w:top w:w="100" w:type="dxa"/>
              <w:left w:w="110" w:type="dxa"/>
              <w:bottom w:w="100" w:type="dxa"/>
              <w:right w:w="110" w:type="dxa"/>
            </w:tcMar>
            <w:vAlign w:val="center"/>
          </w:tcPr>
          <w:p w14:paraId="22EAF4A5" w14:textId="77777777" w:rsidR="006A55BC" w:rsidRDefault="00000000">
            <w:pPr>
              <w:spacing w:after="20" w:line="240" w:lineRule="auto"/>
            </w:pPr>
            <w:r>
              <w:rPr>
                <w:sz w:val="14"/>
              </w:rPr>
              <w:t>10</w:t>
            </w:r>
          </w:p>
        </w:tc>
        <w:tc>
          <w:tcPr>
            <w:tcW w:w="5112" w:type="dxa"/>
            <w:shd w:val="clear" w:color="auto" w:fill="F4F7FA"/>
            <w:tcMar>
              <w:top w:w="100" w:type="dxa"/>
              <w:left w:w="110" w:type="dxa"/>
              <w:bottom w:w="100" w:type="dxa"/>
              <w:right w:w="110" w:type="dxa"/>
            </w:tcMar>
            <w:vAlign w:val="center"/>
          </w:tcPr>
          <w:p w14:paraId="2AB81D8F" w14:textId="77777777" w:rsidR="006A55BC" w:rsidRDefault="00000000">
            <w:pPr>
              <w:spacing w:after="20" w:line="240" w:lineRule="auto"/>
            </w:pPr>
            <w:r>
              <w:rPr>
                <w:sz w:val="14"/>
              </w:rPr>
              <w:t>Is ongoing monitoring triggered by ownership, scope, location or payment changes?</w:t>
            </w:r>
          </w:p>
        </w:tc>
        <w:tc>
          <w:tcPr>
            <w:tcW w:w="576" w:type="dxa"/>
            <w:shd w:val="clear" w:color="auto" w:fill="F4F7FA"/>
            <w:tcMar>
              <w:top w:w="100" w:type="dxa"/>
              <w:left w:w="110" w:type="dxa"/>
              <w:bottom w:w="100" w:type="dxa"/>
              <w:right w:w="110" w:type="dxa"/>
            </w:tcMar>
            <w:vAlign w:val="center"/>
          </w:tcPr>
          <w:p w14:paraId="7452C998"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270CB379"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2D4DE820"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20CECBD3"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386E19F8" w14:textId="77777777" w:rsidR="006A55BC" w:rsidRDefault="006A55BC">
            <w:pPr>
              <w:spacing w:after="20" w:line="240" w:lineRule="auto"/>
            </w:pPr>
          </w:p>
        </w:tc>
      </w:tr>
    </w:tbl>
    <w:p w14:paraId="27F92BE2" w14:textId="77777777" w:rsidR="006A55BC" w:rsidRDefault="006A55BC">
      <w:pPr>
        <w:spacing w:after="20"/>
      </w:pPr>
    </w:p>
    <w:p w14:paraId="1D155140" w14:textId="77777777" w:rsidR="006A55BC" w:rsidRDefault="00000000">
      <w:pPr>
        <w:pStyle w:val="Heading2"/>
      </w:pPr>
      <w:r>
        <w:t>9.2 Procurement and Contracting</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
        <w:gridCol w:w="5112"/>
        <w:gridCol w:w="576"/>
        <w:gridCol w:w="576"/>
        <w:gridCol w:w="720"/>
        <w:gridCol w:w="576"/>
        <w:gridCol w:w="1872"/>
      </w:tblGrid>
      <w:tr w:rsidR="006A55BC" w14:paraId="43936523" w14:textId="77777777">
        <w:trPr>
          <w:cantSplit/>
          <w:tblHeader/>
          <w:jc w:val="center"/>
        </w:trPr>
        <w:tc>
          <w:tcPr>
            <w:tcW w:w="504" w:type="dxa"/>
            <w:shd w:val="clear" w:color="auto" w:fill="17365D"/>
            <w:tcMar>
              <w:top w:w="100" w:type="dxa"/>
              <w:left w:w="110" w:type="dxa"/>
              <w:bottom w:w="100" w:type="dxa"/>
              <w:right w:w="110" w:type="dxa"/>
            </w:tcMar>
            <w:vAlign w:val="center"/>
          </w:tcPr>
          <w:p w14:paraId="55DAB70D" w14:textId="77777777" w:rsidR="006A55BC" w:rsidRDefault="00000000">
            <w:r>
              <w:rPr>
                <w:b/>
                <w:color w:val="FFFFFF"/>
                <w:sz w:val="14"/>
              </w:rPr>
              <w:t>No.</w:t>
            </w:r>
          </w:p>
        </w:tc>
        <w:tc>
          <w:tcPr>
            <w:tcW w:w="5112" w:type="dxa"/>
            <w:shd w:val="clear" w:color="auto" w:fill="17365D"/>
            <w:tcMar>
              <w:top w:w="100" w:type="dxa"/>
              <w:left w:w="110" w:type="dxa"/>
              <w:bottom w:w="100" w:type="dxa"/>
              <w:right w:w="110" w:type="dxa"/>
            </w:tcMar>
            <w:vAlign w:val="center"/>
          </w:tcPr>
          <w:p w14:paraId="42AD4D68" w14:textId="77777777" w:rsidR="006A55BC" w:rsidRDefault="00000000">
            <w:r>
              <w:rPr>
                <w:b/>
                <w:color w:val="FFFFFF"/>
                <w:sz w:val="14"/>
              </w:rPr>
              <w:t>Assessment question</w:t>
            </w:r>
          </w:p>
        </w:tc>
        <w:tc>
          <w:tcPr>
            <w:tcW w:w="576" w:type="dxa"/>
            <w:shd w:val="clear" w:color="auto" w:fill="17365D"/>
            <w:tcMar>
              <w:top w:w="100" w:type="dxa"/>
              <w:left w:w="110" w:type="dxa"/>
              <w:bottom w:w="100" w:type="dxa"/>
              <w:right w:w="110" w:type="dxa"/>
            </w:tcMar>
            <w:vAlign w:val="center"/>
          </w:tcPr>
          <w:p w14:paraId="0D7F66E6" w14:textId="77777777" w:rsidR="006A55BC" w:rsidRDefault="00000000">
            <w:r>
              <w:rPr>
                <w:b/>
                <w:color w:val="FFFFFF"/>
                <w:sz w:val="14"/>
              </w:rPr>
              <w:t>Yes</w:t>
            </w:r>
          </w:p>
        </w:tc>
        <w:tc>
          <w:tcPr>
            <w:tcW w:w="576" w:type="dxa"/>
            <w:shd w:val="clear" w:color="auto" w:fill="17365D"/>
            <w:tcMar>
              <w:top w:w="100" w:type="dxa"/>
              <w:left w:w="110" w:type="dxa"/>
              <w:bottom w:w="100" w:type="dxa"/>
              <w:right w:w="110" w:type="dxa"/>
            </w:tcMar>
            <w:vAlign w:val="center"/>
          </w:tcPr>
          <w:p w14:paraId="6B9B5068" w14:textId="77777777" w:rsidR="006A55BC" w:rsidRDefault="00000000">
            <w:r>
              <w:rPr>
                <w:b/>
                <w:color w:val="FFFFFF"/>
                <w:sz w:val="14"/>
              </w:rPr>
              <w:t>No</w:t>
            </w:r>
          </w:p>
        </w:tc>
        <w:tc>
          <w:tcPr>
            <w:tcW w:w="720" w:type="dxa"/>
            <w:shd w:val="clear" w:color="auto" w:fill="17365D"/>
            <w:tcMar>
              <w:top w:w="100" w:type="dxa"/>
              <w:left w:w="110" w:type="dxa"/>
              <w:bottom w:w="100" w:type="dxa"/>
              <w:right w:w="110" w:type="dxa"/>
            </w:tcMar>
            <w:vAlign w:val="center"/>
          </w:tcPr>
          <w:p w14:paraId="4068913B" w14:textId="77777777" w:rsidR="006A55BC" w:rsidRDefault="00000000">
            <w:r>
              <w:rPr>
                <w:b/>
                <w:color w:val="FFFFFF"/>
                <w:sz w:val="14"/>
              </w:rPr>
              <w:t>Partial</w:t>
            </w:r>
          </w:p>
        </w:tc>
        <w:tc>
          <w:tcPr>
            <w:tcW w:w="576" w:type="dxa"/>
            <w:shd w:val="clear" w:color="auto" w:fill="17365D"/>
            <w:tcMar>
              <w:top w:w="100" w:type="dxa"/>
              <w:left w:w="110" w:type="dxa"/>
              <w:bottom w:w="100" w:type="dxa"/>
              <w:right w:w="110" w:type="dxa"/>
            </w:tcMar>
            <w:vAlign w:val="center"/>
          </w:tcPr>
          <w:p w14:paraId="06984A32" w14:textId="77777777" w:rsidR="006A55BC" w:rsidRDefault="00000000">
            <w:r>
              <w:rPr>
                <w:b/>
                <w:color w:val="FFFFFF"/>
                <w:sz w:val="14"/>
              </w:rPr>
              <w:t>N/A</w:t>
            </w:r>
          </w:p>
        </w:tc>
        <w:tc>
          <w:tcPr>
            <w:tcW w:w="1872" w:type="dxa"/>
            <w:shd w:val="clear" w:color="auto" w:fill="17365D"/>
            <w:tcMar>
              <w:top w:w="100" w:type="dxa"/>
              <w:left w:w="110" w:type="dxa"/>
              <w:bottom w:w="100" w:type="dxa"/>
              <w:right w:w="110" w:type="dxa"/>
            </w:tcMar>
            <w:vAlign w:val="center"/>
          </w:tcPr>
          <w:p w14:paraId="1B6317C3" w14:textId="77777777" w:rsidR="006A55BC" w:rsidRDefault="00000000">
            <w:r>
              <w:rPr>
                <w:b/>
                <w:color w:val="FFFFFF"/>
                <w:sz w:val="14"/>
              </w:rPr>
              <w:t>Evidence or action</w:t>
            </w:r>
          </w:p>
        </w:tc>
      </w:tr>
      <w:tr w:rsidR="006A55BC" w14:paraId="2FB98A1B" w14:textId="77777777">
        <w:trPr>
          <w:cantSplit/>
          <w:jc w:val="center"/>
        </w:trPr>
        <w:tc>
          <w:tcPr>
            <w:tcW w:w="504" w:type="dxa"/>
            <w:tcMar>
              <w:top w:w="100" w:type="dxa"/>
              <w:left w:w="110" w:type="dxa"/>
              <w:bottom w:w="100" w:type="dxa"/>
              <w:right w:w="110" w:type="dxa"/>
            </w:tcMar>
            <w:vAlign w:val="center"/>
          </w:tcPr>
          <w:p w14:paraId="089BCCA1" w14:textId="77777777" w:rsidR="006A55BC" w:rsidRDefault="00000000">
            <w:pPr>
              <w:spacing w:after="20" w:line="240" w:lineRule="auto"/>
            </w:pPr>
            <w:r>
              <w:rPr>
                <w:sz w:val="14"/>
              </w:rPr>
              <w:t>1</w:t>
            </w:r>
          </w:p>
        </w:tc>
        <w:tc>
          <w:tcPr>
            <w:tcW w:w="5112" w:type="dxa"/>
            <w:tcMar>
              <w:top w:w="100" w:type="dxa"/>
              <w:left w:w="110" w:type="dxa"/>
              <w:bottom w:w="100" w:type="dxa"/>
              <w:right w:w="110" w:type="dxa"/>
            </w:tcMar>
            <w:vAlign w:val="center"/>
          </w:tcPr>
          <w:p w14:paraId="5C05F8F4" w14:textId="77777777" w:rsidR="006A55BC" w:rsidRDefault="00000000">
            <w:pPr>
              <w:spacing w:after="20" w:line="240" w:lineRule="auto"/>
            </w:pPr>
            <w:r>
              <w:rPr>
                <w:sz w:val="14"/>
              </w:rPr>
              <w:t>Are requirements and specifications independently justified?</w:t>
            </w:r>
          </w:p>
        </w:tc>
        <w:tc>
          <w:tcPr>
            <w:tcW w:w="576" w:type="dxa"/>
            <w:tcMar>
              <w:top w:w="100" w:type="dxa"/>
              <w:left w:w="110" w:type="dxa"/>
              <w:bottom w:w="100" w:type="dxa"/>
              <w:right w:w="110" w:type="dxa"/>
            </w:tcMar>
            <w:vAlign w:val="center"/>
          </w:tcPr>
          <w:p w14:paraId="6C2C98E1"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5F1F3B1"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2E1E7BD5"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62816C80"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1A2C4757" w14:textId="77777777" w:rsidR="006A55BC" w:rsidRDefault="006A55BC">
            <w:pPr>
              <w:spacing w:after="20" w:line="240" w:lineRule="auto"/>
            </w:pPr>
          </w:p>
        </w:tc>
      </w:tr>
      <w:tr w:rsidR="006A55BC" w14:paraId="56EAB810" w14:textId="77777777">
        <w:trPr>
          <w:cantSplit/>
          <w:jc w:val="center"/>
        </w:trPr>
        <w:tc>
          <w:tcPr>
            <w:tcW w:w="504" w:type="dxa"/>
            <w:shd w:val="clear" w:color="auto" w:fill="F4F7FA"/>
            <w:tcMar>
              <w:top w:w="100" w:type="dxa"/>
              <w:left w:w="110" w:type="dxa"/>
              <w:bottom w:w="100" w:type="dxa"/>
              <w:right w:w="110" w:type="dxa"/>
            </w:tcMar>
            <w:vAlign w:val="center"/>
          </w:tcPr>
          <w:p w14:paraId="7BF3FBCE" w14:textId="77777777" w:rsidR="006A55BC" w:rsidRDefault="00000000">
            <w:pPr>
              <w:spacing w:after="20" w:line="240" w:lineRule="auto"/>
            </w:pPr>
            <w:r>
              <w:rPr>
                <w:sz w:val="14"/>
              </w:rPr>
              <w:t>2</w:t>
            </w:r>
          </w:p>
        </w:tc>
        <w:tc>
          <w:tcPr>
            <w:tcW w:w="5112" w:type="dxa"/>
            <w:shd w:val="clear" w:color="auto" w:fill="F4F7FA"/>
            <w:tcMar>
              <w:top w:w="100" w:type="dxa"/>
              <w:left w:w="110" w:type="dxa"/>
              <w:bottom w:w="100" w:type="dxa"/>
              <w:right w:w="110" w:type="dxa"/>
            </w:tcMar>
            <w:vAlign w:val="center"/>
          </w:tcPr>
          <w:p w14:paraId="5A101169" w14:textId="77777777" w:rsidR="006A55BC" w:rsidRDefault="00000000">
            <w:pPr>
              <w:spacing w:after="20" w:line="240" w:lineRule="auto"/>
            </w:pPr>
            <w:r>
              <w:rPr>
                <w:sz w:val="14"/>
              </w:rPr>
              <w:t>Is competition genuine and bidder access to information equal?</w:t>
            </w:r>
          </w:p>
        </w:tc>
        <w:tc>
          <w:tcPr>
            <w:tcW w:w="576" w:type="dxa"/>
            <w:shd w:val="clear" w:color="auto" w:fill="F4F7FA"/>
            <w:tcMar>
              <w:top w:w="100" w:type="dxa"/>
              <w:left w:w="110" w:type="dxa"/>
              <w:bottom w:w="100" w:type="dxa"/>
              <w:right w:w="110" w:type="dxa"/>
            </w:tcMar>
            <w:vAlign w:val="center"/>
          </w:tcPr>
          <w:p w14:paraId="3578C17C"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4A391CD"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421D6AEC"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D9BA68A"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5750EEEC" w14:textId="77777777" w:rsidR="006A55BC" w:rsidRDefault="006A55BC">
            <w:pPr>
              <w:spacing w:after="20" w:line="240" w:lineRule="auto"/>
            </w:pPr>
          </w:p>
        </w:tc>
      </w:tr>
      <w:tr w:rsidR="006A55BC" w14:paraId="11FEA193" w14:textId="77777777">
        <w:trPr>
          <w:cantSplit/>
          <w:jc w:val="center"/>
        </w:trPr>
        <w:tc>
          <w:tcPr>
            <w:tcW w:w="504" w:type="dxa"/>
            <w:tcMar>
              <w:top w:w="100" w:type="dxa"/>
              <w:left w:w="110" w:type="dxa"/>
              <w:bottom w:w="100" w:type="dxa"/>
              <w:right w:w="110" w:type="dxa"/>
            </w:tcMar>
            <w:vAlign w:val="center"/>
          </w:tcPr>
          <w:p w14:paraId="05A41FF9" w14:textId="77777777" w:rsidR="006A55BC" w:rsidRDefault="00000000">
            <w:pPr>
              <w:spacing w:after="20" w:line="240" w:lineRule="auto"/>
            </w:pPr>
            <w:r>
              <w:rPr>
                <w:sz w:val="14"/>
              </w:rPr>
              <w:t>3</w:t>
            </w:r>
          </w:p>
        </w:tc>
        <w:tc>
          <w:tcPr>
            <w:tcW w:w="5112" w:type="dxa"/>
            <w:tcMar>
              <w:top w:w="100" w:type="dxa"/>
              <w:left w:w="110" w:type="dxa"/>
              <w:bottom w:w="100" w:type="dxa"/>
              <w:right w:w="110" w:type="dxa"/>
            </w:tcMar>
            <w:vAlign w:val="center"/>
          </w:tcPr>
          <w:p w14:paraId="046B44FD" w14:textId="77777777" w:rsidR="006A55BC" w:rsidRDefault="00000000">
            <w:pPr>
              <w:spacing w:after="20" w:line="240" w:lineRule="auto"/>
            </w:pPr>
            <w:r>
              <w:rPr>
                <w:sz w:val="14"/>
              </w:rPr>
              <w:t>Are evaluators’ conflicts declared and managed?</w:t>
            </w:r>
          </w:p>
        </w:tc>
        <w:tc>
          <w:tcPr>
            <w:tcW w:w="576" w:type="dxa"/>
            <w:tcMar>
              <w:top w:w="100" w:type="dxa"/>
              <w:left w:w="110" w:type="dxa"/>
              <w:bottom w:w="100" w:type="dxa"/>
              <w:right w:w="110" w:type="dxa"/>
            </w:tcMar>
            <w:vAlign w:val="center"/>
          </w:tcPr>
          <w:p w14:paraId="224253DC"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6597F05E"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10ED3100"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767D8139"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47D358B3" w14:textId="77777777" w:rsidR="006A55BC" w:rsidRDefault="006A55BC">
            <w:pPr>
              <w:spacing w:after="20" w:line="240" w:lineRule="auto"/>
            </w:pPr>
          </w:p>
        </w:tc>
      </w:tr>
      <w:tr w:rsidR="006A55BC" w14:paraId="5431D19B" w14:textId="77777777">
        <w:trPr>
          <w:cantSplit/>
          <w:jc w:val="center"/>
        </w:trPr>
        <w:tc>
          <w:tcPr>
            <w:tcW w:w="504" w:type="dxa"/>
            <w:shd w:val="clear" w:color="auto" w:fill="F4F7FA"/>
            <w:tcMar>
              <w:top w:w="100" w:type="dxa"/>
              <w:left w:w="110" w:type="dxa"/>
              <w:bottom w:w="100" w:type="dxa"/>
              <w:right w:w="110" w:type="dxa"/>
            </w:tcMar>
            <w:vAlign w:val="center"/>
          </w:tcPr>
          <w:p w14:paraId="70893002" w14:textId="77777777" w:rsidR="006A55BC" w:rsidRDefault="00000000">
            <w:pPr>
              <w:spacing w:after="20" w:line="240" w:lineRule="auto"/>
            </w:pPr>
            <w:r>
              <w:rPr>
                <w:sz w:val="14"/>
              </w:rPr>
              <w:t>4</w:t>
            </w:r>
          </w:p>
        </w:tc>
        <w:tc>
          <w:tcPr>
            <w:tcW w:w="5112" w:type="dxa"/>
            <w:shd w:val="clear" w:color="auto" w:fill="F4F7FA"/>
            <w:tcMar>
              <w:top w:w="100" w:type="dxa"/>
              <w:left w:w="110" w:type="dxa"/>
              <w:bottom w:w="100" w:type="dxa"/>
              <w:right w:w="110" w:type="dxa"/>
            </w:tcMar>
            <w:vAlign w:val="center"/>
          </w:tcPr>
          <w:p w14:paraId="5A03B1FD" w14:textId="77777777" w:rsidR="006A55BC" w:rsidRDefault="00000000">
            <w:pPr>
              <w:spacing w:after="20" w:line="240" w:lineRule="auto"/>
            </w:pPr>
            <w:r>
              <w:rPr>
                <w:sz w:val="14"/>
              </w:rPr>
              <w:t>Can bidders, owners, addresses, bank accounts or contact details be linked?</w:t>
            </w:r>
          </w:p>
        </w:tc>
        <w:tc>
          <w:tcPr>
            <w:tcW w:w="576" w:type="dxa"/>
            <w:shd w:val="clear" w:color="auto" w:fill="F4F7FA"/>
            <w:tcMar>
              <w:top w:w="100" w:type="dxa"/>
              <w:left w:w="110" w:type="dxa"/>
              <w:bottom w:w="100" w:type="dxa"/>
              <w:right w:w="110" w:type="dxa"/>
            </w:tcMar>
            <w:vAlign w:val="center"/>
          </w:tcPr>
          <w:p w14:paraId="5AD01B17"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CAC1592"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70C48888"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3EB6CB68"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05A63452" w14:textId="77777777" w:rsidR="006A55BC" w:rsidRDefault="006A55BC">
            <w:pPr>
              <w:spacing w:after="20" w:line="240" w:lineRule="auto"/>
            </w:pPr>
          </w:p>
        </w:tc>
      </w:tr>
      <w:tr w:rsidR="006A55BC" w14:paraId="20473472" w14:textId="77777777">
        <w:trPr>
          <w:cantSplit/>
          <w:jc w:val="center"/>
        </w:trPr>
        <w:tc>
          <w:tcPr>
            <w:tcW w:w="504" w:type="dxa"/>
            <w:tcMar>
              <w:top w:w="100" w:type="dxa"/>
              <w:left w:w="110" w:type="dxa"/>
              <w:bottom w:w="100" w:type="dxa"/>
              <w:right w:w="110" w:type="dxa"/>
            </w:tcMar>
            <w:vAlign w:val="center"/>
          </w:tcPr>
          <w:p w14:paraId="1642FA68" w14:textId="77777777" w:rsidR="006A55BC" w:rsidRDefault="00000000">
            <w:pPr>
              <w:spacing w:after="20" w:line="240" w:lineRule="auto"/>
            </w:pPr>
            <w:r>
              <w:rPr>
                <w:sz w:val="14"/>
              </w:rPr>
              <w:t>5</w:t>
            </w:r>
          </w:p>
        </w:tc>
        <w:tc>
          <w:tcPr>
            <w:tcW w:w="5112" w:type="dxa"/>
            <w:tcMar>
              <w:top w:w="100" w:type="dxa"/>
              <w:left w:w="110" w:type="dxa"/>
              <w:bottom w:w="100" w:type="dxa"/>
              <w:right w:w="110" w:type="dxa"/>
            </w:tcMar>
            <w:vAlign w:val="center"/>
          </w:tcPr>
          <w:p w14:paraId="228D2C1E" w14:textId="77777777" w:rsidR="006A55BC" w:rsidRDefault="00000000">
            <w:pPr>
              <w:spacing w:after="20" w:line="240" w:lineRule="auto"/>
            </w:pPr>
            <w:r>
              <w:rPr>
                <w:sz w:val="14"/>
              </w:rPr>
              <w:t>Are scores traceable to published criteria?</w:t>
            </w:r>
          </w:p>
        </w:tc>
        <w:tc>
          <w:tcPr>
            <w:tcW w:w="576" w:type="dxa"/>
            <w:tcMar>
              <w:top w:w="100" w:type="dxa"/>
              <w:left w:w="110" w:type="dxa"/>
              <w:bottom w:w="100" w:type="dxa"/>
              <w:right w:w="110" w:type="dxa"/>
            </w:tcMar>
            <w:vAlign w:val="center"/>
          </w:tcPr>
          <w:p w14:paraId="1CE2478D"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2FDFBF18"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35B2D183"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281C679B"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64BF770E" w14:textId="77777777" w:rsidR="006A55BC" w:rsidRDefault="006A55BC">
            <w:pPr>
              <w:spacing w:after="20" w:line="240" w:lineRule="auto"/>
            </w:pPr>
          </w:p>
        </w:tc>
      </w:tr>
      <w:tr w:rsidR="006A55BC" w14:paraId="3B85B6E3" w14:textId="77777777">
        <w:trPr>
          <w:cantSplit/>
          <w:jc w:val="center"/>
        </w:trPr>
        <w:tc>
          <w:tcPr>
            <w:tcW w:w="504" w:type="dxa"/>
            <w:shd w:val="clear" w:color="auto" w:fill="F4F7FA"/>
            <w:tcMar>
              <w:top w:w="100" w:type="dxa"/>
              <w:left w:w="110" w:type="dxa"/>
              <w:bottom w:w="100" w:type="dxa"/>
              <w:right w:w="110" w:type="dxa"/>
            </w:tcMar>
            <w:vAlign w:val="center"/>
          </w:tcPr>
          <w:p w14:paraId="66B3C384" w14:textId="77777777" w:rsidR="006A55BC" w:rsidRDefault="00000000">
            <w:pPr>
              <w:spacing w:after="20" w:line="240" w:lineRule="auto"/>
            </w:pPr>
            <w:r>
              <w:rPr>
                <w:sz w:val="14"/>
              </w:rPr>
              <w:t>6</w:t>
            </w:r>
          </w:p>
        </w:tc>
        <w:tc>
          <w:tcPr>
            <w:tcW w:w="5112" w:type="dxa"/>
            <w:shd w:val="clear" w:color="auto" w:fill="F4F7FA"/>
            <w:tcMar>
              <w:top w:w="100" w:type="dxa"/>
              <w:left w:w="110" w:type="dxa"/>
              <w:bottom w:w="100" w:type="dxa"/>
              <w:right w:w="110" w:type="dxa"/>
            </w:tcMar>
            <w:vAlign w:val="center"/>
          </w:tcPr>
          <w:p w14:paraId="19609172" w14:textId="77777777" w:rsidR="006A55BC" w:rsidRDefault="00000000">
            <w:pPr>
              <w:spacing w:after="20" w:line="240" w:lineRule="auto"/>
            </w:pPr>
            <w:r>
              <w:rPr>
                <w:sz w:val="14"/>
              </w:rPr>
              <w:t>Are sole-source and emergency awards independently reviewed?</w:t>
            </w:r>
          </w:p>
        </w:tc>
        <w:tc>
          <w:tcPr>
            <w:tcW w:w="576" w:type="dxa"/>
            <w:shd w:val="clear" w:color="auto" w:fill="F4F7FA"/>
            <w:tcMar>
              <w:top w:w="100" w:type="dxa"/>
              <w:left w:w="110" w:type="dxa"/>
              <w:bottom w:w="100" w:type="dxa"/>
              <w:right w:w="110" w:type="dxa"/>
            </w:tcMar>
            <w:vAlign w:val="center"/>
          </w:tcPr>
          <w:p w14:paraId="28B88ADF"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AB4594A"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03D24247"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344561D4"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64C6D928" w14:textId="77777777" w:rsidR="006A55BC" w:rsidRDefault="006A55BC">
            <w:pPr>
              <w:spacing w:after="20" w:line="240" w:lineRule="auto"/>
            </w:pPr>
          </w:p>
        </w:tc>
      </w:tr>
      <w:tr w:rsidR="006A55BC" w14:paraId="0B1A95FB" w14:textId="77777777">
        <w:trPr>
          <w:cantSplit/>
          <w:jc w:val="center"/>
        </w:trPr>
        <w:tc>
          <w:tcPr>
            <w:tcW w:w="504" w:type="dxa"/>
            <w:tcMar>
              <w:top w:w="100" w:type="dxa"/>
              <w:left w:w="110" w:type="dxa"/>
              <w:bottom w:w="100" w:type="dxa"/>
              <w:right w:w="110" w:type="dxa"/>
            </w:tcMar>
            <w:vAlign w:val="center"/>
          </w:tcPr>
          <w:p w14:paraId="13C5F6C3" w14:textId="77777777" w:rsidR="006A55BC" w:rsidRDefault="00000000">
            <w:pPr>
              <w:spacing w:after="20" w:line="240" w:lineRule="auto"/>
            </w:pPr>
            <w:r>
              <w:rPr>
                <w:sz w:val="14"/>
              </w:rPr>
              <w:t>7</w:t>
            </w:r>
          </w:p>
        </w:tc>
        <w:tc>
          <w:tcPr>
            <w:tcW w:w="5112" w:type="dxa"/>
            <w:tcMar>
              <w:top w:w="100" w:type="dxa"/>
              <w:left w:w="110" w:type="dxa"/>
              <w:bottom w:w="100" w:type="dxa"/>
              <w:right w:w="110" w:type="dxa"/>
            </w:tcMar>
            <w:vAlign w:val="center"/>
          </w:tcPr>
          <w:p w14:paraId="2C985794" w14:textId="77777777" w:rsidR="006A55BC" w:rsidRDefault="00000000">
            <w:pPr>
              <w:spacing w:after="20" w:line="240" w:lineRule="auto"/>
            </w:pPr>
            <w:r>
              <w:rPr>
                <w:sz w:val="14"/>
              </w:rPr>
              <w:t>Are contract variations, extensions and cumulative spend controlled?</w:t>
            </w:r>
          </w:p>
        </w:tc>
        <w:tc>
          <w:tcPr>
            <w:tcW w:w="576" w:type="dxa"/>
            <w:tcMar>
              <w:top w:w="100" w:type="dxa"/>
              <w:left w:w="110" w:type="dxa"/>
              <w:bottom w:w="100" w:type="dxa"/>
              <w:right w:w="110" w:type="dxa"/>
            </w:tcMar>
            <w:vAlign w:val="center"/>
          </w:tcPr>
          <w:p w14:paraId="6B64A034"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E62EA1F"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03BC6B3A"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6E6A39E1"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7C3B5436" w14:textId="77777777" w:rsidR="006A55BC" w:rsidRDefault="006A55BC">
            <w:pPr>
              <w:spacing w:after="20" w:line="240" w:lineRule="auto"/>
            </w:pPr>
          </w:p>
        </w:tc>
      </w:tr>
      <w:tr w:rsidR="006A55BC" w14:paraId="39314757" w14:textId="77777777">
        <w:trPr>
          <w:cantSplit/>
          <w:jc w:val="center"/>
        </w:trPr>
        <w:tc>
          <w:tcPr>
            <w:tcW w:w="504" w:type="dxa"/>
            <w:shd w:val="clear" w:color="auto" w:fill="F4F7FA"/>
            <w:tcMar>
              <w:top w:w="100" w:type="dxa"/>
              <w:left w:w="110" w:type="dxa"/>
              <w:bottom w:w="100" w:type="dxa"/>
              <w:right w:w="110" w:type="dxa"/>
            </w:tcMar>
            <w:vAlign w:val="center"/>
          </w:tcPr>
          <w:p w14:paraId="15F86320" w14:textId="77777777" w:rsidR="006A55BC" w:rsidRDefault="00000000">
            <w:pPr>
              <w:spacing w:after="20" w:line="240" w:lineRule="auto"/>
            </w:pPr>
            <w:r>
              <w:rPr>
                <w:sz w:val="14"/>
              </w:rPr>
              <w:t>8</w:t>
            </w:r>
          </w:p>
        </w:tc>
        <w:tc>
          <w:tcPr>
            <w:tcW w:w="5112" w:type="dxa"/>
            <w:shd w:val="clear" w:color="auto" w:fill="F4F7FA"/>
            <w:tcMar>
              <w:top w:w="100" w:type="dxa"/>
              <w:left w:w="110" w:type="dxa"/>
              <w:bottom w:w="100" w:type="dxa"/>
              <w:right w:w="110" w:type="dxa"/>
            </w:tcMar>
            <w:vAlign w:val="center"/>
          </w:tcPr>
          <w:p w14:paraId="74FF8B27" w14:textId="77777777" w:rsidR="006A55BC" w:rsidRDefault="00000000">
            <w:pPr>
              <w:spacing w:after="20" w:line="240" w:lineRule="auto"/>
            </w:pPr>
            <w:r>
              <w:rPr>
                <w:sz w:val="14"/>
              </w:rPr>
              <w:t>Are receipt, quality and completion independently confirmed?</w:t>
            </w:r>
          </w:p>
        </w:tc>
        <w:tc>
          <w:tcPr>
            <w:tcW w:w="576" w:type="dxa"/>
            <w:shd w:val="clear" w:color="auto" w:fill="F4F7FA"/>
            <w:tcMar>
              <w:top w:w="100" w:type="dxa"/>
              <w:left w:w="110" w:type="dxa"/>
              <w:bottom w:w="100" w:type="dxa"/>
              <w:right w:w="110" w:type="dxa"/>
            </w:tcMar>
            <w:vAlign w:val="center"/>
          </w:tcPr>
          <w:p w14:paraId="0A8A50C8"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749B4A3"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61A3C2F4"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627B00A7"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23D4E3BB" w14:textId="77777777" w:rsidR="006A55BC" w:rsidRDefault="006A55BC">
            <w:pPr>
              <w:spacing w:after="20" w:line="240" w:lineRule="auto"/>
            </w:pPr>
          </w:p>
        </w:tc>
      </w:tr>
      <w:tr w:rsidR="006A55BC" w14:paraId="115E7C99" w14:textId="77777777">
        <w:trPr>
          <w:cantSplit/>
          <w:jc w:val="center"/>
        </w:trPr>
        <w:tc>
          <w:tcPr>
            <w:tcW w:w="504" w:type="dxa"/>
            <w:tcMar>
              <w:top w:w="100" w:type="dxa"/>
              <w:left w:w="110" w:type="dxa"/>
              <w:bottom w:w="100" w:type="dxa"/>
              <w:right w:w="110" w:type="dxa"/>
            </w:tcMar>
            <w:vAlign w:val="center"/>
          </w:tcPr>
          <w:p w14:paraId="328A963E" w14:textId="77777777" w:rsidR="006A55BC" w:rsidRDefault="00000000">
            <w:pPr>
              <w:spacing w:after="20" w:line="240" w:lineRule="auto"/>
            </w:pPr>
            <w:r>
              <w:rPr>
                <w:sz w:val="14"/>
              </w:rPr>
              <w:t>9</w:t>
            </w:r>
          </w:p>
        </w:tc>
        <w:tc>
          <w:tcPr>
            <w:tcW w:w="5112" w:type="dxa"/>
            <w:tcMar>
              <w:top w:w="100" w:type="dxa"/>
              <w:left w:w="110" w:type="dxa"/>
              <w:bottom w:w="100" w:type="dxa"/>
              <w:right w:w="110" w:type="dxa"/>
            </w:tcMar>
            <w:vAlign w:val="center"/>
          </w:tcPr>
          <w:p w14:paraId="09B2A6DD" w14:textId="77777777" w:rsidR="006A55BC" w:rsidRDefault="00000000">
            <w:pPr>
              <w:spacing w:after="20" w:line="240" w:lineRule="auto"/>
            </w:pPr>
            <w:r>
              <w:rPr>
                <w:sz w:val="14"/>
              </w:rPr>
              <w:t>Are vendor master and bank-account changes verified out of band?</w:t>
            </w:r>
          </w:p>
        </w:tc>
        <w:tc>
          <w:tcPr>
            <w:tcW w:w="576" w:type="dxa"/>
            <w:tcMar>
              <w:top w:w="100" w:type="dxa"/>
              <w:left w:w="110" w:type="dxa"/>
              <w:bottom w:w="100" w:type="dxa"/>
              <w:right w:w="110" w:type="dxa"/>
            </w:tcMar>
            <w:vAlign w:val="center"/>
          </w:tcPr>
          <w:p w14:paraId="25B813B3"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21D88256"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0A0CDB96"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2A50C1C4"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77263F7C" w14:textId="77777777" w:rsidR="006A55BC" w:rsidRDefault="006A55BC">
            <w:pPr>
              <w:spacing w:after="20" w:line="240" w:lineRule="auto"/>
            </w:pPr>
          </w:p>
        </w:tc>
      </w:tr>
      <w:tr w:rsidR="006A55BC" w14:paraId="5C8C8BC3" w14:textId="77777777">
        <w:trPr>
          <w:cantSplit/>
          <w:jc w:val="center"/>
        </w:trPr>
        <w:tc>
          <w:tcPr>
            <w:tcW w:w="504" w:type="dxa"/>
            <w:shd w:val="clear" w:color="auto" w:fill="F4F7FA"/>
            <w:tcMar>
              <w:top w:w="100" w:type="dxa"/>
              <w:left w:w="110" w:type="dxa"/>
              <w:bottom w:w="100" w:type="dxa"/>
              <w:right w:w="110" w:type="dxa"/>
            </w:tcMar>
            <w:vAlign w:val="center"/>
          </w:tcPr>
          <w:p w14:paraId="70DEB97E" w14:textId="77777777" w:rsidR="006A55BC" w:rsidRDefault="00000000">
            <w:pPr>
              <w:spacing w:after="20" w:line="240" w:lineRule="auto"/>
            </w:pPr>
            <w:r>
              <w:rPr>
                <w:sz w:val="14"/>
              </w:rPr>
              <w:t>10</w:t>
            </w:r>
          </w:p>
        </w:tc>
        <w:tc>
          <w:tcPr>
            <w:tcW w:w="5112" w:type="dxa"/>
            <w:shd w:val="clear" w:color="auto" w:fill="F4F7FA"/>
            <w:tcMar>
              <w:top w:w="100" w:type="dxa"/>
              <w:left w:w="110" w:type="dxa"/>
              <w:bottom w:w="100" w:type="dxa"/>
              <w:right w:w="110" w:type="dxa"/>
            </w:tcMar>
            <w:vAlign w:val="center"/>
          </w:tcPr>
          <w:p w14:paraId="2B7F14A8" w14:textId="77777777" w:rsidR="006A55BC" w:rsidRDefault="00000000">
            <w:pPr>
              <w:spacing w:after="20" w:line="240" w:lineRule="auto"/>
            </w:pPr>
            <w:r>
              <w:rPr>
                <w:sz w:val="14"/>
              </w:rPr>
              <w:t>Are complaints, exclusions and performance issues analysed for patterns?</w:t>
            </w:r>
          </w:p>
        </w:tc>
        <w:tc>
          <w:tcPr>
            <w:tcW w:w="576" w:type="dxa"/>
            <w:shd w:val="clear" w:color="auto" w:fill="F4F7FA"/>
            <w:tcMar>
              <w:top w:w="100" w:type="dxa"/>
              <w:left w:w="110" w:type="dxa"/>
              <w:bottom w:w="100" w:type="dxa"/>
              <w:right w:w="110" w:type="dxa"/>
            </w:tcMar>
            <w:vAlign w:val="center"/>
          </w:tcPr>
          <w:p w14:paraId="45482A80"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C93568D"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3B6C4833"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41A926F"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4A709838" w14:textId="77777777" w:rsidR="006A55BC" w:rsidRDefault="006A55BC">
            <w:pPr>
              <w:spacing w:after="20" w:line="240" w:lineRule="auto"/>
            </w:pPr>
          </w:p>
        </w:tc>
      </w:tr>
    </w:tbl>
    <w:p w14:paraId="16DA9581" w14:textId="77777777" w:rsidR="006A55BC" w:rsidRDefault="006A55BC">
      <w:pPr>
        <w:spacing w:after="20"/>
      </w:pPr>
    </w:p>
    <w:p w14:paraId="5AA62B49" w14:textId="77777777" w:rsidR="006A55BC" w:rsidRDefault="00000000">
      <w:pPr>
        <w:pStyle w:val="Heading2"/>
      </w:pPr>
      <w:r>
        <w:lastRenderedPageBreak/>
        <w:t>9.3 Gifts Hospitality Travel and Expenses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
        <w:gridCol w:w="5112"/>
        <w:gridCol w:w="576"/>
        <w:gridCol w:w="576"/>
        <w:gridCol w:w="720"/>
        <w:gridCol w:w="576"/>
        <w:gridCol w:w="1872"/>
      </w:tblGrid>
      <w:tr w:rsidR="006A55BC" w14:paraId="125C31A0" w14:textId="77777777">
        <w:trPr>
          <w:cantSplit/>
          <w:tblHeader/>
          <w:jc w:val="center"/>
        </w:trPr>
        <w:tc>
          <w:tcPr>
            <w:tcW w:w="504" w:type="dxa"/>
            <w:shd w:val="clear" w:color="auto" w:fill="17365D"/>
            <w:tcMar>
              <w:top w:w="100" w:type="dxa"/>
              <w:left w:w="110" w:type="dxa"/>
              <w:bottom w:w="100" w:type="dxa"/>
              <w:right w:w="110" w:type="dxa"/>
            </w:tcMar>
            <w:vAlign w:val="center"/>
          </w:tcPr>
          <w:p w14:paraId="33D77CEA" w14:textId="77777777" w:rsidR="006A55BC" w:rsidRDefault="00000000">
            <w:r>
              <w:rPr>
                <w:b/>
                <w:color w:val="FFFFFF"/>
                <w:sz w:val="14"/>
              </w:rPr>
              <w:t>No.</w:t>
            </w:r>
          </w:p>
        </w:tc>
        <w:tc>
          <w:tcPr>
            <w:tcW w:w="5112" w:type="dxa"/>
            <w:shd w:val="clear" w:color="auto" w:fill="17365D"/>
            <w:tcMar>
              <w:top w:w="100" w:type="dxa"/>
              <w:left w:w="110" w:type="dxa"/>
              <w:bottom w:w="100" w:type="dxa"/>
              <w:right w:w="110" w:type="dxa"/>
            </w:tcMar>
            <w:vAlign w:val="center"/>
          </w:tcPr>
          <w:p w14:paraId="6CDFFE56" w14:textId="77777777" w:rsidR="006A55BC" w:rsidRDefault="00000000">
            <w:r>
              <w:rPr>
                <w:b/>
                <w:color w:val="FFFFFF"/>
                <w:sz w:val="14"/>
              </w:rPr>
              <w:t>Assessment question</w:t>
            </w:r>
          </w:p>
        </w:tc>
        <w:tc>
          <w:tcPr>
            <w:tcW w:w="576" w:type="dxa"/>
            <w:shd w:val="clear" w:color="auto" w:fill="17365D"/>
            <w:tcMar>
              <w:top w:w="100" w:type="dxa"/>
              <w:left w:w="110" w:type="dxa"/>
              <w:bottom w:w="100" w:type="dxa"/>
              <w:right w:w="110" w:type="dxa"/>
            </w:tcMar>
            <w:vAlign w:val="center"/>
          </w:tcPr>
          <w:p w14:paraId="682D2792" w14:textId="77777777" w:rsidR="006A55BC" w:rsidRDefault="00000000">
            <w:r>
              <w:rPr>
                <w:b/>
                <w:color w:val="FFFFFF"/>
                <w:sz w:val="14"/>
              </w:rPr>
              <w:t>Yes</w:t>
            </w:r>
          </w:p>
        </w:tc>
        <w:tc>
          <w:tcPr>
            <w:tcW w:w="576" w:type="dxa"/>
            <w:shd w:val="clear" w:color="auto" w:fill="17365D"/>
            <w:tcMar>
              <w:top w:w="100" w:type="dxa"/>
              <w:left w:w="110" w:type="dxa"/>
              <w:bottom w:w="100" w:type="dxa"/>
              <w:right w:w="110" w:type="dxa"/>
            </w:tcMar>
            <w:vAlign w:val="center"/>
          </w:tcPr>
          <w:p w14:paraId="2753EF79" w14:textId="77777777" w:rsidR="006A55BC" w:rsidRDefault="00000000">
            <w:r>
              <w:rPr>
                <w:b/>
                <w:color w:val="FFFFFF"/>
                <w:sz w:val="14"/>
              </w:rPr>
              <w:t>No</w:t>
            </w:r>
          </w:p>
        </w:tc>
        <w:tc>
          <w:tcPr>
            <w:tcW w:w="720" w:type="dxa"/>
            <w:shd w:val="clear" w:color="auto" w:fill="17365D"/>
            <w:tcMar>
              <w:top w:w="100" w:type="dxa"/>
              <w:left w:w="110" w:type="dxa"/>
              <w:bottom w:w="100" w:type="dxa"/>
              <w:right w:w="110" w:type="dxa"/>
            </w:tcMar>
            <w:vAlign w:val="center"/>
          </w:tcPr>
          <w:p w14:paraId="5A16A9DB" w14:textId="77777777" w:rsidR="006A55BC" w:rsidRDefault="00000000">
            <w:r>
              <w:rPr>
                <w:b/>
                <w:color w:val="FFFFFF"/>
                <w:sz w:val="14"/>
              </w:rPr>
              <w:t>Partial</w:t>
            </w:r>
          </w:p>
        </w:tc>
        <w:tc>
          <w:tcPr>
            <w:tcW w:w="576" w:type="dxa"/>
            <w:shd w:val="clear" w:color="auto" w:fill="17365D"/>
            <w:tcMar>
              <w:top w:w="100" w:type="dxa"/>
              <w:left w:w="110" w:type="dxa"/>
              <w:bottom w:w="100" w:type="dxa"/>
              <w:right w:w="110" w:type="dxa"/>
            </w:tcMar>
            <w:vAlign w:val="center"/>
          </w:tcPr>
          <w:p w14:paraId="327F198A" w14:textId="77777777" w:rsidR="006A55BC" w:rsidRDefault="00000000">
            <w:r>
              <w:rPr>
                <w:b/>
                <w:color w:val="FFFFFF"/>
                <w:sz w:val="14"/>
              </w:rPr>
              <w:t>N/A</w:t>
            </w:r>
          </w:p>
        </w:tc>
        <w:tc>
          <w:tcPr>
            <w:tcW w:w="1872" w:type="dxa"/>
            <w:shd w:val="clear" w:color="auto" w:fill="17365D"/>
            <w:tcMar>
              <w:top w:w="100" w:type="dxa"/>
              <w:left w:w="110" w:type="dxa"/>
              <w:bottom w:w="100" w:type="dxa"/>
              <w:right w:w="110" w:type="dxa"/>
            </w:tcMar>
            <w:vAlign w:val="center"/>
          </w:tcPr>
          <w:p w14:paraId="51039AF3" w14:textId="77777777" w:rsidR="006A55BC" w:rsidRDefault="00000000">
            <w:r>
              <w:rPr>
                <w:b/>
                <w:color w:val="FFFFFF"/>
                <w:sz w:val="14"/>
              </w:rPr>
              <w:t>Evidence or action</w:t>
            </w:r>
          </w:p>
        </w:tc>
      </w:tr>
      <w:tr w:rsidR="006A55BC" w14:paraId="56ADABE6" w14:textId="77777777">
        <w:trPr>
          <w:cantSplit/>
          <w:jc w:val="center"/>
        </w:trPr>
        <w:tc>
          <w:tcPr>
            <w:tcW w:w="504" w:type="dxa"/>
            <w:tcMar>
              <w:top w:w="100" w:type="dxa"/>
              <w:left w:w="110" w:type="dxa"/>
              <w:bottom w:w="100" w:type="dxa"/>
              <w:right w:w="110" w:type="dxa"/>
            </w:tcMar>
            <w:vAlign w:val="center"/>
          </w:tcPr>
          <w:p w14:paraId="75E87654" w14:textId="77777777" w:rsidR="006A55BC" w:rsidRDefault="00000000">
            <w:pPr>
              <w:spacing w:after="20" w:line="240" w:lineRule="auto"/>
            </w:pPr>
            <w:r>
              <w:rPr>
                <w:sz w:val="14"/>
              </w:rPr>
              <w:t>1</w:t>
            </w:r>
          </w:p>
        </w:tc>
        <w:tc>
          <w:tcPr>
            <w:tcW w:w="5112" w:type="dxa"/>
            <w:tcMar>
              <w:top w:w="100" w:type="dxa"/>
              <w:left w:w="110" w:type="dxa"/>
              <w:bottom w:w="100" w:type="dxa"/>
              <w:right w:w="110" w:type="dxa"/>
            </w:tcMar>
            <w:vAlign w:val="center"/>
          </w:tcPr>
          <w:p w14:paraId="72105EFC" w14:textId="77777777" w:rsidR="006A55BC" w:rsidRDefault="00000000">
            <w:pPr>
              <w:spacing w:after="20" w:line="240" w:lineRule="auto"/>
            </w:pPr>
            <w:r>
              <w:rPr>
                <w:sz w:val="14"/>
              </w:rPr>
              <w:t>Are clear value thresholds, prohibitions and approval rules defined?</w:t>
            </w:r>
          </w:p>
        </w:tc>
        <w:tc>
          <w:tcPr>
            <w:tcW w:w="576" w:type="dxa"/>
            <w:tcMar>
              <w:top w:w="100" w:type="dxa"/>
              <w:left w:w="110" w:type="dxa"/>
              <w:bottom w:w="100" w:type="dxa"/>
              <w:right w:w="110" w:type="dxa"/>
            </w:tcMar>
            <w:vAlign w:val="center"/>
          </w:tcPr>
          <w:p w14:paraId="7918EE18"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4C72F4FF"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712DB23A"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11B41E0"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0DBAE9F2" w14:textId="77777777" w:rsidR="006A55BC" w:rsidRDefault="006A55BC">
            <w:pPr>
              <w:spacing w:after="20" w:line="240" w:lineRule="auto"/>
            </w:pPr>
          </w:p>
        </w:tc>
      </w:tr>
      <w:tr w:rsidR="006A55BC" w14:paraId="1A80DF3E" w14:textId="77777777">
        <w:trPr>
          <w:cantSplit/>
          <w:jc w:val="center"/>
        </w:trPr>
        <w:tc>
          <w:tcPr>
            <w:tcW w:w="504" w:type="dxa"/>
            <w:shd w:val="clear" w:color="auto" w:fill="F4F7FA"/>
            <w:tcMar>
              <w:top w:w="100" w:type="dxa"/>
              <w:left w:w="110" w:type="dxa"/>
              <w:bottom w:w="100" w:type="dxa"/>
              <w:right w:w="110" w:type="dxa"/>
            </w:tcMar>
            <w:vAlign w:val="center"/>
          </w:tcPr>
          <w:p w14:paraId="5FA88ABB" w14:textId="77777777" w:rsidR="006A55BC" w:rsidRDefault="00000000">
            <w:pPr>
              <w:spacing w:after="20" w:line="240" w:lineRule="auto"/>
            </w:pPr>
            <w:r>
              <w:rPr>
                <w:sz w:val="14"/>
              </w:rPr>
              <w:t>2</w:t>
            </w:r>
          </w:p>
        </w:tc>
        <w:tc>
          <w:tcPr>
            <w:tcW w:w="5112" w:type="dxa"/>
            <w:shd w:val="clear" w:color="auto" w:fill="F4F7FA"/>
            <w:tcMar>
              <w:top w:w="100" w:type="dxa"/>
              <w:left w:w="110" w:type="dxa"/>
              <w:bottom w:w="100" w:type="dxa"/>
              <w:right w:w="110" w:type="dxa"/>
            </w:tcMar>
            <w:vAlign w:val="center"/>
          </w:tcPr>
          <w:p w14:paraId="5FDF06F1" w14:textId="77777777" w:rsidR="006A55BC" w:rsidRDefault="00000000">
            <w:pPr>
              <w:spacing w:after="20" w:line="240" w:lineRule="auto"/>
            </w:pPr>
            <w:r>
              <w:rPr>
                <w:sz w:val="14"/>
              </w:rPr>
              <w:t>Are public-official benefits subject to enhanced review?</w:t>
            </w:r>
          </w:p>
        </w:tc>
        <w:tc>
          <w:tcPr>
            <w:tcW w:w="576" w:type="dxa"/>
            <w:shd w:val="clear" w:color="auto" w:fill="F4F7FA"/>
            <w:tcMar>
              <w:top w:w="100" w:type="dxa"/>
              <w:left w:w="110" w:type="dxa"/>
              <w:bottom w:w="100" w:type="dxa"/>
              <w:right w:w="110" w:type="dxa"/>
            </w:tcMar>
            <w:vAlign w:val="center"/>
          </w:tcPr>
          <w:p w14:paraId="0A1A31AF"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29F0A9CB"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10AE9276"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143577CF"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624209DA" w14:textId="77777777" w:rsidR="006A55BC" w:rsidRDefault="006A55BC">
            <w:pPr>
              <w:spacing w:after="20" w:line="240" w:lineRule="auto"/>
            </w:pPr>
          </w:p>
        </w:tc>
      </w:tr>
      <w:tr w:rsidR="006A55BC" w14:paraId="065474E0" w14:textId="77777777">
        <w:trPr>
          <w:cantSplit/>
          <w:jc w:val="center"/>
        </w:trPr>
        <w:tc>
          <w:tcPr>
            <w:tcW w:w="504" w:type="dxa"/>
            <w:tcMar>
              <w:top w:w="100" w:type="dxa"/>
              <w:left w:w="110" w:type="dxa"/>
              <w:bottom w:w="100" w:type="dxa"/>
              <w:right w:w="110" w:type="dxa"/>
            </w:tcMar>
            <w:vAlign w:val="center"/>
          </w:tcPr>
          <w:p w14:paraId="5D010857" w14:textId="77777777" w:rsidR="006A55BC" w:rsidRDefault="00000000">
            <w:pPr>
              <w:spacing w:after="20" w:line="240" w:lineRule="auto"/>
            </w:pPr>
            <w:r>
              <w:rPr>
                <w:sz w:val="14"/>
              </w:rPr>
              <w:t>3</w:t>
            </w:r>
          </w:p>
        </w:tc>
        <w:tc>
          <w:tcPr>
            <w:tcW w:w="5112" w:type="dxa"/>
            <w:tcMar>
              <w:top w:w="100" w:type="dxa"/>
              <w:left w:w="110" w:type="dxa"/>
              <w:bottom w:w="100" w:type="dxa"/>
              <w:right w:w="110" w:type="dxa"/>
            </w:tcMar>
            <w:vAlign w:val="center"/>
          </w:tcPr>
          <w:p w14:paraId="0BA9E200" w14:textId="77777777" w:rsidR="006A55BC" w:rsidRDefault="00000000">
            <w:pPr>
              <w:spacing w:after="20" w:line="240" w:lineRule="auto"/>
            </w:pPr>
            <w:r>
              <w:rPr>
                <w:sz w:val="14"/>
              </w:rPr>
              <w:t>Are cash, cash equivalents and personal benefits prohibited?</w:t>
            </w:r>
          </w:p>
        </w:tc>
        <w:tc>
          <w:tcPr>
            <w:tcW w:w="576" w:type="dxa"/>
            <w:tcMar>
              <w:top w:w="100" w:type="dxa"/>
              <w:left w:w="110" w:type="dxa"/>
              <w:bottom w:w="100" w:type="dxa"/>
              <w:right w:w="110" w:type="dxa"/>
            </w:tcMar>
            <w:vAlign w:val="center"/>
          </w:tcPr>
          <w:p w14:paraId="0F4FDF2A"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630F47A"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1F1F91DD"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192B7ED7"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34ADB062" w14:textId="77777777" w:rsidR="006A55BC" w:rsidRDefault="006A55BC">
            <w:pPr>
              <w:spacing w:after="20" w:line="240" w:lineRule="auto"/>
            </w:pPr>
          </w:p>
        </w:tc>
      </w:tr>
      <w:tr w:rsidR="006A55BC" w14:paraId="48C8BAD3" w14:textId="77777777">
        <w:trPr>
          <w:cantSplit/>
          <w:jc w:val="center"/>
        </w:trPr>
        <w:tc>
          <w:tcPr>
            <w:tcW w:w="504" w:type="dxa"/>
            <w:shd w:val="clear" w:color="auto" w:fill="F4F7FA"/>
            <w:tcMar>
              <w:top w:w="100" w:type="dxa"/>
              <w:left w:w="110" w:type="dxa"/>
              <w:bottom w:w="100" w:type="dxa"/>
              <w:right w:w="110" w:type="dxa"/>
            </w:tcMar>
            <w:vAlign w:val="center"/>
          </w:tcPr>
          <w:p w14:paraId="71145D9C" w14:textId="77777777" w:rsidR="006A55BC" w:rsidRDefault="00000000">
            <w:pPr>
              <w:spacing w:after="20" w:line="240" w:lineRule="auto"/>
            </w:pPr>
            <w:r>
              <w:rPr>
                <w:sz w:val="14"/>
              </w:rPr>
              <w:t>4</w:t>
            </w:r>
          </w:p>
        </w:tc>
        <w:tc>
          <w:tcPr>
            <w:tcW w:w="5112" w:type="dxa"/>
            <w:shd w:val="clear" w:color="auto" w:fill="F4F7FA"/>
            <w:tcMar>
              <w:top w:w="100" w:type="dxa"/>
              <w:left w:w="110" w:type="dxa"/>
              <w:bottom w:w="100" w:type="dxa"/>
              <w:right w:w="110" w:type="dxa"/>
            </w:tcMar>
            <w:vAlign w:val="center"/>
          </w:tcPr>
          <w:p w14:paraId="35581844" w14:textId="77777777" w:rsidR="006A55BC" w:rsidRDefault="00000000">
            <w:pPr>
              <w:spacing w:after="20" w:line="240" w:lineRule="auto"/>
            </w:pPr>
            <w:r>
              <w:rPr>
                <w:sz w:val="14"/>
              </w:rPr>
              <w:t>Is timing near tenders, approvals or disputes considered?</w:t>
            </w:r>
          </w:p>
        </w:tc>
        <w:tc>
          <w:tcPr>
            <w:tcW w:w="576" w:type="dxa"/>
            <w:shd w:val="clear" w:color="auto" w:fill="F4F7FA"/>
            <w:tcMar>
              <w:top w:w="100" w:type="dxa"/>
              <w:left w:w="110" w:type="dxa"/>
              <w:bottom w:w="100" w:type="dxa"/>
              <w:right w:w="110" w:type="dxa"/>
            </w:tcMar>
            <w:vAlign w:val="center"/>
          </w:tcPr>
          <w:p w14:paraId="0FA7C671"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32749972"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3E2F6D53"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3C81EADC"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5F1BCE5D" w14:textId="77777777" w:rsidR="006A55BC" w:rsidRDefault="006A55BC">
            <w:pPr>
              <w:spacing w:after="20" w:line="240" w:lineRule="auto"/>
            </w:pPr>
          </w:p>
        </w:tc>
      </w:tr>
      <w:tr w:rsidR="006A55BC" w14:paraId="53866A8D" w14:textId="77777777">
        <w:trPr>
          <w:cantSplit/>
          <w:jc w:val="center"/>
        </w:trPr>
        <w:tc>
          <w:tcPr>
            <w:tcW w:w="504" w:type="dxa"/>
            <w:tcMar>
              <w:top w:w="100" w:type="dxa"/>
              <w:left w:w="110" w:type="dxa"/>
              <w:bottom w:w="100" w:type="dxa"/>
              <w:right w:w="110" w:type="dxa"/>
            </w:tcMar>
            <w:vAlign w:val="center"/>
          </w:tcPr>
          <w:p w14:paraId="57B3FFDA" w14:textId="77777777" w:rsidR="006A55BC" w:rsidRDefault="00000000">
            <w:pPr>
              <w:spacing w:after="20" w:line="240" w:lineRule="auto"/>
            </w:pPr>
            <w:r>
              <w:rPr>
                <w:sz w:val="14"/>
              </w:rPr>
              <w:t>5</w:t>
            </w:r>
          </w:p>
        </w:tc>
        <w:tc>
          <w:tcPr>
            <w:tcW w:w="5112" w:type="dxa"/>
            <w:tcMar>
              <w:top w:w="100" w:type="dxa"/>
              <w:left w:w="110" w:type="dxa"/>
              <w:bottom w:w="100" w:type="dxa"/>
              <w:right w:w="110" w:type="dxa"/>
            </w:tcMar>
            <w:vAlign w:val="center"/>
          </w:tcPr>
          <w:p w14:paraId="2F6B27D0" w14:textId="77777777" w:rsidR="006A55BC" w:rsidRDefault="00000000">
            <w:pPr>
              <w:spacing w:after="20" w:line="240" w:lineRule="auto"/>
            </w:pPr>
            <w:r>
              <w:rPr>
                <w:sz w:val="14"/>
              </w:rPr>
              <w:t>Are giver, recipient, purpose, value and decision context recorded?</w:t>
            </w:r>
          </w:p>
        </w:tc>
        <w:tc>
          <w:tcPr>
            <w:tcW w:w="576" w:type="dxa"/>
            <w:tcMar>
              <w:top w:w="100" w:type="dxa"/>
              <w:left w:w="110" w:type="dxa"/>
              <w:bottom w:w="100" w:type="dxa"/>
              <w:right w:w="110" w:type="dxa"/>
            </w:tcMar>
            <w:vAlign w:val="center"/>
          </w:tcPr>
          <w:p w14:paraId="3CE31354"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6E696344"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5C121B2B"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3DA91704"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1AE4B87E" w14:textId="77777777" w:rsidR="006A55BC" w:rsidRDefault="006A55BC">
            <w:pPr>
              <w:spacing w:after="20" w:line="240" w:lineRule="auto"/>
            </w:pPr>
          </w:p>
        </w:tc>
      </w:tr>
      <w:tr w:rsidR="006A55BC" w14:paraId="2FF328F5" w14:textId="77777777">
        <w:trPr>
          <w:cantSplit/>
          <w:jc w:val="center"/>
        </w:trPr>
        <w:tc>
          <w:tcPr>
            <w:tcW w:w="504" w:type="dxa"/>
            <w:shd w:val="clear" w:color="auto" w:fill="F4F7FA"/>
            <w:tcMar>
              <w:top w:w="100" w:type="dxa"/>
              <w:left w:w="110" w:type="dxa"/>
              <w:bottom w:w="100" w:type="dxa"/>
              <w:right w:w="110" w:type="dxa"/>
            </w:tcMar>
            <w:vAlign w:val="center"/>
          </w:tcPr>
          <w:p w14:paraId="66B28693" w14:textId="77777777" w:rsidR="006A55BC" w:rsidRDefault="00000000">
            <w:pPr>
              <w:spacing w:after="20" w:line="240" w:lineRule="auto"/>
            </w:pPr>
            <w:r>
              <w:rPr>
                <w:sz w:val="14"/>
              </w:rPr>
              <w:t>6</w:t>
            </w:r>
          </w:p>
        </w:tc>
        <w:tc>
          <w:tcPr>
            <w:tcW w:w="5112" w:type="dxa"/>
            <w:shd w:val="clear" w:color="auto" w:fill="F4F7FA"/>
            <w:tcMar>
              <w:top w:w="100" w:type="dxa"/>
              <w:left w:w="110" w:type="dxa"/>
              <w:bottom w:w="100" w:type="dxa"/>
              <w:right w:w="110" w:type="dxa"/>
            </w:tcMar>
            <w:vAlign w:val="center"/>
          </w:tcPr>
          <w:p w14:paraId="69E1B00F" w14:textId="77777777" w:rsidR="006A55BC" w:rsidRDefault="00000000">
            <w:pPr>
              <w:spacing w:after="20" w:line="240" w:lineRule="auto"/>
            </w:pPr>
            <w:r>
              <w:rPr>
                <w:sz w:val="14"/>
              </w:rPr>
              <w:t>Are repeated low-value benefits aggregated and reviewed?</w:t>
            </w:r>
          </w:p>
        </w:tc>
        <w:tc>
          <w:tcPr>
            <w:tcW w:w="576" w:type="dxa"/>
            <w:shd w:val="clear" w:color="auto" w:fill="F4F7FA"/>
            <w:tcMar>
              <w:top w:w="100" w:type="dxa"/>
              <w:left w:w="110" w:type="dxa"/>
              <w:bottom w:w="100" w:type="dxa"/>
              <w:right w:w="110" w:type="dxa"/>
            </w:tcMar>
            <w:vAlign w:val="center"/>
          </w:tcPr>
          <w:p w14:paraId="122C168E"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069F6AA"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3C28B0A0"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000CADF0"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0179926E" w14:textId="77777777" w:rsidR="006A55BC" w:rsidRDefault="006A55BC">
            <w:pPr>
              <w:spacing w:after="20" w:line="240" w:lineRule="auto"/>
            </w:pPr>
          </w:p>
        </w:tc>
      </w:tr>
      <w:tr w:rsidR="006A55BC" w14:paraId="084FC75F" w14:textId="77777777">
        <w:trPr>
          <w:cantSplit/>
          <w:jc w:val="center"/>
        </w:trPr>
        <w:tc>
          <w:tcPr>
            <w:tcW w:w="504" w:type="dxa"/>
            <w:tcMar>
              <w:top w:w="100" w:type="dxa"/>
              <w:left w:w="110" w:type="dxa"/>
              <w:bottom w:w="100" w:type="dxa"/>
              <w:right w:w="110" w:type="dxa"/>
            </w:tcMar>
            <w:vAlign w:val="center"/>
          </w:tcPr>
          <w:p w14:paraId="1E76F978" w14:textId="77777777" w:rsidR="006A55BC" w:rsidRDefault="00000000">
            <w:pPr>
              <w:spacing w:after="20" w:line="240" w:lineRule="auto"/>
            </w:pPr>
            <w:r>
              <w:rPr>
                <w:sz w:val="14"/>
              </w:rPr>
              <w:t>7</w:t>
            </w:r>
          </w:p>
        </w:tc>
        <w:tc>
          <w:tcPr>
            <w:tcW w:w="5112" w:type="dxa"/>
            <w:tcMar>
              <w:top w:w="100" w:type="dxa"/>
              <w:left w:w="110" w:type="dxa"/>
              <w:bottom w:w="100" w:type="dxa"/>
              <w:right w:w="110" w:type="dxa"/>
            </w:tcMar>
            <w:vAlign w:val="center"/>
          </w:tcPr>
          <w:p w14:paraId="554D2AD0" w14:textId="77777777" w:rsidR="006A55BC" w:rsidRDefault="00000000">
            <w:pPr>
              <w:spacing w:after="20" w:line="240" w:lineRule="auto"/>
            </w:pPr>
            <w:r>
              <w:rPr>
                <w:sz w:val="14"/>
              </w:rPr>
              <w:t>Are accompanying persons and leisure elements excluded or justified?</w:t>
            </w:r>
          </w:p>
        </w:tc>
        <w:tc>
          <w:tcPr>
            <w:tcW w:w="576" w:type="dxa"/>
            <w:tcMar>
              <w:top w:w="100" w:type="dxa"/>
              <w:left w:w="110" w:type="dxa"/>
              <w:bottom w:w="100" w:type="dxa"/>
              <w:right w:w="110" w:type="dxa"/>
            </w:tcMar>
            <w:vAlign w:val="center"/>
          </w:tcPr>
          <w:p w14:paraId="0C704C93"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4B36632A"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00873234"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5D9DB69A"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06731741" w14:textId="77777777" w:rsidR="006A55BC" w:rsidRDefault="006A55BC">
            <w:pPr>
              <w:spacing w:after="20" w:line="240" w:lineRule="auto"/>
            </w:pPr>
          </w:p>
        </w:tc>
      </w:tr>
      <w:tr w:rsidR="006A55BC" w14:paraId="4B5C7F70" w14:textId="77777777">
        <w:trPr>
          <w:cantSplit/>
          <w:jc w:val="center"/>
        </w:trPr>
        <w:tc>
          <w:tcPr>
            <w:tcW w:w="504" w:type="dxa"/>
            <w:shd w:val="clear" w:color="auto" w:fill="F4F7FA"/>
            <w:tcMar>
              <w:top w:w="100" w:type="dxa"/>
              <w:left w:w="110" w:type="dxa"/>
              <w:bottom w:w="100" w:type="dxa"/>
              <w:right w:w="110" w:type="dxa"/>
            </w:tcMar>
            <w:vAlign w:val="center"/>
          </w:tcPr>
          <w:p w14:paraId="77A0482C" w14:textId="77777777" w:rsidR="006A55BC" w:rsidRDefault="00000000">
            <w:pPr>
              <w:spacing w:after="20" w:line="240" w:lineRule="auto"/>
            </w:pPr>
            <w:r>
              <w:rPr>
                <w:sz w:val="14"/>
              </w:rPr>
              <w:t>8</w:t>
            </w:r>
          </w:p>
        </w:tc>
        <w:tc>
          <w:tcPr>
            <w:tcW w:w="5112" w:type="dxa"/>
            <w:shd w:val="clear" w:color="auto" w:fill="F4F7FA"/>
            <w:tcMar>
              <w:top w:w="100" w:type="dxa"/>
              <w:left w:w="110" w:type="dxa"/>
              <w:bottom w:w="100" w:type="dxa"/>
              <w:right w:w="110" w:type="dxa"/>
            </w:tcMar>
            <w:vAlign w:val="center"/>
          </w:tcPr>
          <w:p w14:paraId="5AFDB6D2" w14:textId="77777777" w:rsidR="006A55BC" w:rsidRDefault="00000000">
            <w:pPr>
              <w:spacing w:after="20" w:line="240" w:lineRule="auto"/>
            </w:pPr>
            <w:r>
              <w:rPr>
                <w:sz w:val="14"/>
              </w:rPr>
              <w:t>Are expenses supported, accurate and independently approved?</w:t>
            </w:r>
          </w:p>
        </w:tc>
        <w:tc>
          <w:tcPr>
            <w:tcW w:w="576" w:type="dxa"/>
            <w:shd w:val="clear" w:color="auto" w:fill="F4F7FA"/>
            <w:tcMar>
              <w:top w:w="100" w:type="dxa"/>
              <w:left w:w="110" w:type="dxa"/>
              <w:bottom w:w="100" w:type="dxa"/>
              <w:right w:w="110" w:type="dxa"/>
            </w:tcMar>
            <w:vAlign w:val="center"/>
          </w:tcPr>
          <w:p w14:paraId="525B736D"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1967EDF9"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432126F9"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69E0FD2A"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775D24DF" w14:textId="77777777" w:rsidR="006A55BC" w:rsidRDefault="006A55BC">
            <w:pPr>
              <w:spacing w:after="20" w:line="240" w:lineRule="auto"/>
            </w:pPr>
          </w:p>
        </w:tc>
      </w:tr>
      <w:tr w:rsidR="006A55BC" w14:paraId="20E23942" w14:textId="77777777">
        <w:trPr>
          <w:cantSplit/>
          <w:jc w:val="center"/>
        </w:trPr>
        <w:tc>
          <w:tcPr>
            <w:tcW w:w="504" w:type="dxa"/>
            <w:tcMar>
              <w:top w:w="100" w:type="dxa"/>
              <w:left w:w="110" w:type="dxa"/>
              <w:bottom w:w="100" w:type="dxa"/>
              <w:right w:w="110" w:type="dxa"/>
            </w:tcMar>
            <w:vAlign w:val="center"/>
          </w:tcPr>
          <w:p w14:paraId="3691D26A" w14:textId="77777777" w:rsidR="006A55BC" w:rsidRDefault="00000000">
            <w:pPr>
              <w:spacing w:after="20" w:line="240" w:lineRule="auto"/>
            </w:pPr>
            <w:r>
              <w:rPr>
                <w:sz w:val="14"/>
              </w:rPr>
              <w:t>9</w:t>
            </w:r>
          </w:p>
        </w:tc>
        <w:tc>
          <w:tcPr>
            <w:tcW w:w="5112" w:type="dxa"/>
            <w:tcMar>
              <w:top w:w="100" w:type="dxa"/>
              <w:left w:w="110" w:type="dxa"/>
              <w:bottom w:w="100" w:type="dxa"/>
              <w:right w:w="110" w:type="dxa"/>
            </w:tcMar>
            <w:vAlign w:val="center"/>
          </w:tcPr>
          <w:p w14:paraId="13420779" w14:textId="77777777" w:rsidR="006A55BC" w:rsidRDefault="00000000">
            <w:pPr>
              <w:spacing w:after="20" w:line="240" w:lineRule="auto"/>
            </w:pPr>
            <w:r>
              <w:rPr>
                <w:sz w:val="14"/>
              </w:rPr>
              <w:t>Are refused and received benefits recorded where required?</w:t>
            </w:r>
          </w:p>
        </w:tc>
        <w:tc>
          <w:tcPr>
            <w:tcW w:w="576" w:type="dxa"/>
            <w:tcMar>
              <w:top w:w="100" w:type="dxa"/>
              <w:left w:w="110" w:type="dxa"/>
              <w:bottom w:w="100" w:type="dxa"/>
              <w:right w:w="110" w:type="dxa"/>
            </w:tcMar>
            <w:vAlign w:val="center"/>
          </w:tcPr>
          <w:p w14:paraId="67257410"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22E2721D"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64409661"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1CD5EAE5"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55A11CFF" w14:textId="77777777" w:rsidR="006A55BC" w:rsidRDefault="006A55BC">
            <w:pPr>
              <w:spacing w:after="20" w:line="240" w:lineRule="auto"/>
            </w:pPr>
          </w:p>
        </w:tc>
      </w:tr>
      <w:tr w:rsidR="006A55BC" w14:paraId="342923D8" w14:textId="77777777">
        <w:trPr>
          <w:cantSplit/>
          <w:jc w:val="center"/>
        </w:trPr>
        <w:tc>
          <w:tcPr>
            <w:tcW w:w="504" w:type="dxa"/>
            <w:shd w:val="clear" w:color="auto" w:fill="F4F7FA"/>
            <w:tcMar>
              <w:top w:w="100" w:type="dxa"/>
              <w:left w:w="110" w:type="dxa"/>
              <w:bottom w:w="100" w:type="dxa"/>
              <w:right w:w="110" w:type="dxa"/>
            </w:tcMar>
            <w:vAlign w:val="center"/>
          </w:tcPr>
          <w:p w14:paraId="21BB4B8E" w14:textId="77777777" w:rsidR="006A55BC" w:rsidRDefault="00000000">
            <w:pPr>
              <w:spacing w:after="20" w:line="240" w:lineRule="auto"/>
            </w:pPr>
            <w:r>
              <w:rPr>
                <w:sz w:val="14"/>
              </w:rPr>
              <w:t>10</w:t>
            </w:r>
          </w:p>
        </w:tc>
        <w:tc>
          <w:tcPr>
            <w:tcW w:w="5112" w:type="dxa"/>
            <w:shd w:val="clear" w:color="auto" w:fill="F4F7FA"/>
            <w:tcMar>
              <w:top w:w="100" w:type="dxa"/>
              <w:left w:w="110" w:type="dxa"/>
              <w:bottom w:w="100" w:type="dxa"/>
              <w:right w:w="110" w:type="dxa"/>
            </w:tcMar>
            <w:vAlign w:val="center"/>
          </w:tcPr>
          <w:p w14:paraId="294E515E" w14:textId="77777777" w:rsidR="006A55BC" w:rsidRDefault="00000000">
            <w:pPr>
              <w:spacing w:after="20" w:line="240" w:lineRule="auto"/>
            </w:pPr>
            <w:r>
              <w:rPr>
                <w:sz w:val="14"/>
              </w:rPr>
              <w:t>Are register trends reviewed for repeat parties and approvers?</w:t>
            </w:r>
          </w:p>
        </w:tc>
        <w:tc>
          <w:tcPr>
            <w:tcW w:w="576" w:type="dxa"/>
            <w:shd w:val="clear" w:color="auto" w:fill="F4F7FA"/>
            <w:tcMar>
              <w:top w:w="100" w:type="dxa"/>
              <w:left w:w="110" w:type="dxa"/>
              <w:bottom w:w="100" w:type="dxa"/>
              <w:right w:w="110" w:type="dxa"/>
            </w:tcMar>
            <w:vAlign w:val="center"/>
          </w:tcPr>
          <w:p w14:paraId="3C944144"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1E98976F"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5EF64CF9"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29F3C985"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0886BDB9" w14:textId="77777777" w:rsidR="006A55BC" w:rsidRDefault="006A55BC">
            <w:pPr>
              <w:spacing w:after="20" w:line="240" w:lineRule="auto"/>
            </w:pPr>
          </w:p>
        </w:tc>
      </w:tr>
    </w:tbl>
    <w:p w14:paraId="2950F3CE" w14:textId="77777777" w:rsidR="006A55BC" w:rsidRDefault="006A55BC">
      <w:pPr>
        <w:spacing w:after="20"/>
      </w:pPr>
    </w:p>
    <w:p w14:paraId="21A5F39D" w14:textId="77777777" w:rsidR="006A55BC" w:rsidRDefault="00000000">
      <w:pPr>
        <w:pStyle w:val="Heading2"/>
      </w:pPr>
      <w:r>
        <w:t>9.4 Conflicts of Interest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
        <w:gridCol w:w="5112"/>
        <w:gridCol w:w="576"/>
        <w:gridCol w:w="576"/>
        <w:gridCol w:w="720"/>
        <w:gridCol w:w="576"/>
        <w:gridCol w:w="1872"/>
      </w:tblGrid>
      <w:tr w:rsidR="006A55BC" w14:paraId="317BA32E" w14:textId="77777777">
        <w:trPr>
          <w:cantSplit/>
          <w:tblHeader/>
          <w:jc w:val="center"/>
        </w:trPr>
        <w:tc>
          <w:tcPr>
            <w:tcW w:w="504" w:type="dxa"/>
            <w:shd w:val="clear" w:color="auto" w:fill="17365D"/>
            <w:tcMar>
              <w:top w:w="100" w:type="dxa"/>
              <w:left w:w="110" w:type="dxa"/>
              <w:bottom w:w="100" w:type="dxa"/>
              <w:right w:w="110" w:type="dxa"/>
            </w:tcMar>
            <w:vAlign w:val="center"/>
          </w:tcPr>
          <w:p w14:paraId="767F9657" w14:textId="77777777" w:rsidR="006A55BC" w:rsidRDefault="00000000">
            <w:r>
              <w:rPr>
                <w:b/>
                <w:color w:val="FFFFFF"/>
                <w:sz w:val="14"/>
              </w:rPr>
              <w:t>No.</w:t>
            </w:r>
          </w:p>
        </w:tc>
        <w:tc>
          <w:tcPr>
            <w:tcW w:w="5112" w:type="dxa"/>
            <w:shd w:val="clear" w:color="auto" w:fill="17365D"/>
            <w:tcMar>
              <w:top w:w="100" w:type="dxa"/>
              <w:left w:w="110" w:type="dxa"/>
              <w:bottom w:w="100" w:type="dxa"/>
              <w:right w:w="110" w:type="dxa"/>
            </w:tcMar>
            <w:vAlign w:val="center"/>
          </w:tcPr>
          <w:p w14:paraId="17B76C50" w14:textId="77777777" w:rsidR="006A55BC" w:rsidRDefault="00000000">
            <w:r>
              <w:rPr>
                <w:b/>
                <w:color w:val="FFFFFF"/>
                <w:sz w:val="14"/>
              </w:rPr>
              <w:t>Assessment question</w:t>
            </w:r>
          </w:p>
        </w:tc>
        <w:tc>
          <w:tcPr>
            <w:tcW w:w="576" w:type="dxa"/>
            <w:shd w:val="clear" w:color="auto" w:fill="17365D"/>
            <w:tcMar>
              <w:top w:w="100" w:type="dxa"/>
              <w:left w:w="110" w:type="dxa"/>
              <w:bottom w:w="100" w:type="dxa"/>
              <w:right w:w="110" w:type="dxa"/>
            </w:tcMar>
            <w:vAlign w:val="center"/>
          </w:tcPr>
          <w:p w14:paraId="72C2F155" w14:textId="77777777" w:rsidR="006A55BC" w:rsidRDefault="00000000">
            <w:r>
              <w:rPr>
                <w:b/>
                <w:color w:val="FFFFFF"/>
                <w:sz w:val="14"/>
              </w:rPr>
              <w:t>Yes</w:t>
            </w:r>
          </w:p>
        </w:tc>
        <w:tc>
          <w:tcPr>
            <w:tcW w:w="576" w:type="dxa"/>
            <w:shd w:val="clear" w:color="auto" w:fill="17365D"/>
            <w:tcMar>
              <w:top w:w="100" w:type="dxa"/>
              <w:left w:w="110" w:type="dxa"/>
              <w:bottom w:w="100" w:type="dxa"/>
              <w:right w:w="110" w:type="dxa"/>
            </w:tcMar>
            <w:vAlign w:val="center"/>
          </w:tcPr>
          <w:p w14:paraId="3BB13387" w14:textId="77777777" w:rsidR="006A55BC" w:rsidRDefault="00000000">
            <w:r>
              <w:rPr>
                <w:b/>
                <w:color w:val="FFFFFF"/>
                <w:sz w:val="14"/>
              </w:rPr>
              <w:t>No</w:t>
            </w:r>
          </w:p>
        </w:tc>
        <w:tc>
          <w:tcPr>
            <w:tcW w:w="720" w:type="dxa"/>
            <w:shd w:val="clear" w:color="auto" w:fill="17365D"/>
            <w:tcMar>
              <w:top w:w="100" w:type="dxa"/>
              <w:left w:w="110" w:type="dxa"/>
              <w:bottom w:w="100" w:type="dxa"/>
              <w:right w:w="110" w:type="dxa"/>
            </w:tcMar>
            <w:vAlign w:val="center"/>
          </w:tcPr>
          <w:p w14:paraId="1812A061" w14:textId="77777777" w:rsidR="006A55BC" w:rsidRDefault="00000000">
            <w:r>
              <w:rPr>
                <w:b/>
                <w:color w:val="FFFFFF"/>
                <w:sz w:val="14"/>
              </w:rPr>
              <w:t>Partial</w:t>
            </w:r>
          </w:p>
        </w:tc>
        <w:tc>
          <w:tcPr>
            <w:tcW w:w="576" w:type="dxa"/>
            <w:shd w:val="clear" w:color="auto" w:fill="17365D"/>
            <w:tcMar>
              <w:top w:w="100" w:type="dxa"/>
              <w:left w:w="110" w:type="dxa"/>
              <w:bottom w:w="100" w:type="dxa"/>
              <w:right w:w="110" w:type="dxa"/>
            </w:tcMar>
            <w:vAlign w:val="center"/>
          </w:tcPr>
          <w:p w14:paraId="1D9F7704" w14:textId="77777777" w:rsidR="006A55BC" w:rsidRDefault="00000000">
            <w:r>
              <w:rPr>
                <w:b/>
                <w:color w:val="FFFFFF"/>
                <w:sz w:val="14"/>
              </w:rPr>
              <w:t>N/A</w:t>
            </w:r>
          </w:p>
        </w:tc>
        <w:tc>
          <w:tcPr>
            <w:tcW w:w="1872" w:type="dxa"/>
            <w:shd w:val="clear" w:color="auto" w:fill="17365D"/>
            <w:tcMar>
              <w:top w:w="100" w:type="dxa"/>
              <w:left w:w="110" w:type="dxa"/>
              <w:bottom w:w="100" w:type="dxa"/>
              <w:right w:w="110" w:type="dxa"/>
            </w:tcMar>
            <w:vAlign w:val="center"/>
          </w:tcPr>
          <w:p w14:paraId="09A59CC3" w14:textId="77777777" w:rsidR="006A55BC" w:rsidRDefault="00000000">
            <w:r>
              <w:rPr>
                <w:b/>
                <w:color w:val="FFFFFF"/>
                <w:sz w:val="14"/>
              </w:rPr>
              <w:t>Evidence or action</w:t>
            </w:r>
          </w:p>
        </w:tc>
      </w:tr>
      <w:tr w:rsidR="006A55BC" w14:paraId="75DD95DC" w14:textId="77777777">
        <w:trPr>
          <w:cantSplit/>
          <w:jc w:val="center"/>
        </w:trPr>
        <w:tc>
          <w:tcPr>
            <w:tcW w:w="504" w:type="dxa"/>
            <w:tcMar>
              <w:top w:w="100" w:type="dxa"/>
              <w:left w:w="110" w:type="dxa"/>
              <w:bottom w:w="100" w:type="dxa"/>
              <w:right w:w="110" w:type="dxa"/>
            </w:tcMar>
            <w:vAlign w:val="center"/>
          </w:tcPr>
          <w:p w14:paraId="6F2FFA58" w14:textId="77777777" w:rsidR="006A55BC" w:rsidRDefault="00000000">
            <w:pPr>
              <w:spacing w:after="20" w:line="240" w:lineRule="auto"/>
            </w:pPr>
            <w:r>
              <w:rPr>
                <w:sz w:val="14"/>
              </w:rPr>
              <w:t>1</w:t>
            </w:r>
          </w:p>
        </w:tc>
        <w:tc>
          <w:tcPr>
            <w:tcW w:w="5112" w:type="dxa"/>
            <w:tcMar>
              <w:top w:w="100" w:type="dxa"/>
              <w:left w:w="110" w:type="dxa"/>
              <w:bottom w:w="100" w:type="dxa"/>
              <w:right w:w="110" w:type="dxa"/>
            </w:tcMar>
            <w:vAlign w:val="center"/>
          </w:tcPr>
          <w:p w14:paraId="1EA3EB9F" w14:textId="77777777" w:rsidR="006A55BC" w:rsidRDefault="00000000">
            <w:pPr>
              <w:spacing w:after="20" w:line="240" w:lineRule="auto"/>
            </w:pPr>
            <w:r>
              <w:rPr>
                <w:sz w:val="14"/>
              </w:rPr>
              <w:t>Are declarations made on entry, periodically and when circumstances change?</w:t>
            </w:r>
          </w:p>
        </w:tc>
        <w:tc>
          <w:tcPr>
            <w:tcW w:w="576" w:type="dxa"/>
            <w:tcMar>
              <w:top w:w="100" w:type="dxa"/>
              <w:left w:w="110" w:type="dxa"/>
              <w:bottom w:w="100" w:type="dxa"/>
              <w:right w:w="110" w:type="dxa"/>
            </w:tcMar>
            <w:vAlign w:val="center"/>
          </w:tcPr>
          <w:p w14:paraId="1192EABC"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4C43FC12"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672A2D35"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58152EF5"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3FB74BA4" w14:textId="77777777" w:rsidR="006A55BC" w:rsidRDefault="006A55BC">
            <w:pPr>
              <w:spacing w:after="20" w:line="240" w:lineRule="auto"/>
            </w:pPr>
          </w:p>
        </w:tc>
      </w:tr>
      <w:tr w:rsidR="006A55BC" w14:paraId="3088DEA8" w14:textId="77777777">
        <w:trPr>
          <w:cantSplit/>
          <w:jc w:val="center"/>
        </w:trPr>
        <w:tc>
          <w:tcPr>
            <w:tcW w:w="504" w:type="dxa"/>
            <w:shd w:val="clear" w:color="auto" w:fill="F4F7FA"/>
            <w:tcMar>
              <w:top w:w="100" w:type="dxa"/>
              <w:left w:w="110" w:type="dxa"/>
              <w:bottom w:w="100" w:type="dxa"/>
              <w:right w:w="110" w:type="dxa"/>
            </w:tcMar>
            <w:vAlign w:val="center"/>
          </w:tcPr>
          <w:p w14:paraId="50CB1D78" w14:textId="77777777" w:rsidR="006A55BC" w:rsidRDefault="00000000">
            <w:pPr>
              <w:spacing w:after="20" w:line="240" w:lineRule="auto"/>
            </w:pPr>
            <w:r>
              <w:rPr>
                <w:sz w:val="14"/>
              </w:rPr>
              <w:t>2</w:t>
            </w:r>
          </w:p>
        </w:tc>
        <w:tc>
          <w:tcPr>
            <w:tcW w:w="5112" w:type="dxa"/>
            <w:shd w:val="clear" w:color="auto" w:fill="F4F7FA"/>
            <w:tcMar>
              <w:top w:w="100" w:type="dxa"/>
              <w:left w:w="110" w:type="dxa"/>
              <w:bottom w:w="100" w:type="dxa"/>
              <w:right w:w="110" w:type="dxa"/>
            </w:tcMar>
            <w:vAlign w:val="center"/>
          </w:tcPr>
          <w:p w14:paraId="1B366AE0" w14:textId="77777777" w:rsidR="006A55BC" w:rsidRDefault="00000000">
            <w:pPr>
              <w:spacing w:after="20" w:line="240" w:lineRule="auto"/>
            </w:pPr>
            <w:r>
              <w:rPr>
                <w:sz w:val="14"/>
              </w:rPr>
              <w:t>Do declarations cover ownership, family, close relationships, outside roles and investments?</w:t>
            </w:r>
          </w:p>
        </w:tc>
        <w:tc>
          <w:tcPr>
            <w:tcW w:w="576" w:type="dxa"/>
            <w:shd w:val="clear" w:color="auto" w:fill="F4F7FA"/>
            <w:tcMar>
              <w:top w:w="100" w:type="dxa"/>
              <w:left w:w="110" w:type="dxa"/>
              <w:bottom w:w="100" w:type="dxa"/>
              <w:right w:w="110" w:type="dxa"/>
            </w:tcMar>
            <w:vAlign w:val="center"/>
          </w:tcPr>
          <w:p w14:paraId="11AEC488"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8B64EE0"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04FCCD6E"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161B7B8"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4CD207FA" w14:textId="77777777" w:rsidR="006A55BC" w:rsidRDefault="006A55BC">
            <w:pPr>
              <w:spacing w:after="20" w:line="240" w:lineRule="auto"/>
            </w:pPr>
          </w:p>
        </w:tc>
      </w:tr>
      <w:tr w:rsidR="006A55BC" w14:paraId="6D453D67" w14:textId="77777777">
        <w:trPr>
          <w:cantSplit/>
          <w:jc w:val="center"/>
        </w:trPr>
        <w:tc>
          <w:tcPr>
            <w:tcW w:w="504" w:type="dxa"/>
            <w:tcMar>
              <w:top w:w="100" w:type="dxa"/>
              <w:left w:w="110" w:type="dxa"/>
              <w:bottom w:w="100" w:type="dxa"/>
              <w:right w:w="110" w:type="dxa"/>
            </w:tcMar>
            <w:vAlign w:val="center"/>
          </w:tcPr>
          <w:p w14:paraId="0DD2AEE6" w14:textId="77777777" w:rsidR="006A55BC" w:rsidRDefault="00000000">
            <w:pPr>
              <w:spacing w:after="20" w:line="240" w:lineRule="auto"/>
            </w:pPr>
            <w:r>
              <w:rPr>
                <w:sz w:val="14"/>
              </w:rPr>
              <w:t>3</w:t>
            </w:r>
          </w:p>
        </w:tc>
        <w:tc>
          <w:tcPr>
            <w:tcW w:w="5112" w:type="dxa"/>
            <w:tcMar>
              <w:top w:w="100" w:type="dxa"/>
              <w:left w:w="110" w:type="dxa"/>
              <w:bottom w:w="100" w:type="dxa"/>
              <w:right w:w="110" w:type="dxa"/>
            </w:tcMar>
            <w:vAlign w:val="center"/>
          </w:tcPr>
          <w:p w14:paraId="668C5531" w14:textId="77777777" w:rsidR="006A55BC" w:rsidRDefault="00000000">
            <w:pPr>
              <w:spacing w:after="20" w:line="240" w:lineRule="auto"/>
            </w:pPr>
            <w:r>
              <w:rPr>
                <w:sz w:val="14"/>
              </w:rPr>
              <w:t>Are conflicts checked at the point of specific decisions?</w:t>
            </w:r>
          </w:p>
        </w:tc>
        <w:tc>
          <w:tcPr>
            <w:tcW w:w="576" w:type="dxa"/>
            <w:tcMar>
              <w:top w:w="100" w:type="dxa"/>
              <w:left w:w="110" w:type="dxa"/>
              <w:bottom w:w="100" w:type="dxa"/>
              <w:right w:w="110" w:type="dxa"/>
            </w:tcMar>
            <w:vAlign w:val="center"/>
          </w:tcPr>
          <w:p w14:paraId="30AD1603"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7B32496D"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5337E0B8"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21B4D214"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30EC1DF0" w14:textId="77777777" w:rsidR="006A55BC" w:rsidRDefault="006A55BC">
            <w:pPr>
              <w:spacing w:after="20" w:line="240" w:lineRule="auto"/>
            </w:pPr>
          </w:p>
        </w:tc>
      </w:tr>
      <w:tr w:rsidR="006A55BC" w14:paraId="756E640E" w14:textId="77777777">
        <w:trPr>
          <w:cantSplit/>
          <w:jc w:val="center"/>
        </w:trPr>
        <w:tc>
          <w:tcPr>
            <w:tcW w:w="504" w:type="dxa"/>
            <w:shd w:val="clear" w:color="auto" w:fill="F4F7FA"/>
            <w:tcMar>
              <w:top w:w="100" w:type="dxa"/>
              <w:left w:w="110" w:type="dxa"/>
              <w:bottom w:w="100" w:type="dxa"/>
              <w:right w:w="110" w:type="dxa"/>
            </w:tcMar>
            <w:vAlign w:val="center"/>
          </w:tcPr>
          <w:p w14:paraId="1451819F" w14:textId="77777777" w:rsidR="006A55BC" w:rsidRDefault="00000000">
            <w:pPr>
              <w:spacing w:after="20" w:line="240" w:lineRule="auto"/>
            </w:pPr>
            <w:r>
              <w:rPr>
                <w:sz w:val="14"/>
              </w:rPr>
              <w:t>4</w:t>
            </w:r>
          </w:p>
        </w:tc>
        <w:tc>
          <w:tcPr>
            <w:tcW w:w="5112" w:type="dxa"/>
            <w:shd w:val="clear" w:color="auto" w:fill="F4F7FA"/>
            <w:tcMar>
              <w:top w:w="100" w:type="dxa"/>
              <w:left w:w="110" w:type="dxa"/>
              <w:bottom w:w="100" w:type="dxa"/>
              <w:right w:w="110" w:type="dxa"/>
            </w:tcMar>
            <w:vAlign w:val="center"/>
          </w:tcPr>
          <w:p w14:paraId="15E66524" w14:textId="77777777" w:rsidR="006A55BC" w:rsidRDefault="00000000">
            <w:pPr>
              <w:spacing w:after="20" w:line="240" w:lineRule="auto"/>
            </w:pPr>
            <w:r>
              <w:rPr>
                <w:sz w:val="14"/>
              </w:rPr>
              <w:t>Is beneficial ownership compared against employees and decision-makers?</w:t>
            </w:r>
          </w:p>
        </w:tc>
        <w:tc>
          <w:tcPr>
            <w:tcW w:w="576" w:type="dxa"/>
            <w:shd w:val="clear" w:color="auto" w:fill="F4F7FA"/>
            <w:tcMar>
              <w:top w:w="100" w:type="dxa"/>
              <w:left w:w="110" w:type="dxa"/>
              <w:bottom w:w="100" w:type="dxa"/>
              <w:right w:w="110" w:type="dxa"/>
            </w:tcMar>
            <w:vAlign w:val="center"/>
          </w:tcPr>
          <w:p w14:paraId="42C2C848"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58A4075"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63D79B39"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616AC7ED"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5884B05A" w14:textId="77777777" w:rsidR="006A55BC" w:rsidRDefault="006A55BC">
            <w:pPr>
              <w:spacing w:after="20" w:line="240" w:lineRule="auto"/>
            </w:pPr>
          </w:p>
        </w:tc>
      </w:tr>
      <w:tr w:rsidR="006A55BC" w14:paraId="6E57CDC2" w14:textId="77777777">
        <w:trPr>
          <w:cantSplit/>
          <w:jc w:val="center"/>
        </w:trPr>
        <w:tc>
          <w:tcPr>
            <w:tcW w:w="504" w:type="dxa"/>
            <w:tcMar>
              <w:top w:w="100" w:type="dxa"/>
              <w:left w:w="110" w:type="dxa"/>
              <w:bottom w:w="100" w:type="dxa"/>
              <w:right w:w="110" w:type="dxa"/>
            </w:tcMar>
            <w:vAlign w:val="center"/>
          </w:tcPr>
          <w:p w14:paraId="2701547D" w14:textId="77777777" w:rsidR="006A55BC" w:rsidRDefault="00000000">
            <w:pPr>
              <w:spacing w:after="20" w:line="240" w:lineRule="auto"/>
            </w:pPr>
            <w:r>
              <w:rPr>
                <w:sz w:val="14"/>
              </w:rPr>
              <w:t>5</w:t>
            </w:r>
          </w:p>
        </w:tc>
        <w:tc>
          <w:tcPr>
            <w:tcW w:w="5112" w:type="dxa"/>
            <w:tcMar>
              <w:top w:w="100" w:type="dxa"/>
              <w:left w:w="110" w:type="dxa"/>
              <w:bottom w:w="100" w:type="dxa"/>
              <w:right w:w="110" w:type="dxa"/>
            </w:tcMar>
            <w:vAlign w:val="center"/>
          </w:tcPr>
          <w:p w14:paraId="79130C5C" w14:textId="77777777" w:rsidR="006A55BC" w:rsidRDefault="00000000">
            <w:pPr>
              <w:spacing w:after="20" w:line="240" w:lineRule="auto"/>
            </w:pPr>
            <w:r>
              <w:rPr>
                <w:sz w:val="14"/>
              </w:rPr>
              <w:t>Are management plans specific, time-bound and monitored?</w:t>
            </w:r>
          </w:p>
        </w:tc>
        <w:tc>
          <w:tcPr>
            <w:tcW w:w="576" w:type="dxa"/>
            <w:tcMar>
              <w:top w:w="100" w:type="dxa"/>
              <w:left w:w="110" w:type="dxa"/>
              <w:bottom w:w="100" w:type="dxa"/>
              <w:right w:w="110" w:type="dxa"/>
            </w:tcMar>
            <w:vAlign w:val="center"/>
          </w:tcPr>
          <w:p w14:paraId="6ACE142A"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7EE87B13"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37C696CB"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5893AC35"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34424B84" w14:textId="77777777" w:rsidR="006A55BC" w:rsidRDefault="006A55BC">
            <w:pPr>
              <w:spacing w:after="20" w:line="240" w:lineRule="auto"/>
            </w:pPr>
          </w:p>
        </w:tc>
      </w:tr>
      <w:tr w:rsidR="006A55BC" w14:paraId="08616B73" w14:textId="77777777">
        <w:trPr>
          <w:cantSplit/>
          <w:jc w:val="center"/>
        </w:trPr>
        <w:tc>
          <w:tcPr>
            <w:tcW w:w="504" w:type="dxa"/>
            <w:shd w:val="clear" w:color="auto" w:fill="F4F7FA"/>
            <w:tcMar>
              <w:top w:w="100" w:type="dxa"/>
              <w:left w:w="110" w:type="dxa"/>
              <w:bottom w:w="100" w:type="dxa"/>
              <w:right w:w="110" w:type="dxa"/>
            </w:tcMar>
            <w:vAlign w:val="center"/>
          </w:tcPr>
          <w:p w14:paraId="397D7E44" w14:textId="77777777" w:rsidR="006A55BC" w:rsidRDefault="00000000">
            <w:pPr>
              <w:spacing w:after="20" w:line="240" w:lineRule="auto"/>
            </w:pPr>
            <w:r>
              <w:rPr>
                <w:sz w:val="14"/>
              </w:rPr>
              <w:t>6</w:t>
            </w:r>
          </w:p>
        </w:tc>
        <w:tc>
          <w:tcPr>
            <w:tcW w:w="5112" w:type="dxa"/>
            <w:shd w:val="clear" w:color="auto" w:fill="F4F7FA"/>
            <w:tcMar>
              <w:top w:w="100" w:type="dxa"/>
              <w:left w:w="110" w:type="dxa"/>
              <w:bottom w:w="100" w:type="dxa"/>
              <w:right w:w="110" w:type="dxa"/>
            </w:tcMar>
            <w:vAlign w:val="center"/>
          </w:tcPr>
          <w:p w14:paraId="1E61DB09" w14:textId="77777777" w:rsidR="006A55BC" w:rsidRDefault="00000000">
            <w:pPr>
              <w:spacing w:after="20" w:line="240" w:lineRule="auto"/>
            </w:pPr>
            <w:r>
              <w:rPr>
                <w:sz w:val="14"/>
              </w:rPr>
              <w:t>Are conflicted persons excluded from access, discussion, evaluation and approval?</w:t>
            </w:r>
          </w:p>
        </w:tc>
        <w:tc>
          <w:tcPr>
            <w:tcW w:w="576" w:type="dxa"/>
            <w:shd w:val="clear" w:color="auto" w:fill="F4F7FA"/>
            <w:tcMar>
              <w:top w:w="100" w:type="dxa"/>
              <w:left w:w="110" w:type="dxa"/>
              <w:bottom w:w="100" w:type="dxa"/>
              <w:right w:w="110" w:type="dxa"/>
            </w:tcMar>
            <w:vAlign w:val="center"/>
          </w:tcPr>
          <w:p w14:paraId="2B1CA410"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04CED1B5"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0D4FC2B5"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7ED44D6"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7476B096" w14:textId="77777777" w:rsidR="006A55BC" w:rsidRDefault="006A55BC">
            <w:pPr>
              <w:spacing w:after="20" w:line="240" w:lineRule="auto"/>
            </w:pPr>
          </w:p>
        </w:tc>
      </w:tr>
      <w:tr w:rsidR="006A55BC" w14:paraId="508055AE" w14:textId="77777777">
        <w:trPr>
          <w:cantSplit/>
          <w:jc w:val="center"/>
        </w:trPr>
        <w:tc>
          <w:tcPr>
            <w:tcW w:w="504" w:type="dxa"/>
            <w:tcMar>
              <w:top w:w="100" w:type="dxa"/>
              <w:left w:w="110" w:type="dxa"/>
              <w:bottom w:w="100" w:type="dxa"/>
              <w:right w:w="110" w:type="dxa"/>
            </w:tcMar>
            <w:vAlign w:val="center"/>
          </w:tcPr>
          <w:p w14:paraId="1C63BF1F" w14:textId="77777777" w:rsidR="006A55BC" w:rsidRDefault="00000000">
            <w:pPr>
              <w:spacing w:after="20" w:line="240" w:lineRule="auto"/>
            </w:pPr>
            <w:r>
              <w:rPr>
                <w:sz w:val="14"/>
              </w:rPr>
              <w:t>7</w:t>
            </w:r>
          </w:p>
        </w:tc>
        <w:tc>
          <w:tcPr>
            <w:tcW w:w="5112" w:type="dxa"/>
            <w:tcMar>
              <w:top w:w="100" w:type="dxa"/>
              <w:left w:w="110" w:type="dxa"/>
              <w:bottom w:w="100" w:type="dxa"/>
              <w:right w:w="110" w:type="dxa"/>
            </w:tcMar>
            <w:vAlign w:val="center"/>
          </w:tcPr>
          <w:p w14:paraId="39A7BF69" w14:textId="77777777" w:rsidR="006A55BC" w:rsidRDefault="00000000">
            <w:pPr>
              <w:spacing w:after="20" w:line="240" w:lineRule="auto"/>
            </w:pPr>
            <w:r>
              <w:rPr>
                <w:sz w:val="14"/>
              </w:rPr>
              <w:t>Are non-disclosure consequences clear and consistently applied?</w:t>
            </w:r>
          </w:p>
        </w:tc>
        <w:tc>
          <w:tcPr>
            <w:tcW w:w="576" w:type="dxa"/>
            <w:tcMar>
              <w:top w:w="100" w:type="dxa"/>
              <w:left w:w="110" w:type="dxa"/>
              <w:bottom w:w="100" w:type="dxa"/>
              <w:right w:w="110" w:type="dxa"/>
            </w:tcMar>
            <w:vAlign w:val="center"/>
          </w:tcPr>
          <w:p w14:paraId="7366ECFE"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4E9EC1E9"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3B81E861"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1BC97D3"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3B19312D" w14:textId="77777777" w:rsidR="006A55BC" w:rsidRDefault="006A55BC">
            <w:pPr>
              <w:spacing w:after="20" w:line="240" w:lineRule="auto"/>
            </w:pPr>
          </w:p>
        </w:tc>
      </w:tr>
      <w:tr w:rsidR="006A55BC" w14:paraId="35D5C722" w14:textId="77777777">
        <w:trPr>
          <w:cantSplit/>
          <w:jc w:val="center"/>
        </w:trPr>
        <w:tc>
          <w:tcPr>
            <w:tcW w:w="504" w:type="dxa"/>
            <w:shd w:val="clear" w:color="auto" w:fill="F4F7FA"/>
            <w:tcMar>
              <w:top w:w="100" w:type="dxa"/>
              <w:left w:w="110" w:type="dxa"/>
              <w:bottom w:w="100" w:type="dxa"/>
              <w:right w:w="110" w:type="dxa"/>
            </w:tcMar>
            <w:vAlign w:val="center"/>
          </w:tcPr>
          <w:p w14:paraId="6663C5E1" w14:textId="77777777" w:rsidR="006A55BC" w:rsidRDefault="00000000">
            <w:pPr>
              <w:spacing w:after="20" w:line="240" w:lineRule="auto"/>
            </w:pPr>
            <w:r>
              <w:rPr>
                <w:sz w:val="14"/>
              </w:rPr>
              <w:t>8</w:t>
            </w:r>
          </w:p>
        </w:tc>
        <w:tc>
          <w:tcPr>
            <w:tcW w:w="5112" w:type="dxa"/>
            <w:shd w:val="clear" w:color="auto" w:fill="F4F7FA"/>
            <w:tcMar>
              <w:top w:w="100" w:type="dxa"/>
              <w:left w:w="110" w:type="dxa"/>
              <w:bottom w:w="100" w:type="dxa"/>
              <w:right w:w="110" w:type="dxa"/>
            </w:tcMar>
            <w:vAlign w:val="center"/>
          </w:tcPr>
          <w:p w14:paraId="1CAB487E" w14:textId="77777777" w:rsidR="006A55BC" w:rsidRDefault="00000000">
            <w:pPr>
              <w:spacing w:after="20" w:line="240" w:lineRule="auto"/>
            </w:pPr>
            <w:r>
              <w:rPr>
                <w:sz w:val="14"/>
              </w:rPr>
              <w:t>Are senior and high-risk role declarations independently reviewed?</w:t>
            </w:r>
          </w:p>
        </w:tc>
        <w:tc>
          <w:tcPr>
            <w:tcW w:w="576" w:type="dxa"/>
            <w:shd w:val="clear" w:color="auto" w:fill="F4F7FA"/>
            <w:tcMar>
              <w:top w:w="100" w:type="dxa"/>
              <w:left w:w="110" w:type="dxa"/>
              <w:bottom w:w="100" w:type="dxa"/>
              <w:right w:w="110" w:type="dxa"/>
            </w:tcMar>
            <w:vAlign w:val="center"/>
          </w:tcPr>
          <w:p w14:paraId="7208D7FF"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585343C0"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0D5B0F2B"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961A61B"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322E5092" w14:textId="77777777" w:rsidR="006A55BC" w:rsidRDefault="006A55BC">
            <w:pPr>
              <w:spacing w:after="20" w:line="240" w:lineRule="auto"/>
            </w:pPr>
          </w:p>
        </w:tc>
      </w:tr>
    </w:tbl>
    <w:p w14:paraId="654531E0" w14:textId="77777777" w:rsidR="006A55BC" w:rsidRDefault="006A55BC">
      <w:pPr>
        <w:spacing w:after="20"/>
      </w:pPr>
    </w:p>
    <w:p w14:paraId="2A974601" w14:textId="77777777" w:rsidR="006A55BC" w:rsidRDefault="00000000">
      <w:pPr>
        <w:pStyle w:val="Heading2"/>
      </w:pPr>
      <w:r>
        <w:t>9.5 Donations Sponsorships and Community Investment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
        <w:gridCol w:w="5112"/>
        <w:gridCol w:w="576"/>
        <w:gridCol w:w="576"/>
        <w:gridCol w:w="720"/>
        <w:gridCol w:w="576"/>
        <w:gridCol w:w="1872"/>
      </w:tblGrid>
      <w:tr w:rsidR="006A55BC" w14:paraId="0577B1D2" w14:textId="77777777">
        <w:trPr>
          <w:cantSplit/>
          <w:tblHeader/>
          <w:jc w:val="center"/>
        </w:trPr>
        <w:tc>
          <w:tcPr>
            <w:tcW w:w="504" w:type="dxa"/>
            <w:shd w:val="clear" w:color="auto" w:fill="17365D"/>
            <w:tcMar>
              <w:top w:w="100" w:type="dxa"/>
              <w:left w:w="110" w:type="dxa"/>
              <w:bottom w:w="100" w:type="dxa"/>
              <w:right w:w="110" w:type="dxa"/>
            </w:tcMar>
            <w:vAlign w:val="center"/>
          </w:tcPr>
          <w:p w14:paraId="08654FDC" w14:textId="77777777" w:rsidR="006A55BC" w:rsidRDefault="00000000">
            <w:r>
              <w:rPr>
                <w:b/>
                <w:color w:val="FFFFFF"/>
                <w:sz w:val="14"/>
              </w:rPr>
              <w:t>No.</w:t>
            </w:r>
          </w:p>
        </w:tc>
        <w:tc>
          <w:tcPr>
            <w:tcW w:w="5112" w:type="dxa"/>
            <w:shd w:val="clear" w:color="auto" w:fill="17365D"/>
            <w:tcMar>
              <w:top w:w="100" w:type="dxa"/>
              <w:left w:w="110" w:type="dxa"/>
              <w:bottom w:w="100" w:type="dxa"/>
              <w:right w:w="110" w:type="dxa"/>
            </w:tcMar>
            <w:vAlign w:val="center"/>
          </w:tcPr>
          <w:p w14:paraId="31B566F1" w14:textId="77777777" w:rsidR="006A55BC" w:rsidRDefault="00000000">
            <w:r>
              <w:rPr>
                <w:b/>
                <w:color w:val="FFFFFF"/>
                <w:sz w:val="14"/>
              </w:rPr>
              <w:t>Assessment question</w:t>
            </w:r>
          </w:p>
        </w:tc>
        <w:tc>
          <w:tcPr>
            <w:tcW w:w="576" w:type="dxa"/>
            <w:shd w:val="clear" w:color="auto" w:fill="17365D"/>
            <w:tcMar>
              <w:top w:w="100" w:type="dxa"/>
              <w:left w:w="110" w:type="dxa"/>
              <w:bottom w:w="100" w:type="dxa"/>
              <w:right w:w="110" w:type="dxa"/>
            </w:tcMar>
            <w:vAlign w:val="center"/>
          </w:tcPr>
          <w:p w14:paraId="173AF1FC" w14:textId="77777777" w:rsidR="006A55BC" w:rsidRDefault="00000000">
            <w:r>
              <w:rPr>
                <w:b/>
                <w:color w:val="FFFFFF"/>
                <w:sz w:val="14"/>
              </w:rPr>
              <w:t>Yes</w:t>
            </w:r>
          </w:p>
        </w:tc>
        <w:tc>
          <w:tcPr>
            <w:tcW w:w="576" w:type="dxa"/>
            <w:shd w:val="clear" w:color="auto" w:fill="17365D"/>
            <w:tcMar>
              <w:top w:w="100" w:type="dxa"/>
              <w:left w:w="110" w:type="dxa"/>
              <w:bottom w:w="100" w:type="dxa"/>
              <w:right w:w="110" w:type="dxa"/>
            </w:tcMar>
            <w:vAlign w:val="center"/>
          </w:tcPr>
          <w:p w14:paraId="4B62207F" w14:textId="77777777" w:rsidR="006A55BC" w:rsidRDefault="00000000">
            <w:r>
              <w:rPr>
                <w:b/>
                <w:color w:val="FFFFFF"/>
                <w:sz w:val="14"/>
              </w:rPr>
              <w:t>No</w:t>
            </w:r>
          </w:p>
        </w:tc>
        <w:tc>
          <w:tcPr>
            <w:tcW w:w="720" w:type="dxa"/>
            <w:shd w:val="clear" w:color="auto" w:fill="17365D"/>
            <w:tcMar>
              <w:top w:w="100" w:type="dxa"/>
              <w:left w:w="110" w:type="dxa"/>
              <w:bottom w:w="100" w:type="dxa"/>
              <w:right w:w="110" w:type="dxa"/>
            </w:tcMar>
            <w:vAlign w:val="center"/>
          </w:tcPr>
          <w:p w14:paraId="0E857AB6" w14:textId="77777777" w:rsidR="006A55BC" w:rsidRDefault="00000000">
            <w:r>
              <w:rPr>
                <w:b/>
                <w:color w:val="FFFFFF"/>
                <w:sz w:val="14"/>
              </w:rPr>
              <w:t>Partial</w:t>
            </w:r>
          </w:p>
        </w:tc>
        <w:tc>
          <w:tcPr>
            <w:tcW w:w="576" w:type="dxa"/>
            <w:shd w:val="clear" w:color="auto" w:fill="17365D"/>
            <w:tcMar>
              <w:top w:w="100" w:type="dxa"/>
              <w:left w:w="110" w:type="dxa"/>
              <w:bottom w:w="100" w:type="dxa"/>
              <w:right w:w="110" w:type="dxa"/>
            </w:tcMar>
            <w:vAlign w:val="center"/>
          </w:tcPr>
          <w:p w14:paraId="31C1520A" w14:textId="77777777" w:rsidR="006A55BC" w:rsidRDefault="00000000">
            <w:r>
              <w:rPr>
                <w:b/>
                <w:color w:val="FFFFFF"/>
                <w:sz w:val="14"/>
              </w:rPr>
              <w:t>N/A</w:t>
            </w:r>
          </w:p>
        </w:tc>
        <w:tc>
          <w:tcPr>
            <w:tcW w:w="1872" w:type="dxa"/>
            <w:shd w:val="clear" w:color="auto" w:fill="17365D"/>
            <w:tcMar>
              <w:top w:w="100" w:type="dxa"/>
              <w:left w:w="110" w:type="dxa"/>
              <w:bottom w:w="100" w:type="dxa"/>
              <w:right w:w="110" w:type="dxa"/>
            </w:tcMar>
            <w:vAlign w:val="center"/>
          </w:tcPr>
          <w:p w14:paraId="60750CC4" w14:textId="77777777" w:rsidR="006A55BC" w:rsidRDefault="00000000">
            <w:r>
              <w:rPr>
                <w:b/>
                <w:color w:val="FFFFFF"/>
                <w:sz w:val="14"/>
              </w:rPr>
              <w:t>Evidence or action</w:t>
            </w:r>
          </w:p>
        </w:tc>
      </w:tr>
      <w:tr w:rsidR="006A55BC" w14:paraId="752F5A94" w14:textId="77777777">
        <w:trPr>
          <w:cantSplit/>
          <w:jc w:val="center"/>
        </w:trPr>
        <w:tc>
          <w:tcPr>
            <w:tcW w:w="504" w:type="dxa"/>
            <w:tcMar>
              <w:top w:w="100" w:type="dxa"/>
              <w:left w:w="110" w:type="dxa"/>
              <w:bottom w:w="100" w:type="dxa"/>
              <w:right w:w="110" w:type="dxa"/>
            </w:tcMar>
            <w:vAlign w:val="center"/>
          </w:tcPr>
          <w:p w14:paraId="5BED6701" w14:textId="77777777" w:rsidR="006A55BC" w:rsidRDefault="00000000">
            <w:pPr>
              <w:spacing w:after="20" w:line="240" w:lineRule="auto"/>
            </w:pPr>
            <w:r>
              <w:rPr>
                <w:sz w:val="14"/>
              </w:rPr>
              <w:t>1</w:t>
            </w:r>
          </w:p>
        </w:tc>
        <w:tc>
          <w:tcPr>
            <w:tcW w:w="5112" w:type="dxa"/>
            <w:tcMar>
              <w:top w:w="100" w:type="dxa"/>
              <w:left w:w="110" w:type="dxa"/>
              <w:bottom w:w="100" w:type="dxa"/>
              <w:right w:w="110" w:type="dxa"/>
            </w:tcMar>
            <w:vAlign w:val="center"/>
          </w:tcPr>
          <w:p w14:paraId="3D958787" w14:textId="77777777" w:rsidR="006A55BC" w:rsidRDefault="00000000">
            <w:pPr>
              <w:spacing w:after="20" w:line="240" w:lineRule="auto"/>
            </w:pPr>
            <w:r>
              <w:rPr>
                <w:sz w:val="14"/>
              </w:rPr>
              <w:t>Is the recipient legitimate, capable and independent?</w:t>
            </w:r>
          </w:p>
        </w:tc>
        <w:tc>
          <w:tcPr>
            <w:tcW w:w="576" w:type="dxa"/>
            <w:tcMar>
              <w:top w:w="100" w:type="dxa"/>
              <w:left w:w="110" w:type="dxa"/>
              <w:bottom w:w="100" w:type="dxa"/>
              <w:right w:w="110" w:type="dxa"/>
            </w:tcMar>
            <w:vAlign w:val="center"/>
          </w:tcPr>
          <w:p w14:paraId="2C7D0AAE"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540F775F"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70636042"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2F70C1A2"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13C12EDC" w14:textId="77777777" w:rsidR="006A55BC" w:rsidRDefault="006A55BC">
            <w:pPr>
              <w:spacing w:after="20" w:line="240" w:lineRule="auto"/>
            </w:pPr>
          </w:p>
        </w:tc>
      </w:tr>
      <w:tr w:rsidR="006A55BC" w14:paraId="238A2620" w14:textId="77777777">
        <w:trPr>
          <w:cantSplit/>
          <w:jc w:val="center"/>
        </w:trPr>
        <w:tc>
          <w:tcPr>
            <w:tcW w:w="504" w:type="dxa"/>
            <w:shd w:val="clear" w:color="auto" w:fill="F4F7FA"/>
            <w:tcMar>
              <w:top w:w="100" w:type="dxa"/>
              <w:left w:w="110" w:type="dxa"/>
              <w:bottom w:w="100" w:type="dxa"/>
              <w:right w:w="110" w:type="dxa"/>
            </w:tcMar>
            <w:vAlign w:val="center"/>
          </w:tcPr>
          <w:p w14:paraId="34B2C37F" w14:textId="77777777" w:rsidR="006A55BC" w:rsidRDefault="00000000">
            <w:pPr>
              <w:spacing w:after="20" w:line="240" w:lineRule="auto"/>
            </w:pPr>
            <w:r>
              <w:rPr>
                <w:sz w:val="14"/>
              </w:rPr>
              <w:t>2</w:t>
            </w:r>
          </w:p>
        </w:tc>
        <w:tc>
          <w:tcPr>
            <w:tcW w:w="5112" w:type="dxa"/>
            <w:shd w:val="clear" w:color="auto" w:fill="F4F7FA"/>
            <w:tcMar>
              <w:top w:w="100" w:type="dxa"/>
              <w:left w:w="110" w:type="dxa"/>
              <w:bottom w:w="100" w:type="dxa"/>
              <w:right w:w="110" w:type="dxa"/>
            </w:tcMar>
            <w:vAlign w:val="center"/>
          </w:tcPr>
          <w:p w14:paraId="4902AFFC" w14:textId="77777777" w:rsidR="006A55BC" w:rsidRDefault="00000000">
            <w:pPr>
              <w:spacing w:after="20" w:line="240" w:lineRule="auto"/>
            </w:pPr>
            <w:r>
              <w:rPr>
                <w:sz w:val="14"/>
              </w:rPr>
              <w:t>Are ownership, leadership and political or official links understood?</w:t>
            </w:r>
          </w:p>
        </w:tc>
        <w:tc>
          <w:tcPr>
            <w:tcW w:w="576" w:type="dxa"/>
            <w:shd w:val="clear" w:color="auto" w:fill="F4F7FA"/>
            <w:tcMar>
              <w:top w:w="100" w:type="dxa"/>
              <w:left w:w="110" w:type="dxa"/>
              <w:bottom w:w="100" w:type="dxa"/>
              <w:right w:w="110" w:type="dxa"/>
            </w:tcMar>
            <w:vAlign w:val="center"/>
          </w:tcPr>
          <w:p w14:paraId="07263004"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5F0CB848"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06069028"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4D4F485"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38B56FAE" w14:textId="77777777" w:rsidR="006A55BC" w:rsidRDefault="006A55BC">
            <w:pPr>
              <w:spacing w:after="20" w:line="240" w:lineRule="auto"/>
            </w:pPr>
          </w:p>
        </w:tc>
      </w:tr>
      <w:tr w:rsidR="006A55BC" w14:paraId="5B4ABEC1" w14:textId="77777777">
        <w:trPr>
          <w:cantSplit/>
          <w:jc w:val="center"/>
        </w:trPr>
        <w:tc>
          <w:tcPr>
            <w:tcW w:w="504" w:type="dxa"/>
            <w:tcMar>
              <w:top w:w="100" w:type="dxa"/>
              <w:left w:w="110" w:type="dxa"/>
              <w:bottom w:w="100" w:type="dxa"/>
              <w:right w:w="110" w:type="dxa"/>
            </w:tcMar>
            <w:vAlign w:val="center"/>
          </w:tcPr>
          <w:p w14:paraId="05E57125" w14:textId="77777777" w:rsidR="006A55BC" w:rsidRDefault="00000000">
            <w:pPr>
              <w:spacing w:after="20" w:line="240" w:lineRule="auto"/>
            </w:pPr>
            <w:r>
              <w:rPr>
                <w:sz w:val="14"/>
              </w:rPr>
              <w:lastRenderedPageBreak/>
              <w:t>3</w:t>
            </w:r>
          </w:p>
        </w:tc>
        <w:tc>
          <w:tcPr>
            <w:tcW w:w="5112" w:type="dxa"/>
            <w:tcMar>
              <w:top w:w="100" w:type="dxa"/>
              <w:left w:w="110" w:type="dxa"/>
              <w:bottom w:w="100" w:type="dxa"/>
              <w:right w:w="110" w:type="dxa"/>
            </w:tcMar>
            <w:vAlign w:val="center"/>
          </w:tcPr>
          <w:p w14:paraId="4E3251E9" w14:textId="77777777" w:rsidR="006A55BC" w:rsidRDefault="00000000">
            <w:pPr>
              <w:spacing w:after="20" w:line="240" w:lineRule="auto"/>
            </w:pPr>
            <w:r>
              <w:rPr>
                <w:sz w:val="14"/>
              </w:rPr>
              <w:t>Is there a clear social or business purpose unrelated to a pending decision?</w:t>
            </w:r>
          </w:p>
        </w:tc>
        <w:tc>
          <w:tcPr>
            <w:tcW w:w="576" w:type="dxa"/>
            <w:tcMar>
              <w:top w:w="100" w:type="dxa"/>
              <w:left w:w="110" w:type="dxa"/>
              <w:bottom w:w="100" w:type="dxa"/>
              <w:right w:w="110" w:type="dxa"/>
            </w:tcMar>
            <w:vAlign w:val="center"/>
          </w:tcPr>
          <w:p w14:paraId="7B7D3DB2"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EB4BEA4"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47025F7C"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411603F2"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04A223F9" w14:textId="77777777" w:rsidR="006A55BC" w:rsidRDefault="006A55BC">
            <w:pPr>
              <w:spacing w:after="20" w:line="240" w:lineRule="auto"/>
            </w:pPr>
          </w:p>
        </w:tc>
      </w:tr>
      <w:tr w:rsidR="006A55BC" w14:paraId="34FB2492" w14:textId="77777777">
        <w:trPr>
          <w:cantSplit/>
          <w:jc w:val="center"/>
        </w:trPr>
        <w:tc>
          <w:tcPr>
            <w:tcW w:w="504" w:type="dxa"/>
            <w:shd w:val="clear" w:color="auto" w:fill="F4F7FA"/>
            <w:tcMar>
              <w:top w:w="100" w:type="dxa"/>
              <w:left w:w="110" w:type="dxa"/>
              <w:bottom w:w="100" w:type="dxa"/>
              <w:right w:w="110" w:type="dxa"/>
            </w:tcMar>
            <w:vAlign w:val="center"/>
          </w:tcPr>
          <w:p w14:paraId="5D84CDE6" w14:textId="77777777" w:rsidR="006A55BC" w:rsidRDefault="00000000">
            <w:pPr>
              <w:spacing w:after="20" w:line="240" w:lineRule="auto"/>
            </w:pPr>
            <w:r>
              <w:rPr>
                <w:sz w:val="14"/>
              </w:rPr>
              <w:t>4</w:t>
            </w:r>
          </w:p>
        </w:tc>
        <w:tc>
          <w:tcPr>
            <w:tcW w:w="5112" w:type="dxa"/>
            <w:shd w:val="clear" w:color="auto" w:fill="F4F7FA"/>
            <w:tcMar>
              <w:top w:w="100" w:type="dxa"/>
              <w:left w:w="110" w:type="dxa"/>
              <w:bottom w:w="100" w:type="dxa"/>
              <w:right w:w="110" w:type="dxa"/>
            </w:tcMar>
            <w:vAlign w:val="center"/>
          </w:tcPr>
          <w:p w14:paraId="4ADBDDF3" w14:textId="77777777" w:rsidR="006A55BC" w:rsidRDefault="00000000">
            <w:pPr>
              <w:spacing w:after="20" w:line="240" w:lineRule="auto"/>
            </w:pPr>
            <w:r>
              <w:rPr>
                <w:sz w:val="14"/>
              </w:rPr>
              <w:t>Are cash, personal accounts and pass-through arrangements prohibited?</w:t>
            </w:r>
          </w:p>
        </w:tc>
        <w:tc>
          <w:tcPr>
            <w:tcW w:w="576" w:type="dxa"/>
            <w:shd w:val="clear" w:color="auto" w:fill="F4F7FA"/>
            <w:tcMar>
              <w:top w:w="100" w:type="dxa"/>
              <w:left w:w="110" w:type="dxa"/>
              <w:bottom w:w="100" w:type="dxa"/>
              <w:right w:w="110" w:type="dxa"/>
            </w:tcMar>
            <w:vAlign w:val="center"/>
          </w:tcPr>
          <w:p w14:paraId="6FDE949B"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8F7FCA3"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6CA3DCA4"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65548134"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75ED8B05" w14:textId="77777777" w:rsidR="006A55BC" w:rsidRDefault="006A55BC">
            <w:pPr>
              <w:spacing w:after="20" w:line="240" w:lineRule="auto"/>
            </w:pPr>
          </w:p>
        </w:tc>
      </w:tr>
      <w:tr w:rsidR="006A55BC" w14:paraId="459DF14D" w14:textId="77777777">
        <w:trPr>
          <w:cantSplit/>
          <w:jc w:val="center"/>
        </w:trPr>
        <w:tc>
          <w:tcPr>
            <w:tcW w:w="504" w:type="dxa"/>
            <w:tcMar>
              <w:top w:w="100" w:type="dxa"/>
              <w:left w:w="110" w:type="dxa"/>
              <w:bottom w:w="100" w:type="dxa"/>
              <w:right w:w="110" w:type="dxa"/>
            </w:tcMar>
            <w:vAlign w:val="center"/>
          </w:tcPr>
          <w:p w14:paraId="21B6C24B" w14:textId="77777777" w:rsidR="006A55BC" w:rsidRDefault="00000000">
            <w:pPr>
              <w:spacing w:after="20" w:line="240" w:lineRule="auto"/>
            </w:pPr>
            <w:r>
              <w:rPr>
                <w:sz w:val="14"/>
              </w:rPr>
              <w:t>5</w:t>
            </w:r>
          </w:p>
        </w:tc>
        <w:tc>
          <w:tcPr>
            <w:tcW w:w="5112" w:type="dxa"/>
            <w:tcMar>
              <w:top w:w="100" w:type="dxa"/>
              <w:left w:w="110" w:type="dxa"/>
              <w:bottom w:w="100" w:type="dxa"/>
              <w:right w:w="110" w:type="dxa"/>
            </w:tcMar>
            <w:vAlign w:val="center"/>
          </w:tcPr>
          <w:p w14:paraId="7B487522" w14:textId="77777777" w:rsidR="006A55BC" w:rsidRDefault="00000000">
            <w:pPr>
              <w:spacing w:after="20" w:line="240" w:lineRule="auto"/>
            </w:pPr>
            <w:r>
              <w:rPr>
                <w:sz w:val="14"/>
              </w:rPr>
              <w:t>Are selection, value and approval documented?</w:t>
            </w:r>
          </w:p>
        </w:tc>
        <w:tc>
          <w:tcPr>
            <w:tcW w:w="576" w:type="dxa"/>
            <w:tcMar>
              <w:top w:w="100" w:type="dxa"/>
              <w:left w:w="110" w:type="dxa"/>
              <w:bottom w:w="100" w:type="dxa"/>
              <w:right w:w="110" w:type="dxa"/>
            </w:tcMar>
            <w:vAlign w:val="center"/>
          </w:tcPr>
          <w:p w14:paraId="25C29AE8"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35BD6C01"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3EE54545"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7C9F38E9"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0357427A" w14:textId="77777777" w:rsidR="006A55BC" w:rsidRDefault="006A55BC">
            <w:pPr>
              <w:spacing w:after="20" w:line="240" w:lineRule="auto"/>
            </w:pPr>
          </w:p>
        </w:tc>
      </w:tr>
      <w:tr w:rsidR="006A55BC" w14:paraId="7338EE0D" w14:textId="77777777">
        <w:trPr>
          <w:cantSplit/>
          <w:jc w:val="center"/>
        </w:trPr>
        <w:tc>
          <w:tcPr>
            <w:tcW w:w="504" w:type="dxa"/>
            <w:shd w:val="clear" w:color="auto" w:fill="F4F7FA"/>
            <w:tcMar>
              <w:top w:w="100" w:type="dxa"/>
              <w:left w:w="110" w:type="dxa"/>
              <w:bottom w:w="100" w:type="dxa"/>
              <w:right w:w="110" w:type="dxa"/>
            </w:tcMar>
            <w:vAlign w:val="center"/>
          </w:tcPr>
          <w:p w14:paraId="573EEC8A" w14:textId="77777777" w:rsidR="006A55BC" w:rsidRDefault="00000000">
            <w:pPr>
              <w:spacing w:after="20" w:line="240" w:lineRule="auto"/>
            </w:pPr>
            <w:r>
              <w:rPr>
                <w:sz w:val="14"/>
              </w:rPr>
              <w:t>6</w:t>
            </w:r>
          </w:p>
        </w:tc>
        <w:tc>
          <w:tcPr>
            <w:tcW w:w="5112" w:type="dxa"/>
            <w:shd w:val="clear" w:color="auto" w:fill="F4F7FA"/>
            <w:tcMar>
              <w:top w:w="100" w:type="dxa"/>
              <w:left w:w="110" w:type="dxa"/>
              <w:bottom w:w="100" w:type="dxa"/>
              <w:right w:w="110" w:type="dxa"/>
            </w:tcMar>
            <w:vAlign w:val="center"/>
          </w:tcPr>
          <w:p w14:paraId="2405549C" w14:textId="77777777" w:rsidR="006A55BC" w:rsidRDefault="00000000">
            <w:pPr>
              <w:spacing w:after="20" w:line="240" w:lineRule="auto"/>
            </w:pPr>
            <w:r>
              <w:rPr>
                <w:sz w:val="14"/>
              </w:rPr>
              <w:t>Are use of funds and deliverables verified?</w:t>
            </w:r>
          </w:p>
        </w:tc>
        <w:tc>
          <w:tcPr>
            <w:tcW w:w="576" w:type="dxa"/>
            <w:shd w:val="clear" w:color="auto" w:fill="F4F7FA"/>
            <w:tcMar>
              <w:top w:w="100" w:type="dxa"/>
              <w:left w:w="110" w:type="dxa"/>
              <w:bottom w:w="100" w:type="dxa"/>
              <w:right w:w="110" w:type="dxa"/>
            </w:tcMar>
            <w:vAlign w:val="center"/>
          </w:tcPr>
          <w:p w14:paraId="7B8B9C6A"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35FC941B"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35CAA48E"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3A179FC5"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37592DA5" w14:textId="77777777" w:rsidR="006A55BC" w:rsidRDefault="006A55BC">
            <w:pPr>
              <w:spacing w:after="20" w:line="240" w:lineRule="auto"/>
            </w:pPr>
          </w:p>
        </w:tc>
      </w:tr>
      <w:tr w:rsidR="006A55BC" w14:paraId="0F6870ED" w14:textId="77777777">
        <w:trPr>
          <w:cantSplit/>
          <w:jc w:val="center"/>
        </w:trPr>
        <w:tc>
          <w:tcPr>
            <w:tcW w:w="504" w:type="dxa"/>
            <w:tcMar>
              <w:top w:w="100" w:type="dxa"/>
              <w:left w:w="110" w:type="dxa"/>
              <w:bottom w:w="100" w:type="dxa"/>
              <w:right w:w="110" w:type="dxa"/>
            </w:tcMar>
            <w:vAlign w:val="center"/>
          </w:tcPr>
          <w:p w14:paraId="6A116421" w14:textId="77777777" w:rsidR="006A55BC" w:rsidRDefault="00000000">
            <w:pPr>
              <w:spacing w:after="20" w:line="240" w:lineRule="auto"/>
            </w:pPr>
            <w:r>
              <w:rPr>
                <w:sz w:val="14"/>
              </w:rPr>
              <w:t>7</w:t>
            </w:r>
          </w:p>
        </w:tc>
        <w:tc>
          <w:tcPr>
            <w:tcW w:w="5112" w:type="dxa"/>
            <w:tcMar>
              <w:top w:w="100" w:type="dxa"/>
              <w:left w:w="110" w:type="dxa"/>
              <w:bottom w:w="100" w:type="dxa"/>
              <w:right w:w="110" w:type="dxa"/>
            </w:tcMar>
            <w:vAlign w:val="center"/>
          </w:tcPr>
          <w:p w14:paraId="383B261F" w14:textId="77777777" w:rsidR="006A55BC" w:rsidRDefault="00000000">
            <w:pPr>
              <w:spacing w:after="20" w:line="240" w:lineRule="auto"/>
            </w:pPr>
            <w:r>
              <w:rPr>
                <w:sz w:val="14"/>
              </w:rPr>
              <w:t>Are branding, event and beneficiary claims accurate?</w:t>
            </w:r>
          </w:p>
        </w:tc>
        <w:tc>
          <w:tcPr>
            <w:tcW w:w="576" w:type="dxa"/>
            <w:tcMar>
              <w:top w:w="100" w:type="dxa"/>
              <w:left w:w="110" w:type="dxa"/>
              <w:bottom w:w="100" w:type="dxa"/>
              <w:right w:w="110" w:type="dxa"/>
            </w:tcMar>
            <w:vAlign w:val="center"/>
          </w:tcPr>
          <w:p w14:paraId="50324ED3"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3506CD25"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60F8CBC5"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43AE41C6"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0F1E106A" w14:textId="77777777" w:rsidR="006A55BC" w:rsidRDefault="006A55BC">
            <w:pPr>
              <w:spacing w:after="20" w:line="240" w:lineRule="auto"/>
            </w:pPr>
          </w:p>
        </w:tc>
      </w:tr>
      <w:tr w:rsidR="006A55BC" w14:paraId="15A2E6AC" w14:textId="77777777">
        <w:trPr>
          <w:cantSplit/>
          <w:jc w:val="center"/>
        </w:trPr>
        <w:tc>
          <w:tcPr>
            <w:tcW w:w="504" w:type="dxa"/>
            <w:shd w:val="clear" w:color="auto" w:fill="F4F7FA"/>
            <w:tcMar>
              <w:top w:w="100" w:type="dxa"/>
              <w:left w:w="110" w:type="dxa"/>
              <w:bottom w:w="100" w:type="dxa"/>
              <w:right w:w="110" w:type="dxa"/>
            </w:tcMar>
            <w:vAlign w:val="center"/>
          </w:tcPr>
          <w:p w14:paraId="34C0F357" w14:textId="77777777" w:rsidR="006A55BC" w:rsidRDefault="00000000">
            <w:pPr>
              <w:spacing w:after="20" w:line="240" w:lineRule="auto"/>
            </w:pPr>
            <w:r>
              <w:rPr>
                <w:sz w:val="14"/>
              </w:rPr>
              <w:t>8</w:t>
            </w:r>
          </w:p>
        </w:tc>
        <w:tc>
          <w:tcPr>
            <w:tcW w:w="5112" w:type="dxa"/>
            <w:shd w:val="clear" w:color="auto" w:fill="F4F7FA"/>
            <w:tcMar>
              <w:top w:w="100" w:type="dxa"/>
              <w:left w:w="110" w:type="dxa"/>
              <w:bottom w:w="100" w:type="dxa"/>
              <w:right w:w="110" w:type="dxa"/>
            </w:tcMar>
            <w:vAlign w:val="center"/>
          </w:tcPr>
          <w:p w14:paraId="69440FC5" w14:textId="77777777" w:rsidR="006A55BC" w:rsidRDefault="00000000">
            <w:pPr>
              <w:spacing w:after="20" w:line="240" w:lineRule="auto"/>
            </w:pPr>
            <w:r>
              <w:rPr>
                <w:sz w:val="14"/>
              </w:rPr>
              <w:t>Are repeat requests, geographic concentration and official referrals analysed?</w:t>
            </w:r>
          </w:p>
        </w:tc>
        <w:tc>
          <w:tcPr>
            <w:tcW w:w="576" w:type="dxa"/>
            <w:shd w:val="clear" w:color="auto" w:fill="F4F7FA"/>
            <w:tcMar>
              <w:top w:w="100" w:type="dxa"/>
              <w:left w:w="110" w:type="dxa"/>
              <w:bottom w:w="100" w:type="dxa"/>
              <w:right w:w="110" w:type="dxa"/>
            </w:tcMar>
            <w:vAlign w:val="center"/>
          </w:tcPr>
          <w:p w14:paraId="731DD720"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5AD2C94E"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638197B7"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DA63446"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6C3057BD" w14:textId="77777777" w:rsidR="006A55BC" w:rsidRDefault="006A55BC">
            <w:pPr>
              <w:spacing w:after="20" w:line="240" w:lineRule="auto"/>
            </w:pPr>
          </w:p>
        </w:tc>
      </w:tr>
    </w:tbl>
    <w:p w14:paraId="25781573" w14:textId="77777777" w:rsidR="006A55BC" w:rsidRDefault="006A55BC">
      <w:pPr>
        <w:spacing w:after="20"/>
      </w:pPr>
    </w:p>
    <w:p w14:paraId="0ADBA2C4" w14:textId="77777777" w:rsidR="006A55BC" w:rsidRDefault="00000000">
      <w:pPr>
        <w:pStyle w:val="Heading2"/>
      </w:pPr>
      <w:r>
        <w:t>9.6 Recruitment Payroll and People Decisions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
        <w:gridCol w:w="5112"/>
        <w:gridCol w:w="576"/>
        <w:gridCol w:w="576"/>
        <w:gridCol w:w="720"/>
        <w:gridCol w:w="576"/>
        <w:gridCol w:w="1872"/>
      </w:tblGrid>
      <w:tr w:rsidR="006A55BC" w14:paraId="79587741" w14:textId="77777777">
        <w:trPr>
          <w:cantSplit/>
          <w:tblHeader/>
          <w:jc w:val="center"/>
        </w:trPr>
        <w:tc>
          <w:tcPr>
            <w:tcW w:w="504" w:type="dxa"/>
            <w:shd w:val="clear" w:color="auto" w:fill="17365D"/>
            <w:tcMar>
              <w:top w:w="100" w:type="dxa"/>
              <w:left w:w="110" w:type="dxa"/>
              <w:bottom w:w="100" w:type="dxa"/>
              <w:right w:w="110" w:type="dxa"/>
            </w:tcMar>
            <w:vAlign w:val="center"/>
          </w:tcPr>
          <w:p w14:paraId="26FFDF58" w14:textId="77777777" w:rsidR="006A55BC" w:rsidRDefault="00000000">
            <w:r>
              <w:rPr>
                <w:b/>
                <w:color w:val="FFFFFF"/>
                <w:sz w:val="14"/>
              </w:rPr>
              <w:t>No.</w:t>
            </w:r>
          </w:p>
        </w:tc>
        <w:tc>
          <w:tcPr>
            <w:tcW w:w="5112" w:type="dxa"/>
            <w:shd w:val="clear" w:color="auto" w:fill="17365D"/>
            <w:tcMar>
              <w:top w:w="100" w:type="dxa"/>
              <w:left w:w="110" w:type="dxa"/>
              <w:bottom w:w="100" w:type="dxa"/>
              <w:right w:w="110" w:type="dxa"/>
            </w:tcMar>
            <w:vAlign w:val="center"/>
          </w:tcPr>
          <w:p w14:paraId="4127F7E7" w14:textId="77777777" w:rsidR="006A55BC" w:rsidRDefault="00000000">
            <w:r>
              <w:rPr>
                <w:b/>
                <w:color w:val="FFFFFF"/>
                <w:sz w:val="14"/>
              </w:rPr>
              <w:t>Assessment question</w:t>
            </w:r>
          </w:p>
        </w:tc>
        <w:tc>
          <w:tcPr>
            <w:tcW w:w="576" w:type="dxa"/>
            <w:shd w:val="clear" w:color="auto" w:fill="17365D"/>
            <w:tcMar>
              <w:top w:w="100" w:type="dxa"/>
              <w:left w:w="110" w:type="dxa"/>
              <w:bottom w:w="100" w:type="dxa"/>
              <w:right w:w="110" w:type="dxa"/>
            </w:tcMar>
            <w:vAlign w:val="center"/>
          </w:tcPr>
          <w:p w14:paraId="355E36F4" w14:textId="77777777" w:rsidR="006A55BC" w:rsidRDefault="00000000">
            <w:r>
              <w:rPr>
                <w:b/>
                <w:color w:val="FFFFFF"/>
                <w:sz w:val="14"/>
              </w:rPr>
              <w:t>Yes</w:t>
            </w:r>
          </w:p>
        </w:tc>
        <w:tc>
          <w:tcPr>
            <w:tcW w:w="576" w:type="dxa"/>
            <w:shd w:val="clear" w:color="auto" w:fill="17365D"/>
            <w:tcMar>
              <w:top w:w="100" w:type="dxa"/>
              <w:left w:w="110" w:type="dxa"/>
              <w:bottom w:w="100" w:type="dxa"/>
              <w:right w:w="110" w:type="dxa"/>
            </w:tcMar>
            <w:vAlign w:val="center"/>
          </w:tcPr>
          <w:p w14:paraId="7A6F06E7" w14:textId="77777777" w:rsidR="006A55BC" w:rsidRDefault="00000000">
            <w:r>
              <w:rPr>
                <w:b/>
                <w:color w:val="FFFFFF"/>
                <w:sz w:val="14"/>
              </w:rPr>
              <w:t>No</w:t>
            </w:r>
          </w:p>
        </w:tc>
        <w:tc>
          <w:tcPr>
            <w:tcW w:w="720" w:type="dxa"/>
            <w:shd w:val="clear" w:color="auto" w:fill="17365D"/>
            <w:tcMar>
              <w:top w:w="100" w:type="dxa"/>
              <w:left w:w="110" w:type="dxa"/>
              <w:bottom w:w="100" w:type="dxa"/>
              <w:right w:w="110" w:type="dxa"/>
            </w:tcMar>
            <w:vAlign w:val="center"/>
          </w:tcPr>
          <w:p w14:paraId="1068CB13" w14:textId="77777777" w:rsidR="006A55BC" w:rsidRDefault="00000000">
            <w:r>
              <w:rPr>
                <w:b/>
                <w:color w:val="FFFFFF"/>
                <w:sz w:val="14"/>
              </w:rPr>
              <w:t>Partial</w:t>
            </w:r>
          </w:p>
        </w:tc>
        <w:tc>
          <w:tcPr>
            <w:tcW w:w="576" w:type="dxa"/>
            <w:shd w:val="clear" w:color="auto" w:fill="17365D"/>
            <w:tcMar>
              <w:top w:w="100" w:type="dxa"/>
              <w:left w:w="110" w:type="dxa"/>
              <w:bottom w:w="100" w:type="dxa"/>
              <w:right w:w="110" w:type="dxa"/>
            </w:tcMar>
            <w:vAlign w:val="center"/>
          </w:tcPr>
          <w:p w14:paraId="1F4354D2" w14:textId="77777777" w:rsidR="006A55BC" w:rsidRDefault="00000000">
            <w:r>
              <w:rPr>
                <w:b/>
                <w:color w:val="FFFFFF"/>
                <w:sz w:val="14"/>
              </w:rPr>
              <w:t>N/A</w:t>
            </w:r>
          </w:p>
        </w:tc>
        <w:tc>
          <w:tcPr>
            <w:tcW w:w="1872" w:type="dxa"/>
            <w:shd w:val="clear" w:color="auto" w:fill="17365D"/>
            <w:tcMar>
              <w:top w:w="100" w:type="dxa"/>
              <w:left w:w="110" w:type="dxa"/>
              <w:bottom w:w="100" w:type="dxa"/>
              <w:right w:w="110" w:type="dxa"/>
            </w:tcMar>
            <w:vAlign w:val="center"/>
          </w:tcPr>
          <w:p w14:paraId="7519C99D" w14:textId="77777777" w:rsidR="006A55BC" w:rsidRDefault="00000000">
            <w:r>
              <w:rPr>
                <w:b/>
                <w:color w:val="FFFFFF"/>
                <w:sz w:val="14"/>
              </w:rPr>
              <w:t>Evidence or action</w:t>
            </w:r>
          </w:p>
        </w:tc>
      </w:tr>
      <w:tr w:rsidR="006A55BC" w14:paraId="39CC8479" w14:textId="77777777">
        <w:trPr>
          <w:cantSplit/>
          <w:jc w:val="center"/>
        </w:trPr>
        <w:tc>
          <w:tcPr>
            <w:tcW w:w="504" w:type="dxa"/>
            <w:tcMar>
              <w:top w:w="100" w:type="dxa"/>
              <w:left w:w="110" w:type="dxa"/>
              <w:bottom w:w="100" w:type="dxa"/>
              <w:right w:w="110" w:type="dxa"/>
            </w:tcMar>
            <w:vAlign w:val="center"/>
          </w:tcPr>
          <w:p w14:paraId="51E3F61E" w14:textId="77777777" w:rsidR="006A55BC" w:rsidRDefault="00000000">
            <w:pPr>
              <w:spacing w:after="20" w:line="240" w:lineRule="auto"/>
            </w:pPr>
            <w:r>
              <w:rPr>
                <w:sz w:val="14"/>
              </w:rPr>
              <w:t>1</w:t>
            </w:r>
          </w:p>
        </w:tc>
        <w:tc>
          <w:tcPr>
            <w:tcW w:w="5112" w:type="dxa"/>
            <w:tcMar>
              <w:top w:w="100" w:type="dxa"/>
              <w:left w:w="110" w:type="dxa"/>
              <w:bottom w:w="100" w:type="dxa"/>
              <w:right w:w="110" w:type="dxa"/>
            </w:tcMar>
            <w:vAlign w:val="center"/>
          </w:tcPr>
          <w:p w14:paraId="3165C054" w14:textId="77777777" w:rsidR="006A55BC" w:rsidRDefault="00000000">
            <w:pPr>
              <w:spacing w:after="20" w:line="240" w:lineRule="auto"/>
            </w:pPr>
            <w:r>
              <w:rPr>
                <w:sz w:val="14"/>
              </w:rPr>
              <w:t>Are roles, requirements and selection criteria approved before recruitment?</w:t>
            </w:r>
          </w:p>
        </w:tc>
        <w:tc>
          <w:tcPr>
            <w:tcW w:w="576" w:type="dxa"/>
            <w:tcMar>
              <w:top w:w="100" w:type="dxa"/>
              <w:left w:w="110" w:type="dxa"/>
              <w:bottom w:w="100" w:type="dxa"/>
              <w:right w:w="110" w:type="dxa"/>
            </w:tcMar>
            <w:vAlign w:val="center"/>
          </w:tcPr>
          <w:p w14:paraId="279031C8"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61D28246"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63DC8F3E"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1F70393B"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2F506201" w14:textId="77777777" w:rsidR="006A55BC" w:rsidRDefault="006A55BC">
            <w:pPr>
              <w:spacing w:after="20" w:line="240" w:lineRule="auto"/>
            </w:pPr>
          </w:p>
        </w:tc>
      </w:tr>
      <w:tr w:rsidR="006A55BC" w14:paraId="011190AB" w14:textId="77777777">
        <w:trPr>
          <w:cantSplit/>
          <w:jc w:val="center"/>
        </w:trPr>
        <w:tc>
          <w:tcPr>
            <w:tcW w:w="504" w:type="dxa"/>
            <w:shd w:val="clear" w:color="auto" w:fill="F4F7FA"/>
            <w:tcMar>
              <w:top w:w="100" w:type="dxa"/>
              <w:left w:w="110" w:type="dxa"/>
              <w:bottom w:w="100" w:type="dxa"/>
              <w:right w:w="110" w:type="dxa"/>
            </w:tcMar>
            <w:vAlign w:val="center"/>
          </w:tcPr>
          <w:p w14:paraId="7602F410" w14:textId="77777777" w:rsidR="006A55BC" w:rsidRDefault="00000000">
            <w:pPr>
              <w:spacing w:after="20" w:line="240" w:lineRule="auto"/>
            </w:pPr>
            <w:r>
              <w:rPr>
                <w:sz w:val="14"/>
              </w:rPr>
              <w:t>2</w:t>
            </w:r>
          </w:p>
        </w:tc>
        <w:tc>
          <w:tcPr>
            <w:tcW w:w="5112" w:type="dxa"/>
            <w:shd w:val="clear" w:color="auto" w:fill="F4F7FA"/>
            <w:tcMar>
              <w:top w:w="100" w:type="dxa"/>
              <w:left w:w="110" w:type="dxa"/>
              <w:bottom w:w="100" w:type="dxa"/>
              <w:right w:w="110" w:type="dxa"/>
            </w:tcMar>
            <w:vAlign w:val="center"/>
          </w:tcPr>
          <w:p w14:paraId="6A5A0F68" w14:textId="77777777" w:rsidR="006A55BC" w:rsidRDefault="00000000">
            <w:pPr>
              <w:spacing w:after="20" w:line="240" w:lineRule="auto"/>
            </w:pPr>
            <w:r>
              <w:rPr>
                <w:sz w:val="14"/>
              </w:rPr>
              <w:t>Are applications, scoring, interviews and reference checks documented?</w:t>
            </w:r>
          </w:p>
        </w:tc>
        <w:tc>
          <w:tcPr>
            <w:tcW w:w="576" w:type="dxa"/>
            <w:shd w:val="clear" w:color="auto" w:fill="F4F7FA"/>
            <w:tcMar>
              <w:top w:w="100" w:type="dxa"/>
              <w:left w:w="110" w:type="dxa"/>
              <w:bottom w:w="100" w:type="dxa"/>
              <w:right w:w="110" w:type="dxa"/>
            </w:tcMar>
            <w:vAlign w:val="center"/>
          </w:tcPr>
          <w:p w14:paraId="1C0E03E4"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60B80603"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0ECB862C"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30E6FABC"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282DD358" w14:textId="77777777" w:rsidR="006A55BC" w:rsidRDefault="006A55BC">
            <w:pPr>
              <w:spacing w:after="20" w:line="240" w:lineRule="auto"/>
            </w:pPr>
          </w:p>
        </w:tc>
      </w:tr>
      <w:tr w:rsidR="006A55BC" w14:paraId="178B7B0E" w14:textId="77777777">
        <w:trPr>
          <w:cantSplit/>
          <w:jc w:val="center"/>
        </w:trPr>
        <w:tc>
          <w:tcPr>
            <w:tcW w:w="504" w:type="dxa"/>
            <w:tcMar>
              <w:top w:w="100" w:type="dxa"/>
              <w:left w:w="110" w:type="dxa"/>
              <w:bottom w:w="100" w:type="dxa"/>
              <w:right w:w="110" w:type="dxa"/>
            </w:tcMar>
            <w:vAlign w:val="center"/>
          </w:tcPr>
          <w:p w14:paraId="19E79E5B" w14:textId="77777777" w:rsidR="006A55BC" w:rsidRDefault="00000000">
            <w:pPr>
              <w:spacing w:after="20" w:line="240" w:lineRule="auto"/>
            </w:pPr>
            <w:r>
              <w:rPr>
                <w:sz w:val="14"/>
              </w:rPr>
              <w:t>3</w:t>
            </w:r>
          </w:p>
        </w:tc>
        <w:tc>
          <w:tcPr>
            <w:tcW w:w="5112" w:type="dxa"/>
            <w:tcMar>
              <w:top w:w="100" w:type="dxa"/>
              <w:left w:w="110" w:type="dxa"/>
              <w:bottom w:w="100" w:type="dxa"/>
              <w:right w:w="110" w:type="dxa"/>
            </w:tcMar>
            <w:vAlign w:val="center"/>
          </w:tcPr>
          <w:p w14:paraId="65B2BF4E" w14:textId="77777777" w:rsidR="006A55BC" w:rsidRDefault="00000000">
            <w:pPr>
              <w:spacing w:after="20" w:line="240" w:lineRule="auto"/>
            </w:pPr>
            <w:r>
              <w:rPr>
                <w:sz w:val="14"/>
              </w:rPr>
              <w:t>Are relationships and referral sources disclosed?</w:t>
            </w:r>
          </w:p>
        </w:tc>
        <w:tc>
          <w:tcPr>
            <w:tcW w:w="576" w:type="dxa"/>
            <w:tcMar>
              <w:top w:w="100" w:type="dxa"/>
              <w:left w:w="110" w:type="dxa"/>
              <w:bottom w:w="100" w:type="dxa"/>
              <w:right w:w="110" w:type="dxa"/>
            </w:tcMar>
            <w:vAlign w:val="center"/>
          </w:tcPr>
          <w:p w14:paraId="15620C29"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6D794394"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602277EE"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255FC658"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6648F27C" w14:textId="77777777" w:rsidR="006A55BC" w:rsidRDefault="006A55BC">
            <w:pPr>
              <w:spacing w:after="20" w:line="240" w:lineRule="auto"/>
            </w:pPr>
          </w:p>
        </w:tc>
      </w:tr>
      <w:tr w:rsidR="006A55BC" w14:paraId="1C5DEE34" w14:textId="77777777">
        <w:trPr>
          <w:cantSplit/>
          <w:jc w:val="center"/>
        </w:trPr>
        <w:tc>
          <w:tcPr>
            <w:tcW w:w="504" w:type="dxa"/>
            <w:shd w:val="clear" w:color="auto" w:fill="F4F7FA"/>
            <w:tcMar>
              <w:top w:w="100" w:type="dxa"/>
              <w:left w:w="110" w:type="dxa"/>
              <w:bottom w:w="100" w:type="dxa"/>
              <w:right w:w="110" w:type="dxa"/>
            </w:tcMar>
            <w:vAlign w:val="center"/>
          </w:tcPr>
          <w:p w14:paraId="5CFC932A" w14:textId="77777777" w:rsidR="006A55BC" w:rsidRDefault="00000000">
            <w:pPr>
              <w:spacing w:after="20" w:line="240" w:lineRule="auto"/>
            </w:pPr>
            <w:r>
              <w:rPr>
                <w:sz w:val="14"/>
              </w:rPr>
              <w:t>4</w:t>
            </w:r>
          </w:p>
        </w:tc>
        <w:tc>
          <w:tcPr>
            <w:tcW w:w="5112" w:type="dxa"/>
            <w:shd w:val="clear" w:color="auto" w:fill="F4F7FA"/>
            <w:tcMar>
              <w:top w:w="100" w:type="dxa"/>
              <w:left w:w="110" w:type="dxa"/>
              <w:bottom w:w="100" w:type="dxa"/>
              <w:right w:w="110" w:type="dxa"/>
            </w:tcMar>
            <w:vAlign w:val="center"/>
          </w:tcPr>
          <w:p w14:paraId="60A68C3F" w14:textId="77777777" w:rsidR="006A55BC" w:rsidRDefault="00000000">
            <w:pPr>
              <w:spacing w:after="20" w:line="240" w:lineRule="auto"/>
            </w:pPr>
            <w:r>
              <w:rPr>
                <w:sz w:val="14"/>
              </w:rPr>
              <w:t>Are payroll identities, bank accounts and attendance independently validated?</w:t>
            </w:r>
          </w:p>
        </w:tc>
        <w:tc>
          <w:tcPr>
            <w:tcW w:w="576" w:type="dxa"/>
            <w:shd w:val="clear" w:color="auto" w:fill="F4F7FA"/>
            <w:tcMar>
              <w:top w:w="100" w:type="dxa"/>
              <w:left w:w="110" w:type="dxa"/>
              <w:bottom w:w="100" w:type="dxa"/>
              <w:right w:w="110" w:type="dxa"/>
            </w:tcMar>
            <w:vAlign w:val="center"/>
          </w:tcPr>
          <w:p w14:paraId="705F2C7E"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0E3AD54A"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02152093"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F8F4CB7"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377EF3DB" w14:textId="77777777" w:rsidR="006A55BC" w:rsidRDefault="006A55BC">
            <w:pPr>
              <w:spacing w:after="20" w:line="240" w:lineRule="auto"/>
            </w:pPr>
          </w:p>
        </w:tc>
      </w:tr>
      <w:tr w:rsidR="006A55BC" w14:paraId="54CCE1C4" w14:textId="77777777">
        <w:trPr>
          <w:cantSplit/>
          <w:jc w:val="center"/>
        </w:trPr>
        <w:tc>
          <w:tcPr>
            <w:tcW w:w="504" w:type="dxa"/>
            <w:tcMar>
              <w:top w:w="100" w:type="dxa"/>
              <w:left w:w="110" w:type="dxa"/>
              <w:bottom w:w="100" w:type="dxa"/>
              <w:right w:w="110" w:type="dxa"/>
            </w:tcMar>
            <w:vAlign w:val="center"/>
          </w:tcPr>
          <w:p w14:paraId="5A880BF8" w14:textId="77777777" w:rsidR="006A55BC" w:rsidRDefault="00000000">
            <w:pPr>
              <w:spacing w:after="20" w:line="240" w:lineRule="auto"/>
            </w:pPr>
            <w:r>
              <w:rPr>
                <w:sz w:val="14"/>
              </w:rPr>
              <w:t>5</w:t>
            </w:r>
          </w:p>
        </w:tc>
        <w:tc>
          <w:tcPr>
            <w:tcW w:w="5112" w:type="dxa"/>
            <w:tcMar>
              <w:top w:w="100" w:type="dxa"/>
              <w:left w:w="110" w:type="dxa"/>
              <w:bottom w:w="100" w:type="dxa"/>
              <w:right w:w="110" w:type="dxa"/>
            </w:tcMar>
            <w:vAlign w:val="center"/>
          </w:tcPr>
          <w:p w14:paraId="30400315" w14:textId="77777777" w:rsidR="006A55BC" w:rsidRDefault="00000000">
            <w:pPr>
              <w:spacing w:after="20" w:line="240" w:lineRule="auto"/>
            </w:pPr>
            <w:r>
              <w:rPr>
                <w:sz w:val="14"/>
              </w:rPr>
              <w:t>Are promotions, postings, allowances and discipline supported by criteria?</w:t>
            </w:r>
          </w:p>
        </w:tc>
        <w:tc>
          <w:tcPr>
            <w:tcW w:w="576" w:type="dxa"/>
            <w:tcMar>
              <w:top w:w="100" w:type="dxa"/>
              <w:left w:w="110" w:type="dxa"/>
              <w:bottom w:w="100" w:type="dxa"/>
              <w:right w:w="110" w:type="dxa"/>
            </w:tcMar>
            <w:vAlign w:val="center"/>
          </w:tcPr>
          <w:p w14:paraId="22C31C3D"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321F214F"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6F4DA2AC"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10668B8F"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4904B627" w14:textId="77777777" w:rsidR="006A55BC" w:rsidRDefault="006A55BC">
            <w:pPr>
              <w:spacing w:after="20" w:line="240" w:lineRule="auto"/>
            </w:pPr>
          </w:p>
        </w:tc>
      </w:tr>
      <w:tr w:rsidR="006A55BC" w14:paraId="35AEDB23" w14:textId="77777777">
        <w:trPr>
          <w:cantSplit/>
          <w:jc w:val="center"/>
        </w:trPr>
        <w:tc>
          <w:tcPr>
            <w:tcW w:w="504" w:type="dxa"/>
            <w:shd w:val="clear" w:color="auto" w:fill="F4F7FA"/>
            <w:tcMar>
              <w:top w:w="100" w:type="dxa"/>
              <w:left w:w="110" w:type="dxa"/>
              <w:bottom w:w="100" w:type="dxa"/>
              <w:right w:w="110" w:type="dxa"/>
            </w:tcMar>
            <w:vAlign w:val="center"/>
          </w:tcPr>
          <w:p w14:paraId="52FDEFBF" w14:textId="77777777" w:rsidR="006A55BC" w:rsidRDefault="00000000">
            <w:pPr>
              <w:spacing w:after="20" w:line="240" w:lineRule="auto"/>
            </w:pPr>
            <w:r>
              <w:rPr>
                <w:sz w:val="14"/>
              </w:rPr>
              <w:t>6</w:t>
            </w:r>
          </w:p>
        </w:tc>
        <w:tc>
          <w:tcPr>
            <w:tcW w:w="5112" w:type="dxa"/>
            <w:shd w:val="clear" w:color="auto" w:fill="F4F7FA"/>
            <w:tcMar>
              <w:top w:w="100" w:type="dxa"/>
              <w:left w:w="110" w:type="dxa"/>
              <w:bottom w:w="100" w:type="dxa"/>
              <w:right w:w="110" w:type="dxa"/>
            </w:tcMar>
            <w:vAlign w:val="center"/>
          </w:tcPr>
          <w:p w14:paraId="72E36087" w14:textId="77777777" w:rsidR="006A55BC" w:rsidRDefault="00000000">
            <w:pPr>
              <w:spacing w:after="20" w:line="240" w:lineRule="auto"/>
            </w:pPr>
            <w:r>
              <w:rPr>
                <w:sz w:val="14"/>
              </w:rPr>
              <w:t>Are sensitive roles screened and access reviewed?</w:t>
            </w:r>
          </w:p>
        </w:tc>
        <w:tc>
          <w:tcPr>
            <w:tcW w:w="576" w:type="dxa"/>
            <w:shd w:val="clear" w:color="auto" w:fill="F4F7FA"/>
            <w:tcMar>
              <w:top w:w="100" w:type="dxa"/>
              <w:left w:w="110" w:type="dxa"/>
              <w:bottom w:w="100" w:type="dxa"/>
              <w:right w:w="110" w:type="dxa"/>
            </w:tcMar>
            <w:vAlign w:val="center"/>
          </w:tcPr>
          <w:p w14:paraId="17FB1BB3"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176250DC"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31C4CF8E"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665B46F0"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56BD428C" w14:textId="77777777" w:rsidR="006A55BC" w:rsidRDefault="006A55BC">
            <w:pPr>
              <w:spacing w:after="20" w:line="240" w:lineRule="auto"/>
            </w:pPr>
          </w:p>
        </w:tc>
      </w:tr>
      <w:tr w:rsidR="006A55BC" w14:paraId="04D9CD71" w14:textId="77777777">
        <w:trPr>
          <w:cantSplit/>
          <w:jc w:val="center"/>
        </w:trPr>
        <w:tc>
          <w:tcPr>
            <w:tcW w:w="504" w:type="dxa"/>
            <w:tcMar>
              <w:top w:w="100" w:type="dxa"/>
              <w:left w:w="110" w:type="dxa"/>
              <w:bottom w:w="100" w:type="dxa"/>
              <w:right w:w="110" w:type="dxa"/>
            </w:tcMar>
            <w:vAlign w:val="center"/>
          </w:tcPr>
          <w:p w14:paraId="1019A53C" w14:textId="77777777" w:rsidR="006A55BC" w:rsidRDefault="00000000">
            <w:pPr>
              <w:spacing w:after="20" w:line="240" w:lineRule="auto"/>
            </w:pPr>
            <w:r>
              <w:rPr>
                <w:sz w:val="14"/>
              </w:rPr>
              <w:t>7</w:t>
            </w:r>
          </w:p>
        </w:tc>
        <w:tc>
          <w:tcPr>
            <w:tcW w:w="5112" w:type="dxa"/>
            <w:tcMar>
              <w:top w:w="100" w:type="dxa"/>
              <w:left w:w="110" w:type="dxa"/>
              <w:bottom w:w="100" w:type="dxa"/>
              <w:right w:w="110" w:type="dxa"/>
            </w:tcMar>
            <w:vAlign w:val="center"/>
          </w:tcPr>
          <w:p w14:paraId="42E4A844" w14:textId="77777777" w:rsidR="006A55BC" w:rsidRDefault="00000000">
            <w:pPr>
              <w:spacing w:after="20" w:line="240" w:lineRule="auto"/>
            </w:pPr>
            <w:r>
              <w:rPr>
                <w:sz w:val="14"/>
              </w:rPr>
              <w:t>Are commissions and bonuses tested for unintended pressure?</w:t>
            </w:r>
          </w:p>
        </w:tc>
        <w:tc>
          <w:tcPr>
            <w:tcW w:w="576" w:type="dxa"/>
            <w:tcMar>
              <w:top w:w="100" w:type="dxa"/>
              <w:left w:w="110" w:type="dxa"/>
              <w:bottom w:w="100" w:type="dxa"/>
              <w:right w:w="110" w:type="dxa"/>
            </w:tcMar>
            <w:vAlign w:val="center"/>
          </w:tcPr>
          <w:p w14:paraId="59181EC1"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D60BB17"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52F62730"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484A415E"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63BA8053" w14:textId="77777777" w:rsidR="006A55BC" w:rsidRDefault="006A55BC">
            <w:pPr>
              <w:spacing w:after="20" w:line="240" w:lineRule="auto"/>
            </w:pPr>
          </w:p>
        </w:tc>
      </w:tr>
      <w:tr w:rsidR="006A55BC" w14:paraId="197067DF" w14:textId="77777777">
        <w:trPr>
          <w:cantSplit/>
          <w:jc w:val="center"/>
        </w:trPr>
        <w:tc>
          <w:tcPr>
            <w:tcW w:w="504" w:type="dxa"/>
            <w:shd w:val="clear" w:color="auto" w:fill="F4F7FA"/>
            <w:tcMar>
              <w:top w:w="100" w:type="dxa"/>
              <w:left w:w="110" w:type="dxa"/>
              <w:bottom w:w="100" w:type="dxa"/>
              <w:right w:w="110" w:type="dxa"/>
            </w:tcMar>
            <w:vAlign w:val="center"/>
          </w:tcPr>
          <w:p w14:paraId="32AB20FF" w14:textId="77777777" w:rsidR="006A55BC" w:rsidRDefault="00000000">
            <w:pPr>
              <w:spacing w:after="20" w:line="240" w:lineRule="auto"/>
            </w:pPr>
            <w:r>
              <w:rPr>
                <w:sz w:val="14"/>
              </w:rPr>
              <w:t>8</w:t>
            </w:r>
          </w:p>
        </w:tc>
        <w:tc>
          <w:tcPr>
            <w:tcW w:w="5112" w:type="dxa"/>
            <w:shd w:val="clear" w:color="auto" w:fill="F4F7FA"/>
            <w:tcMar>
              <w:top w:w="100" w:type="dxa"/>
              <w:left w:w="110" w:type="dxa"/>
              <w:bottom w:w="100" w:type="dxa"/>
              <w:right w:w="110" w:type="dxa"/>
            </w:tcMar>
            <w:vAlign w:val="center"/>
          </w:tcPr>
          <w:p w14:paraId="6A1DB246" w14:textId="77777777" w:rsidR="006A55BC" w:rsidRDefault="00000000">
            <w:pPr>
              <w:spacing w:after="20" w:line="240" w:lineRule="auto"/>
            </w:pPr>
            <w:r>
              <w:rPr>
                <w:sz w:val="14"/>
              </w:rPr>
              <w:t>Can workers report bribery, coercion or nepotism safely?</w:t>
            </w:r>
          </w:p>
        </w:tc>
        <w:tc>
          <w:tcPr>
            <w:tcW w:w="576" w:type="dxa"/>
            <w:shd w:val="clear" w:color="auto" w:fill="F4F7FA"/>
            <w:tcMar>
              <w:top w:w="100" w:type="dxa"/>
              <w:left w:w="110" w:type="dxa"/>
              <w:bottom w:w="100" w:type="dxa"/>
              <w:right w:w="110" w:type="dxa"/>
            </w:tcMar>
            <w:vAlign w:val="center"/>
          </w:tcPr>
          <w:p w14:paraId="104D06E4"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60E1C09"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165682DA"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0FE6A929"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1EF433B5" w14:textId="77777777" w:rsidR="006A55BC" w:rsidRDefault="006A55BC">
            <w:pPr>
              <w:spacing w:after="20" w:line="240" w:lineRule="auto"/>
            </w:pPr>
          </w:p>
        </w:tc>
      </w:tr>
    </w:tbl>
    <w:p w14:paraId="084D8392" w14:textId="77777777" w:rsidR="006A55BC" w:rsidRDefault="006A55BC">
      <w:pPr>
        <w:spacing w:after="20"/>
      </w:pPr>
    </w:p>
    <w:p w14:paraId="20BD3C4D" w14:textId="77777777" w:rsidR="006A55BC" w:rsidRDefault="00000000">
      <w:pPr>
        <w:pStyle w:val="Heading2"/>
      </w:pPr>
      <w:r>
        <w:t>9.7 Finance Books and Records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
        <w:gridCol w:w="5112"/>
        <w:gridCol w:w="576"/>
        <w:gridCol w:w="576"/>
        <w:gridCol w:w="720"/>
        <w:gridCol w:w="576"/>
        <w:gridCol w:w="1872"/>
      </w:tblGrid>
      <w:tr w:rsidR="006A55BC" w14:paraId="0FE79528" w14:textId="77777777">
        <w:trPr>
          <w:cantSplit/>
          <w:tblHeader/>
          <w:jc w:val="center"/>
        </w:trPr>
        <w:tc>
          <w:tcPr>
            <w:tcW w:w="504" w:type="dxa"/>
            <w:shd w:val="clear" w:color="auto" w:fill="17365D"/>
            <w:tcMar>
              <w:top w:w="100" w:type="dxa"/>
              <w:left w:w="110" w:type="dxa"/>
              <w:bottom w:w="100" w:type="dxa"/>
              <w:right w:w="110" w:type="dxa"/>
            </w:tcMar>
            <w:vAlign w:val="center"/>
          </w:tcPr>
          <w:p w14:paraId="16BF1BA9" w14:textId="77777777" w:rsidR="006A55BC" w:rsidRDefault="00000000">
            <w:r>
              <w:rPr>
                <w:b/>
                <w:color w:val="FFFFFF"/>
                <w:sz w:val="14"/>
              </w:rPr>
              <w:t>No.</w:t>
            </w:r>
          </w:p>
        </w:tc>
        <w:tc>
          <w:tcPr>
            <w:tcW w:w="5112" w:type="dxa"/>
            <w:shd w:val="clear" w:color="auto" w:fill="17365D"/>
            <w:tcMar>
              <w:top w:w="100" w:type="dxa"/>
              <w:left w:w="110" w:type="dxa"/>
              <w:bottom w:w="100" w:type="dxa"/>
              <w:right w:w="110" w:type="dxa"/>
            </w:tcMar>
            <w:vAlign w:val="center"/>
          </w:tcPr>
          <w:p w14:paraId="3C94D306" w14:textId="77777777" w:rsidR="006A55BC" w:rsidRDefault="00000000">
            <w:r>
              <w:rPr>
                <w:b/>
                <w:color w:val="FFFFFF"/>
                <w:sz w:val="14"/>
              </w:rPr>
              <w:t>Assessment question</w:t>
            </w:r>
          </w:p>
        </w:tc>
        <w:tc>
          <w:tcPr>
            <w:tcW w:w="576" w:type="dxa"/>
            <w:shd w:val="clear" w:color="auto" w:fill="17365D"/>
            <w:tcMar>
              <w:top w:w="100" w:type="dxa"/>
              <w:left w:w="110" w:type="dxa"/>
              <w:bottom w:w="100" w:type="dxa"/>
              <w:right w:w="110" w:type="dxa"/>
            </w:tcMar>
            <w:vAlign w:val="center"/>
          </w:tcPr>
          <w:p w14:paraId="34706299" w14:textId="77777777" w:rsidR="006A55BC" w:rsidRDefault="00000000">
            <w:r>
              <w:rPr>
                <w:b/>
                <w:color w:val="FFFFFF"/>
                <w:sz w:val="14"/>
              </w:rPr>
              <w:t>Yes</w:t>
            </w:r>
          </w:p>
        </w:tc>
        <w:tc>
          <w:tcPr>
            <w:tcW w:w="576" w:type="dxa"/>
            <w:shd w:val="clear" w:color="auto" w:fill="17365D"/>
            <w:tcMar>
              <w:top w:w="100" w:type="dxa"/>
              <w:left w:w="110" w:type="dxa"/>
              <w:bottom w:w="100" w:type="dxa"/>
              <w:right w:w="110" w:type="dxa"/>
            </w:tcMar>
            <w:vAlign w:val="center"/>
          </w:tcPr>
          <w:p w14:paraId="5683641E" w14:textId="77777777" w:rsidR="006A55BC" w:rsidRDefault="00000000">
            <w:r>
              <w:rPr>
                <w:b/>
                <w:color w:val="FFFFFF"/>
                <w:sz w:val="14"/>
              </w:rPr>
              <w:t>No</w:t>
            </w:r>
          </w:p>
        </w:tc>
        <w:tc>
          <w:tcPr>
            <w:tcW w:w="720" w:type="dxa"/>
            <w:shd w:val="clear" w:color="auto" w:fill="17365D"/>
            <w:tcMar>
              <w:top w:w="100" w:type="dxa"/>
              <w:left w:w="110" w:type="dxa"/>
              <w:bottom w:w="100" w:type="dxa"/>
              <w:right w:w="110" w:type="dxa"/>
            </w:tcMar>
            <w:vAlign w:val="center"/>
          </w:tcPr>
          <w:p w14:paraId="09A4B941" w14:textId="77777777" w:rsidR="006A55BC" w:rsidRDefault="00000000">
            <w:r>
              <w:rPr>
                <w:b/>
                <w:color w:val="FFFFFF"/>
                <w:sz w:val="14"/>
              </w:rPr>
              <w:t>Partial</w:t>
            </w:r>
          </w:p>
        </w:tc>
        <w:tc>
          <w:tcPr>
            <w:tcW w:w="576" w:type="dxa"/>
            <w:shd w:val="clear" w:color="auto" w:fill="17365D"/>
            <w:tcMar>
              <w:top w:w="100" w:type="dxa"/>
              <w:left w:w="110" w:type="dxa"/>
              <w:bottom w:w="100" w:type="dxa"/>
              <w:right w:w="110" w:type="dxa"/>
            </w:tcMar>
            <w:vAlign w:val="center"/>
          </w:tcPr>
          <w:p w14:paraId="0F63AABD" w14:textId="77777777" w:rsidR="006A55BC" w:rsidRDefault="00000000">
            <w:r>
              <w:rPr>
                <w:b/>
                <w:color w:val="FFFFFF"/>
                <w:sz w:val="14"/>
              </w:rPr>
              <w:t>N/A</w:t>
            </w:r>
          </w:p>
        </w:tc>
        <w:tc>
          <w:tcPr>
            <w:tcW w:w="1872" w:type="dxa"/>
            <w:shd w:val="clear" w:color="auto" w:fill="17365D"/>
            <w:tcMar>
              <w:top w:w="100" w:type="dxa"/>
              <w:left w:w="110" w:type="dxa"/>
              <w:bottom w:w="100" w:type="dxa"/>
              <w:right w:w="110" w:type="dxa"/>
            </w:tcMar>
            <w:vAlign w:val="center"/>
          </w:tcPr>
          <w:p w14:paraId="7D99CA01" w14:textId="77777777" w:rsidR="006A55BC" w:rsidRDefault="00000000">
            <w:r>
              <w:rPr>
                <w:b/>
                <w:color w:val="FFFFFF"/>
                <w:sz w:val="14"/>
              </w:rPr>
              <w:t>Evidence or action</w:t>
            </w:r>
          </w:p>
        </w:tc>
      </w:tr>
      <w:tr w:rsidR="006A55BC" w14:paraId="1B517A94" w14:textId="77777777">
        <w:trPr>
          <w:cantSplit/>
          <w:jc w:val="center"/>
        </w:trPr>
        <w:tc>
          <w:tcPr>
            <w:tcW w:w="504" w:type="dxa"/>
            <w:tcMar>
              <w:top w:w="100" w:type="dxa"/>
              <w:left w:w="110" w:type="dxa"/>
              <w:bottom w:w="100" w:type="dxa"/>
              <w:right w:w="110" w:type="dxa"/>
            </w:tcMar>
            <w:vAlign w:val="center"/>
          </w:tcPr>
          <w:p w14:paraId="4251DEB2" w14:textId="77777777" w:rsidR="006A55BC" w:rsidRDefault="00000000">
            <w:pPr>
              <w:spacing w:after="20" w:line="240" w:lineRule="auto"/>
            </w:pPr>
            <w:r>
              <w:rPr>
                <w:sz w:val="14"/>
              </w:rPr>
              <w:t>1</w:t>
            </w:r>
          </w:p>
        </w:tc>
        <w:tc>
          <w:tcPr>
            <w:tcW w:w="5112" w:type="dxa"/>
            <w:tcMar>
              <w:top w:w="100" w:type="dxa"/>
              <w:left w:w="110" w:type="dxa"/>
              <w:bottom w:w="100" w:type="dxa"/>
              <w:right w:w="110" w:type="dxa"/>
            </w:tcMar>
            <w:vAlign w:val="center"/>
          </w:tcPr>
          <w:p w14:paraId="59D93139" w14:textId="77777777" w:rsidR="006A55BC" w:rsidRDefault="00000000">
            <w:pPr>
              <w:spacing w:after="20" w:line="240" w:lineRule="auto"/>
            </w:pPr>
            <w:r>
              <w:rPr>
                <w:sz w:val="14"/>
              </w:rPr>
              <w:t>Are vendors, customers and employees uniquely identified?</w:t>
            </w:r>
          </w:p>
        </w:tc>
        <w:tc>
          <w:tcPr>
            <w:tcW w:w="576" w:type="dxa"/>
            <w:tcMar>
              <w:top w:w="100" w:type="dxa"/>
              <w:left w:w="110" w:type="dxa"/>
              <w:bottom w:w="100" w:type="dxa"/>
              <w:right w:w="110" w:type="dxa"/>
            </w:tcMar>
            <w:vAlign w:val="center"/>
          </w:tcPr>
          <w:p w14:paraId="7C423A62"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13C6CA46"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4C4A9EE5"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65BE8B42"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59F15B89" w14:textId="77777777" w:rsidR="006A55BC" w:rsidRDefault="006A55BC">
            <w:pPr>
              <w:spacing w:after="20" w:line="240" w:lineRule="auto"/>
            </w:pPr>
          </w:p>
        </w:tc>
      </w:tr>
      <w:tr w:rsidR="006A55BC" w14:paraId="05C599A6" w14:textId="77777777">
        <w:trPr>
          <w:cantSplit/>
          <w:jc w:val="center"/>
        </w:trPr>
        <w:tc>
          <w:tcPr>
            <w:tcW w:w="504" w:type="dxa"/>
            <w:shd w:val="clear" w:color="auto" w:fill="F4F7FA"/>
            <w:tcMar>
              <w:top w:w="100" w:type="dxa"/>
              <w:left w:w="110" w:type="dxa"/>
              <w:bottom w:w="100" w:type="dxa"/>
              <w:right w:w="110" w:type="dxa"/>
            </w:tcMar>
            <w:vAlign w:val="center"/>
          </w:tcPr>
          <w:p w14:paraId="1FD83125" w14:textId="77777777" w:rsidR="006A55BC" w:rsidRDefault="00000000">
            <w:pPr>
              <w:spacing w:after="20" w:line="240" w:lineRule="auto"/>
            </w:pPr>
            <w:r>
              <w:rPr>
                <w:sz w:val="14"/>
              </w:rPr>
              <w:t>2</w:t>
            </w:r>
          </w:p>
        </w:tc>
        <w:tc>
          <w:tcPr>
            <w:tcW w:w="5112" w:type="dxa"/>
            <w:shd w:val="clear" w:color="auto" w:fill="F4F7FA"/>
            <w:tcMar>
              <w:top w:w="100" w:type="dxa"/>
              <w:left w:w="110" w:type="dxa"/>
              <w:bottom w:w="100" w:type="dxa"/>
              <w:right w:w="110" w:type="dxa"/>
            </w:tcMar>
            <w:vAlign w:val="center"/>
          </w:tcPr>
          <w:p w14:paraId="43E226D1" w14:textId="77777777" w:rsidR="006A55BC" w:rsidRDefault="00000000">
            <w:pPr>
              <w:spacing w:after="20" w:line="240" w:lineRule="auto"/>
            </w:pPr>
            <w:r>
              <w:rPr>
                <w:sz w:val="14"/>
              </w:rPr>
              <w:t>Are invoice, receipt, contract and purchase-order details consistent?</w:t>
            </w:r>
          </w:p>
        </w:tc>
        <w:tc>
          <w:tcPr>
            <w:tcW w:w="576" w:type="dxa"/>
            <w:shd w:val="clear" w:color="auto" w:fill="F4F7FA"/>
            <w:tcMar>
              <w:top w:w="100" w:type="dxa"/>
              <w:left w:w="110" w:type="dxa"/>
              <w:bottom w:w="100" w:type="dxa"/>
              <w:right w:w="110" w:type="dxa"/>
            </w:tcMar>
            <w:vAlign w:val="center"/>
          </w:tcPr>
          <w:p w14:paraId="55F7F99D"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252FE623"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399C87FC"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5199C06"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028364FB" w14:textId="77777777" w:rsidR="006A55BC" w:rsidRDefault="006A55BC">
            <w:pPr>
              <w:spacing w:after="20" w:line="240" w:lineRule="auto"/>
            </w:pPr>
          </w:p>
        </w:tc>
      </w:tr>
      <w:tr w:rsidR="006A55BC" w14:paraId="244952A4" w14:textId="77777777">
        <w:trPr>
          <w:cantSplit/>
          <w:jc w:val="center"/>
        </w:trPr>
        <w:tc>
          <w:tcPr>
            <w:tcW w:w="504" w:type="dxa"/>
            <w:tcMar>
              <w:top w:w="100" w:type="dxa"/>
              <w:left w:w="110" w:type="dxa"/>
              <w:bottom w:w="100" w:type="dxa"/>
              <w:right w:w="110" w:type="dxa"/>
            </w:tcMar>
            <w:vAlign w:val="center"/>
          </w:tcPr>
          <w:p w14:paraId="08A42C15" w14:textId="77777777" w:rsidR="006A55BC" w:rsidRDefault="00000000">
            <w:pPr>
              <w:spacing w:after="20" w:line="240" w:lineRule="auto"/>
            </w:pPr>
            <w:r>
              <w:rPr>
                <w:sz w:val="14"/>
              </w:rPr>
              <w:t>3</w:t>
            </w:r>
          </w:p>
        </w:tc>
        <w:tc>
          <w:tcPr>
            <w:tcW w:w="5112" w:type="dxa"/>
            <w:tcMar>
              <w:top w:w="100" w:type="dxa"/>
              <w:left w:w="110" w:type="dxa"/>
              <w:bottom w:w="100" w:type="dxa"/>
              <w:right w:w="110" w:type="dxa"/>
            </w:tcMar>
            <w:vAlign w:val="center"/>
          </w:tcPr>
          <w:p w14:paraId="1D3BE3A2" w14:textId="77777777" w:rsidR="006A55BC" w:rsidRDefault="00000000">
            <w:pPr>
              <w:spacing w:after="20" w:line="240" w:lineRule="auto"/>
            </w:pPr>
            <w:r>
              <w:rPr>
                <w:sz w:val="14"/>
              </w:rPr>
              <w:t>Are manual journals, advances, suspense accounts and write-offs reviewed?</w:t>
            </w:r>
          </w:p>
        </w:tc>
        <w:tc>
          <w:tcPr>
            <w:tcW w:w="576" w:type="dxa"/>
            <w:tcMar>
              <w:top w:w="100" w:type="dxa"/>
              <w:left w:w="110" w:type="dxa"/>
              <w:bottom w:w="100" w:type="dxa"/>
              <w:right w:w="110" w:type="dxa"/>
            </w:tcMar>
            <w:vAlign w:val="center"/>
          </w:tcPr>
          <w:p w14:paraId="1D988969"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7FDC3FA2"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3F82166C"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7CA30EB6"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16786863" w14:textId="77777777" w:rsidR="006A55BC" w:rsidRDefault="006A55BC">
            <w:pPr>
              <w:spacing w:after="20" w:line="240" w:lineRule="auto"/>
            </w:pPr>
          </w:p>
        </w:tc>
      </w:tr>
      <w:tr w:rsidR="006A55BC" w14:paraId="25420176" w14:textId="77777777">
        <w:trPr>
          <w:cantSplit/>
          <w:jc w:val="center"/>
        </w:trPr>
        <w:tc>
          <w:tcPr>
            <w:tcW w:w="504" w:type="dxa"/>
            <w:shd w:val="clear" w:color="auto" w:fill="F4F7FA"/>
            <w:tcMar>
              <w:top w:w="100" w:type="dxa"/>
              <w:left w:w="110" w:type="dxa"/>
              <w:bottom w:w="100" w:type="dxa"/>
              <w:right w:w="110" w:type="dxa"/>
            </w:tcMar>
            <w:vAlign w:val="center"/>
          </w:tcPr>
          <w:p w14:paraId="2BF42BA8" w14:textId="77777777" w:rsidR="006A55BC" w:rsidRDefault="00000000">
            <w:pPr>
              <w:spacing w:after="20" w:line="240" w:lineRule="auto"/>
            </w:pPr>
            <w:r>
              <w:rPr>
                <w:sz w:val="14"/>
              </w:rPr>
              <w:t>4</w:t>
            </w:r>
          </w:p>
        </w:tc>
        <w:tc>
          <w:tcPr>
            <w:tcW w:w="5112" w:type="dxa"/>
            <w:shd w:val="clear" w:color="auto" w:fill="F4F7FA"/>
            <w:tcMar>
              <w:top w:w="100" w:type="dxa"/>
              <w:left w:w="110" w:type="dxa"/>
              <w:bottom w:w="100" w:type="dxa"/>
              <w:right w:w="110" w:type="dxa"/>
            </w:tcMar>
            <w:vAlign w:val="center"/>
          </w:tcPr>
          <w:p w14:paraId="513B89D9" w14:textId="77777777" w:rsidR="006A55BC" w:rsidRDefault="00000000">
            <w:pPr>
              <w:spacing w:after="20" w:line="240" w:lineRule="auto"/>
            </w:pPr>
            <w:r>
              <w:rPr>
                <w:sz w:val="14"/>
              </w:rPr>
              <w:t>Are descriptions specific enough to reveal true purpose and beneficiary?</w:t>
            </w:r>
          </w:p>
        </w:tc>
        <w:tc>
          <w:tcPr>
            <w:tcW w:w="576" w:type="dxa"/>
            <w:shd w:val="clear" w:color="auto" w:fill="F4F7FA"/>
            <w:tcMar>
              <w:top w:w="100" w:type="dxa"/>
              <w:left w:w="110" w:type="dxa"/>
              <w:bottom w:w="100" w:type="dxa"/>
              <w:right w:w="110" w:type="dxa"/>
            </w:tcMar>
            <w:vAlign w:val="center"/>
          </w:tcPr>
          <w:p w14:paraId="74241E0C"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28A1B8DB"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5F3D8532"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562BAE9F"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64D6F355" w14:textId="77777777" w:rsidR="006A55BC" w:rsidRDefault="006A55BC">
            <w:pPr>
              <w:spacing w:after="20" w:line="240" w:lineRule="auto"/>
            </w:pPr>
          </w:p>
        </w:tc>
      </w:tr>
      <w:tr w:rsidR="006A55BC" w14:paraId="42672886" w14:textId="77777777">
        <w:trPr>
          <w:cantSplit/>
          <w:jc w:val="center"/>
        </w:trPr>
        <w:tc>
          <w:tcPr>
            <w:tcW w:w="504" w:type="dxa"/>
            <w:tcMar>
              <w:top w:w="100" w:type="dxa"/>
              <w:left w:w="110" w:type="dxa"/>
              <w:bottom w:w="100" w:type="dxa"/>
              <w:right w:w="110" w:type="dxa"/>
            </w:tcMar>
            <w:vAlign w:val="center"/>
          </w:tcPr>
          <w:p w14:paraId="703ECFD3" w14:textId="77777777" w:rsidR="006A55BC" w:rsidRDefault="00000000">
            <w:pPr>
              <w:spacing w:after="20" w:line="240" w:lineRule="auto"/>
            </w:pPr>
            <w:r>
              <w:rPr>
                <w:sz w:val="14"/>
              </w:rPr>
              <w:t>5</w:t>
            </w:r>
          </w:p>
        </w:tc>
        <w:tc>
          <w:tcPr>
            <w:tcW w:w="5112" w:type="dxa"/>
            <w:tcMar>
              <w:top w:w="100" w:type="dxa"/>
              <w:left w:w="110" w:type="dxa"/>
              <w:bottom w:w="100" w:type="dxa"/>
              <w:right w:w="110" w:type="dxa"/>
            </w:tcMar>
            <w:vAlign w:val="center"/>
          </w:tcPr>
          <w:p w14:paraId="34B7C831" w14:textId="77777777" w:rsidR="006A55BC" w:rsidRDefault="00000000">
            <w:pPr>
              <w:spacing w:after="20" w:line="240" w:lineRule="auto"/>
            </w:pPr>
            <w:r>
              <w:rPr>
                <w:sz w:val="14"/>
              </w:rPr>
              <w:t>Are duplicate, round-sum, split and threshold-adjacent transactions flagged?</w:t>
            </w:r>
          </w:p>
        </w:tc>
        <w:tc>
          <w:tcPr>
            <w:tcW w:w="576" w:type="dxa"/>
            <w:tcMar>
              <w:top w:w="100" w:type="dxa"/>
              <w:left w:w="110" w:type="dxa"/>
              <w:bottom w:w="100" w:type="dxa"/>
              <w:right w:w="110" w:type="dxa"/>
            </w:tcMar>
            <w:vAlign w:val="center"/>
          </w:tcPr>
          <w:p w14:paraId="0987C111"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380664AB"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6850D680"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041D94D"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793A088E" w14:textId="77777777" w:rsidR="006A55BC" w:rsidRDefault="006A55BC">
            <w:pPr>
              <w:spacing w:after="20" w:line="240" w:lineRule="auto"/>
            </w:pPr>
          </w:p>
        </w:tc>
      </w:tr>
      <w:tr w:rsidR="006A55BC" w14:paraId="6BAE988C" w14:textId="77777777">
        <w:trPr>
          <w:cantSplit/>
          <w:jc w:val="center"/>
        </w:trPr>
        <w:tc>
          <w:tcPr>
            <w:tcW w:w="504" w:type="dxa"/>
            <w:shd w:val="clear" w:color="auto" w:fill="F4F7FA"/>
            <w:tcMar>
              <w:top w:w="100" w:type="dxa"/>
              <w:left w:w="110" w:type="dxa"/>
              <w:bottom w:w="100" w:type="dxa"/>
              <w:right w:w="110" w:type="dxa"/>
            </w:tcMar>
            <w:vAlign w:val="center"/>
          </w:tcPr>
          <w:p w14:paraId="0A8A64FD" w14:textId="77777777" w:rsidR="006A55BC" w:rsidRDefault="00000000">
            <w:pPr>
              <w:spacing w:after="20" w:line="240" w:lineRule="auto"/>
            </w:pPr>
            <w:r>
              <w:rPr>
                <w:sz w:val="14"/>
              </w:rPr>
              <w:t>6</w:t>
            </w:r>
          </w:p>
        </w:tc>
        <w:tc>
          <w:tcPr>
            <w:tcW w:w="5112" w:type="dxa"/>
            <w:shd w:val="clear" w:color="auto" w:fill="F4F7FA"/>
            <w:tcMar>
              <w:top w:w="100" w:type="dxa"/>
              <w:left w:w="110" w:type="dxa"/>
              <w:bottom w:w="100" w:type="dxa"/>
              <w:right w:w="110" w:type="dxa"/>
            </w:tcMar>
            <w:vAlign w:val="center"/>
          </w:tcPr>
          <w:p w14:paraId="7A50FC3F" w14:textId="77777777" w:rsidR="006A55BC" w:rsidRDefault="00000000">
            <w:pPr>
              <w:spacing w:after="20" w:line="240" w:lineRule="auto"/>
            </w:pPr>
            <w:r>
              <w:rPr>
                <w:sz w:val="14"/>
              </w:rPr>
              <w:t>Are bank-detail changes independently confirmed?</w:t>
            </w:r>
          </w:p>
        </w:tc>
        <w:tc>
          <w:tcPr>
            <w:tcW w:w="576" w:type="dxa"/>
            <w:shd w:val="clear" w:color="auto" w:fill="F4F7FA"/>
            <w:tcMar>
              <w:top w:w="100" w:type="dxa"/>
              <w:left w:w="110" w:type="dxa"/>
              <w:bottom w:w="100" w:type="dxa"/>
              <w:right w:w="110" w:type="dxa"/>
            </w:tcMar>
            <w:vAlign w:val="center"/>
          </w:tcPr>
          <w:p w14:paraId="0FEA01E3"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1F5724D4"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6D2C97CE"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62C89BEA"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4512575E" w14:textId="77777777" w:rsidR="006A55BC" w:rsidRDefault="006A55BC">
            <w:pPr>
              <w:spacing w:after="20" w:line="240" w:lineRule="auto"/>
            </w:pPr>
          </w:p>
        </w:tc>
      </w:tr>
      <w:tr w:rsidR="006A55BC" w14:paraId="15CDDF1A" w14:textId="77777777">
        <w:trPr>
          <w:cantSplit/>
          <w:jc w:val="center"/>
        </w:trPr>
        <w:tc>
          <w:tcPr>
            <w:tcW w:w="504" w:type="dxa"/>
            <w:tcMar>
              <w:top w:w="100" w:type="dxa"/>
              <w:left w:w="110" w:type="dxa"/>
              <w:bottom w:w="100" w:type="dxa"/>
              <w:right w:w="110" w:type="dxa"/>
            </w:tcMar>
            <w:vAlign w:val="center"/>
          </w:tcPr>
          <w:p w14:paraId="241F262D" w14:textId="77777777" w:rsidR="006A55BC" w:rsidRDefault="00000000">
            <w:pPr>
              <w:spacing w:after="20" w:line="240" w:lineRule="auto"/>
            </w:pPr>
            <w:r>
              <w:rPr>
                <w:sz w:val="14"/>
              </w:rPr>
              <w:t>7</w:t>
            </w:r>
          </w:p>
        </w:tc>
        <w:tc>
          <w:tcPr>
            <w:tcW w:w="5112" w:type="dxa"/>
            <w:tcMar>
              <w:top w:w="100" w:type="dxa"/>
              <w:left w:w="110" w:type="dxa"/>
              <w:bottom w:w="100" w:type="dxa"/>
              <w:right w:w="110" w:type="dxa"/>
            </w:tcMar>
            <w:vAlign w:val="center"/>
          </w:tcPr>
          <w:p w14:paraId="5A0854CD" w14:textId="77777777" w:rsidR="006A55BC" w:rsidRDefault="00000000">
            <w:pPr>
              <w:spacing w:after="20" w:line="240" w:lineRule="auto"/>
            </w:pPr>
            <w:r>
              <w:rPr>
                <w:sz w:val="14"/>
              </w:rPr>
              <w:t>Are cash withdrawals and reimbursements exceptional and reconciled?</w:t>
            </w:r>
          </w:p>
        </w:tc>
        <w:tc>
          <w:tcPr>
            <w:tcW w:w="576" w:type="dxa"/>
            <w:tcMar>
              <w:top w:w="100" w:type="dxa"/>
              <w:left w:w="110" w:type="dxa"/>
              <w:bottom w:w="100" w:type="dxa"/>
              <w:right w:w="110" w:type="dxa"/>
            </w:tcMar>
            <w:vAlign w:val="center"/>
          </w:tcPr>
          <w:p w14:paraId="0CAA2F1E"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77DE41ED"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24940B7F"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5E89DE47"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6A212D25" w14:textId="77777777" w:rsidR="006A55BC" w:rsidRDefault="006A55BC">
            <w:pPr>
              <w:spacing w:after="20" w:line="240" w:lineRule="auto"/>
            </w:pPr>
          </w:p>
        </w:tc>
      </w:tr>
      <w:tr w:rsidR="006A55BC" w14:paraId="4AF55B27" w14:textId="77777777">
        <w:trPr>
          <w:cantSplit/>
          <w:jc w:val="center"/>
        </w:trPr>
        <w:tc>
          <w:tcPr>
            <w:tcW w:w="504" w:type="dxa"/>
            <w:shd w:val="clear" w:color="auto" w:fill="F4F7FA"/>
            <w:tcMar>
              <w:top w:w="100" w:type="dxa"/>
              <w:left w:w="110" w:type="dxa"/>
              <w:bottom w:w="100" w:type="dxa"/>
              <w:right w:w="110" w:type="dxa"/>
            </w:tcMar>
            <w:vAlign w:val="center"/>
          </w:tcPr>
          <w:p w14:paraId="15F4A930" w14:textId="77777777" w:rsidR="006A55BC" w:rsidRDefault="00000000">
            <w:pPr>
              <w:spacing w:after="20" w:line="240" w:lineRule="auto"/>
            </w:pPr>
            <w:r>
              <w:rPr>
                <w:sz w:val="14"/>
              </w:rPr>
              <w:lastRenderedPageBreak/>
              <w:t>8</w:t>
            </w:r>
          </w:p>
        </w:tc>
        <w:tc>
          <w:tcPr>
            <w:tcW w:w="5112" w:type="dxa"/>
            <w:shd w:val="clear" w:color="auto" w:fill="F4F7FA"/>
            <w:tcMar>
              <w:top w:w="100" w:type="dxa"/>
              <w:left w:w="110" w:type="dxa"/>
              <w:bottom w:w="100" w:type="dxa"/>
              <w:right w:w="110" w:type="dxa"/>
            </w:tcMar>
            <w:vAlign w:val="center"/>
          </w:tcPr>
          <w:p w14:paraId="660B4783" w14:textId="77777777" w:rsidR="006A55BC" w:rsidRDefault="00000000">
            <w:pPr>
              <w:spacing w:after="20" w:line="240" w:lineRule="auto"/>
            </w:pPr>
            <w:r>
              <w:rPr>
                <w:sz w:val="14"/>
              </w:rPr>
              <w:t>Are access rights, maker-checker rules and audit logs effective?</w:t>
            </w:r>
          </w:p>
        </w:tc>
        <w:tc>
          <w:tcPr>
            <w:tcW w:w="576" w:type="dxa"/>
            <w:shd w:val="clear" w:color="auto" w:fill="F4F7FA"/>
            <w:tcMar>
              <w:top w:w="100" w:type="dxa"/>
              <w:left w:w="110" w:type="dxa"/>
              <w:bottom w:w="100" w:type="dxa"/>
              <w:right w:w="110" w:type="dxa"/>
            </w:tcMar>
            <w:vAlign w:val="center"/>
          </w:tcPr>
          <w:p w14:paraId="59C36BD1"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390C1B1A"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207876AF"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86DE0EE"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3A5ADDA2" w14:textId="77777777" w:rsidR="006A55BC" w:rsidRDefault="006A55BC">
            <w:pPr>
              <w:spacing w:after="20" w:line="240" w:lineRule="auto"/>
            </w:pPr>
          </w:p>
        </w:tc>
      </w:tr>
      <w:tr w:rsidR="006A55BC" w14:paraId="5DFEC02A" w14:textId="77777777">
        <w:trPr>
          <w:cantSplit/>
          <w:jc w:val="center"/>
        </w:trPr>
        <w:tc>
          <w:tcPr>
            <w:tcW w:w="504" w:type="dxa"/>
            <w:tcMar>
              <w:top w:w="100" w:type="dxa"/>
              <w:left w:w="110" w:type="dxa"/>
              <w:bottom w:w="100" w:type="dxa"/>
              <w:right w:w="110" w:type="dxa"/>
            </w:tcMar>
            <w:vAlign w:val="center"/>
          </w:tcPr>
          <w:p w14:paraId="41B6D610" w14:textId="77777777" w:rsidR="006A55BC" w:rsidRDefault="00000000">
            <w:pPr>
              <w:spacing w:after="20" w:line="240" w:lineRule="auto"/>
            </w:pPr>
            <w:r>
              <w:rPr>
                <w:sz w:val="14"/>
              </w:rPr>
              <w:t>9</w:t>
            </w:r>
          </w:p>
        </w:tc>
        <w:tc>
          <w:tcPr>
            <w:tcW w:w="5112" w:type="dxa"/>
            <w:tcMar>
              <w:top w:w="100" w:type="dxa"/>
              <w:left w:w="110" w:type="dxa"/>
              <w:bottom w:w="100" w:type="dxa"/>
              <w:right w:w="110" w:type="dxa"/>
            </w:tcMar>
            <w:vAlign w:val="center"/>
          </w:tcPr>
          <w:p w14:paraId="1E3EF70F" w14:textId="77777777" w:rsidR="006A55BC" w:rsidRDefault="00000000">
            <w:pPr>
              <w:spacing w:after="20" w:line="240" w:lineRule="auto"/>
            </w:pPr>
            <w:r>
              <w:rPr>
                <w:sz w:val="14"/>
              </w:rPr>
              <w:t>Are unusual payments investigated before release?</w:t>
            </w:r>
          </w:p>
        </w:tc>
        <w:tc>
          <w:tcPr>
            <w:tcW w:w="576" w:type="dxa"/>
            <w:tcMar>
              <w:top w:w="100" w:type="dxa"/>
              <w:left w:w="110" w:type="dxa"/>
              <w:bottom w:w="100" w:type="dxa"/>
              <w:right w:w="110" w:type="dxa"/>
            </w:tcMar>
            <w:vAlign w:val="center"/>
          </w:tcPr>
          <w:p w14:paraId="7098CCB8"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30F2999E"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65FC1617"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12E86C71"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7994D6BB" w14:textId="77777777" w:rsidR="006A55BC" w:rsidRDefault="006A55BC">
            <w:pPr>
              <w:spacing w:after="20" w:line="240" w:lineRule="auto"/>
            </w:pPr>
          </w:p>
        </w:tc>
      </w:tr>
      <w:tr w:rsidR="006A55BC" w14:paraId="78D06CFF" w14:textId="77777777">
        <w:trPr>
          <w:cantSplit/>
          <w:jc w:val="center"/>
        </w:trPr>
        <w:tc>
          <w:tcPr>
            <w:tcW w:w="504" w:type="dxa"/>
            <w:shd w:val="clear" w:color="auto" w:fill="F4F7FA"/>
            <w:tcMar>
              <w:top w:w="100" w:type="dxa"/>
              <w:left w:w="110" w:type="dxa"/>
              <w:bottom w:w="100" w:type="dxa"/>
              <w:right w:w="110" w:type="dxa"/>
            </w:tcMar>
            <w:vAlign w:val="center"/>
          </w:tcPr>
          <w:p w14:paraId="111EEB65" w14:textId="77777777" w:rsidR="006A55BC" w:rsidRDefault="00000000">
            <w:pPr>
              <w:spacing w:after="20" w:line="240" w:lineRule="auto"/>
            </w:pPr>
            <w:r>
              <w:rPr>
                <w:sz w:val="14"/>
              </w:rPr>
              <w:t>10</w:t>
            </w:r>
          </w:p>
        </w:tc>
        <w:tc>
          <w:tcPr>
            <w:tcW w:w="5112" w:type="dxa"/>
            <w:shd w:val="clear" w:color="auto" w:fill="F4F7FA"/>
            <w:tcMar>
              <w:top w:w="100" w:type="dxa"/>
              <w:left w:w="110" w:type="dxa"/>
              <w:bottom w:w="100" w:type="dxa"/>
              <w:right w:w="110" w:type="dxa"/>
            </w:tcMar>
            <w:vAlign w:val="center"/>
          </w:tcPr>
          <w:p w14:paraId="6A3936E3" w14:textId="77777777" w:rsidR="006A55BC" w:rsidRDefault="00000000">
            <w:pPr>
              <w:spacing w:after="20" w:line="240" w:lineRule="auto"/>
            </w:pPr>
            <w:r>
              <w:rPr>
                <w:sz w:val="14"/>
              </w:rPr>
              <w:t>Are records retained and protected from alteration?</w:t>
            </w:r>
          </w:p>
        </w:tc>
        <w:tc>
          <w:tcPr>
            <w:tcW w:w="576" w:type="dxa"/>
            <w:shd w:val="clear" w:color="auto" w:fill="F4F7FA"/>
            <w:tcMar>
              <w:top w:w="100" w:type="dxa"/>
              <w:left w:w="110" w:type="dxa"/>
              <w:bottom w:w="100" w:type="dxa"/>
              <w:right w:w="110" w:type="dxa"/>
            </w:tcMar>
            <w:vAlign w:val="center"/>
          </w:tcPr>
          <w:p w14:paraId="2FFBA152"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63688E1E"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3D21121B"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38C05D4A"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46C7C4A9" w14:textId="77777777" w:rsidR="006A55BC" w:rsidRDefault="006A55BC">
            <w:pPr>
              <w:spacing w:after="20" w:line="240" w:lineRule="auto"/>
            </w:pPr>
          </w:p>
        </w:tc>
      </w:tr>
    </w:tbl>
    <w:p w14:paraId="6EF25829" w14:textId="77777777" w:rsidR="006A55BC" w:rsidRDefault="006A55BC">
      <w:pPr>
        <w:spacing w:after="20"/>
      </w:pPr>
    </w:p>
    <w:p w14:paraId="622D21E4" w14:textId="77777777" w:rsidR="006A55BC" w:rsidRDefault="00000000">
      <w:pPr>
        <w:pStyle w:val="Heading2"/>
      </w:pPr>
      <w:r>
        <w:t>9.8 Public Officials Licences and Inspections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4"/>
        <w:gridCol w:w="5112"/>
        <w:gridCol w:w="576"/>
        <w:gridCol w:w="576"/>
        <w:gridCol w:w="720"/>
        <w:gridCol w:w="576"/>
        <w:gridCol w:w="1872"/>
      </w:tblGrid>
      <w:tr w:rsidR="006A55BC" w14:paraId="5B618642" w14:textId="77777777">
        <w:trPr>
          <w:cantSplit/>
          <w:tblHeader/>
          <w:jc w:val="center"/>
        </w:trPr>
        <w:tc>
          <w:tcPr>
            <w:tcW w:w="504" w:type="dxa"/>
            <w:shd w:val="clear" w:color="auto" w:fill="17365D"/>
            <w:tcMar>
              <w:top w:w="100" w:type="dxa"/>
              <w:left w:w="110" w:type="dxa"/>
              <w:bottom w:w="100" w:type="dxa"/>
              <w:right w:w="110" w:type="dxa"/>
            </w:tcMar>
            <w:vAlign w:val="center"/>
          </w:tcPr>
          <w:p w14:paraId="787A118C" w14:textId="77777777" w:rsidR="006A55BC" w:rsidRDefault="00000000">
            <w:r>
              <w:rPr>
                <w:b/>
                <w:color w:val="FFFFFF"/>
                <w:sz w:val="14"/>
              </w:rPr>
              <w:t>No.</w:t>
            </w:r>
          </w:p>
        </w:tc>
        <w:tc>
          <w:tcPr>
            <w:tcW w:w="5112" w:type="dxa"/>
            <w:shd w:val="clear" w:color="auto" w:fill="17365D"/>
            <w:tcMar>
              <w:top w:w="100" w:type="dxa"/>
              <w:left w:w="110" w:type="dxa"/>
              <w:bottom w:w="100" w:type="dxa"/>
              <w:right w:w="110" w:type="dxa"/>
            </w:tcMar>
            <w:vAlign w:val="center"/>
          </w:tcPr>
          <w:p w14:paraId="7E00335F" w14:textId="77777777" w:rsidR="006A55BC" w:rsidRDefault="00000000">
            <w:r>
              <w:rPr>
                <w:b/>
                <w:color w:val="FFFFFF"/>
                <w:sz w:val="14"/>
              </w:rPr>
              <w:t>Assessment question</w:t>
            </w:r>
          </w:p>
        </w:tc>
        <w:tc>
          <w:tcPr>
            <w:tcW w:w="576" w:type="dxa"/>
            <w:shd w:val="clear" w:color="auto" w:fill="17365D"/>
            <w:tcMar>
              <w:top w:w="100" w:type="dxa"/>
              <w:left w:w="110" w:type="dxa"/>
              <w:bottom w:w="100" w:type="dxa"/>
              <w:right w:w="110" w:type="dxa"/>
            </w:tcMar>
            <w:vAlign w:val="center"/>
          </w:tcPr>
          <w:p w14:paraId="68BFCC1B" w14:textId="77777777" w:rsidR="006A55BC" w:rsidRDefault="00000000">
            <w:r>
              <w:rPr>
                <w:b/>
                <w:color w:val="FFFFFF"/>
                <w:sz w:val="14"/>
              </w:rPr>
              <w:t>Yes</w:t>
            </w:r>
          </w:p>
        </w:tc>
        <w:tc>
          <w:tcPr>
            <w:tcW w:w="576" w:type="dxa"/>
            <w:shd w:val="clear" w:color="auto" w:fill="17365D"/>
            <w:tcMar>
              <w:top w:w="100" w:type="dxa"/>
              <w:left w:w="110" w:type="dxa"/>
              <w:bottom w:w="100" w:type="dxa"/>
              <w:right w:w="110" w:type="dxa"/>
            </w:tcMar>
            <w:vAlign w:val="center"/>
          </w:tcPr>
          <w:p w14:paraId="210606BF" w14:textId="77777777" w:rsidR="006A55BC" w:rsidRDefault="00000000">
            <w:r>
              <w:rPr>
                <w:b/>
                <w:color w:val="FFFFFF"/>
                <w:sz w:val="14"/>
              </w:rPr>
              <w:t>No</w:t>
            </w:r>
          </w:p>
        </w:tc>
        <w:tc>
          <w:tcPr>
            <w:tcW w:w="720" w:type="dxa"/>
            <w:shd w:val="clear" w:color="auto" w:fill="17365D"/>
            <w:tcMar>
              <w:top w:w="100" w:type="dxa"/>
              <w:left w:w="110" w:type="dxa"/>
              <w:bottom w:w="100" w:type="dxa"/>
              <w:right w:w="110" w:type="dxa"/>
            </w:tcMar>
            <w:vAlign w:val="center"/>
          </w:tcPr>
          <w:p w14:paraId="7F3D862E" w14:textId="77777777" w:rsidR="006A55BC" w:rsidRDefault="00000000">
            <w:r>
              <w:rPr>
                <w:b/>
                <w:color w:val="FFFFFF"/>
                <w:sz w:val="14"/>
              </w:rPr>
              <w:t>Partial</w:t>
            </w:r>
          </w:p>
        </w:tc>
        <w:tc>
          <w:tcPr>
            <w:tcW w:w="576" w:type="dxa"/>
            <w:shd w:val="clear" w:color="auto" w:fill="17365D"/>
            <w:tcMar>
              <w:top w:w="100" w:type="dxa"/>
              <w:left w:w="110" w:type="dxa"/>
              <w:bottom w:w="100" w:type="dxa"/>
              <w:right w:w="110" w:type="dxa"/>
            </w:tcMar>
            <w:vAlign w:val="center"/>
          </w:tcPr>
          <w:p w14:paraId="765186C6" w14:textId="77777777" w:rsidR="006A55BC" w:rsidRDefault="00000000">
            <w:r>
              <w:rPr>
                <w:b/>
                <w:color w:val="FFFFFF"/>
                <w:sz w:val="14"/>
              </w:rPr>
              <w:t>N/A</w:t>
            </w:r>
          </w:p>
        </w:tc>
        <w:tc>
          <w:tcPr>
            <w:tcW w:w="1872" w:type="dxa"/>
            <w:shd w:val="clear" w:color="auto" w:fill="17365D"/>
            <w:tcMar>
              <w:top w:w="100" w:type="dxa"/>
              <w:left w:w="110" w:type="dxa"/>
              <w:bottom w:w="100" w:type="dxa"/>
              <w:right w:w="110" w:type="dxa"/>
            </w:tcMar>
            <w:vAlign w:val="center"/>
          </w:tcPr>
          <w:p w14:paraId="30AC41B5" w14:textId="77777777" w:rsidR="006A55BC" w:rsidRDefault="00000000">
            <w:r>
              <w:rPr>
                <w:b/>
                <w:color w:val="FFFFFF"/>
                <w:sz w:val="14"/>
              </w:rPr>
              <w:t>Evidence or action</w:t>
            </w:r>
          </w:p>
        </w:tc>
      </w:tr>
      <w:tr w:rsidR="006A55BC" w14:paraId="4139EA0A" w14:textId="77777777">
        <w:trPr>
          <w:cantSplit/>
          <w:jc w:val="center"/>
        </w:trPr>
        <w:tc>
          <w:tcPr>
            <w:tcW w:w="504" w:type="dxa"/>
            <w:tcMar>
              <w:top w:w="100" w:type="dxa"/>
              <w:left w:w="110" w:type="dxa"/>
              <w:bottom w:w="100" w:type="dxa"/>
              <w:right w:w="110" w:type="dxa"/>
            </w:tcMar>
            <w:vAlign w:val="center"/>
          </w:tcPr>
          <w:p w14:paraId="47687315" w14:textId="77777777" w:rsidR="006A55BC" w:rsidRDefault="00000000">
            <w:pPr>
              <w:spacing w:after="20" w:line="240" w:lineRule="auto"/>
            </w:pPr>
            <w:r>
              <w:rPr>
                <w:sz w:val="14"/>
              </w:rPr>
              <w:t>1</w:t>
            </w:r>
          </w:p>
        </w:tc>
        <w:tc>
          <w:tcPr>
            <w:tcW w:w="5112" w:type="dxa"/>
            <w:tcMar>
              <w:top w:w="100" w:type="dxa"/>
              <w:left w:w="110" w:type="dxa"/>
              <w:bottom w:w="100" w:type="dxa"/>
              <w:right w:w="110" w:type="dxa"/>
            </w:tcMar>
            <w:vAlign w:val="center"/>
          </w:tcPr>
          <w:p w14:paraId="0D13D60E" w14:textId="77777777" w:rsidR="006A55BC" w:rsidRDefault="00000000">
            <w:pPr>
              <w:spacing w:after="20" w:line="240" w:lineRule="auto"/>
            </w:pPr>
            <w:r>
              <w:rPr>
                <w:sz w:val="14"/>
              </w:rPr>
              <w:t>Are all touchpoints, responsible employees and expected fees documented?</w:t>
            </w:r>
          </w:p>
        </w:tc>
        <w:tc>
          <w:tcPr>
            <w:tcW w:w="576" w:type="dxa"/>
            <w:tcMar>
              <w:top w:w="100" w:type="dxa"/>
              <w:left w:w="110" w:type="dxa"/>
              <w:bottom w:w="100" w:type="dxa"/>
              <w:right w:w="110" w:type="dxa"/>
            </w:tcMar>
            <w:vAlign w:val="center"/>
          </w:tcPr>
          <w:p w14:paraId="4D07A05E"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38A0025A"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6D87061E"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70029B6A"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2F112EB7" w14:textId="77777777" w:rsidR="006A55BC" w:rsidRDefault="006A55BC">
            <w:pPr>
              <w:spacing w:after="20" w:line="240" w:lineRule="auto"/>
            </w:pPr>
          </w:p>
        </w:tc>
      </w:tr>
      <w:tr w:rsidR="006A55BC" w14:paraId="4E5E9D53" w14:textId="77777777">
        <w:trPr>
          <w:cantSplit/>
          <w:jc w:val="center"/>
        </w:trPr>
        <w:tc>
          <w:tcPr>
            <w:tcW w:w="504" w:type="dxa"/>
            <w:shd w:val="clear" w:color="auto" w:fill="F4F7FA"/>
            <w:tcMar>
              <w:top w:w="100" w:type="dxa"/>
              <w:left w:w="110" w:type="dxa"/>
              <w:bottom w:w="100" w:type="dxa"/>
              <w:right w:w="110" w:type="dxa"/>
            </w:tcMar>
            <w:vAlign w:val="center"/>
          </w:tcPr>
          <w:p w14:paraId="65D44704" w14:textId="77777777" w:rsidR="006A55BC" w:rsidRDefault="00000000">
            <w:pPr>
              <w:spacing w:after="20" w:line="240" w:lineRule="auto"/>
            </w:pPr>
            <w:r>
              <w:rPr>
                <w:sz w:val="14"/>
              </w:rPr>
              <w:t>2</w:t>
            </w:r>
          </w:p>
        </w:tc>
        <w:tc>
          <w:tcPr>
            <w:tcW w:w="5112" w:type="dxa"/>
            <w:shd w:val="clear" w:color="auto" w:fill="F4F7FA"/>
            <w:tcMar>
              <w:top w:w="100" w:type="dxa"/>
              <w:left w:w="110" w:type="dxa"/>
              <w:bottom w:w="100" w:type="dxa"/>
              <w:right w:w="110" w:type="dxa"/>
            </w:tcMar>
            <w:vAlign w:val="center"/>
          </w:tcPr>
          <w:p w14:paraId="1BB545F0" w14:textId="77777777" w:rsidR="006A55BC" w:rsidRDefault="00000000">
            <w:pPr>
              <w:spacing w:after="20" w:line="240" w:lineRule="auto"/>
            </w:pPr>
            <w:r>
              <w:rPr>
                <w:sz w:val="14"/>
              </w:rPr>
              <w:t>Are official fees paid to authorised government accounts against receipts?</w:t>
            </w:r>
          </w:p>
        </w:tc>
        <w:tc>
          <w:tcPr>
            <w:tcW w:w="576" w:type="dxa"/>
            <w:shd w:val="clear" w:color="auto" w:fill="F4F7FA"/>
            <w:tcMar>
              <w:top w:w="100" w:type="dxa"/>
              <w:left w:w="110" w:type="dxa"/>
              <w:bottom w:w="100" w:type="dxa"/>
              <w:right w:w="110" w:type="dxa"/>
            </w:tcMar>
            <w:vAlign w:val="center"/>
          </w:tcPr>
          <w:p w14:paraId="1448C7BB"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723059C"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259AFFC0"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6522691"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589E5CE5" w14:textId="77777777" w:rsidR="006A55BC" w:rsidRDefault="006A55BC">
            <w:pPr>
              <w:spacing w:after="20" w:line="240" w:lineRule="auto"/>
            </w:pPr>
          </w:p>
        </w:tc>
      </w:tr>
      <w:tr w:rsidR="006A55BC" w14:paraId="5BC6BB41" w14:textId="77777777">
        <w:trPr>
          <w:cantSplit/>
          <w:jc w:val="center"/>
        </w:trPr>
        <w:tc>
          <w:tcPr>
            <w:tcW w:w="504" w:type="dxa"/>
            <w:tcMar>
              <w:top w:w="100" w:type="dxa"/>
              <w:left w:w="110" w:type="dxa"/>
              <w:bottom w:w="100" w:type="dxa"/>
              <w:right w:w="110" w:type="dxa"/>
            </w:tcMar>
            <w:vAlign w:val="center"/>
          </w:tcPr>
          <w:p w14:paraId="1EC654B8" w14:textId="77777777" w:rsidR="006A55BC" w:rsidRDefault="00000000">
            <w:pPr>
              <w:spacing w:after="20" w:line="240" w:lineRule="auto"/>
            </w:pPr>
            <w:r>
              <w:rPr>
                <w:sz w:val="14"/>
              </w:rPr>
              <w:t>3</w:t>
            </w:r>
          </w:p>
        </w:tc>
        <w:tc>
          <w:tcPr>
            <w:tcW w:w="5112" w:type="dxa"/>
            <w:tcMar>
              <w:top w:w="100" w:type="dxa"/>
              <w:left w:w="110" w:type="dxa"/>
              <w:bottom w:w="100" w:type="dxa"/>
              <w:right w:w="110" w:type="dxa"/>
            </w:tcMar>
            <w:vAlign w:val="center"/>
          </w:tcPr>
          <w:p w14:paraId="39ACC8F9" w14:textId="77777777" w:rsidR="006A55BC" w:rsidRDefault="00000000">
            <w:pPr>
              <w:spacing w:after="20" w:line="240" w:lineRule="auto"/>
            </w:pPr>
            <w:r>
              <w:rPr>
                <w:sz w:val="14"/>
              </w:rPr>
              <w:t>Are facilitation payments prohibited and emergency procedures clear?</w:t>
            </w:r>
          </w:p>
        </w:tc>
        <w:tc>
          <w:tcPr>
            <w:tcW w:w="576" w:type="dxa"/>
            <w:tcMar>
              <w:top w:w="100" w:type="dxa"/>
              <w:left w:w="110" w:type="dxa"/>
              <w:bottom w:w="100" w:type="dxa"/>
              <w:right w:w="110" w:type="dxa"/>
            </w:tcMar>
            <w:vAlign w:val="center"/>
          </w:tcPr>
          <w:p w14:paraId="34A6BFCA"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7C187F39"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52D59B8D"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67BD5526"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65788658" w14:textId="77777777" w:rsidR="006A55BC" w:rsidRDefault="006A55BC">
            <w:pPr>
              <w:spacing w:after="20" w:line="240" w:lineRule="auto"/>
            </w:pPr>
          </w:p>
        </w:tc>
      </w:tr>
      <w:tr w:rsidR="006A55BC" w14:paraId="606FFD1A" w14:textId="77777777">
        <w:trPr>
          <w:cantSplit/>
          <w:jc w:val="center"/>
        </w:trPr>
        <w:tc>
          <w:tcPr>
            <w:tcW w:w="504" w:type="dxa"/>
            <w:shd w:val="clear" w:color="auto" w:fill="F4F7FA"/>
            <w:tcMar>
              <w:top w:w="100" w:type="dxa"/>
              <w:left w:w="110" w:type="dxa"/>
              <w:bottom w:w="100" w:type="dxa"/>
              <w:right w:w="110" w:type="dxa"/>
            </w:tcMar>
            <w:vAlign w:val="center"/>
          </w:tcPr>
          <w:p w14:paraId="720A8BEB" w14:textId="77777777" w:rsidR="006A55BC" w:rsidRDefault="00000000">
            <w:pPr>
              <w:spacing w:after="20" w:line="240" w:lineRule="auto"/>
            </w:pPr>
            <w:r>
              <w:rPr>
                <w:sz w:val="14"/>
              </w:rPr>
              <w:t>4</w:t>
            </w:r>
          </w:p>
        </w:tc>
        <w:tc>
          <w:tcPr>
            <w:tcW w:w="5112" w:type="dxa"/>
            <w:shd w:val="clear" w:color="auto" w:fill="F4F7FA"/>
            <w:tcMar>
              <w:top w:w="100" w:type="dxa"/>
              <w:left w:w="110" w:type="dxa"/>
              <w:bottom w:w="100" w:type="dxa"/>
              <w:right w:w="110" w:type="dxa"/>
            </w:tcMar>
            <w:vAlign w:val="center"/>
          </w:tcPr>
          <w:p w14:paraId="19A6B860" w14:textId="77777777" w:rsidR="006A55BC" w:rsidRDefault="00000000">
            <w:pPr>
              <w:spacing w:after="20" w:line="240" w:lineRule="auto"/>
            </w:pPr>
            <w:r>
              <w:rPr>
                <w:sz w:val="14"/>
              </w:rPr>
              <w:t>Are agents used for permits subject to enhanced due diligence?</w:t>
            </w:r>
          </w:p>
        </w:tc>
        <w:tc>
          <w:tcPr>
            <w:tcW w:w="576" w:type="dxa"/>
            <w:shd w:val="clear" w:color="auto" w:fill="F4F7FA"/>
            <w:tcMar>
              <w:top w:w="100" w:type="dxa"/>
              <w:left w:w="110" w:type="dxa"/>
              <w:bottom w:w="100" w:type="dxa"/>
              <w:right w:w="110" w:type="dxa"/>
            </w:tcMar>
            <w:vAlign w:val="center"/>
          </w:tcPr>
          <w:p w14:paraId="2BFBF40C"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7BCE3A89"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31A8933B"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2B2502D8"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45EAEC17" w14:textId="77777777" w:rsidR="006A55BC" w:rsidRDefault="006A55BC">
            <w:pPr>
              <w:spacing w:after="20" w:line="240" w:lineRule="auto"/>
            </w:pPr>
          </w:p>
        </w:tc>
      </w:tr>
      <w:tr w:rsidR="006A55BC" w14:paraId="706391FE" w14:textId="77777777">
        <w:trPr>
          <w:cantSplit/>
          <w:jc w:val="center"/>
        </w:trPr>
        <w:tc>
          <w:tcPr>
            <w:tcW w:w="504" w:type="dxa"/>
            <w:tcMar>
              <w:top w:w="100" w:type="dxa"/>
              <w:left w:w="110" w:type="dxa"/>
              <w:bottom w:w="100" w:type="dxa"/>
              <w:right w:w="110" w:type="dxa"/>
            </w:tcMar>
            <w:vAlign w:val="center"/>
          </w:tcPr>
          <w:p w14:paraId="434DCAFA" w14:textId="77777777" w:rsidR="006A55BC" w:rsidRDefault="00000000">
            <w:pPr>
              <w:spacing w:after="20" w:line="240" w:lineRule="auto"/>
            </w:pPr>
            <w:r>
              <w:rPr>
                <w:sz w:val="14"/>
              </w:rPr>
              <w:t>5</w:t>
            </w:r>
          </w:p>
        </w:tc>
        <w:tc>
          <w:tcPr>
            <w:tcW w:w="5112" w:type="dxa"/>
            <w:tcMar>
              <w:top w:w="100" w:type="dxa"/>
              <w:left w:w="110" w:type="dxa"/>
              <w:bottom w:w="100" w:type="dxa"/>
              <w:right w:w="110" w:type="dxa"/>
            </w:tcMar>
            <w:vAlign w:val="center"/>
          </w:tcPr>
          <w:p w14:paraId="1A70AE51" w14:textId="77777777" w:rsidR="006A55BC" w:rsidRDefault="00000000">
            <w:pPr>
              <w:spacing w:after="20" w:line="240" w:lineRule="auto"/>
            </w:pPr>
            <w:r>
              <w:rPr>
                <w:sz w:val="14"/>
              </w:rPr>
              <w:t>Are meetings and material communications appropriately recorded?</w:t>
            </w:r>
          </w:p>
        </w:tc>
        <w:tc>
          <w:tcPr>
            <w:tcW w:w="576" w:type="dxa"/>
            <w:tcMar>
              <w:top w:w="100" w:type="dxa"/>
              <w:left w:w="110" w:type="dxa"/>
              <w:bottom w:w="100" w:type="dxa"/>
              <w:right w:w="110" w:type="dxa"/>
            </w:tcMar>
            <w:vAlign w:val="center"/>
          </w:tcPr>
          <w:p w14:paraId="6FDC1691"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695A9AE8"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53F59537"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0F6A3E25"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79DEB8C7" w14:textId="77777777" w:rsidR="006A55BC" w:rsidRDefault="006A55BC">
            <w:pPr>
              <w:spacing w:after="20" w:line="240" w:lineRule="auto"/>
            </w:pPr>
          </w:p>
        </w:tc>
      </w:tr>
      <w:tr w:rsidR="006A55BC" w14:paraId="45680D4C" w14:textId="77777777">
        <w:trPr>
          <w:cantSplit/>
          <w:jc w:val="center"/>
        </w:trPr>
        <w:tc>
          <w:tcPr>
            <w:tcW w:w="504" w:type="dxa"/>
            <w:shd w:val="clear" w:color="auto" w:fill="F4F7FA"/>
            <w:tcMar>
              <w:top w:w="100" w:type="dxa"/>
              <w:left w:w="110" w:type="dxa"/>
              <w:bottom w:w="100" w:type="dxa"/>
              <w:right w:w="110" w:type="dxa"/>
            </w:tcMar>
            <w:vAlign w:val="center"/>
          </w:tcPr>
          <w:p w14:paraId="36E4A619" w14:textId="77777777" w:rsidR="006A55BC" w:rsidRDefault="00000000">
            <w:pPr>
              <w:spacing w:after="20" w:line="240" w:lineRule="auto"/>
            </w:pPr>
            <w:r>
              <w:rPr>
                <w:sz w:val="14"/>
              </w:rPr>
              <w:t>6</w:t>
            </w:r>
          </w:p>
        </w:tc>
        <w:tc>
          <w:tcPr>
            <w:tcW w:w="5112" w:type="dxa"/>
            <w:shd w:val="clear" w:color="auto" w:fill="F4F7FA"/>
            <w:tcMar>
              <w:top w:w="100" w:type="dxa"/>
              <w:left w:w="110" w:type="dxa"/>
              <w:bottom w:w="100" w:type="dxa"/>
              <w:right w:w="110" w:type="dxa"/>
            </w:tcMar>
            <w:vAlign w:val="center"/>
          </w:tcPr>
          <w:p w14:paraId="7CC4EB6A" w14:textId="77777777" w:rsidR="006A55BC" w:rsidRDefault="00000000">
            <w:pPr>
              <w:spacing w:after="20" w:line="240" w:lineRule="auto"/>
            </w:pPr>
            <w:r>
              <w:rPr>
                <w:sz w:val="14"/>
              </w:rPr>
              <w:t>Are gifts, travel, employment and donations involving officials controlled?</w:t>
            </w:r>
          </w:p>
        </w:tc>
        <w:tc>
          <w:tcPr>
            <w:tcW w:w="576" w:type="dxa"/>
            <w:shd w:val="clear" w:color="auto" w:fill="F4F7FA"/>
            <w:tcMar>
              <w:top w:w="100" w:type="dxa"/>
              <w:left w:w="110" w:type="dxa"/>
              <w:bottom w:w="100" w:type="dxa"/>
              <w:right w:w="110" w:type="dxa"/>
            </w:tcMar>
            <w:vAlign w:val="center"/>
          </w:tcPr>
          <w:p w14:paraId="298835A6"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697EE9C2"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44DAAA1E"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13BD174B"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58335C48" w14:textId="77777777" w:rsidR="006A55BC" w:rsidRDefault="006A55BC">
            <w:pPr>
              <w:spacing w:after="20" w:line="240" w:lineRule="auto"/>
            </w:pPr>
          </w:p>
        </w:tc>
      </w:tr>
      <w:tr w:rsidR="006A55BC" w14:paraId="65958AF1" w14:textId="77777777">
        <w:trPr>
          <w:cantSplit/>
          <w:jc w:val="center"/>
        </w:trPr>
        <w:tc>
          <w:tcPr>
            <w:tcW w:w="504" w:type="dxa"/>
            <w:tcMar>
              <w:top w:w="100" w:type="dxa"/>
              <w:left w:w="110" w:type="dxa"/>
              <w:bottom w:w="100" w:type="dxa"/>
              <w:right w:w="110" w:type="dxa"/>
            </w:tcMar>
            <w:vAlign w:val="center"/>
          </w:tcPr>
          <w:p w14:paraId="43D2FFF7" w14:textId="77777777" w:rsidR="006A55BC" w:rsidRDefault="00000000">
            <w:pPr>
              <w:spacing w:after="20" w:line="240" w:lineRule="auto"/>
            </w:pPr>
            <w:r>
              <w:rPr>
                <w:sz w:val="14"/>
              </w:rPr>
              <w:t>7</w:t>
            </w:r>
          </w:p>
        </w:tc>
        <w:tc>
          <w:tcPr>
            <w:tcW w:w="5112" w:type="dxa"/>
            <w:tcMar>
              <w:top w:w="100" w:type="dxa"/>
              <w:left w:w="110" w:type="dxa"/>
              <w:bottom w:w="100" w:type="dxa"/>
              <w:right w:w="110" w:type="dxa"/>
            </w:tcMar>
            <w:vAlign w:val="center"/>
          </w:tcPr>
          <w:p w14:paraId="10B27B07" w14:textId="77777777" w:rsidR="006A55BC" w:rsidRDefault="00000000">
            <w:pPr>
              <w:spacing w:after="20" w:line="240" w:lineRule="auto"/>
            </w:pPr>
            <w:r>
              <w:rPr>
                <w:sz w:val="14"/>
              </w:rPr>
              <w:t>Are delays, repeated rejections, unusual requests and unofficial channels escalated?</w:t>
            </w:r>
          </w:p>
        </w:tc>
        <w:tc>
          <w:tcPr>
            <w:tcW w:w="576" w:type="dxa"/>
            <w:tcMar>
              <w:top w:w="100" w:type="dxa"/>
              <w:left w:w="110" w:type="dxa"/>
              <w:bottom w:w="100" w:type="dxa"/>
              <w:right w:w="110" w:type="dxa"/>
            </w:tcMar>
            <w:vAlign w:val="center"/>
          </w:tcPr>
          <w:p w14:paraId="2A267C48"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217AAD9A" w14:textId="77777777" w:rsidR="006A55BC" w:rsidRDefault="00000000">
            <w:pPr>
              <w:spacing w:after="20" w:line="240" w:lineRule="auto"/>
            </w:pPr>
            <w:r>
              <w:rPr>
                <w:sz w:val="14"/>
              </w:rPr>
              <w:t>☐</w:t>
            </w:r>
          </w:p>
        </w:tc>
        <w:tc>
          <w:tcPr>
            <w:tcW w:w="720" w:type="dxa"/>
            <w:tcMar>
              <w:top w:w="100" w:type="dxa"/>
              <w:left w:w="110" w:type="dxa"/>
              <w:bottom w:w="100" w:type="dxa"/>
              <w:right w:w="110" w:type="dxa"/>
            </w:tcMar>
            <w:vAlign w:val="center"/>
          </w:tcPr>
          <w:p w14:paraId="7A629F72" w14:textId="77777777" w:rsidR="006A55BC" w:rsidRDefault="00000000">
            <w:pPr>
              <w:spacing w:after="20" w:line="240" w:lineRule="auto"/>
            </w:pPr>
            <w:r>
              <w:rPr>
                <w:sz w:val="14"/>
              </w:rPr>
              <w:t>☐</w:t>
            </w:r>
          </w:p>
        </w:tc>
        <w:tc>
          <w:tcPr>
            <w:tcW w:w="576" w:type="dxa"/>
            <w:tcMar>
              <w:top w:w="100" w:type="dxa"/>
              <w:left w:w="110" w:type="dxa"/>
              <w:bottom w:w="100" w:type="dxa"/>
              <w:right w:w="110" w:type="dxa"/>
            </w:tcMar>
            <w:vAlign w:val="center"/>
          </w:tcPr>
          <w:p w14:paraId="348BC297" w14:textId="77777777" w:rsidR="006A55BC" w:rsidRDefault="00000000">
            <w:pPr>
              <w:spacing w:after="20" w:line="240" w:lineRule="auto"/>
            </w:pPr>
            <w:r>
              <w:rPr>
                <w:sz w:val="14"/>
              </w:rPr>
              <w:t>☐</w:t>
            </w:r>
          </w:p>
        </w:tc>
        <w:tc>
          <w:tcPr>
            <w:tcW w:w="1872" w:type="dxa"/>
            <w:tcMar>
              <w:top w:w="100" w:type="dxa"/>
              <w:left w:w="110" w:type="dxa"/>
              <w:bottom w:w="100" w:type="dxa"/>
              <w:right w:w="110" w:type="dxa"/>
            </w:tcMar>
            <w:vAlign w:val="center"/>
          </w:tcPr>
          <w:p w14:paraId="70B4DD2A" w14:textId="77777777" w:rsidR="006A55BC" w:rsidRDefault="006A55BC">
            <w:pPr>
              <w:spacing w:after="20" w:line="240" w:lineRule="auto"/>
            </w:pPr>
          </w:p>
        </w:tc>
      </w:tr>
      <w:tr w:rsidR="006A55BC" w14:paraId="5750B24F" w14:textId="77777777">
        <w:trPr>
          <w:cantSplit/>
          <w:jc w:val="center"/>
        </w:trPr>
        <w:tc>
          <w:tcPr>
            <w:tcW w:w="504" w:type="dxa"/>
            <w:shd w:val="clear" w:color="auto" w:fill="F4F7FA"/>
            <w:tcMar>
              <w:top w:w="100" w:type="dxa"/>
              <w:left w:w="110" w:type="dxa"/>
              <w:bottom w:w="100" w:type="dxa"/>
              <w:right w:w="110" w:type="dxa"/>
            </w:tcMar>
            <w:vAlign w:val="center"/>
          </w:tcPr>
          <w:p w14:paraId="350034F7" w14:textId="77777777" w:rsidR="006A55BC" w:rsidRDefault="00000000">
            <w:pPr>
              <w:spacing w:after="20" w:line="240" w:lineRule="auto"/>
            </w:pPr>
            <w:r>
              <w:rPr>
                <w:sz w:val="14"/>
              </w:rPr>
              <w:t>8</w:t>
            </w:r>
          </w:p>
        </w:tc>
        <w:tc>
          <w:tcPr>
            <w:tcW w:w="5112" w:type="dxa"/>
            <w:shd w:val="clear" w:color="auto" w:fill="F4F7FA"/>
            <w:tcMar>
              <w:top w:w="100" w:type="dxa"/>
              <w:left w:w="110" w:type="dxa"/>
              <w:bottom w:w="100" w:type="dxa"/>
              <w:right w:w="110" w:type="dxa"/>
            </w:tcMar>
            <w:vAlign w:val="center"/>
          </w:tcPr>
          <w:p w14:paraId="63FCB368" w14:textId="77777777" w:rsidR="006A55BC" w:rsidRDefault="00000000">
            <w:pPr>
              <w:spacing w:after="20" w:line="240" w:lineRule="auto"/>
            </w:pPr>
            <w:r>
              <w:rPr>
                <w:sz w:val="14"/>
              </w:rPr>
              <w:t>Are approvals independently verified for authenticity?</w:t>
            </w:r>
          </w:p>
        </w:tc>
        <w:tc>
          <w:tcPr>
            <w:tcW w:w="576" w:type="dxa"/>
            <w:shd w:val="clear" w:color="auto" w:fill="F4F7FA"/>
            <w:tcMar>
              <w:top w:w="100" w:type="dxa"/>
              <w:left w:w="110" w:type="dxa"/>
              <w:bottom w:w="100" w:type="dxa"/>
              <w:right w:w="110" w:type="dxa"/>
            </w:tcMar>
            <w:vAlign w:val="center"/>
          </w:tcPr>
          <w:p w14:paraId="707B8827"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4E23252C" w14:textId="77777777" w:rsidR="006A55BC" w:rsidRDefault="00000000">
            <w:pPr>
              <w:spacing w:after="20" w:line="240" w:lineRule="auto"/>
            </w:pPr>
            <w:r>
              <w:rPr>
                <w:sz w:val="14"/>
              </w:rPr>
              <w:t>☐</w:t>
            </w:r>
          </w:p>
        </w:tc>
        <w:tc>
          <w:tcPr>
            <w:tcW w:w="720" w:type="dxa"/>
            <w:shd w:val="clear" w:color="auto" w:fill="F4F7FA"/>
            <w:tcMar>
              <w:top w:w="100" w:type="dxa"/>
              <w:left w:w="110" w:type="dxa"/>
              <w:bottom w:w="100" w:type="dxa"/>
              <w:right w:w="110" w:type="dxa"/>
            </w:tcMar>
            <w:vAlign w:val="center"/>
          </w:tcPr>
          <w:p w14:paraId="3555DD21" w14:textId="77777777" w:rsidR="006A55BC" w:rsidRDefault="00000000">
            <w:pPr>
              <w:spacing w:after="20" w:line="240" w:lineRule="auto"/>
            </w:pPr>
            <w:r>
              <w:rPr>
                <w:sz w:val="14"/>
              </w:rPr>
              <w:t>☐</w:t>
            </w:r>
          </w:p>
        </w:tc>
        <w:tc>
          <w:tcPr>
            <w:tcW w:w="576" w:type="dxa"/>
            <w:shd w:val="clear" w:color="auto" w:fill="F4F7FA"/>
            <w:tcMar>
              <w:top w:w="100" w:type="dxa"/>
              <w:left w:w="110" w:type="dxa"/>
              <w:bottom w:w="100" w:type="dxa"/>
              <w:right w:w="110" w:type="dxa"/>
            </w:tcMar>
            <w:vAlign w:val="center"/>
          </w:tcPr>
          <w:p w14:paraId="3A111427" w14:textId="77777777" w:rsidR="006A55BC" w:rsidRDefault="00000000">
            <w:pPr>
              <w:spacing w:after="20" w:line="240" w:lineRule="auto"/>
            </w:pPr>
            <w:r>
              <w:rPr>
                <w:sz w:val="14"/>
              </w:rPr>
              <w:t>☐</w:t>
            </w:r>
          </w:p>
        </w:tc>
        <w:tc>
          <w:tcPr>
            <w:tcW w:w="1872" w:type="dxa"/>
            <w:shd w:val="clear" w:color="auto" w:fill="F4F7FA"/>
            <w:tcMar>
              <w:top w:w="100" w:type="dxa"/>
              <w:left w:w="110" w:type="dxa"/>
              <w:bottom w:w="100" w:type="dxa"/>
              <w:right w:w="110" w:type="dxa"/>
            </w:tcMar>
            <w:vAlign w:val="center"/>
          </w:tcPr>
          <w:p w14:paraId="3C3EFBDA" w14:textId="77777777" w:rsidR="006A55BC" w:rsidRDefault="006A55BC">
            <w:pPr>
              <w:spacing w:after="20" w:line="240" w:lineRule="auto"/>
            </w:pPr>
          </w:p>
        </w:tc>
      </w:tr>
    </w:tbl>
    <w:p w14:paraId="4DD571EA" w14:textId="77777777" w:rsidR="006A55BC" w:rsidRDefault="006A55BC">
      <w:pPr>
        <w:spacing w:after="20"/>
      </w:pPr>
    </w:p>
    <w:p w14:paraId="10800975" w14:textId="77777777" w:rsidR="006A55BC" w:rsidRDefault="00000000">
      <w:r>
        <w:br w:type="page"/>
      </w:r>
    </w:p>
    <w:p w14:paraId="1AF7931D" w14:textId="77777777" w:rsidR="006A55BC" w:rsidRDefault="00000000">
      <w:pPr>
        <w:pStyle w:val="Heading1"/>
      </w:pPr>
      <w:r>
        <w:lastRenderedPageBreak/>
        <w:t>Section 10 Red Flags and Escalation</w:t>
      </w:r>
    </w:p>
    <w:p w14:paraId="26D38F8F" w14:textId="77777777" w:rsidR="006A55BC" w:rsidRDefault="00000000">
      <w:pPr>
        <w:pStyle w:val="Heading2"/>
      </w:pPr>
      <w:r>
        <w:t>10.1 Illustrative Red Flags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728"/>
        <w:gridCol w:w="8208"/>
      </w:tblGrid>
      <w:tr w:rsidR="006A55BC" w14:paraId="22352FEA" w14:textId="77777777">
        <w:trPr>
          <w:cantSplit/>
          <w:tblHeader/>
          <w:jc w:val="center"/>
        </w:trPr>
        <w:tc>
          <w:tcPr>
            <w:tcW w:w="1728" w:type="dxa"/>
            <w:shd w:val="clear" w:color="auto" w:fill="17365D"/>
            <w:tcMar>
              <w:top w:w="100" w:type="dxa"/>
              <w:left w:w="110" w:type="dxa"/>
              <w:bottom w:w="100" w:type="dxa"/>
              <w:right w:w="110" w:type="dxa"/>
            </w:tcMar>
            <w:vAlign w:val="center"/>
          </w:tcPr>
          <w:p w14:paraId="1D373A7E" w14:textId="77777777" w:rsidR="006A55BC" w:rsidRDefault="00000000">
            <w:r>
              <w:rPr>
                <w:b/>
                <w:color w:val="FFFFFF"/>
                <w:sz w:val="16"/>
              </w:rPr>
              <w:t>Area</w:t>
            </w:r>
          </w:p>
        </w:tc>
        <w:tc>
          <w:tcPr>
            <w:tcW w:w="8208" w:type="dxa"/>
            <w:shd w:val="clear" w:color="auto" w:fill="17365D"/>
            <w:tcMar>
              <w:top w:w="100" w:type="dxa"/>
              <w:left w:w="110" w:type="dxa"/>
              <w:bottom w:w="100" w:type="dxa"/>
              <w:right w:w="110" w:type="dxa"/>
            </w:tcMar>
            <w:vAlign w:val="center"/>
          </w:tcPr>
          <w:p w14:paraId="6ACBA992" w14:textId="77777777" w:rsidR="006A55BC" w:rsidRDefault="00000000">
            <w:r>
              <w:rPr>
                <w:b/>
                <w:color w:val="FFFFFF"/>
                <w:sz w:val="16"/>
              </w:rPr>
              <w:t>Red flags</w:t>
            </w:r>
          </w:p>
        </w:tc>
      </w:tr>
      <w:tr w:rsidR="006A55BC" w14:paraId="04A31848" w14:textId="77777777">
        <w:trPr>
          <w:cantSplit/>
          <w:jc w:val="center"/>
        </w:trPr>
        <w:tc>
          <w:tcPr>
            <w:tcW w:w="1728" w:type="dxa"/>
            <w:tcMar>
              <w:top w:w="100" w:type="dxa"/>
              <w:left w:w="110" w:type="dxa"/>
              <w:bottom w:w="100" w:type="dxa"/>
              <w:right w:w="110" w:type="dxa"/>
            </w:tcMar>
            <w:vAlign w:val="center"/>
          </w:tcPr>
          <w:p w14:paraId="6D7BF0CF" w14:textId="77777777" w:rsidR="006A55BC" w:rsidRDefault="00000000">
            <w:pPr>
              <w:spacing w:after="20" w:line="240" w:lineRule="auto"/>
            </w:pPr>
            <w:r>
              <w:rPr>
                <w:sz w:val="16"/>
              </w:rPr>
              <w:t>Third party</w:t>
            </w:r>
          </w:p>
        </w:tc>
        <w:tc>
          <w:tcPr>
            <w:tcW w:w="8208" w:type="dxa"/>
            <w:tcMar>
              <w:top w:w="100" w:type="dxa"/>
              <w:left w:w="110" w:type="dxa"/>
              <w:bottom w:w="100" w:type="dxa"/>
              <w:right w:w="110" w:type="dxa"/>
            </w:tcMar>
            <w:vAlign w:val="center"/>
          </w:tcPr>
          <w:p w14:paraId="46D21602" w14:textId="77777777" w:rsidR="006A55BC" w:rsidRDefault="00000000">
            <w:pPr>
              <w:spacing w:after="20" w:line="240" w:lineRule="auto"/>
            </w:pPr>
            <w:r>
              <w:rPr>
                <w:sz w:val="16"/>
              </w:rPr>
              <w:t>Refusal to disclose ownership; public-official relationship; no relevant capability; unusual secrecy; vague services; excessive commission; offshore or unrelated bank account.</w:t>
            </w:r>
          </w:p>
        </w:tc>
      </w:tr>
      <w:tr w:rsidR="006A55BC" w14:paraId="348DD941" w14:textId="77777777">
        <w:trPr>
          <w:cantSplit/>
          <w:jc w:val="center"/>
        </w:trPr>
        <w:tc>
          <w:tcPr>
            <w:tcW w:w="1728" w:type="dxa"/>
            <w:shd w:val="clear" w:color="auto" w:fill="F4F7FA"/>
            <w:tcMar>
              <w:top w:w="100" w:type="dxa"/>
              <w:left w:w="110" w:type="dxa"/>
              <w:bottom w:w="100" w:type="dxa"/>
              <w:right w:w="110" w:type="dxa"/>
            </w:tcMar>
            <w:vAlign w:val="center"/>
          </w:tcPr>
          <w:p w14:paraId="7FE7358E" w14:textId="77777777" w:rsidR="006A55BC" w:rsidRDefault="00000000">
            <w:pPr>
              <w:spacing w:after="20" w:line="240" w:lineRule="auto"/>
            </w:pPr>
            <w:r>
              <w:rPr>
                <w:sz w:val="16"/>
              </w:rPr>
              <w:t>Procurement</w:t>
            </w:r>
          </w:p>
        </w:tc>
        <w:tc>
          <w:tcPr>
            <w:tcW w:w="8208" w:type="dxa"/>
            <w:shd w:val="clear" w:color="auto" w:fill="F4F7FA"/>
            <w:tcMar>
              <w:top w:w="100" w:type="dxa"/>
              <w:left w:w="110" w:type="dxa"/>
              <w:bottom w:w="100" w:type="dxa"/>
              <w:right w:w="110" w:type="dxa"/>
            </w:tcMar>
            <w:vAlign w:val="center"/>
          </w:tcPr>
          <w:p w14:paraId="63FE79A7" w14:textId="77777777" w:rsidR="006A55BC" w:rsidRDefault="00000000">
            <w:pPr>
              <w:spacing w:after="20" w:line="240" w:lineRule="auto"/>
            </w:pPr>
            <w:r>
              <w:rPr>
                <w:sz w:val="16"/>
              </w:rPr>
              <w:t>Repeated single bids; identical quotation errors; rotating winners; tailored specifications; late bids accepted; unexplained scoring changes; split awards.</w:t>
            </w:r>
          </w:p>
        </w:tc>
      </w:tr>
      <w:tr w:rsidR="006A55BC" w14:paraId="62CDA147" w14:textId="77777777">
        <w:trPr>
          <w:cantSplit/>
          <w:jc w:val="center"/>
        </w:trPr>
        <w:tc>
          <w:tcPr>
            <w:tcW w:w="1728" w:type="dxa"/>
            <w:tcMar>
              <w:top w:w="100" w:type="dxa"/>
              <w:left w:w="110" w:type="dxa"/>
              <w:bottom w:w="100" w:type="dxa"/>
              <w:right w:w="110" w:type="dxa"/>
            </w:tcMar>
            <w:vAlign w:val="center"/>
          </w:tcPr>
          <w:p w14:paraId="40D4676F" w14:textId="77777777" w:rsidR="006A55BC" w:rsidRDefault="00000000">
            <w:pPr>
              <w:spacing w:after="20" w:line="240" w:lineRule="auto"/>
            </w:pPr>
            <w:r>
              <w:rPr>
                <w:sz w:val="16"/>
              </w:rPr>
              <w:t>Payments</w:t>
            </w:r>
          </w:p>
        </w:tc>
        <w:tc>
          <w:tcPr>
            <w:tcW w:w="8208" w:type="dxa"/>
            <w:tcMar>
              <w:top w:w="100" w:type="dxa"/>
              <w:left w:w="110" w:type="dxa"/>
              <w:bottom w:w="100" w:type="dxa"/>
              <w:right w:w="110" w:type="dxa"/>
            </w:tcMar>
            <w:vAlign w:val="center"/>
          </w:tcPr>
          <w:p w14:paraId="2F90D87B" w14:textId="77777777" w:rsidR="006A55BC" w:rsidRDefault="00000000">
            <w:pPr>
              <w:spacing w:after="20" w:line="240" w:lineRule="auto"/>
            </w:pPr>
            <w:r>
              <w:rPr>
                <w:sz w:val="16"/>
              </w:rPr>
              <w:t>Round sums; duplicate invoices; sequential invoices; just-below-threshold amounts; weekend approvals; cash requests; unsupported urgency; payment before contract.</w:t>
            </w:r>
          </w:p>
        </w:tc>
      </w:tr>
      <w:tr w:rsidR="006A55BC" w14:paraId="19BE09AB" w14:textId="77777777">
        <w:trPr>
          <w:cantSplit/>
          <w:jc w:val="center"/>
        </w:trPr>
        <w:tc>
          <w:tcPr>
            <w:tcW w:w="1728" w:type="dxa"/>
            <w:shd w:val="clear" w:color="auto" w:fill="F4F7FA"/>
            <w:tcMar>
              <w:top w:w="100" w:type="dxa"/>
              <w:left w:w="110" w:type="dxa"/>
              <w:bottom w:w="100" w:type="dxa"/>
              <w:right w:w="110" w:type="dxa"/>
            </w:tcMar>
            <w:vAlign w:val="center"/>
          </w:tcPr>
          <w:p w14:paraId="05B0FC49" w14:textId="77777777" w:rsidR="006A55BC" w:rsidRDefault="00000000">
            <w:pPr>
              <w:spacing w:after="20" w:line="240" w:lineRule="auto"/>
            </w:pPr>
            <w:r>
              <w:rPr>
                <w:sz w:val="16"/>
              </w:rPr>
              <w:t>Gifts and travel</w:t>
            </w:r>
          </w:p>
        </w:tc>
        <w:tc>
          <w:tcPr>
            <w:tcW w:w="8208" w:type="dxa"/>
            <w:shd w:val="clear" w:color="auto" w:fill="F4F7FA"/>
            <w:tcMar>
              <w:top w:w="100" w:type="dxa"/>
              <w:left w:w="110" w:type="dxa"/>
              <w:bottom w:w="100" w:type="dxa"/>
              <w:right w:w="110" w:type="dxa"/>
            </w:tcMar>
            <w:vAlign w:val="center"/>
          </w:tcPr>
          <w:p w14:paraId="71CB27AD" w14:textId="77777777" w:rsidR="006A55BC" w:rsidRDefault="00000000">
            <w:pPr>
              <w:spacing w:after="20" w:line="240" w:lineRule="auto"/>
            </w:pPr>
            <w:r>
              <w:rPr>
                <w:sz w:val="16"/>
              </w:rPr>
              <w:t>Personal benefit; family member included; lavish entertainment; timing near decision; repeated benefits; cash equivalent; inaccurate expense description.</w:t>
            </w:r>
          </w:p>
        </w:tc>
      </w:tr>
      <w:tr w:rsidR="006A55BC" w14:paraId="3D6F1ED0" w14:textId="77777777">
        <w:trPr>
          <w:cantSplit/>
          <w:jc w:val="center"/>
        </w:trPr>
        <w:tc>
          <w:tcPr>
            <w:tcW w:w="1728" w:type="dxa"/>
            <w:tcMar>
              <w:top w:w="100" w:type="dxa"/>
              <w:left w:w="110" w:type="dxa"/>
              <w:bottom w:w="100" w:type="dxa"/>
              <w:right w:w="110" w:type="dxa"/>
            </w:tcMar>
            <w:vAlign w:val="center"/>
          </w:tcPr>
          <w:p w14:paraId="2A85954D" w14:textId="77777777" w:rsidR="006A55BC" w:rsidRDefault="00000000">
            <w:pPr>
              <w:spacing w:after="20" w:line="240" w:lineRule="auto"/>
            </w:pPr>
            <w:r>
              <w:rPr>
                <w:sz w:val="16"/>
              </w:rPr>
              <w:t>Conflicts</w:t>
            </w:r>
          </w:p>
        </w:tc>
        <w:tc>
          <w:tcPr>
            <w:tcW w:w="8208" w:type="dxa"/>
            <w:tcMar>
              <w:top w:w="100" w:type="dxa"/>
              <w:left w:w="110" w:type="dxa"/>
              <w:bottom w:w="100" w:type="dxa"/>
              <w:right w:w="110" w:type="dxa"/>
            </w:tcMar>
            <w:vAlign w:val="center"/>
          </w:tcPr>
          <w:p w14:paraId="61BD7CF1" w14:textId="77777777" w:rsidR="006A55BC" w:rsidRDefault="00000000">
            <w:pPr>
              <w:spacing w:after="20" w:line="240" w:lineRule="auto"/>
            </w:pPr>
            <w:r>
              <w:rPr>
                <w:sz w:val="16"/>
              </w:rPr>
              <w:t>Shared address, phone, email or bank data; undisclosed family link; employee directs work to one vendor; unexplained wealth or lifestyle.</w:t>
            </w:r>
          </w:p>
        </w:tc>
      </w:tr>
      <w:tr w:rsidR="006A55BC" w14:paraId="768516D6" w14:textId="77777777">
        <w:trPr>
          <w:cantSplit/>
          <w:jc w:val="center"/>
        </w:trPr>
        <w:tc>
          <w:tcPr>
            <w:tcW w:w="1728" w:type="dxa"/>
            <w:shd w:val="clear" w:color="auto" w:fill="F4F7FA"/>
            <w:tcMar>
              <w:top w:w="100" w:type="dxa"/>
              <w:left w:w="110" w:type="dxa"/>
              <w:bottom w:w="100" w:type="dxa"/>
              <w:right w:w="110" w:type="dxa"/>
            </w:tcMar>
            <w:vAlign w:val="center"/>
          </w:tcPr>
          <w:p w14:paraId="6AFDF5AA" w14:textId="77777777" w:rsidR="006A55BC" w:rsidRDefault="00000000">
            <w:pPr>
              <w:spacing w:after="20" w:line="240" w:lineRule="auto"/>
            </w:pPr>
            <w:r>
              <w:rPr>
                <w:sz w:val="16"/>
              </w:rPr>
              <w:t>Public officials</w:t>
            </w:r>
          </w:p>
        </w:tc>
        <w:tc>
          <w:tcPr>
            <w:tcW w:w="8208" w:type="dxa"/>
            <w:shd w:val="clear" w:color="auto" w:fill="F4F7FA"/>
            <w:tcMar>
              <w:top w:w="100" w:type="dxa"/>
              <w:left w:w="110" w:type="dxa"/>
              <w:bottom w:w="100" w:type="dxa"/>
              <w:right w:w="110" w:type="dxa"/>
            </w:tcMar>
            <w:vAlign w:val="center"/>
          </w:tcPr>
          <w:p w14:paraId="2BC66E60" w14:textId="77777777" w:rsidR="006A55BC" w:rsidRDefault="00000000">
            <w:pPr>
              <w:spacing w:after="20" w:line="240" w:lineRule="auto"/>
            </w:pPr>
            <w:r>
              <w:rPr>
                <w:sz w:val="16"/>
              </w:rPr>
              <w:t>Unofficial fee; personal account; no receipt; request through a relative; pressure to use a named intermediary; benefit linked to inspection or approval.</w:t>
            </w:r>
          </w:p>
        </w:tc>
      </w:tr>
      <w:tr w:rsidR="006A55BC" w14:paraId="4C5C6590" w14:textId="77777777">
        <w:trPr>
          <w:cantSplit/>
          <w:jc w:val="center"/>
        </w:trPr>
        <w:tc>
          <w:tcPr>
            <w:tcW w:w="1728" w:type="dxa"/>
            <w:tcMar>
              <w:top w:w="100" w:type="dxa"/>
              <w:left w:w="110" w:type="dxa"/>
              <w:bottom w:w="100" w:type="dxa"/>
              <w:right w:w="110" w:type="dxa"/>
            </w:tcMar>
            <w:vAlign w:val="center"/>
          </w:tcPr>
          <w:p w14:paraId="6ACA1842" w14:textId="77777777" w:rsidR="006A55BC" w:rsidRDefault="00000000">
            <w:pPr>
              <w:spacing w:after="20" w:line="240" w:lineRule="auto"/>
            </w:pPr>
            <w:r>
              <w:rPr>
                <w:sz w:val="16"/>
              </w:rPr>
              <w:t>Books and records</w:t>
            </w:r>
          </w:p>
        </w:tc>
        <w:tc>
          <w:tcPr>
            <w:tcW w:w="8208" w:type="dxa"/>
            <w:tcMar>
              <w:top w:w="100" w:type="dxa"/>
              <w:left w:w="110" w:type="dxa"/>
              <w:bottom w:w="100" w:type="dxa"/>
              <w:right w:w="110" w:type="dxa"/>
            </w:tcMar>
            <w:vAlign w:val="center"/>
          </w:tcPr>
          <w:p w14:paraId="66119A61" w14:textId="77777777" w:rsidR="006A55BC" w:rsidRDefault="00000000">
            <w:pPr>
              <w:spacing w:after="20" w:line="240" w:lineRule="auto"/>
            </w:pPr>
            <w:r>
              <w:rPr>
                <w:sz w:val="16"/>
              </w:rPr>
              <w:t>Generic descriptions; altered documents; missing audit trail; miscoded expense; unusual journal; backdated approval; destroyed or withheld record.</w:t>
            </w:r>
          </w:p>
        </w:tc>
      </w:tr>
      <w:tr w:rsidR="006A55BC" w14:paraId="5B837199" w14:textId="77777777">
        <w:trPr>
          <w:cantSplit/>
          <w:jc w:val="center"/>
        </w:trPr>
        <w:tc>
          <w:tcPr>
            <w:tcW w:w="1728" w:type="dxa"/>
            <w:shd w:val="clear" w:color="auto" w:fill="F4F7FA"/>
            <w:tcMar>
              <w:top w:w="100" w:type="dxa"/>
              <w:left w:w="110" w:type="dxa"/>
              <w:bottom w:w="100" w:type="dxa"/>
              <w:right w:w="110" w:type="dxa"/>
            </w:tcMar>
            <w:vAlign w:val="center"/>
          </w:tcPr>
          <w:p w14:paraId="0FB1157D" w14:textId="77777777" w:rsidR="006A55BC" w:rsidRDefault="00000000">
            <w:pPr>
              <w:spacing w:after="20" w:line="240" w:lineRule="auto"/>
            </w:pPr>
            <w:r>
              <w:rPr>
                <w:sz w:val="16"/>
              </w:rPr>
              <w:t>Culture</w:t>
            </w:r>
          </w:p>
        </w:tc>
        <w:tc>
          <w:tcPr>
            <w:tcW w:w="8208" w:type="dxa"/>
            <w:shd w:val="clear" w:color="auto" w:fill="F4F7FA"/>
            <w:tcMar>
              <w:top w:w="100" w:type="dxa"/>
              <w:left w:w="110" w:type="dxa"/>
              <w:bottom w:w="100" w:type="dxa"/>
              <w:right w:w="110" w:type="dxa"/>
            </w:tcMar>
            <w:vAlign w:val="center"/>
          </w:tcPr>
          <w:p w14:paraId="17921D87" w14:textId="77777777" w:rsidR="006A55BC" w:rsidRDefault="00000000">
            <w:pPr>
              <w:spacing w:after="20" w:line="240" w:lineRule="auto"/>
            </w:pPr>
            <w:r>
              <w:rPr>
                <w:sz w:val="16"/>
              </w:rPr>
              <w:t>Fear of speaking up; repeated override; retaliation; high performer protected; allegations closed without rationale; audit findings repeatedly overdue.</w:t>
            </w:r>
          </w:p>
        </w:tc>
      </w:tr>
    </w:tbl>
    <w:p w14:paraId="5CA9E534" w14:textId="77777777" w:rsidR="006A55BC" w:rsidRDefault="006A55BC">
      <w:pPr>
        <w:spacing w:after="20"/>
      </w:pPr>
    </w:p>
    <w:p w14:paraId="7CCAE7EF" w14:textId="77777777" w:rsidR="006A55BC" w:rsidRDefault="00000000">
      <w:pPr>
        <w:pStyle w:val="Heading2"/>
      </w:pPr>
      <w:r>
        <w:t>10.2 Red Flag Resolution Log</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76"/>
        <w:gridCol w:w="936"/>
        <w:gridCol w:w="1944"/>
        <w:gridCol w:w="1872"/>
        <w:gridCol w:w="1008"/>
        <w:gridCol w:w="1656"/>
        <w:gridCol w:w="1152"/>
        <w:gridCol w:w="792"/>
      </w:tblGrid>
      <w:tr w:rsidR="006A55BC" w14:paraId="05A41DD7" w14:textId="77777777">
        <w:trPr>
          <w:cantSplit/>
          <w:tblHeader/>
          <w:jc w:val="center"/>
        </w:trPr>
        <w:tc>
          <w:tcPr>
            <w:tcW w:w="576" w:type="dxa"/>
            <w:shd w:val="clear" w:color="auto" w:fill="17365D"/>
            <w:tcMar>
              <w:top w:w="100" w:type="dxa"/>
              <w:left w:w="110" w:type="dxa"/>
              <w:bottom w:w="100" w:type="dxa"/>
              <w:right w:w="110" w:type="dxa"/>
            </w:tcMar>
            <w:vAlign w:val="center"/>
          </w:tcPr>
          <w:p w14:paraId="0F30B92F" w14:textId="77777777" w:rsidR="006A55BC" w:rsidRDefault="00000000">
            <w:r>
              <w:rPr>
                <w:b/>
                <w:color w:val="FFFFFF"/>
                <w:sz w:val="14"/>
              </w:rPr>
              <w:t>Ref</w:t>
            </w:r>
          </w:p>
        </w:tc>
        <w:tc>
          <w:tcPr>
            <w:tcW w:w="936" w:type="dxa"/>
            <w:shd w:val="clear" w:color="auto" w:fill="17365D"/>
            <w:tcMar>
              <w:top w:w="100" w:type="dxa"/>
              <w:left w:w="110" w:type="dxa"/>
              <w:bottom w:w="100" w:type="dxa"/>
              <w:right w:w="110" w:type="dxa"/>
            </w:tcMar>
            <w:vAlign w:val="center"/>
          </w:tcPr>
          <w:p w14:paraId="5B3CEF34" w14:textId="77777777" w:rsidR="006A55BC" w:rsidRDefault="00000000">
            <w:r>
              <w:rPr>
                <w:b/>
                <w:color w:val="FFFFFF"/>
                <w:sz w:val="14"/>
              </w:rPr>
              <w:t>Date</w:t>
            </w:r>
          </w:p>
        </w:tc>
        <w:tc>
          <w:tcPr>
            <w:tcW w:w="1944" w:type="dxa"/>
            <w:shd w:val="clear" w:color="auto" w:fill="17365D"/>
            <w:tcMar>
              <w:top w:w="100" w:type="dxa"/>
              <w:left w:w="110" w:type="dxa"/>
              <w:bottom w:w="100" w:type="dxa"/>
              <w:right w:w="110" w:type="dxa"/>
            </w:tcMar>
            <w:vAlign w:val="center"/>
          </w:tcPr>
          <w:p w14:paraId="4BB18165" w14:textId="77777777" w:rsidR="006A55BC" w:rsidRDefault="00000000">
            <w:r>
              <w:rPr>
                <w:b/>
                <w:color w:val="FFFFFF"/>
                <w:sz w:val="14"/>
              </w:rPr>
              <w:t>Red flag</w:t>
            </w:r>
          </w:p>
        </w:tc>
        <w:tc>
          <w:tcPr>
            <w:tcW w:w="1872" w:type="dxa"/>
            <w:shd w:val="clear" w:color="auto" w:fill="17365D"/>
            <w:tcMar>
              <w:top w:w="100" w:type="dxa"/>
              <w:left w:w="110" w:type="dxa"/>
              <w:bottom w:w="100" w:type="dxa"/>
              <w:right w:w="110" w:type="dxa"/>
            </w:tcMar>
            <w:vAlign w:val="center"/>
          </w:tcPr>
          <w:p w14:paraId="73BDE1EB" w14:textId="77777777" w:rsidR="006A55BC" w:rsidRDefault="00000000">
            <w:r>
              <w:rPr>
                <w:b/>
                <w:color w:val="FFFFFF"/>
                <w:sz w:val="14"/>
              </w:rPr>
              <w:t>Transaction or party</w:t>
            </w:r>
          </w:p>
        </w:tc>
        <w:tc>
          <w:tcPr>
            <w:tcW w:w="1008" w:type="dxa"/>
            <w:shd w:val="clear" w:color="auto" w:fill="17365D"/>
            <w:tcMar>
              <w:top w:w="100" w:type="dxa"/>
              <w:left w:w="110" w:type="dxa"/>
              <w:bottom w:w="100" w:type="dxa"/>
              <w:right w:w="110" w:type="dxa"/>
            </w:tcMar>
            <w:vAlign w:val="center"/>
          </w:tcPr>
          <w:p w14:paraId="5690F998" w14:textId="77777777" w:rsidR="006A55BC" w:rsidRDefault="00000000">
            <w:r>
              <w:rPr>
                <w:b/>
                <w:color w:val="FFFFFF"/>
                <w:sz w:val="14"/>
              </w:rPr>
              <w:t>Initial risk</w:t>
            </w:r>
          </w:p>
        </w:tc>
        <w:tc>
          <w:tcPr>
            <w:tcW w:w="1656" w:type="dxa"/>
            <w:shd w:val="clear" w:color="auto" w:fill="17365D"/>
            <w:tcMar>
              <w:top w:w="100" w:type="dxa"/>
              <w:left w:w="110" w:type="dxa"/>
              <w:bottom w:w="100" w:type="dxa"/>
              <w:right w:w="110" w:type="dxa"/>
            </w:tcMar>
            <w:vAlign w:val="center"/>
          </w:tcPr>
          <w:p w14:paraId="12C41490" w14:textId="77777777" w:rsidR="006A55BC" w:rsidRDefault="00000000">
            <w:r>
              <w:rPr>
                <w:b/>
                <w:color w:val="FFFFFF"/>
                <w:sz w:val="14"/>
              </w:rPr>
              <w:t>Action taken</w:t>
            </w:r>
          </w:p>
        </w:tc>
        <w:tc>
          <w:tcPr>
            <w:tcW w:w="1152" w:type="dxa"/>
            <w:shd w:val="clear" w:color="auto" w:fill="17365D"/>
            <w:tcMar>
              <w:top w:w="100" w:type="dxa"/>
              <w:left w:w="110" w:type="dxa"/>
              <w:bottom w:w="100" w:type="dxa"/>
              <w:right w:w="110" w:type="dxa"/>
            </w:tcMar>
            <w:vAlign w:val="center"/>
          </w:tcPr>
          <w:p w14:paraId="075591B6" w14:textId="77777777" w:rsidR="006A55BC" w:rsidRDefault="00000000">
            <w:r>
              <w:rPr>
                <w:b/>
                <w:color w:val="FFFFFF"/>
                <w:sz w:val="14"/>
              </w:rPr>
              <w:t>Outcome</w:t>
            </w:r>
          </w:p>
        </w:tc>
        <w:tc>
          <w:tcPr>
            <w:tcW w:w="792" w:type="dxa"/>
            <w:shd w:val="clear" w:color="auto" w:fill="17365D"/>
            <w:tcMar>
              <w:top w:w="100" w:type="dxa"/>
              <w:left w:w="110" w:type="dxa"/>
              <w:bottom w:w="100" w:type="dxa"/>
              <w:right w:w="110" w:type="dxa"/>
            </w:tcMar>
            <w:vAlign w:val="center"/>
          </w:tcPr>
          <w:p w14:paraId="78C3ABD6" w14:textId="77777777" w:rsidR="006A55BC" w:rsidRDefault="00000000">
            <w:r>
              <w:rPr>
                <w:b/>
                <w:color w:val="FFFFFF"/>
                <w:sz w:val="14"/>
              </w:rPr>
              <w:t>Reviewer</w:t>
            </w:r>
          </w:p>
        </w:tc>
      </w:tr>
      <w:tr w:rsidR="006A55BC" w14:paraId="699B8DE3" w14:textId="77777777">
        <w:trPr>
          <w:cantSplit/>
          <w:jc w:val="center"/>
        </w:trPr>
        <w:tc>
          <w:tcPr>
            <w:tcW w:w="576" w:type="dxa"/>
            <w:tcMar>
              <w:top w:w="100" w:type="dxa"/>
              <w:left w:w="110" w:type="dxa"/>
              <w:bottom w:w="100" w:type="dxa"/>
              <w:right w:w="110" w:type="dxa"/>
            </w:tcMar>
            <w:vAlign w:val="center"/>
          </w:tcPr>
          <w:p w14:paraId="04198691"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624C2AC3"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1F115CA0"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781B1B2C"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42EE57E7"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4CAF0891"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71E87FBC"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7F79400F" w14:textId="77777777" w:rsidR="006A55BC" w:rsidRDefault="006A55BC">
            <w:pPr>
              <w:spacing w:after="20" w:line="240" w:lineRule="auto"/>
            </w:pPr>
          </w:p>
        </w:tc>
      </w:tr>
      <w:tr w:rsidR="006A55BC" w14:paraId="30C27959" w14:textId="77777777">
        <w:trPr>
          <w:cantSplit/>
          <w:jc w:val="center"/>
        </w:trPr>
        <w:tc>
          <w:tcPr>
            <w:tcW w:w="576" w:type="dxa"/>
            <w:shd w:val="clear" w:color="auto" w:fill="F4F7FA"/>
            <w:tcMar>
              <w:top w:w="100" w:type="dxa"/>
              <w:left w:w="110" w:type="dxa"/>
              <w:bottom w:w="100" w:type="dxa"/>
              <w:right w:w="110" w:type="dxa"/>
            </w:tcMar>
            <w:vAlign w:val="center"/>
          </w:tcPr>
          <w:p w14:paraId="0F9F22D9"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7088917"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4D802247"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47AFDF59"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41184634"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5B4A0FCE"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434D46A6"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069C2EF7" w14:textId="77777777" w:rsidR="006A55BC" w:rsidRDefault="006A55BC">
            <w:pPr>
              <w:spacing w:after="20" w:line="240" w:lineRule="auto"/>
            </w:pPr>
          </w:p>
        </w:tc>
      </w:tr>
      <w:tr w:rsidR="006A55BC" w14:paraId="15D00A76" w14:textId="77777777">
        <w:trPr>
          <w:cantSplit/>
          <w:jc w:val="center"/>
        </w:trPr>
        <w:tc>
          <w:tcPr>
            <w:tcW w:w="576" w:type="dxa"/>
            <w:tcMar>
              <w:top w:w="100" w:type="dxa"/>
              <w:left w:w="110" w:type="dxa"/>
              <w:bottom w:w="100" w:type="dxa"/>
              <w:right w:w="110" w:type="dxa"/>
            </w:tcMar>
            <w:vAlign w:val="center"/>
          </w:tcPr>
          <w:p w14:paraId="2FB606FA"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5366EC6"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4444867C"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13E813E6"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495011A8"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1FC22F3A"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779A8BB3"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7EEE44BD" w14:textId="77777777" w:rsidR="006A55BC" w:rsidRDefault="006A55BC">
            <w:pPr>
              <w:spacing w:after="20" w:line="240" w:lineRule="auto"/>
            </w:pPr>
          </w:p>
        </w:tc>
      </w:tr>
      <w:tr w:rsidR="006A55BC" w14:paraId="50972334" w14:textId="77777777">
        <w:trPr>
          <w:cantSplit/>
          <w:jc w:val="center"/>
        </w:trPr>
        <w:tc>
          <w:tcPr>
            <w:tcW w:w="576" w:type="dxa"/>
            <w:shd w:val="clear" w:color="auto" w:fill="F4F7FA"/>
            <w:tcMar>
              <w:top w:w="100" w:type="dxa"/>
              <w:left w:w="110" w:type="dxa"/>
              <w:bottom w:w="100" w:type="dxa"/>
              <w:right w:w="110" w:type="dxa"/>
            </w:tcMar>
            <w:vAlign w:val="center"/>
          </w:tcPr>
          <w:p w14:paraId="692E17D2"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2854D405"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5956798A"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65818609"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34FFFE7B"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5BD28E26"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37A41D00"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2DF950A2" w14:textId="77777777" w:rsidR="006A55BC" w:rsidRDefault="006A55BC">
            <w:pPr>
              <w:spacing w:after="20" w:line="240" w:lineRule="auto"/>
            </w:pPr>
          </w:p>
        </w:tc>
      </w:tr>
      <w:tr w:rsidR="006A55BC" w14:paraId="1BA96D88" w14:textId="77777777">
        <w:trPr>
          <w:cantSplit/>
          <w:jc w:val="center"/>
        </w:trPr>
        <w:tc>
          <w:tcPr>
            <w:tcW w:w="576" w:type="dxa"/>
            <w:tcMar>
              <w:top w:w="100" w:type="dxa"/>
              <w:left w:w="110" w:type="dxa"/>
              <w:bottom w:w="100" w:type="dxa"/>
              <w:right w:w="110" w:type="dxa"/>
            </w:tcMar>
            <w:vAlign w:val="center"/>
          </w:tcPr>
          <w:p w14:paraId="512E5F40"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B090086"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23661290"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1DE2D7C9"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227CF9B6"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2F847DBB"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08D834C5"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696D2821" w14:textId="77777777" w:rsidR="006A55BC" w:rsidRDefault="006A55BC">
            <w:pPr>
              <w:spacing w:after="20" w:line="240" w:lineRule="auto"/>
            </w:pPr>
          </w:p>
        </w:tc>
      </w:tr>
      <w:tr w:rsidR="006A55BC" w14:paraId="6E1AF14E" w14:textId="77777777">
        <w:trPr>
          <w:cantSplit/>
          <w:jc w:val="center"/>
        </w:trPr>
        <w:tc>
          <w:tcPr>
            <w:tcW w:w="576" w:type="dxa"/>
            <w:shd w:val="clear" w:color="auto" w:fill="F4F7FA"/>
            <w:tcMar>
              <w:top w:w="100" w:type="dxa"/>
              <w:left w:w="110" w:type="dxa"/>
              <w:bottom w:w="100" w:type="dxa"/>
              <w:right w:w="110" w:type="dxa"/>
            </w:tcMar>
            <w:vAlign w:val="center"/>
          </w:tcPr>
          <w:p w14:paraId="4DDBB154"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002EC2D4"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1CF4F44B"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7C4C9A57"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21C9F391"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5B91D42C"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0485754E"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0EF1D23C" w14:textId="77777777" w:rsidR="006A55BC" w:rsidRDefault="006A55BC">
            <w:pPr>
              <w:spacing w:after="20" w:line="240" w:lineRule="auto"/>
            </w:pPr>
          </w:p>
        </w:tc>
      </w:tr>
      <w:tr w:rsidR="006A55BC" w14:paraId="7D75A7F3" w14:textId="77777777">
        <w:trPr>
          <w:cantSplit/>
          <w:jc w:val="center"/>
        </w:trPr>
        <w:tc>
          <w:tcPr>
            <w:tcW w:w="576" w:type="dxa"/>
            <w:tcMar>
              <w:top w:w="100" w:type="dxa"/>
              <w:left w:w="110" w:type="dxa"/>
              <w:bottom w:w="100" w:type="dxa"/>
              <w:right w:w="110" w:type="dxa"/>
            </w:tcMar>
            <w:vAlign w:val="center"/>
          </w:tcPr>
          <w:p w14:paraId="1AA82F4E"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412B8174"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3D1208DF"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77EB22A8"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129D8A75"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40D5750F"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57F89006"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75BA0C45" w14:textId="77777777" w:rsidR="006A55BC" w:rsidRDefault="006A55BC">
            <w:pPr>
              <w:spacing w:after="20" w:line="240" w:lineRule="auto"/>
            </w:pPr>
          </w:p>
        </w:tc>
      </w:tr>
      <w:tr w:rsidR="006A55BC" w14:paraId="7C28E680" w14:textId="77777777">
        <w:trPr>
          <w:cantSplit/>
          <w:jc w:val="center"/>
        </w:trPr>
        <w:tc>
          <w:tcPr>
            <w:tcW w:w="576" w:type="dxa"/>
            <w:shd w:val="clear" w:color="auto" w:fill="F4F7FA"/>
            <w:tcMar>
              <w:top w:w="100" w:type="dxa"/>
              <w:left w:w="110" w:type="dxa"/>
              <w:bottom w:w="100" w:type="dxa"/>
              <w:right w:w="110" w:type="dxa"/>
            </w:tcMar>
            <w:vAlign w:val="center"/>
          </w:tcPr>
          <w:p w14:paraId="25B92345"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A8AC9A2"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49663533"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7113CE33"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1FDA7137"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1A361A08"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28917096"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6E98EF80" w14:textId="77777777" w:rsidR="006A55BC" w:rsidRDefault="006A55BC">
            <w:pPr>
              <w:spacing w:after="20" w:line="240" w:lineRule="auto"/>
            </w:pPr>
          </w:p>
        </w:tc>
      </w:tr>
    </w:tbl>
    <w:p w14:paraId="481FB702" w14:textId="77777777" w:rsidR="006A55BC" w:rsidRDefault="006A55BC">
      <w:pPr>
        <w:spacing w:after="20"/>
      </w:pPr>
    </w:p>
    <w:p w14:paraId="03BCA0F8" w14:textId="77777777" w:rsidR="006A55BC" w:rsidRDefault="00000000">
      <w:pPr>
        <w:pStyle w:val="Heading2"/>
      </w:pPr>
      <w:r>
        <w:t>10.3 Escalation Protocol</w:t>
      </w:r>
    </w:p>
    <w:p w14:paraId="76780A61" w14:textId="77777777" w:rsidR="006A55BC" w:rsidRDefault="00000000">
      <w:pPr>
        <w:pStyle w:val="ListNumber"/>
        <w:spacing w:after="60"/>
      </w:pPr>
      <w:r>
        <w:t>Pause the relevant approval, payment or engagement when authorised and necessary to prevent avoidable harm.</w:t>
      </w:r>
    </w:p>
    <w:p w14:paraId="76332598" w14:textId="77777777" w:rsidR="006A55BC" w:rsidRDefault="00000000">
      <w:pPr>
        <w:pStyle w:val="ListNumber"/>
        <w:spacing w:after="60"/>
      </w:pPr>
      <w:r>
        <w:t>Preserve records and document facts without alerting a suspected person where doing so could compromise review.</w:t>
      </w:r>
    </w:p>
    <w:p w14:paraId="233629E3" w14:textId="77777777" w:rsidR="006A55BC" w:rsidRDefault="00000000">
      <w:pPr>
        <w:pStyle w:val="ListNumber"/>
        <w:spacing w:after="60"/>
      </w:pPr>
      <w:r>
        <w:lastRenderedPageBreak/>
        <w:t>Report through the designated compliance, legal, investigation or speak-up channel.</w:t>
      </w:r>
    </w:p>
    <w:p w14:paraId="6FF1B211" w14:textId="77777777" w:rsidR="006A55BC" w:rsidRDefault="00000000">
      <w:pPr>
        <w:pStyle w:val="ListNumber"/>
        <w:spacing w:after="60"/>
      </w:pPr>
      <w:r>
        <w:t>Restrict information to people with a legitimate need to know.</w:t>
      </w:r>
    </w:p>
    <w:p w14:paraId="264936C1" w14:textId="77777777" w:rsidR="006A55BC" w:rsidRDefault="00000000">
      <w:pPr>
        <w:pStyle w:val="ListNumber"/>
        <w:spacing w:after="60"/>
      </w:pPr>
      <w:r>
        <w:t>Assess immediate legal, regulatory, safeguarding, financial and operational obligations.</w:t>
      </w:r>
    </w:p>
    <w:p w14:paraId="61C65843" w14:textId="77777777" w:rsidR="006A55BC" w:rsidRDefault="00000000">
      <w:pPr>
        <w:pStyle w:val="ListNumber"/>
        <w:spacing w:after="60"/>
      </w:pPr>
      <w:r>
        <w:t>Assign an independent decision-maker and manage conflicts.</w:t>
      </w:r>
    </w:p>
    <w:p w14:paraId="1134ED7E" w14:textId="77777777" w:rsidR="006A55BC" w:rsidRDefault="00000000">
      <w:pPr>
        <w:pStyle w:val="ListNumber"/>
        <w:spacing w:after="60"/>
      </w:pPr>
      <w:r>
        <w:t>Track the issue to a documented outcome and update the risk assessment and controls.</w:t>
      </w:r>
    </w:p>
    <w:p w14:paraId="3687A482" w14:textId="77777777" w:rsidR="006A55BC" w:rsidRDefault="00000000">
      <w:r>
        <w:t>Emergency and external-reporting requirements must be tailored to applicable law and organisational policy.</w:t>
      </w:r>
    </w:p>
    <w:p w14:paraId="0CBEEFBD" w14:textId="77777777" w:rsidR="006A55BC" w:rsidRDefault="00000000">
      <w:r>
        <w:br w:type="page"/>
      </w:r>
    </w:p>
    <w:p w14:paraId="13FFD757" w14:textId="77777777" w:rsidR="006A55BC" w:rsidRDefault="00000000">
      <w:pPr>
        <w:pStyle w:val="Heading1"/>
      </w:pPr>
      <w:r>
        <w:lastRenderedPageBreak/>
        <w:t>Section 11 Risk Treatment Plan</w:t>
      </w:r>
    </w:p>
    <w:p w14:paraId="58F4E87D" w14:textId="77777777" w:rsidR="006A55BC" w:rsidRDefault="00000000">
      <w:pPr>
        <w:pStyle w:val="Heading2"/>
      </w:pPr>
      <w:r>
        <w:t>11.1 Treatment Design Questions</w:t>
      </w:r>
    </w:p>
    <w:p w14:paraId="4687F2FA" w14:textId="77777777" w:rsidR="006A55BC" w:rsidRDefault="00000000">
      <w:pPr>
        <w:pStyle w:val="ListBullet"/>
        <w:spacing w:after="60"/>
      </w:pPr>
      <w:r>
        <w:t>Does the action address the root cause, opportunity or consequence?</w:t>
      </w:r>
    </w:p>
    <w:p w14:paraId="68814C6A" w14:textId="77777777" w:rsidR="006A55BC" w:rsidRDefault="00000000">
      <w:pPr>
        <w:pStyle w:val="ListBullet"/>
        <w:spacing w:after="60"/>
      </w:pPr>
      <w:r>
        <w:t>Is the action preventive, detective, corrective or a combination?</w:t>
      </w:r>
    </w:p>
    <w:p w14:paraId="435D786B" w14:textId="77777777" w:rsidR="006A55BC" w:rsidRDefault="00000000">
      <w:pPr>
        <w:pStyle w:val="ListBullet"/>
        <w:spacing w:after="60"/>
      </w:pPr>
      <w:r>
        <w:t>Can the control be bypassed through override, collusion or poor data?</w:t>
      </w:r>
    </w:p>
    <w:p w14:paraId="73E168A6" w14:textId="77777777" w:rsidR="006A55BC" w:rsidRDefault="00000000">
      <w:pPr>
        <w:pStyle w:val="ListBullet"/>
        <w:spacing w:after="60"/>
      </w:pPr>
      <w:r>
        <w:t>Who has authority and resources to implement it?</w:t>
      </w:r>
    </w:p>
    <w:p w14:paraId="2978A8F5" w14:textId="77777777" w:rsidR="006A55BC" w:rsidRDefault="00000000">
      <w:pPr>
        <w:pStyle w:val="ListBullet"/>
        <w:spacing w:after="60"/>
      </w:pPr>
      <w:r>
        <w:t>What evidence will prove implementation and operation?</w:t>
      </w:r>
    </w:p>
    <w:p w14:paraId="14F69433" w14:textId="77777777" w:rsidR="006A55BC" w:rsidRDefault="00000000">
      <w:pPr>
        <w:pStyle w:val="ListBullet"/>
        <w:spacing w:after="60"/>
      </w:pPr>
      <w:r>
        <w:t>What interim safeguard is required before completion?</w:t>
      </w:r>
    </w:p>
    <w:p w14:paraId="52A03028" w14:textId="77777777" w:rsidR="006A55BC" w:rsidRDefault="00000000">
      <w:pPr>
        <w:pStyle w:val="ListBullet"/>
        <w:spacing w:after="60"/>
      </w:pPr>
      <w:r>
        <w:t>Could the action create another risk, delay or burden?</w:t>
      </w:r>
    </w:p>
    <w:p w14:paraId="6664613F" w14:textId="77777777" w:rsidR="006A55BC" w:rsidRDefault="00000000">
      <w:pPr>
        <w:pStyle w:val="ListBullet"/>
        <w:spacing w:after="60"/>
      </w:pPr>
      <w:r>
        <w:t>How will success be measured and independently verified?</w:t>
      </w:r>
    </w:p>
    <w:p w14:paraId="33F38B40" w14:textId="77777777" w:rsidR="006A55BC" w:rsidRDefault="00000000">
      <w:pPr>
        <w:pStyle w:val="Heading2"/>
      </w:pPr>
      <w:r>
        <w:t>11.2 Detailed Action Plan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648"/>
        <w:gridCol w:w="1728"/>
        <w:gridCol w:w="2520"/>
        <w:gridCol w:w="936"/>
        <w:gridCol w:w="936"/>
        <w:gridCol w:w="792"/>
        <w:gridCol w:w="792"/>
        <w:gridCol w:w="1584"/>
        <w:gridCol w:w="792"/>
      </w:tblGrid>
      <w:tr w:rsidR="006A55BC" w14:paraId="22A9E898" w14:textId="77777777">
        <w:trPr>
          <w:cantSplit/>
          <w:tblHeader/>
          <w:jc w:val="center"/>
        </w:trPr>
        <w:tc>
          <w:tcPr>
            <w:tcW w:w="648" w:type="dxa"/>
            <w:shd w:val="clear" w:color="auto" w:fill="17365D"/>
            <w:tcMar>
              <w:top w:w="100" w:type="dxa"/>
              <w:left w:w="110" w:type="dxa"/>
              <w:bottom w:w="100" w:type="dxa"/>
              <w:right w:w="110" w:type="dxa"/>
            </w:tcMar>
            <w:vAlign w:val="center"/>
          </w:tcPr>
          <w:p w14:paraId="2131D62B" w14:textId="77777777" w:rsidR="006A55BC" w:rsidRDefault="00000000">
            <w:r>
              <w:rPr>
                <w:b/>
                <w:color w:val="FFFFFF"/>
                <w:sz w:val="13"/>
              </w:rPr>
              <w:t>Action ID</w:t>
            </w:r>
          </w:p>
        </w:tc>
        <w:tc>
          <w:tcPr>
            <w:tcW w:w="648" w:type="dxa"/>
            <w:shd w:val="clear" w:color="auto" w:fill="17365D"/>
            <w:tcMar>
              <w:top w:w="100" w:type="dxa"/>
              <w:left w:w="110" w:type="dxa"/>
              <w:bottom w:w="100" w:type="dxa"/>
              <w:right w:w="110" w:type="dxa"/>
            </w:tcMar>
            <w:vAlign w:val="center"/>
          </w:tcPr>
          <w:p w14:paraId="0FF1E0C7" w14:textId="77777777" w:rsidR="006A55BC" w:rsidRDefault="00000000">
            <w:r>
              <w:rPr>
                <w:b/>
                <w:color w:val="FFFFFF"/>
                <w:sz w:val="13"/>
              </w:rPr>
              <w:t>Risk ID</w:t>
            </w:r>
          </w:p>
        </w:tc>
        <w:tc>
          <w:tcPr>
            <w:tcW w:w="1728" w:type="dxa"/>
            <w:shd w:val="clear" w:color="auto" w:fill="17365D"/>
            <w:tcMar>
              <w:top w:w="100" w:type="dxa"/>
              <w:left w:w="110" w:type="dxa"/>
              <w:bottom w:w="100" w:type="dxa"/>
              <w:right w:w="110" w:type="dxa"/>
            </w:tcMar>
            <w:vAlign w:val="center"/>
          </w:tcPr>
          <w:p w14:paraId="4D48EBC3" w14:textId="77777777" w:rsidR="006A55BC" w:rsidRDefault="00000000">
            <w:r>
              <w:rPr>
                <w:b/>
                <w:color w:val="FFFFFF"/>
                <w:sz w:val="13"/>
              </w:rPr>
              <w:t>Gap or root cause</w:t>
            </w:r>
          </w:p>
        </w:tc>
        <w:tc>
          <w:tcPr>
            <w:tcW w:w="2520" w:type="dxa"/>
            <w:shd w:val="clear" w:color="auto" w:fill="17365D"/>
            <w:tcMar>
              <w:top w:w="100" w:type="dxa"/>
              <w:left w:w="110" w:type="dxa"/>
              <w:bottom w:w="100" w:type="dxa"/>
              <w:right w:w="110" w:type="dxa"/>
            </w:tcMar>
            <w:vAlign w:val="center"/>
          </w:tcPr>
          <w:p w14:paraId="01897DE5" w14:textId="77777777" w:rsidR="006A55BC" w:rsidRDefault="00000000">
            <w:r>
              <w:rPr>
                <w:b/>
                <w:color w:val="FFFFFF"/>
                <w:sz w:val="13"/>
              </w:rPr>
              <w:t>Treatment action</w:t>
            </w:r>
          </w:p>
        </w:tc>
        <w:tc>
          <w:tcPr>
            <w:tcW w:w="936" w:type="dxa"/>
            <w:shd w:val="clear" w:color="auto" w:fill="17365D"/>
            <w:tcMar>
              <w:top w:w="100" w:type="dxa"/>
              <w:left w:w="110" w:type="dxa"/>
              <w:bottom w:w="100" w:type="dxa"/>
              <w:right w:w="110" w:type="dxa"/>
            </w:tcMar>
            <w:vAlign w:val="center"/>
          </w:tcPr>
          <w:p w14:paraId="12AF7CCE" w14:textId="77777777" w:rsidR="006A55BC" w:rsidRDefault="00000000">
            <w:r>
              <w:rPr>
                <w:b/>
                <w:color w:val="FFFFFF"/>
                <w:sz w:val="13"/>
              </w:rPr>
              <w:t>Owner</w:t>
            </w:r>
          </w:p>
        </w:tc>
        <w:tc>
          <w:tcPr>
            <w:tcW w:w="936" w:type="dxa"/>
            <w:shd w:val="clear" w:color="auto" w:fill="17365D"/>
            <w:tcMar>
              <w:top w:w="100" w:type="dxa"/>
              <w:left w:w="110" w:type="dxa"/>
              <w:bottom w:w="100" w:type="dxa"/>
              <w:right w:w="110" w:type="dxa"/>
            </w:tcMar>
            <w:vAlign w:val="center"/>
          </w:tcPr>
          <w:p w14:paraId="7153B0AB" w14:textId="77777777" w:rsidR="006A55BC" w:rsidRDefault="00000000">
            <w:r>
              <w:rPr>
                <w:b/>
                <w:color w:val="FFFFFF"/>
                <w:sz w:val="13"/>
              </w:rPr>
              <w:t>Resources</w:t>
            </w:r>
          </w:p>
        </w:tc>
        <w:tc>
          <w:tcPr>
            <w:tcW w:w="792" w:type="dxa"/>
            <w:shd w:val="clear" w:color="auto" w:fill="17365D"/>
            <w:tcMar>
              <w:top w:w="100" w:type="dxa"/>
              <w:left w:w="110" w:type="dxa"/>
              <w:bottom w:w="100" w:type="dxa"/>
              <w:right w:w="110" w:type="dxa"/>
            </w:tcMar>
            <w:vAlign w:val="center"/>
          </w:tcPr>
          <w:p w14:paraId="32AD808D" w14:textId="77777777" w:rsidR="006A55BC" w:rsidRDefault="00000000">
            <w:r>
              <w:rPr>
                <w:b/>
                <w:color w:val="FFFFFF"/>
                <w:sz w:val="13"/>
              </w:rPr>
              <w:t>Start</w:t>
            </w:r>
          </w:p>
        </w:tc>
        <w:tc>
          <w:tcPr>
            <w:tcW w:w="792" w:type="dxa"/>
            <w:shd w:val="clear" w:color="auto" w:fill="17365D"/>
            <w:tcMar>
              <w:top w:w="100" w:type="dxa"/>
              <w:left w:w="110" w:type="dxa"/>
              <w:bottom w:w="100" w:type="dxa"/>
              <w:right w:w="110" w:type="dxa"/>
            </w:tcMar>
            <w:vAlign w:val="center"/>
          </w:tcPr>
          <w:p w14:paraId="45297D29" w14:textId="77777777" w:rsidR="006A55BC" w:rsidRDefault="00000000">
            <w:r>
              <w:rPr>
                <w:b/>
                <w:color w:val="FFFFFF"/>
                <w:sz w:val="13"/>
              </w:rPr>
              <w:t>Due</w:t>
            </w:r>
          </w:p>
        </w:tc>
        <w:tc>
          <w:tcPr>
            <w:tcW w:w="1584" w:type="dxa"/>
            <w:shd w:val="clear" w:color="auto" w:fill="17365D"/>
            <w:tcMar>
              <w:top w:w="100" w:type="dxa"/>
              <w:left w:w="110" w:type="dxa"/>
              <w:bottom w:w="100" w:type="dxa"/>
              <w:right w:w="110" w:type="dxa"/>
            </w:tcMar>
            <w:vAlign w:val="center"/>
          </w:tcPr>
          <w:p w14:paraId="63B362DD" w14:textId="77777777" w:rsidR="006A55BC" w:rsidRDefault="00000000">
            <w:r>
              <w:rPr>
                <w:b/>
                <w:color w:val="FFFFFF"/>
                <w:sz w:val="13"/>
              </w:rPr>
              <w:t>Success measure</w:t>
            </w:r>
          </w:p>
        </w:tc>
        <w:tc>
          <w:tcPr>
            <w:tcW w:w="792" w:type="dxa"/>
            <w:shd w:val="clear" w:color="auto" w:fill="17365D"/>
            <w:tcMar>
              <w:top w:w="100" w:type="dxa"/>
              <w:left w:w="110" w:type="dxa"/>
              <w:bottom w:w="100" w:type="dxa"/>
              <w:right w:w="110" w:type="dxa"/>
            </w:tcMar>
            <w:vAlign w:val="center"/>
          </w:tcPr>
          <w:p w14:paraId="73E4915F" w14:textId="77777777" w:rsidR="006A55BC" w:rsidRDefault="00000000">
            <w:r>
              <w:rPr>
                <w:b/>
                <w:color w:val="FFFFFF"/>
                <w:sz w:val="13"/>
              </w:rPr>
              <w:t>Status</w:t>
            </w:r>
          </w:p>
        </w:tc>
      </w:tr>
      <w:tr w:rsidR="006A55BC" w14:paraId="64191E73" w14:textId="77777777">
        <w:trPr>
          <w:cantSplit/>
          <w:jc w:val="center"/>
        </w:trPr>
        <w:tc>
          <w:tcPr>
            <w:tcW w:w="648" w:type="dxa"/>
            <w:tcMar>
              <w:top w:w="100" w:type="dxa"/>
              <w:left w:w="110" w:type="dxa"/>
              <w:bottom w:w="100" w:type="dxa"/>
              <w:right w:w="110" w:type="dxa"/>
            </w:tcMar>
            <w:vAlign w:val="center"/>
          </w:tcPr>
          <w:p w14:paraId="6B4CC517" w14:textId="77777777" w:rsidR="006A55BC" w:rsidRDefault="006A55BC">
            <w:pPr>
              <w:spacing w:after="20" w:line="240" w:lineRule="auto"/>
            </w:pPr>
          </w:p>
        </w:tc>
        <w:tc>
          <w:tcPr>
            <w:tcW w:w="648" w:type="dxa"/>
            <w:tcMar>
              <w:top w:w="100" w:type="dxa"/>
              <w:left w:w="110" w:type="dxa"/>
              <w:bottom w:w="100" w:type="dxa"/>
              <w:right w:w="110" w:type="dxa"/>
            </w:tcMar>
            <w:vAlign w:val="center"/>
          </w:tcPr>
          <w:p w14:paraId="7B31F432"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46721148" w14:textId="77777777" w:rsidR="006A55BC" w:rsidRDefault="006A55BC">
            <w:pPr>
              <w:spacing w:after="20" w:line="240" w:lineRule="auto"/>
            </w:pPr>
          </w:p>
        </w:tc>
        <w:tc>
          <w:tcPr>
            <w:tcW w:w="2520" w:type="dxa"/>
            <w:tcMar>
              <w:top w:w="100" w:type="dxa"/>
              <w:left w:w="110" w:type="dxa"/>
              <w:bottom w:w="100" w:type="dxa"/>
              <w:right w:w="110" w:type="dxa"/>
            </w:tcMar>
            <w:vAlign w:val="center"/>
          </w:tcPr>
          <w:p w14:paraId="210DDF62"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2C3F7F7B"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1B0A5319"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7622AF82"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2BB40EBB"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35A5E331"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38099EAD" w14:textId="77777777" w:rsidR="006A55BC" w:rsidRDefault="006A55BC">
            <w:pPr>
              <w:spacing w:after="20" w:line="240" w:lineRule="auto"/>
            </w:pPr>
          </w:p>
        </w:tc>
      </w:tr>
      <w:tr w:rsidR="006A55BC" w14:paraId="2F7E5E2B" w14:textId="77777777">
        <w:trPr>
          <w:cantSplit/>
          <w:jc w:val="center"/>
        </w:trPr>
        <w:tc>
          <w:tcPr>
            <w:tcW w:w="648" w:type="dxa"/>
            <w:shd w:val="clear" w:color="auto" w:fill="F4F7FA"/>
            <w:tcMar>
              <w:top w:w="100" w:type="dxa"/>
              <w:left w:w="110" w:type="dxa"/>
              <w:bottom w:w="100" w:type="dxa"/>
              <w:right w:w="110" w:type="dxa"/>
            </w:tcMar>
            <w:vAlign w:val="center"/>
          </w:tcPr>
          <w:p w14:paraId="32B2062F" w14:textId="77777777" w:rsidR="006A55BC" w:rsidRDefault="006A55BC">
            <w:pPr>
              <w:spacing w:after="20" w:line="240" w:lineRule="auto"/>
            </w:pPr>
          </w:p>
        </w:tc>
        <w:tc>
          <w:tcPr>
            <w:tcW w:w="648" w:type="dxa"/>
            <w:shd w:val="clear" w:color="auto" w:fill="F4F7FA"/>
            <w:tcMar>
              <w:top w:w="100" w:type="dxa"/>
              <w:left w:w="110" w:type="dxa"/>
              <w:bottom w:w="100" w:type="dxa"/>
              <w:right w:w="110" w:type="dxa"/>
            </w:tcMar>
            <w:vAlign w:val="center"/>
          </w:tcPr>
          <w:p w14:paraId="72A3FBD5"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18011484" w14:textId="77777777" w:rsidR="006A55BC" w:rsidRDefault="006A55BC">
            <w:pPr>
              <w:spacing w:after="20" w:line="240" w:lineRule="auto"/>
            </w:pPr>
          </w:p>
        </w:tc>
        <w:tc>
          <w:tcPr>
            <w:tcW w:w="2520" w:type="dxa"/>
            <w:shd w:val="clear" w:color="auto" w:fill="F4F7FA"/>
            <w:tcMar>
              <w:top w:w="100" w:type="dxa"/>
              <w:left w:w="110" w:type="dxa"/>
              <w:bottom w:w="100" w:type="dxa"/>
              <w:right w:w="110" w:type="dxa"/>
            </w:tcMar>
            <w:vAlign w:val="center"/>
          </w:tcPr>
          <w:p w14:paraId="7C7CC26C"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93BAB75"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12D9C04"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2DC7309A"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4DA0540B"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1AC50A82"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1430CEE8" w14:textId="77777777" w:rsidR="006A55BC" w:rsidRDefault="006A55BC">
            <w:pPr>
              <w:spacing w:after="20" w:line="240" w:lineRule="auto"/>
            </w:pPr>
          </w:p>
        </w:tc>
      </w:tr>
      <w:tr w:rsidR="006A55BC" w14:paraId="1C3E2755" w14:textId="77777777">
        <w:trPr>
          <w:cantSplit/>
          <w:jc w:val="center"/>
        </w:trPr>
        <w:tc>
          <w:tcPr>
            <w:tcW w:w="648" w:type="dxa"/>
            <w:tcMar>
              <w:top w:w="100" w:type="dxa"/>
              <w:left w:w="110" w:type="dxa"/>
              <w:bottom w:w="100" w:type="dxa"/>
              <w:right w:w="110" w:type="dxa"/>
            </w:tcMar>
            <w:vAlign w:val="center"/>
          </w:tcPr>
          <w:p w14:paraId="1DEF60D4" w14:textId="77777777" w:rsidR="006A55BC" w:rsidRDefault="006A55BC">
            <w:pPr>
              <w:spacing w:after="20" w:line="240" w:lineRule="auto"/>
            </w:pPr>
          </w:p>
        </w:tc>
        <w:tc>
          <w:tcPr>
            <w:tcW w:w="648" w:type="dxa"/>
            <w:tcMar>
              <w:top w:w="100" w:type="dxa"/>
              <w:left w:w="110" w:type="dxa"/>
              <w:bottom w:w="100" w:type="dxa"/>
              <w:right w:w="110" w:type="dxa"/>
            </w:tcMar>
            <w:vAlign w:val="center"/>
          </w:tcPr>
          <w:p w14:paraId="03626A41"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7192ECCB" w14:textId="77777777" w:rsidR="006A55BC" w:rsidRDefault="006A55BC">
            <w:pPr>
              <w:spacing w:after="20" w:line="240" w:lineRule="auto"/>
            </w:pPr>
          </w:p>
        </w:tc>
        <w:tc>
          <w:tcPr>
            <w:tcW w:w="2520" w:type="dxa"/>
            <w:tcMar>
              <w:top w:w="100" w:type="dxa"/>
              <w:left w:w="110" w:type="dxa"/>
              <w:bottom w:w="100" w:type="dxa"/>
              <w:right w:w="110" w:type="dxa"/>
            </w:tcMar>
            <w:vAlign w:val="center"/>
          </w:tcPr>
          <w:p w14:paraId="2C9315E4"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21BBA645"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36E661C2"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3F412E43"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42989190"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72151741"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2E29FF91" w14:textId="77777777" w:rsidR="006A55BC" w:rsidRDefault="006A55BC">
            <w:pPr>
              <w:spacing w:after="20" w:line="240" w:lineRule="auto"/>
            </w:pPr>
          </w:p>
        </w:tc>
      </w:tr>
      <w:tr w:rsidR="006A55BC" w14:paraId="143B32CB" w14:textId="77777777">
        <w:trPr>
          <w:cantSplit/>
          <w:jc w:val="center"/>
        </w:trPr>
        <w:tc>
          <w:tcPr>
            <w:tcW w:w="648" w:type="dxa"/>
            <w:shd w:val="clear" w:color="auto" w:fill="F4F7FA"/>
            <w:tcMar>
              <w:top w:w="100" w:type="dxa"/>
              <w:left w:w="110" w:type="dxa"/>
              <w:bottom w:w="100" w:type="dxa"/>
              <w:right w:w="110" w:type="dxa"/>
            </w:tcMar>
            <w:vAlign w:val="center"/>
          </w:tcPr>
          <w:p w14:paraId="1777B090" w14:textId="77777777" w:rsidR="006A55BC" w:rsidRDefault="006A55BC">
            <w:pPr>
              <w:spacing w:after="20" w:line="240" w:lineRule="auto"/>
            </w:pPr>
          </w:p>
        </w:tc>
        <w:tc>
          <w:tcPr>
            <w:tcW w:w="648" w:type="dxa"/>
            <w:shd w:val="clear" w:color="auto" w:fill="F4F7FA"/>
            <w:tcMar>
              <w:top w:w="100" w:type="dxa"/>
              <w:left w:w="110" w:type="dxa"/>
              <w:bottom w:w="100" w:type="dxa"/>
              <w:right w:w="110" w:type="dxa"/>
            </w:tcMar>
            <w:vAlign w:val="center"/>
          </w:tcPr>
          <w:p w14:paraId="65BD3F21"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282BC562" w14:textId="77777777" w:rsidR="006A55BC" w:rsidRDefault="006A55BC">
            <w:pPr>
              <w:spacing w:after="20" w:line="240" w:lineRule="auto"/>
            </w:pPr>
          </w:p>
        </w:tc>
        <w:tc>
          <w:tcPr>
            <w:tcW w:w="2520" w:type="dxa"/>
            <w:shd w:val="clear" w:color="auto" w:fill="F4F7FA"/>
            <w:tcMar>
              <w:top w:w="100" w:type="dxa"/>
              <w:left w:w="110" w:type="dxa"/>
              <w:bottom w:w="100" w:type="dxa"/>
              <w:right w:w="110" w:type="dxa"/>
            </w:tcMar>
            <w:vAlign w:val="center"/>
          </w:tcPr>
          <w:p w14:paraId="324005C3"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D29D66A"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291392C6"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6EF28FD7"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6A852A1B"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11AD4985"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3FEA2286" w14:textId="77777777" w:rsidR="006A55BC" w:rsidRDefault="006A55BC">
            <w:pPr>
              <w:spacing w:after="20" w:line="240" w:lineRule="auto"/>
            </w:pPr>
          </w:p>
        </w:tc>
      </w:tr>
      <w:tr w:rsidR="006A55BC" w14:paraId="55613F91" w14:textId="77777777">
        <w:trPr>
          <w:cantSplit/>
          <w:jc w:val="center"/>
        </w:trPr>
        <w:tc>
          <w:tcPr>
            <w:tcW w:w="648" w:type="dxa"/>
            <w:tcMar>
              <w:top w:w="100" w:type="dxa"/>
              <w:left w:w="110" w:type="dxa"/>
              <w:bottom w:w="100" w:type="dxa"/>
              <w:right w:w="110" w:type="dxa"/>
            </w:tcMar>
            <w:vAlign w:val="center"/>
          </w:tcPr>
          <w:p w14:paraId="3E184D7E" w14:textId="77777777" w:rsidR="006A55BC" w:rsidRDefault="006A55BC">
            <w:pPr>
              <w:spacing w:after="20" w:line="240" w:lineRule="auto"/>
            </w:pPr>
          </w:p>
        </w:tc>
        <w:tc>
          <w:tcPr>
            <w:tcW w:w="648" w:type="dxa"/>
            <w:tcMar>
              <w:top w:w="100" w:type="dxa"/>
              <w:left w:w="110" w:type="dxa"/>
              <w:bottom w:w="100" w:type="dxa"/>
              <w:right w:w="110" w:type="dxa"/>
            </w:tcMar>
            <w:vAlign w:val="center"/>
          </w:tcPr>
          <w:p w14:paraId="4561BA02"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5129B365" w14:textId="77777777" w:rsidR="006A55BC" w:rsidRDefault="006A55BC">
            <w:pPr>
              <w:spacing w:after="20" w:line="240" w:lineRule="auto"/>
            </w:pPr>
          </w:p>
        </w:tc>
        <w:tc>
          <w:tcPr>
            <w:tcW w:w="2520" w:type="dxa"/>
            <w:tcMar>
              <w:top w:w="100" w:type="dxa"/>
              <w:left w:w="110" w:type="dxa"/>
              <w:bottom w:w="100" w:type="dxa"/>
              <w:right w:w="110" w:type="dxa"/>
            </w:tcMar>
            <w:vAlign w:val="center"/>
          </w:tcPr>
          <w:p w14:paraId="47D40D45"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2D0DF944"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0C208072"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55EC479D"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648446B2"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419913C0"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2897749C" w14:textId="77777777" w:rsidR="006A55BC" w:rsidRDefault="006A55BC">
            <w:pPr>
              <w:spacing w:after="20" w:line="240" w:lineRule="auto"/>
            </w:pPr>
          </w:p>
        </w:tc>
      </w:tr>
      <w:tr w:rsidR="006A55BC" w14:paraId="5D5B422D" w14:textId="77777777">
        <w:trPr>
          <w:cantSplit/>
          <w:jc w:val="center"/>
        </w:trPr>
        <w:tc>
          <w:tcPr>
            <w:tcW w:w="648" w:type="dxa"/>
            <w:shd w:val="clear" w:color="auto" w:fill="F4F7FA"/>
            <w:tcMar>
              <w:top w:w="100" w:type="dxa"/>
              <w:left w:w="110" w:type="dxa"/>
              <w:bottom w:w="100" w:type="dxa"/>
              <w:right w:w="110" w:type="dxa"/>
            </w:tcMar>
            <w:vAlign w:val="center"/>
          </w:tcPr>
          <w:p w14:paraId="0ED06EAD" w14:textId="77777777" w:rsidR="006A55BC" w:rsidRDefault="006A55BC">
            <w:pPr>
              <w:spacing w:after="20" w:line="240" w:lineRule="auto"/>
            </w:pPr>
          </w:p>
        </w:tc>
        <w:tc>
          <w:tcPr>
            <w:tcW w:w="648" w:type="dxa"/>
            <w:shd w:val="clear" w:color="auto" w:fill="F4F7FA"/>
            <w:tcMar>
              <w:top w:w="100" w:type="dxa"/>
              <w:left w:w="110" w:type="dxa"/>
              <w:bottom w:w="100" w:type="dxa"/>
              <w:right w:w="110" w:type="dxa"/>
            </w:tcMar>
            <w:vAlign w:val="center"/>
          </w:tcPr>
          <w:p w14:paraId="6D32A3E2"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4AC6086A" w14:textId="77777777" w:rsidR="006A55BC" w:rsidRDefault="006A55BC">
            <w:pPr>
              <w:spacing w:after="20" w:line="240" w:lineRule="auto"/>
            </w:pPr>
          </w:p>
        </w:tc>
        <w:tc>
          <w:tcPr>
            <w:tcW w:w="2520" w:type="dxa"/>
            <w:shd w:val="clear" w:color="auto" w:fill="F4F7FA"/>
            <w:tcMar>
              <w:top w:w="100" w:type="dxa"/>
              <w:left w:w="110" w:type="dxa"/>
              <w:bottom w:w="100" w:type="dxa"/>
              <w:right w:w="110" w:type="dxa"/>
            </w:tcMar>
            <w:vAlign w:val="center"/>
          </w:tcPr>
          <w:p w14:paraId="2A3DB954"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1CFB97CC"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7AFB1D23"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0E99B21E"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3952D9AD"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3A75A534"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4E4F902F" w14:textId="77777777" w:rsidR="006A55BC" w:rsidRDefault="006A55BC">
            <w:pPr>
              <w:spacing w:after="20" w:line="240" w:lineRule="auto"/>
            </w:pPr>
          </w:p>
        </w:tc>
      </w:tr>
      <w:tr w:rsidR="006A55BC" w14:paraId="3CC06A6C" w14:textId="77777777">
        <w:trPr>
          <w:cantSplit/>
          <w:jc w:val="center"/>
        </w:trPr>
        <w:tc>
          <w:tcPr>
            <w:tcW w:w="648" w:type="dxa"/>
            <w:tcMar>
              <w:top w:w="100" w:type="dxa"/>
              <w:left w:w="110" w:type="dxa"/>
              <w:bottom w:w="100" w:type="dxa"/>
              <w:right w:w="110" w:type="dxa"/>
            </w:tcMar>
            <w:vAlign w:val="center"/>
          </w:tcPr>
          <w:p w14:paraId="11068FCB" w14:textId="77777777" w:rsidR="006A55BC" w:rsidRDefault="006A55BC">
            <w:pPr>
              <w:spacing w:after="20" w:line="240" w:lineRule="auto"/>
            </w:pPr>
          </w:p>
        </w:tc>
        <w:tc>
          <w:tcPr>
            <w:tcW w:w="648" w:type="dxa"/>
            <w:tcMar>
              <w:top w:w="100" w:type="dxa"/>
              <w:left w:w="110" w:type="dxa"/>
              <w:bottom w:w="100" w:type="dxa"/>
              <w:right w:w="110" w:type="dxa"/>
            </w:tcMar>
            <w:vAlign w:val="center"/>
          </w:tcPr>
          <w:p w14:paraId="43C7113F"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46ED880F" w14:textId="77777777" w:rsidR="006A55BC" w:rsidRDefault="006A55BC">
            <w:pPr>
              <w:spacing w:after="20" w:line="240" w:lineRule="auto"/>
            </w:pPr>
          </w:p>
        </w:tc>
        <w:tc>
          <w:tcPr>
            <w:tcW w:w="2520" w:type="dxa"/>
            <w:tcMar>
              <w:top w:w="100" w:type="dxa"/>
              <w:left w:w="110" w:type="dxa"/>
              <w:bottom w:w="100" w:type="dxa"/>
              <w:right w:w="110" w:type="dxa"/>
            </w:tcMar>
            <w:vAlign w:val="center"/>
          </w:tcPr>
          <w:p w14:paraId="2189900D"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35680C14"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3A42E6F"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7C9649FD"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2CA15DE1"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459B5B07"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73FFF0A9" w14:textId="77777777" w:rsidR="006A55BC" w:rsidRDefault="006A55BC">
            <w:pPr>
              <w:spacing w:after="20" w:line="240" w:lineRule="auto"/>
            </w:pPr>
          </w:p>
        </w:tc>
      </w:tr>
      <w:tr w:rsidR="006A55BC" w14:paraId="4711BA2A" w14:textId="77777777">
        <w:trPr>
          <w:cantSplit/>
          <w:jc w:val="center"/>
        </w:trPr>
        <w:tc>
          <w:tcPr>
            <w:tcW w:w="648" w:type="dxa"/>
            <w:shd w:val="clear" w:color="auto" w:fill="F4F7FA"/>
            <w:tcMar>
              <w:top w:w="100" w:type="dxa"/>
              <w:left w:w="110" w:type="dxa"/>
              <w:bottom w:w="100" w:type="dxa"/>
              <w:right w:w="110" w:type="dxa"/>
            </w:tcMar>
            <w:vAlign w:val="center"/>
          </w:tcPr>
          <w:p w14:paraId="3CBF81C8" w14:textId="77777777" w:rsidR="006A55BC" w:rsidRDefault="006A55BC">
            <w:pPr>
              <w:spacing w:after="20" w:line="240" w:lineRule="auto"/>
            </w:pPr>
          </w:p>
        </w:tc>
        <w:tc>
          <w:tcPr>
            <w:tcW w:w="648" w:type="dxa"/>
            <w:shd w:val="clear" w:color="auto" w:fill="F4F7FA"/>
            <w:tcMar>
              <w:top w:w="100" w:type="dxa"/>
              <w:left w:w="110" w:type="dxa"/>
              <w:bottom w:w="100" w:type="dxa"/>
              <w:right w:w="110" w:type="dxa"/>
            </w:tcMar>
            <w:vAlign w:val="center"/>
          </w:tcPr>
          <w:p w14:paraId="19E2B99D"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29F77B5A" w14:textId="77777777" w:rsidR="006A55BC" w:rsidRDefault="006A55BC">
            <w:pPr>
              <w:spacing w:after="20" w:line="240" w:lineRule="auto"/>
            </w:pPr>
          </w:p>
        </w:tc>
        <w:tc>
          <w:tcPr>
            <w:tcW w:w="2520" w:type="dxa"/>
            <w:shd w:val="clear" w:color="auto" w:fill="F4F7FA"/>
            <w:tcMar>
              <w:top w:w="100" w:type="dxa"/>
              <w:left w:w="110" w:type="dxa"/>
              <w:bottom w:w="100" w:type="dxa"/>
              <w:right w:w="110" w:type="dxa"/>
            </w:tcMar>
            <w:vAlign w:val="center"/>
          </w:tcPr>
          <w:p w14:paraId="1643F1D5"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7A12C74"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0D334133"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0258F9F4"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2A79B080"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1974F473"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36D29102" w14:textId="77777777" w:rsidR="006A55BC" w:rsidRDefault="006A55BC">
            <w:pPr>
              <w:spacing w:after="20" w:line="240" w:lineRule="auto"/>
            </w:pPr>
          </w:p>
        </w:tc>
      </w:tr>
      <w:tr w:rsidR="006A55BC" w14:paraId="102D621B" w14:textId="77777777">
        <w:trPr>
          <w:cantSplit/>
          <w:jc w:val="center"/>
        </w:trPr>
        <w:tc>
          <w:tcPr>
            <w:tcW w:w="648" w:type="dxa"/>
            <w:tcMar>
              <w:top w:w="100" w:type="dxa"/>
              <w:left w:w="110" w:type="dxa"/>
              <w:bottom w:w="100" w:type="dxa"/>
              <w:right w:w="110" w:type="dxa"/>
            </w:tcMar>
            <w:vAlign w:val="center"/>
          </w:tcPr>
          <w:p w14:paraId="0E1FBF31" w14:textId="77777777" w:rsidR="006A55BC" w:rsidRDefault="006A55BC">
            <w:pPr>
              <w:spacing w:after="20" w:line="240" w:lineRule="auto"/>
            </w:pPr>
          </w:p>
        </w:tc>
        <w:tc>
          <w:tcPr>
            <w:tcW w:w="648" w:type="dxa"/>
            <w:tcMar>
              <w:top w:w="100" w:type="dxa"/>
              <w:left w:w="110" w:type="dxa"/>
              <w:bottom w:w="100" w:type="dxa"/>
              <w:right w:w="110" w:type="dxa"/>
            </w:tcMar>
            <w:vAlign w:val="center"/>
          </w:tcPr>
          <w:p w14:paraId="72F67DC9"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754470B1" w14:textId="77777777" w:rsidR="006A55BC" w:rsidRDefault="006A55BC">
            <w:pPr>
              <w:spacing w:after="20" w:line="240" w:lineRule="auto"/>
            </w:pPr>
          </w:p>
        </w:tc>
        <w:tc>
          <w:tcPr>
            <w:tcW w:w="2520" w:type="dxa"/>
            <w:tcMar>
              <w:top w:w="100" w:type="dxa"/>
              <w:left w:w="110" w:type="dxa"/>
              <w:bottom w:w="100" w:type="dxa"/>
              <w:right w:w="110" w:type="dxa"/>
            </w:tcMar>
            <w:vAlign w:val="center"/>
          </w:tcPr>
          <w:p w14:paraId="5DA42D10"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E6194E7"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009A56CF"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3C010476"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0E1504BA"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57631B0D"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1011A681" w14:textId="77777777" w:rsidR="006A55BC" w:rsidRDefault="006A55BC">
            <w:pPr>
              <w:spacing w:after="20" w:line="240" w:lineRule="auto"/>
            </w:pPr>
          </w:p>
        </w:tc>
      </w:tr>
      <w:tr w:rsidR="006A55BC" w14:paraId="046B71BD" w14:textId="77777777">
        <w:trPr>
          <w:cantSplit/>
          <w:jc w:val="center"/>
        </w:trPr>
        <w:tc>
          <w:tcPr>
            <w:tcW w:w="648" w:type="dxa"/>
            <w:shd w:val="clear" w:color="auto" w:fill="F4F7FA"/>
            <w:tcMar>
              <w:top w:w="100" w:type="dxa"/>
              <w:left w:w="110" w:type="dxa"/>
              <w:bottom w:w="100" w:type="dxa"/>
              <w:right w:w="110" w:type="dxa"/>
            </w:tcMar>
            <w:vAlign w:val="center"/>
          </w:tcPr>
          <w:p w14:paraId="381964F9" w14:textId="77777777" w:rsidR="006A55BC" w:rsidRDefault="006A55BC">
            <w:pPr>
              <w:spacing w:after="20" w:line="240" w:lineRule="auto"/>
            </w:pPr>
          </w:p>
        </w:tc>
        <w:tc>
          <w:tcPr>
            <w:tcW w:w="648" w:type="dxa"/>
            <w:shd w:val="clear" w:color="auto" w:fill="F4F7FA"/>
            <w:tcMar>
              <w:top w:w="100" w:type="dxa"/>
              <w:left w:w="110" w:type="dxa"/>
              <w:bottom w:w="100" w:type="dxa"/>
              <w:right w:w="110" w:type="dxa"/>
            </w:tcMar>
            <w:vAlign w:val="center"/>
          </w:tcPr>
          <w:p w14:paraId="41438304"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56061322" w14:textId="77777777" w:rsidR="006A55BC" w:rsidRDefault="006A55BC">
            <w:pPr>
              <w:spacing w:after="20" w:line="240" w:lineRule="auto"/>
            </w:pPr>
          </w:p>
        </w:tc>
        <w:tc>
          <w:tcPr>
            <w:tcW w:w="2520" w:type="dxa"/>
            <w:shd w:val="clear" w:color="auto" w:fill="F4F7FA"/>
            <w:tcMar>
              <w:top w:w="100" w:type="dxa"/>
              <w:left w:w="110" w:type="dxa"/>
              <w:bottom w:w="100" w:type="dxa"/>
              <w:right w:w="110" w:type="dxa"/>
            </w:tcMar>
            <w:vAlign w:val="center"/>
          </w:tcPr>
          <w:p w14:paraId="4218E1A8"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F95CFDC"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153FEFE"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4E6A2878"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599F6766"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534E8BCB"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0755DF7D" w14:textId="77777777" w:rsidR="006A55BC" w:rsidRDefault="006A55BC">
            <w:pPr>
              <w:spacing w:after="20" w:line="240" w:lineRule="auto"/>
            </w:pPr>
          </w:p>
        </w:tc>
      </w:tr>
      <w:tr w:rsidR="006A55BC" w14:paraId="540B6FEE" w14:textId="77777777">
        <w:trPr>
          <w:cantSplit/>
          <w:jc w:val="center"/>
        </w:trPr>
        <w:tc>
          <w:tcPr>
            <w:tcW w:w="648" w:type="dxa"/>
            <w:tcMar>
              <w:top w:w="100" w:type="dxa"/>
              <w:left w:w="110" w:type="dxa"/>
              <w:bottom w:w="100" w:type="dxa"/>
              <w:right w:w="110" w:type="dxa"/>
            </w:tcMar>
            <w:vAlign w:val="center"/>
          </w:tcPr>
          <w:p w14:paraId="28F72366" w14:textId="77777777" w:rsidR="006A55BC" w:rsidRDefault="006A55BC">
            <w:pPr>
              <w:spacing w:after="20" w:line="240" w:lineRule="auto"/>
            </w:pPr>
          </w:p>
        </w:tc>
        <w:tc>
          <w:tcPr>
            <w:tcW w:w="648" w:type="dxa"/>
            <w:tcMar>
              <w:top w:w="100" w:type="dxa"/>
              <w:left w:w="110" w:type="dxa"/>
              <w:bottom w:w="100" w:type="dxa"/>
              <w:right w:w="110" w:type="dxa"/>
            </w:tcMar>
            <w:vAlign w:val="center"/>
          </w:tcPr>
          <w:p w14:paraId="2C15BB53"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58C02CA1" w14:textId="77777777" w:rsidR="006A55BC" w:rsidRDefault="006A55BC">
            <w:pPr>
              <w:spacing w:after="20" w:line="240" w:lineRule="auto"/>
            </w:pPr>
          </w:p>
        </w:tc>
        <w:tc>
          <w:tcPr>
            <w:tcW w:w="2520" w:type="dxa"/>
            <w:tcMar>
              <w:top w:w="100" w:type="dxa"/>
              <w:left w:w="110" w:type="dxa"/>
              <w:bottom w:w="100" w:type="dxa"/>
              <w:right w:w="110" w:type="dxa"/>
            </w:tcMar>
            <w:vAlign w:val="center"/>
          </w:tcPr>
          <w:p w14:paraId="5F7CEF48"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6F49258"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F9F171A"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1546382F"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41E620BE"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3482DF4F"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1BBD9BB7" w14:textId="77777777" w:rsidR="006A55BC" w:rsidRDefault="006A55BC">
            <w:pPr>
              <w:spacing w:after="20" w:line="240" w:lineRule="auto"/>
            </w:pPr>
          </w:p>
        </w:tc>
      </w:tr>
      <w:tr w:rsidR="006A55BC" w14:paraId="0E18C9D0" w14:textId="77777777">
        <w:trPr>
          <w:cantSplit/>
          <w:jc w:val="center"/>
        </w:trPr>
        <w:tc>
          <w:tcPr>
            <w:tcW w:w="648" w:type="dxa"/>
            <w:shd w:val="clear" w:color="auto" w:fill="F4F7FA"/>
            <w:tcMar>
              <w:top w:w="100" w:type="dxa"/>
              <w:left w:w="110" w:type="dxa"/>
              <w:bottom w:w="100" w:type="dxa"/>
              <w:right w:w="110" w:type="dxa"/>
            </w:tcMar>
            <w:vAlign w:val="center"/>
          </w:tcPr>
          <w:p w14:paraId="55D1DCFE" w14:textId="77777777" w:rsidR="006A55BC" w:rsidRDefault="006A55BC">
            <w:pPr>
              <w:spacing w:after="20" w:line="240" w:lineRule="auto"/>
            </w:pPr>
          </w:p>
        </w:tc>
        <w:tc>
          <w:tcPr>
            <w:tcW w:w="648" w:type="dxa"/>
            <w:shd w:val="clear" w:color="auto" w:fill="F4F7FA"/>
            <w:tcMar>
              <w:top w:w="100" w:type="dxa"/>
              <w:left w:w="110" w:type="dxa"/>
              <w:bottom w:w="100" w:type="dxa"/>
              <w:right w:w="110" w:type="dxa"/>
            </w:tcMar>
            <w:vAlign w:val="center"/>
          </w:tcPr>
          <w:p w14:paraId="6F17ECD0"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03E4E106" w14:textId="77777777" w:rsidR="006A55BC" w:rsidRDefault="006A55BC">
            <w:pPr>
              <w:spacing w:after="20" w:line="240" w:lineRule="auto"/>
            </w:pPr>
          </w:p>
        </w:tc>
        <w:tc>
          <w:tcPr>
            <w:tcW w:w="2520" w:type="dxa"/>
            <w:shd w:val="clear" w:color="auto" w:fill="F4F7FA"/>
            <w:tcMar>
              <w:top w:w="100" w:type="dxa"/>
              <w:left w:w="110" w:type="dxa"/>
              <w:bottom w:w="100" w:type="dxa"/>
              <w:right w:w="110" w:type="dxa"/>
            </w:tcMar>
            <w:vAlign w:val="center"/>
          </w:tcPr>
          <w:p w14:paraId="7E996796"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E27DF79"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3AB51A12"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50B5FAB5"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705FC73F"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256B9F65"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2CCEA190" w14:textId="77777777" w:rsidR="006A55BC" w:rsidRDefault="006A55BC">
            <w:pPr>
              <w:spacing w:after="20" w:line="240" w:lineRule="auto"/>
            </w:pPr>
          </w:p>
        </w:tc>
      </w:tr>
    </w:tbl>
    <w:p w14:paraId="6802E263" w14:textId="77777777" w:rsidR="006A55BC" w:rsidRDefault="006A55BC">
      <w:pPr>
        <w:spacing w:after="20"/>
      </w:pPr>
    </w:p>
    <w:p w14:paraId="51B3E826" w14:textId="77777777" w:rsidR="006A55BC" w:rsidRDefault="00000000">
      <w:pPr>
        <w:pStyle w:val="Heading2"/>
      </w:pPr>
      <w:r>
        <w:t>11.3 Action Closure Verification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92"/>
        <w:gridCol w:w="2880"/>
        <w:gridCol w:w="1440"/>
        <w:gridCol w:w="1008"/>
        <w:gridCol w:w="1080"/>
        <w:gridCol w:w="1368"/>
        <w:gridCol w:w="1440"/>
      </w:tblGrid>
      <w:tr w:rsidR="006A55BC" w14:paraId="38C490FD" w14:textId="77777777">
        <w:trPr>
          <w:cantSplit/>
          <w:tblHeader/>
          <w:jc w:val="center"/>
        </w:trPr>
        <w:tc>
          <w:tcPr>
            <w:tcW w:w="792" w:type="dxa"/>
            <w:shd w:val="clear" w:color="auto" w:fill="17365D"/>
            <w:tcMar>
              <w:top w:w="100" w:type="dxa"/>
              <w:left w:w="110" w:type="dxa"/>
              <w:bottom w:w="100" w:type="dxa"/>
              <w:right w:w="110" w:type="dxa"/>
            </w:tcMar>
            <w:vAlign w:val="center"/>
          </w:tcPr>
          <w:p w14:paraId="7DDDE121" w14:textId="77777777" w:rsidR="006A55BC" w:rsidRDefault="00000000">
            <w:r>
              <w:rPr>
                <w:b/>
                <w:color w:val="FFFFFF"/>
                <w:sz w:val="14"/>
              </w:rPr>
              <w:t>Action ID</w:t>
            </w:r>
          </w:p>
        </w:tc>
        <w:tc>
          <w:tcPr>
            <w:tcW w:w="2880" w:type="dxa"/>
            <w:shd w:val="clear" w:color="auto" w:fill="17365D"/>
            <w:tcMar>
              <w:top w:w="100" w:type="dxa"/>
              <w:left w:w="110" w:type="dxa"/>
              <w:bottom w:w="100" w:type="dxa"/>
              <w:right w:w="110" w:type="dxa"/>
            </w:tcMar>
            <w:vAlign w:val="center"/>
          </w:tcPr>
          <w:p w14:paraId="44129B56" w14:textId="77777777" w:rsidR="006A55BC" w:rsidRDefault="00000000">
            <w:r>
              <w:rPr>
                <w:b/>
                <w:color w:val="FFFFFF"/>
                <w:sz w:val="14"/>
              </w:rPr>
              <w:t>Completion evidence</w:t>
            </w:r>
          </w:p>
        </w:tc>
        <w:tc>
          <w:tcPr>
            <w:tcW w:w="1440" w:type="dxa"/>
            <w:shd w:val="clear" w:color="auto" w:fill="17365D"/>
            <w:tcMar>
              <w:top w:w="100" w:type="dxa"/>
              <w:left w:w="110" w:type="dxa"/>
              <w:bottom w:w="100" w:type="dxa"/>
              <w:right w:w="110" w:type="dxa"/>
            </w:tcMar>
            <w:vAlign w:val="center"/>
          </w:tcPr>
          <w:p w14:paraId="18DDFEE6" w14:textId="77777777" w:rsidR="006A55BC" w:rsidRDefault="00000000">
            <w:r>
              <w:rPr>
                <w:b/>
                <w:color w:val="FFFFFF"/>
                <w:sz w:val="14"/>
              </w:rPr>
              <w:t>Control tested by</w:t>
            </w:r>
          </w:p>
        </w:tc>
        <w:tc>
          <w:tcPr>
            <w:tcW w:w="1008" w:type="dxa"/>
            <w:shd w:val="clear" w:color="auto" w:fill="17365D"/>
            <w:tcMar>
              <w:top w:w="100" w:type="dxa"/>
              <w:left w:w="110" w:type="dxa"/>
              <w:bottom w:w="100" w:type="dxa"/>
              <w:right w:w="110" w:type="dxa"/>
            </w:tcMar>
            <w:vAlign w:val="center"/>
          </w:tcPr>
          <w:p w14:paraId="17886A11" w14:textId="77777777" w:rsidR="006A55BC" w:rsidRDefault="00000000">
            <w:r>
              <w:rPr>
                <w:b/>
                <w:color w:val="FFFFFF"/>
                <w:sz w:val="14"/>
              </w:rPr>
              <w:t>Test date</w:t>
            </w:r>
          </w:p>
        </w:tc>
        <w:tc>
          <w:tcPr>
            <w:tcW w:w="1080" w:type="dxa"/>
            <w:shd w:val="clear" w:color="auto" w:fill="17365D"/>
            <w:tcMar>
              <w:top w:w="100" w:type="dxa"/>
              <w:left w:w="110" w:type="dxa"/>
              <w:bottom w:w="100" w:type="dxa"/>
              <w:right w:w="110" w:type="dxa"/>
            </w:tcMar>
            <w:vAlign w:val="center"/>
          </w:tcPr>
          <w:p w14:paraId="6759BD9A" w14:textId="77777777" w:rsidR="006A55BC" w:rsidRDefault="00000000">
            <w:r>
              <w:rPr>
                <w:b/>
                <w:color w:val="FFFFFF"/>
                <w:sz w:val="14"/>
              </w:rPr>
              <w:t>Result</w:t>
            </w:r>
          </w:p>
        </w:tc>
        <w:tc>
          <w:tcPr>
            <w:tcW w:w="1368" w:type="dxa"/>
            <w:shd w:val="clear" w:color="auto" w:fill="17365D"/>
            <w:tcMar>
              <w:top w:w="100" w:type="dxa"/>
              <w:left w:w="110" w:type="dxa"/>
              <w:bottom w:w="100" w:type="dxa"/>
              <w:right w:w="110" w:type="dxa"/>
            </w:tcMar>
            <w:vAlign w:val="center"/>
          </w:tcPr>
          <w:p w14:paraId="78CBBC52" w14:textId="77777777" w:rsidR="006A55BC" w:rsidRDefault="00000000">
            <w:r>
              <w:rPr>
                <w:b/>
                <w:color w:val="FFFFFF"/>
                <w:sz w:val="14"/>
              </w:rPr>
              <w:t>Residual risk updated</w:t>
            </w:r>
          </w:p>
        </w:tc>
        <w:tc>
          <w:tcPr>
            <w:tcW w:w="1440" w:type="dxa"/>
            <w:shd w:val="clear" w:color="auto" w:fill="17365D"/>
            <w:tcMar>
              <w:top w:w="100" w:type="dxa"/>
              <w:left w:w="110" w:type="dxa"/>
              <w:bottom w:w="100" w:type="dxa"/>
              <w:right w:w="110" w:type="dxa"/>
            </w:tcMar>
            <w:vAlign w:val="center"/>
          </w:tcPr>
          <w:p w14:paraId="3B048DE6" w14:textId="77777777" w:rsidR="006A55BC" w:rsidRDefault="00000000">
            <w:r>
              <w:rPr>
                <w:b/>
                <w:color w:val="FFFFFF"/>
                <w:sz w:val="14"/>
              </w:rPr>
              <w:t>Closure approved by</w:t>
            </w:r>
          </w:p>
        </w:tc>
      </w:tr>
      <w:tr w:rsidR="006A55BC" w14:paraId="31C3545B" w14:textId="77777777">
        <w:trPr>
          <w:cantSplit/>
          <w:jc w:val="center"/>
        </w:trPr>
        <w:tc>
          <w:tcPr>
            <w:tcW w:w="792" w:type="dxa"/>
            <w:tcMar>
              <w:top w:w="100" w:type="dxa"/>
              <w:left w:w="110" w:type="dxa"/>
              <w:bottom w:w="100" w:type="dxa"/>
              <w:right w:w="110" w:type="dxa"/>
            </w:tcMar>
            <w:vAlign w:val="center"/>
          </w:tcPr>
          <w:p w14:paraId="67FB0AFB"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24E12D8E"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6D9D696A"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4AE1F6A0"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59BF4059" w14:textId="77777777" w:rsidR="006A55BC" w:rsidRDefault="006A55BC">
            <w:pPr>
              <w:spacing w:after="20" w:line="240" w:lineRule="auto"/>
            </w:pPr>
          </w:p>
        </w:tc>
        <w:tc>
          <w:tcPr>
            <w:tcW w:w="1368" w:type="dxa"/>
            <w:tcMar>
              <w:top w:w="100" w:type="dxa"/>
              <w:left w:w="110" w:type="dxa"/>
              <w:bottom w:w="100" w:type="dxa"/>
              <w:right w:w="110" w:type="dxa"/>
            </w:tcMar>
            <w:vAlign w:val="center"/>
          </w:tcPr>
          <w:p w14:paraId="19148993" w14:textId="77777777" w:rsidR="006A55BC" w:rsidRDefault="00000000">
            <w:pPr>
              <w:spacing w:after="20" w:line="240" w:lineRule="auto"/>
            </w:pPr>
            <w:r>
              <w:rPr>
                <w:sz w:val="14"/>
              </w:rPr>
              <w:t>☐</w:t>
            </w:r>
          </w:p>
        </w:tc>
        <w:tc>
          <w:tcPr>
            <w:tcW w:w="1440" w:type="dxa"/>
            <w:tcMar>
              <w:top w:w="100" w:type="dxa"/>
              <w:left w:w="110" w:type="dxa"/>
              <w:bottom w:w="100" w:type="dxa"/>
              <w:right w:w="110" w:type="dxa"/>
            </w:tcMar>
            <w:vAlign w:val="center"/>
          </w:tcPr>
          <w:p w14:paraId="43EE8DD1" w14:textId="77777777" w:rsidR="006A55BC" w:rsidRDefault="006A55BC">
            <w:pPr>
              <w:spacing w:after="20" w:line="240" w:lineRule="auto"/>
            </w:pPr>
          </w:p>
        </w:tc>
      </w:tr>
      <w:tr w:rsidR="006A55BC" w14:paraId="039DEDF8" w14:textId="77777777">
        <w:trPr>
          <w:cantSplit/>
          <w:jc w:val="center"/>
        </w:trPr>
        <w:tc>
          <w:tcPr>
            <w:tcW w:w="792" w:type="dxa"/>
            <w:shd w:val="clear" w:color="auto" w:fill="F4F7FA"/>
            <w:tcMar>
              <w:top w:w="100" w:type="dxa"/>
              <w:left w:w="110" w:type="dxa"/>
              <w:bottom w:w="100" w:type="dxa"/>
              <w:right w:w="110" w:type="dxa"/>
            </w:tcMar>
            <w:vAlign w:val="center"/>
          </w:tcPr>
          <w:p w14:paraId="2D880133"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55A2C8B5"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60FAB705"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0D4C30E8"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3EFCF1F3" w14:textId="77777777" w:rsidR="006A55BC" w:rsidRDefault="006A55BC">
            <w:pPr>
              <w:spacing w:after="20" w:line="240" w:lineRule="auto"/>
            </w:pPr>
          </w:p>
        </w:tc>
        <w:tc>
          <w:tcPr>
            <w:tcW w:w="1368" w:type="dxa"/>
            <w:shd w:val="clear" w:color="auto" w:fill="F4F7FA"/>
            <w:tcMar>
              <w:top w:w="100" w:type="dxa"/>
              <w:left w:w="110" w:type="dxa"/>
              <w:bottom w:w="100" w:type="dxa"/>
              <w:right w:w="110" w:type="dxa"/>
            </w:tcMar>
            <w:vAlign w:val="center"/>
          </w:tcPr>
          <w:p w14:paraId="08DABD90" w14:textId="77777777" w:rsidR="006A55BC" w:rsidRDefault="00000000">
            <w:pPr>
              <w:spacing w:after="20" w:line="240" w:lineRule="auto"/>
            </w:pPr>
            <w:r>
              <w:rPr>
                <w:sz w:val="14"/>
              </w:rPr>
              <w:t>☐</w:t>
            </w:r>
          </w:p>
        </w:tc>
        <w:tc>
          <w:tcPr>
            <w:tcW w:w="1440" w:type="dxa"/>
            <w:shd w:val="clear" w:color="auto" w:fill="F4F7FA"/>
            <w:tcMar>
              <w:top w:w="100" w:type="dxa"/>
              <w:left w:w="110" w:type="dxa"/>
              <w:bottom w:w="100" w:type="dxa"/>
              <w:right w:w="110" w:type="dxa"/>
            </w:tcMar>
            <w:vAlign w:val="center"/>
          </w:tcPr>
          <w:p w14:paraId="4AA6FF53" w14:textId="77777777" w:rsidR="006A55BC" w:rsidRDefault="006A55BC">
            <w:pPr>
              <w:spacing w:after="20" w:line="240" w:lineRule="auto"/>
            </w:pPr>
          </w:p>
        </w:tc>
      </w:tr>
      <w:tr w:rsidR="006A55BC" w14:paraId="575E8B47" w14:textId="77777777">
        <w:trPr>
          <w:cantSplit/>
          <w:jc w:val="center"/>
        </w:trPr>
        <w:tc>
          <w:tcPr>
            <w:tcW w:w="792" w:type="dxa"/>
            <w:tcMar>
              <w:top w:w="100" w:type="dxa"/>
              <w:left w:w="110" w:type="dxa"/>
              <w:bottom w:w="100" w:type="dxa"/>
              <w:right w:w="110" w:type="dxa"/>
            </w:tcMar>
            <w:vAlign w:val="center"/>
          </w:tcPr>
          <w:p w14:paraId="5CBEFC43"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25E086E2"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31A35F33"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6387EBDC"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707049EF" w14:textId="77777777" w:rsidR="006A55BC" w:rsidRDefault="006A55BC">
            <w:pPr>
              <w:spacing w:after="20" w:line="240" w:lineRule="auto"/>
            </w:pPr>
          </w:p>
        </w:tc>
        <w:tc>
          <w:tcPr>
            <w:tcW w:w="1368" w:type="dxa"/>
            <w:tcMar>
              <w:top w:w="100" w:type="dxa"/>
              <w:left w:w="110" w:type="dxa"/>
              <w:bottom w:w="100" w:type="dxa"/>
              <w:right w:w="110" w:type="dxa"/>
            </w:tcMar>
            <w:vAlign w:val="center"/>
          </w:tcPr>
          <w:p w14:paraId="1ED14F10" w14:textId="77777777" w:rsidR="006A55BC" w:rsidRDefault="00000000">
            <w:pPr>
              <w:spacing w:after="20" w:line="240" w:lineRule="auto"/>
            </w:pPr>
            <w:r>
              <w:rPr>
                <w:sz w:val="14"/>
              </w:rPr>
              <w:t>☐</w:t>
            </w:r>
          </w:p>
        </w:tc>
        <w:tc>
          <w:tcPr>
            <w:tcW w:w="1440" w:type="dxa"/>
            <w:tcMar>
              <w:top w:w="100" w:type="dxa"/>
              <w:left w:w="110" w:type="dxa"/>
              <w:bottom w:w="100" w:type="dxa"/>
              <w:right w:w="110" w:type="dxa"/>
            </w:tcMar>
            <w:vAlign w:val="center"/>
          </w:tcPr>
          <w:p w14:paraId="5ED2C864" w14:textId="77777777" w:rsidR="006A55BC" w:rsidRDefault="006A55BC">
            <w:pPr>
              <w:spacing w:after="20" w:line="240" w:lineRule="auto"/>
            </w:pPr>
          </w:p>
        </w:tc>
      </w:tr>
      <w:tr w:rsidR="006A55BC" w14:paraId="54607C29" w14:textId="77777777">
        <w:trPr>
          <w:cantSplit/>
          <w:jc w:val="center"/>
        </w:trPr>
        <w:tc>
          <w:tcPr>
            <w:tcW w:w="792" w:type="dxa"/>
            <w:shd w:val="clear" w:color="auto" w:fill="F4F7FA"/>
            <w:tcMar>
              <w:top w:w="100" w:type="dxa"/>
              <w:left w:w="110" w:type="dxa"/>
              <w:bottom w:w="100" w:type="dxa"/>
              <w:right w:w="110" w:type="dxa"/>
            </w:tcMar>
            <w:vAlign w:val="center"/>
          </w:tcPr>
          <w:p w14:paraId="611212A9"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0D62BE81"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20331DED"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640FD660"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4EA01371" w14:textId="77777777" w:rsidR="006A55BC" w:rsidRDefault="006A55BC">
            <w:pPr>
              <w:spacing w:after="20" w:line="240" w:lineRule="auto"/>
            </w:pPr>
          </w:p>
        </w:tc>
        <w:tc>
          <w:tcPr>
            <w:tcW w:w="1368" w:type="dxa"/>
            <w:shd w:val="clear" w:color="auto" w:fill="F4F7FA"/>
            <w:tcMar>
              <w:top w:w="100" w:type="dxa"/>
              <w:left w:w="110" w:type="dxa"/>
              <w:bottom w:w="100" w:type="dxa"/>
              <w:right w:w="110" w:type="dxa"/>
            </w:tcMar>
            <w:vAlign w:val="center"/>
          </w:tcPr>
          <w:p w14:paraId="6E16A579" w14:textId="77777777" w:rsidR="006A55BC" w:rsidRDefault="00000000">
            <w:pPr>
              <w:spacing w:after="20" w:line="240" w:lineRule="auto"/>
            </w:pPr>
            <w:r>
              <w:rPr>
                <w:sz w:val="14"/>
              </w:rPr>
              <w:t>☐</w:t>
            </w:r>
          </w:p>
        </w:tc>
        <w:tc>
          <w:tcPr>
            <w:tcW w:w="1440" w:type="dxa"/>
            <w:shd w:val="clear" w:color="auto" w:fill="F4F7FA"/>
            <w:tcMar>
              <w:top w:w="100" w:type="dxa"/>
              <w:left w:w="110" w:type="dxa"/>
              <w:bottom w:w="100" w:type="dxa"/>
              <w:right w:w="110" w:type="dxa"/>
            </w:tcMar>
            <w:vAlign w:val="center"/>
          </w:tcPr>
          <w:p w14:paraId="75D70179" w14:textId="77777777" w:rsidR="006A55BC" w:rsidRDefault="006A55BC">
            <w:pPr>
              <w:spacing w:after="20" w:line="240" w:lineRule="auto"/>
            </w:pPr>
          </w:p>
        </w:tc>
      </w:tr>
      <w:tr w:rsidR="006A55BC" w14:paraId="12D21A39" w14:textId="77777777">
        <w:trPr>
          <w:cantSplit/>
          <w:jc w:val="center"/>
        </w:trPr>
        <w:tc>
          <w:tcPr>
            <w:tcW w:w="792" w:type="dxa"/>
            <w:tcMar>
              <w:top w:w="100" w:type="dxa"/>
              <w:left w:w="110" w:type="dxa"/>
              <w:bottom w:w="100" w:type="dxa"/>
              <w:right w:w="110" w:type="dxa"/>
            </w:tcMar>
            <w:vAlign w:val="center"/>
          </w:tcPr>
          <w:p w14:paraId="14881ED1"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4512FD4F"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048CA12F"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2210479E"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65982D12" w14:textId="77777777" w:rsidR="006A55BC" w:rsidRDefault="006A55BC">
            <w:pPr>
              <w:spacing w:after="20" w:line="240" w:lineRule="auto"/>
            </w:pPr>
          </w:p>
        </w:tc>
        <w:tc>
          <w:tcPr>
            <w:tcW w:w="1368" w:type="dxa"/>
            <w:tcMar>
              <w:top w:w="100" w:type="dxa"/>
              <w:left w:w="110" w:type="dxa"/>
              <w:bottom w:w="100" w:type="dxa"/>
              <w:right w:w="110" w:type="dxa"/>
            </w:tcMar>
            <w:vAlign w:val="center"/>
          </w:tcPr>
          <w:p w14:paraId="1A05FFFB" w14:textId="77777777" w:rsidR="006A55BC" w:rsidRDefault="00000000">
            <w:pPr>
              <w:spacing w:after="20" w:line="240" w:lineRule="auto"/>
            </w:pPr>
            <w:r>
              <w:rPr>
                <w:sz w:val="14"/>
              </w:rPr>
              <w:t>☐</w:t>
            </w:r>
          </w:p>
        </w:tc>
        <w:tc>
          <w:tcPr>
            <w:tcW w:w="1440" w:type="dxa"/>
            <w:tcMar>
              <w:top w:w="100" w:type="dxa"/>
              <w:left w:w="110" w:type="dxa"/>
              <w:bottom w:w="100" w:type="dxa"/>
              <w:right w:w="110" w:type="dxa"/>
            </w:tcMar>
            <w:vAlign w:val="center"/>
          </w:tcPr>
          <w:p w14:paraId="7339FDFF" w14:textId="77777777" w:rsidR="006A55BC" w:rsidRDefault="006A55BC">
            <w:pPr>
              <w:spacing w:after="20" w:line="240" w:lineRule="auto"/>
            </w:pPr>
          </w:p>
        </w:tc>
      </w:tr>
      <w:tr w:rsidR="006A55BC" w14:paraId="0695DFCE" w14:textId="77777777">
        <w:trPr>
          <w:cantSplit/>
          <w:jc w:val="center"/>
        </w:trPr>
        <w:tc>
          <w:tcPr>
            <w:tcW w:w="792" w:type="dxa"/>
            <w:shd w:val="clear" w:color="auto" w:fill="F4F7FA"/>
            <w:tcMar>
              <w:top w:w="100" w:type="dxa"/>
              <w:left w:w="110" w:type="dxa"/>
              <w:bottom w:w="100" w:type="dxa"/>
              <w:right w:w="110" w:type="dxa"/>
            </w:tcMar>
            <w:vAlign w:val="center"/>
          </w:tcPr>
          <w:p w14:paraId="2144B67B"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641941E1"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38015398"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25F0B58D"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1E71B911" w14:textId="77777777" w:rsidR="006A55BC" w:rsidRDefault="006A55BC">
            <w:pPr>
              <w:spacing w:after="20" w:line="240" w:lineRule="auto"/>
            </w:pPr>
          </w:p>
        </w:tc>
        <w:tc>
          <w:tcPr>
            <w:tcW w:w="1368" w:type="dxa"/>
            <w:shd w:val="clear" w:color="auto" w:fill="F4F7FA"/>
            <w:tcMar>
              <w:top w:w="100" w:type="dxa"/>
              <w:left w:w="110" w:type="dxa"/>
              <w:bottom w:w="100" w:type="dxa"/>
              <w:right w:w="110" w:type="dxa"/>
            </w:tcMar>
            <w:vAlign w:val="center"/>
          </w:tcPr>
          <w:p w14:paraId="0BD588A9" w14:textId="77777777" w:rsidR="006A55BC" w:rsidRDefault="00000000">
            <w:pPr>
              <w:spacing w:after="20" w:line="240" w:lineRule="auto"/>
            </w:pPr>
            <w:r>
              <w:rPr>
                <w:sz w:val="14"/>
              </w:rPr>
              <w:t>☐</w:t>
            </w:r>
          </w:p>
        </w:tc>
        <w:tc>
          <w:tcPr>
            <w:tcW w:w="1440" w:type="dxa"/>
            <w:shd w:val="clear" w:color="auto" w:fill="F4F7FA"/>
            <w:tcMar>
              <w:top w:w="100" w:type="dxa"/>
              <w:left w:w="110" w:type="dxa"/>
              <w:bottom w:w="100" w:type="dxa"/>
              <w:right w:w="110" w:type="dxa"/>
            </w:tcMar>
            <w:vAlign w:val="center"/>
          </w:tcPr>
          <w:p w14:paraId="19E879D0" w14:textId="77777777" w:rsidR="006A55BC" w:rsidRDefault="006A55BC">
            <w:pPr>
              <w:spacing w:after="20" w:line="240" w:lineRule="auto"/>
            </w:pPr>
          </w:p>
        </w:tc>
      </w:tr>
      <w:tr w:rsidR="006A55BC" w14:paraId="5BA07CF9" w14:textId="77777777">
        <w:trPr>
          <w:cantSplit/>
          <w:jc w:val="center"/>
        </w:trPr>
        <w:tc>
          <w:tcPr>
            <w:tcW w:w="792" w:type="dxa"/>
            <w:tcMar>
              <w:top w:w="100" w:type="dxa"/>
              <w:left w:w="110" w:type="dxa"/>
              <w:bottom w:w="100" w:type="dxa"/>
              <w:right w:w="110" w:type="dxa"/>
            </w:tcMar>
            <w:vAlign w:val="center"/>
          </w:tcPr>
          <w:p w14:paraId="3EB7A100" w14:textId="77777777" w:rsidR="006A55BC" w:rsidRDefault="006A55BC">
            <w:pPr>
              <w:spacing w:after="20" w:line="240" w:lineRule="auto"/>
            </w:pPr>
          </w:p>
        </w:tc>
        <w:tc>
          <w:tcPr>
            <w:tcW w:w="2880" w:type="dxa"/>
            <w:tcMar>
              <w:top w:w="100" w:type="dxa"/>
              <w:left w:w="110" w:type="dxa"/>
              <w:bottom w:w="100" w:type="dxa"/>
              <w:right w:w="110" w:type="dxa"/>
            </w:tcMar>
            <w:vAlign w:val="center"/>
          </w:tcPr>
          <w:p w14:paraId="25A85B90"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46CD5FA1"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4FDA85CB"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0D4BA294" w14:textId="77777777" w:rsidR="006A55BC" w:rsidRDefault="006A55BC">
            <w:pPr>
              <w:spacing w:after="20" w:line="240" w:lineRule="auto"/>
            </w:pPr>
          </w:p>
        </w:tc>
        <w:tc>
          <w:tcPr>
            <w:tcW w:w="1368" w:type="dxa"/>
            <w:tcMar>
              <w:top w:w="100" w:type="dxa"/>
              <w:left w:w="110" w:type="dxa"/>
              <w:bottom w:w="100" w:type="dxa"/>
              <w:right w:w="110" w:type="dxa"/>
            </w:tcMar>
            <w:vAlign w:val="center"/>
          </w:tcPr>
          <w:p w14:paraId="29A8B579" w14:textId="77777777" w:rsidR="006A55BC" w:rsidRDefault="00000000">
            <w:pPr>
              <w:spacing w:after="20" w:line="240" w:lineRule="auto"/>
            </w:pPr>
            <w:r>
              <w:rPr>
                <w:sz w:val="14"/>
              </w:rPr>
              <w:t>☐</w:t>
            </w:r>
          </w:p>
        </w:tc>
        <w:tc>
          <w:tcPr>
            <w:tcW w:w="1440" w:type="dxa"/>
            <w:tcMar>
              <w:top w:w="100" w:type="dxa"/>
              <w:left w:w="110" w:type="dxa"/>
              <w:bottom w:w="100" w:type="dxa"/>
              <w:right w:w="110" w:type="dxa"/>
            </w:tcMar>
            <w:vAlign w:val="center"/>
          </w:tcPr>
          <w:p w14:paraId="4846B527" w14:textId="77777777" w:rsidR="006A55BC" w:rsidRDefault="006A55BC">
            <w:pPr>
              <w:spacing w:after="20" w:line="240" w:lineRule="auto"/>
            </w:pPr>
          </w:p>
        </w:tc>
      </w:tr>
      <w:tr w:rsidR="006A55BC" w14:paraId="3F3895AF" w14:textId="77777777">
        <w:trPr>
          <w:cantSplit/>
          <w:jc w:val="center"/>
        </w:trPr>
        <w:tc>
          <w:tcPr>
            <w:tcW w:w="792" w:type="dxa"/>
            <w:shd w:val="clear" w:color="auto" w:fill="F4F7FA"/>
            <w:tcMar>
              <w:top w:w="100" w:type="dxa"/>
              <w:left w:w="110" w:type="dxa"/>
              <w:bottom w:w="100" w:type="dxa"/>
              <w:right w:w="110" w:type="dxa"/>
            </w:tcMar>
            <w:vAlign w:val="center"/>
          </w:tcPr>
          <w:p w14:paraId="36E73433" w14:textId="77777777" w:rsidR="006A55BC" w:rsidRDefault="006A55BC">
            <w:pPr>
              <w:spacing w:after="20" w:line="240" w:lineRule="auto"/>
            </w:pPr>
          </w:p>
        </w:tc>
        <w:tc>
          <w:tcPr>
            <w:tcW w:w="2880" w:type="dxa"/>
            <w:shd w:val="clear" w:color="auto" w:fill="F4F7FA"/>
            <w:tcMar>
              <w:top w:w="100" w:type="dxa"/>
              <w:left w:w="110" w:type="dxa"/>
              <w:bottom w:w="100" w:type="dxa"/>
              <w:right w:w="110" w:type="dxa"/>
            </w:tcMar>
            <w:vAlign w:val="center"/>
          </w:tcPr>
          <w:p w14:paraId="5ECA56E7"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1374B59C"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7F67E567"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4FD8A86A" w14:textId="77777777" w:rsidR="006A55BC" w:rsidRDefault="006A55BC">
            <w:pPr>
              <w:spacing w:after="20" w:line="240" w:lineRule="auto"/>
            </w:pPr>
          </w:p>
        </w:tc>
        <w:tc>
          <w:tcPr>
            <w:tcW w:w="1368" w:type="dxa"/>
            <w:shd w:val="clear" w:color="auto" w:fill="F4F7FA"/>
            <w:tcMar>
              <w:top w:w="100" w:type="dxa"/>
              <w:left w:w="110" w:type="dxa"/>
              <w:bottom w:w="100" w:type="dxa"/>
              <w:right w:w="110" w:type="dxa"/>
            </w:tcMar>
            <w:vAlign w:val="center"/>
          </w:tcPr>
          <w:p w14:paraId="45C1B80F" w14:textId="77777777" w:rsidR="006A55BC" w:rsidRDefault="00000000">
            <w:pPr>
              <w:spacing w:after="20" w:line="240" w:lineRule="auto"/>
            </w:pPr>
            <w:r>
              <w:rPr>
                <w:sz w:val="14"/>
              </w:rPr>
              <w:t>☐</w:t>
            </w:r>
          </w:p>
        </w:tc>
        <w:tc>
          <w:tcPr>
            <w:tcW w:w="1440" w:type="dxa"/>
            <w:shd w:val="clear" w:color="auto" w:fill="F4F7FA"/>
            <w:tcMar>
              <w:top w:w="100" w:type="dxa"/>
              <w:left w:w="110" w:type="dxa"/>
              <w:bottom w:w="100" w:type="dxa"/>
              <w:right w:w="110" w:type="dxa"/>
            </w:tcMar>
            <w:vAlign w:val="center"/>
          </w:tcPr>
          <w:p w14:paraId="33BEF137" w14:textId="77777777" w:rsidR="006A55BC" w:rsidRDefault="006A55BC">
            <w:pPr>
              <w:spacing w:after="20" w:line="240" w:lineRule="auto"/>
            </w:pPr>
          </w:p>
        </w:tc>
      </w:tr>
    </w:tbl>
    <w:p w14:paraId="78D33815" w14:textId="77777777" w:rsidR="006A55BC" w:rsidRDefault="006A55BC">
      <w:pPr>
        <w:spacing w:after="20"/>
      </w:pPr>
    </w:p>
    <w:p w14:paraId="5A1B71D7" w14:textId="77777777" w:rsidR="006A55BC" w:rsidRDefault="00000000">
      <w:pPr>
        <w:pStyle w:val="Heading2"/>
      </w:pPr>
      <w:r>
        <w:t>11.4 Overdue Action Escalation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92"/>
        <w:gridCol w:w="1152"/>
        <w:gridCol w:w="2160"/>
        <w:gridCol w:w="2160"/>
        <w:gridCol w:w="1080"/>
        <w:gridCol w:w="1224"/>
        <w:gridCol w:w="1368"/>
      </w:tblGrid>
      <w:tr w:rsidR="006A55BC" w14:paraId="5FC9D395" w14:textId="77777777">
        <w:trPr>
          <w:cantSplit/>
          <w:tblHeader/>
          <w:jc w:val="center"/>
        </w:trPr>
        <w:tc>
          <w:tcPr>
            <w:tcW w:w="792" w:type="dxa"/>
            <w:shd w:val="clear" w:color="auto" w:fill="17365D"/>
            <w:tcMar>
              <w:top w:w="100" w:type="dxa"/>
              <w:left w:w="110" w:type="dxa"/>
              <w:bottom w:w="100" w:type="dxa"/>
              <w:right w:w="110" w:type="dxa"/>
            </w:tcMar>
            <w:vAlign w:val="center"/>
          </w:tcPr>
          <w:p w14:paraId="69EB3AD1" w14:textId="77777777" w:rsidR="006A55BC" w:rsidRDefault="00000000">
            <w:r>
              <w:rPr>
                <w:b/>
                <w:color w:val="FFFFFF"/>
                <w:sz w:val="14"/>
              </w:rPr>
              <w:t>Action ID</w:t>
            </w:r>
          </w:p>
        </w:tc>
        <w:tc>
          <w:tcPr>
            <w:tcW w:w="1152" w:type="dxa"/>
            <w:shd w:val="clear" w:color="auto" w:fill="17365D"/>
            <w:tcMar>
              <w:top w:w="100" w:type="dxa"/>
              <w:left w:w="110" w:type="dxa"/>
              <w:bottom w:w="100" w:type="dxa"/>
              <w:right w:w="110" w:type="dxa"/>
            </w:tcMar>
            <w:vAlign w:val="center"/>
          </w:tcPr>
          <w:p w14:paraId="003C4B7B" w14:textId="77777777" w:rsidR="006A55BC" w:rsidRDefault="00000000">
            <w:r>
              <w:rPr>
                <w:b/>
                <w:color w:val="FFFFFF"/>
                <w:sz w:val="14"/>
              </w:rPr>
              <w:t>Original due date</w:t>
            </w:r>
          </w:p>
        </w:tc>
        <w:tc>
          <w:tcPr>
            <w:tcW w:w="2160" w:type="dxa"/>
            <w:shd w:val="clear" w:color="auto" w:fill="17365D"/>
            <w:tcMar>
              <w:top w:w="100" w:type="dxa"/>
              <w:left w:w="110" w:type="dxa"/>
              <w:bottom w:w="100" w:type="dxa"/>
              <w:right w:w="110" w:type="dxa"/>
            </w:tcMar>
            <w:vAlign w:val="center"/>
          </w:tcPr>
          <w:p w14:paraId="24286236" w14:textId="77777777" w:rsidR="006A55BC" w:rsidRDefault="00000000">
            <w:r>
              <w:rPr>
                <w:b/>
                <w:color w:val="FFFFFF"/>
                <w:sz w:val="14"/>
              </w:rPr>
              <w:t>Reason overdue</w:t>
            </w:r>
          </w:p>
        </w:tc>
        <w:tc>
          <w:tcPr>
            <w:tcW w:w="2160" w:type="dxa"/>
            <w:shd w:val="clear" w:color="auto" w:fill="17365D"/>
            <w:tcMar>
              <w:top w:w="100" w:type="dxa"/>
              <w:left w:w="110" w:type="dxa"/>
              <w:bottom w:w="100" w:type="dxa"/>
              <w:right w:w="110" w:type="dxa"/>
            </w:tcMar>
            <w:vAlign w:val="center"/>
          </w:tcPr>
          <w:p w14:paraId="3C4C71C2" w14:textId="77777777" w:rsidR="006A55BC" w:rsidRDefault="00000000">
            <w:r>
              <w:rPr>
                <w:b/>
                <w:color w:val="FFFFFF"/>
                <w:sz w:val="14"/>
              </w:rPr>
              <w:t>Interim safeguard</w:t>
            </w:r>
          </w:p>
        </w:tc>
        <w:tc>
          <w:tcPr>
            <w:tcW w:w="1080" w:type="dxa"/>
            <w:shd w:val="clear" w:color="auto" w:fill="17365D"/>
            <w:tcMar>
              <w:top w:w="100" w:type="dxa"/>
              <w:left w:w="110" w:type="dxa"/>
              <w:bottom w:w="100" w:type="dxa"/>
              <w:right w:w="110" w:type="dxa"/>
            </w:tcMar>
            <w:vAlign w:val="center"/>
          </w:tcPr>
          <w:p w14:paraId="5BB4F3EB" w14:textId="77777777" w:rsidR="006A55BC" w:rsidRDefault="00000000">
            <w:r>
              <w:rPr>
                <w:b/>
                <w:color w:val="FFFFFF"/>
                <w:sz w:val="14"/>
              </w:rPr>
              <w:t>Revised date</w:t>
            </w:r>
          </w:p>
        </w:tc>
        <w:tc>
          <w:tcPr>
            <w:tcW w:w="1224" w:type="dxa"/>
            <w:shd w:val="clear" w:color="auto" w:fill="17365D"/>
            <w:tcMar>
              <w:top w:w="100" w:type="dxa"/>
              <w:left w:w="110" w:type="dxa"/>
              <w:bottom w:w="100" w:type="dxa"/>
              <w:right w:w="110" w:type="dxa"/>
            </w:tcMar>
            <w:vAlign w:val="center"/>
          </w:tcPr>
          <w:p w14:paraId="47FE7369" w14:textId="77777777" w:rsidR="006A55BC" w:rsidRDefault="00000000">
            <w:r>
              <w:rPr>
                <w:b/>
                <w:color w:val="FFFFFF"/>
                <w:sz w:val="14"/>
              </w:rPr>
              <w:t>Escalated to</w:t>
            </w:r>
          </w:p>
        </w:tc>
        <w:tc>
          <w:tcPr>
            <w:tcW w:w="1368" w:type="dxa"/>
            <w:shd w:val="clear" w:color="auto" w:fill="17365D"/>
            <w:tcMar>
              <w:top w:w="100" w:type="dxa"/>
              <w:left w:w="110" w:type="dxa"/>
              <w:bottom w:w="100" w:type="dxa"/>
              <w:right w:w="110" w:type="dxa"/>
            </w:tcMar>
            <w:vAlign w:val="center"/>
          </w:tcPr>
          <w:p w14:paraId="079E5259" w14:textId="77777777" w:rsidR="006A55BC" w:rsidRDefault="00000000">
            <w:r>
              <w:rPr>
                <w:b/>
                <w:color w:val="FFFFFF"/>
                <w:sz w:val="14"/>
              </w:rPr>
              <w:t>Decision</w:t>
            </w:r>
          </w:p>
        </w:tc>
      </w:tr>
      <w:tr w:rsidR="006A55BC" w14:paraId="6195AFF4" w14:textId="77777777">
        <w:trPr>
          <w:cantSplit/>
          <w:jc w:val="center"/>
        </w:trPr>
        <w:tc>
          <w:tcPr>
            <w:tcW w:w="792" w:type="dxa"/>
            <w:tcMar>
              <w:top w:w="100" w:type="dxa"/>
              <w:left w:w="110" w:type="dxa"/>
              <w:bottom w:w="100" w:type="dxa"/>
              <w:right w:w="110" w:type="dxa"/>
            </w:tcMar>
            <w:vAlign w:val="center"/>
          </w:tcPr>
          <w:p w14:paraId="5CC6DE42"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54496FBA"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20502609"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3DCFFD96"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6F4046EB"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0FEDA700" w14:textId="77777777" w:rsidR="006A55BC" w:rsidRDefault="006A55BC">
            <w:pPr>
              <w:spacing w:after="20" w:line="240" w:lineRule="auto"/>
            </w:pPr>
          </w:p>
        </w:tc>
        <w:tc>
          <w:tcPr>
            <w:tcW w:w="1368" w:type="dxa"/>
            <w:tcMar>
              <w:top w:w="100" w:type="dxa"/>
              <w:left w:w="110" w:type="dxa"/>
              <w:bottom w:w="100" w:type="dxa"/>
              <w:right w:w="110" w:type="dxa"/>
            </w:tcMar>
            <w:vAlign w:val="center"/>
          </w:tcPr>
          <w:p w14:paraId="2B2C67C5" w14:textId="77777777" w:rsidR="006A55BC" w:rsidRDefault="006A55BC">
            <w:pPr>
              <w:spacing w:after="20" w:line="240" w:lineRule="auto"/>
            </w:pPr>
          </w:p>
        </w:tc>
      </w:tr>
      <w:tr w:rsidR="006A55BC" w14:paraId="14AE919B" w14:textId="77777777">
        <w:trPr>
          <w:cantSplit/>
          <w:jc w:val="center"/>
        </w:trPr>
        <w:tc>
          <w:tcPr>
            <w:tcW w:w="792" w:type="dxa"/>
            <w:shd w:val="clear" w:color="auto" w:fill="F4F7FA"/>
            <w:tcMar>
              <w:top w:w="100" w:type="dxa"/>
              <w:left w:w="110" w:type="dxa"/>
              <w:bottom w:w="100" w:type="dxa"/>
              <w:right w:w="110" w:type="dxa"/>
            </w:tcMar>
            <w:vAlign w:val="center"/>
          </w:tcPr>
          <w:p w14:paraId="468C171B"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075F3D21"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6BB8D80D"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2D456C5A"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5B5A7576"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3859159F" w14:textId="77777777" w:rsidR="006A55BC" w:rsidRDefault="006A55BC">
            <w:pPr>
              <w:spacing w:after="20" w:line="240" w:lineRule="auto"/>
            </w:pPr>
          </w:p>
        </w:tc>
        <w:tc>
          <w:tcPr>
            <w:tcW w:w="1368" w:type="dxa"/>
            <w:shd w:val="clear" w:color="auto" w:fill="F4F7FA"/>
            <w:tcMar>
              <w:top w:w="100" w:type="dxa"/>
              <w:left w:w="110" w:type="dxa"/>
              <w:bottom w:w="100" w:type="dxa"/>
              <w:right w:w="110" w:type="dxa"/>
            </w:tcMar>
            <w:vAlign w:val="center"/>
          </w:tcPr>
          <w:p w14:paraId="4C9F41DD" w14:textId="77777777" w:rsidR="006A55BC" w:rsidRDefault="006A55BC">
            <w:pPr>
              <w:spacing w:after="20" w:line="240" w:lineRule="auto"/>
            </w:pPr>
          </w:p>
        </w:tc>
      </w:tr>
      <w:tr w:rsidR="006A55BC" w14:paraId="7CBB5D1F" w14:textId="77777777">
        <w:trPr>
          <w:cantSplit/>
          <w:jc w:val="center"/>
        </w:trPr>
        <w:tc>
          <w:tcPr>
            <w:tcW w:w="792" w:type="dxa"/>
            <w:tcMar>
              <w:top w:w="100" w:type="dxa"/>
              <w:left w:w="110" w:type="dxa"/>
              <w:bottom w:w="100" w:type="dxa"/>
              <w:right w:w="110" w:type="dxa"/>
            </w:tcMar>
            <w:vAlign w:val="center"/>
          </w:tcPr>
          <w:p w14:paraId="0814A461"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1AF2D224"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70746BB1"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3D54637B"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69793B06"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6ADA511C" w14:textId="77777777" w:rsidR="006A55BC" w:rsidRDefault="006A55BC">
            <w:pPr>
              <w:spacing w:after="20" w:line="240" w:lineRule="auto"/>
            </w:pPr>
          </w:p>
        </w:tc>
        <w:tc>
          <w:tcPr>
            <w:tcW w:w="1368" w:type="dxa"/>
            <w:tcMar>
              <w:top w:w="100" w:type="dxa"/>
              <w:left w:w="110" w:type="dxa"/>
              <w:bottom w:w="100" w:type="dxa"/>
              <w:right w:w="110" w:type="dxa"/>
            </w:tcMar>
            <w:vAlign w:val="center"/>
          </w:tcPr>
          <w:p w14:paraId="546689A5" w14:textId="77777777" w:rsidR="006A55BC" w:rsidRDefault="006A55BC">
            <w:pPr>
              <w:spacing w:after="20" w:line="240" w:lineRule="auto"/>
            </w:pPr>
          </w:p>
        </w:tc>
      </w:tr>
      <w:tr w:rsidR="006A55BC" w14:paraId="10A6BAC3" w14:textId="77777777">
        <w:trPr>
          <w:cantSplit/>
          <w:jc w:val="center"/>
        </w:trPr>
        <w:tc>
          <w:tcPr>
            <w:tcW w:w="792" w:type="dxa"/>
            <w:shd w:val="clear" w:color="auto" w:fill="F4F7FA"/>
            <w:tcMar>
              <w:top w:w="100" w:type="dxa"/>
              <w:left w:w="110" w:type="dxa"/>
              <w:bottom w:w="100" w:type="dxa"/>
              <w:right w:w="110" w:type="dxa"/>
            </w:tcMar>
            <w:vAlign w:val="center"/>
          </w:tcPr>
          <w:p w14:paraId="3AF07AD4"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36A4E790"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6F546344"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13710D62"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731B2ECE"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74DF9C9A" w14:textId="77777777" w:rsidR="006A55BC" w:rsidRDefault="006A55BC">
            <w:pPr>
              <w:spacing w:after="20" w:line="240" w:lineRule="auto"/>
            </w:pPr>
          </w:p>
        </w:tc>
        <w:tc>
          <w:tcPr>
            <w:tcW w:w="1368" w:type="dxa"/>
            <w:shd w:val="clear" w:color="auto" w:fill="F4F7FA"/>
            <w:tcMar>
              <w:top w:w="100" w:type="dxa"/>
              <w:left w:w="110" w:type="dxa"/>
              <w:bottom w:w="100" w:type="dxa"/>
              <w:right w:w="110" w:type="dxa"/>
            </w:tcMar>
            <w:vAlign w:val="center"/>
          </w:tcPr>
          <w:p w14:paraId="4187C53E" w14:textId="77777777" w:rsidR="006A55BC" w:rsidRDefault="006A55BC">
            <w:pPr>
              <w:spacing w:after="20" w:line="240" w:lineRule="auto"/>
            </w:pPr>
          </w:p>
        </w:tc>
      </w:tr>
      <w:tr w:rsidR="006A55BC" w14:paraId="3A61CD3A" w14:textId="77777777">
        <w:trPr>
          <w:cantSplit/>
          <w:jc w:val="center"/>
        </w:trPr>
        <w:tc>
          <w:tcPr>
            <w:tcW w:w="792" w:type="dxa"/>
            <w:tcMar>
              <w:top w:w="100" w:type="dxa"/>
              <w:left w:w="110" w:type="dxa"/>
              <w:bottom w:w="100" w:type="dxa"/>
              <w:right w:w="110" w:type="dxa"/>
            </w:tcMar>
            <w:vAlign w:val="center"/>
          </w:tcPr>
          <w:p w14:paraId="67577925"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21CF6406"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2C3CFD04"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3AC35D31"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73DAF95D"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329D5973" w14:textId="77777777" w:rsidR="006A55BC" w:rsidRDefault="006A55BC">
            <w:pPr>
              <w:spacing w:after="20" w:line="240" w:lineRule="auto"/>
            </w:pPr>
          </w:p>
        </w:tc>
        <w:tc>
          <w:tcPr>
            <w:tcW w:w="1368" w:type="dxa"/>
            <w:tcMar>
              <w:top w:w="100" w:type="dxa"/>
              <w:left w:w="110" w:type="dxa"/>
              <w:bottom w:w="100" w:type="dxa"/>
              <w:right w:w="110" w:type="dxa"/>
            </w:tcMar>
            <w:vAlign w:val="center"/>
          </w:tcPr>
          <w:p w14:paraId="597D6392" w14:textId="77777777" w:rsidR="006A55BC" w:rsidRDefault="006A55BC">
            <w:pPr>
              <w:spacing w:after="20" w:line="240" w:lineRule="auto"/>
            </w:pPr>
          </w:p>
        </w:tc>
      </w:tr>
      <w:tr w:rsidR="006A55BC" w14:paraId="663E1F35" w14:textId="77777777">
        <w:trPr>
          <w:cantSplit/>
          <w:jc w:val="center"/>
        </w:trPr>
        <w:tc>
          <w:tcPr>
            <w:tcW w:w="792" w:type="dxa"/>
            <w:shd w:val="clear" w:color="auto" w:fill="F4F7FA"/>
            <w:tcMar>
              <w:top w:w="100" w:type="dxa"/>
              <w:left w:w="110" w:type="dxa"/>
              <w:bottom w:w="100" w:type="dxa"/>
              <w:right w:w="110" w:type="dxa"/>
            </w:tcMar>
            <w:vAlign w:val="center"/>
          </w:tcPr>
          <w:p w14:paraId="550B0735"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23204DA1"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294ED702"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509B2012"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6A2A4327"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725F2F98" w14:textId="77777777" w:rsidR="006A55BC" w:rsidRDefault="006A55BC">
            <w:pPr>
              <w:spacing w:after="20" w:line="240" w:lineRule="auto"/>
            </w:pPr>
          </w:p>
        </w:tc>
        <w:tc>
          <w:tcPr>
            <w:tcW w:w="1368" w:type="dxa"/>
            <w:shd w:val="clear" w:color="auto" w:fill="F4F7FA"/>
            <w:tcMar>
              <w:top w:w="100" w:type="dxa"/>
              <w:left w:w="110" w:type="dxa"/>
              <w:bottom w:w="100" w:type="dxa"/>
              <w:right w:w="110" w:type="dxa"/>
            </w:tcMar>
            <w:vAlign w:val="center"/>
          </w:tcPr>
          <w:p w14:paraId="48B1C0CC" w14:textId="77777777" w:rsidR="006A55BC" w:rsidRDefault="006A55BC">
            <w:pPr>
              <w:spacing w:after="20" w:line="240" w:lineRule="auto"/>
            </w:pPr>
          </w:p>
        </w:tc>
      </w:tr>
    </w:tbl>
    <w:p w14:paraId="784030EE" w14:textId="77777777" w:rsidR="006A55BC" w:rsidRDefault="006A55BC">
      <w:pPr>
        <w:spacing w:after="20"/>
      </w:pPr>
    </w:p>
    <w:p w14:paraId="51A22441" w14:textId="77777777" w:rsidR="006A55BC" w:rsidRDefault="00000000">
      <w:r>
        <w:br w:type="page"/>
      </w:r>
    </w:p>
    <w:p w14:paraId="5455ACF3" w14:textId="77777777" w:rsidR="006A55BC" w:rsidRDefault="00000000">
      <w:pPr>
        <w:pStyle w:val="Heading1"/>
      </w:pPr>
      <w:r>
        <w:lastRenderedPageBreak/>
        <w:t>Section 12 Monitoring and Reporting</w:t>
      </w:r>
    </w:p>
    <w:p w14:paraId="75D8D039" w14:textId="77777777" w:rsidR="006A55BC" w:rsidRDefault="00000000">
      <w:pPr>
        <w:pStyle w:val="Heading2"/>
      </w:pPr>
      <w:r>
        <w:t>12.1 Key Risk and Control Indicators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728"/>
        <w:gridCol w:w="2520"/>
        <w:gridCol w:w="1440"/>
        <w:gridCol w:w="936"/>
        <w:gridCol w:w="936"/>
        <w:gridCol w:w="1152"/>
        <w:gridCol w:w="720"/>
        <w:gridCol w:w="1080"/>
      </w:tblGrid>
      <w:tr w:rsidR="006A55BC" w14:paraId="63658208" w14:textId="77777777">
        <w:trPr>
          <w:cantSplit/>
          <w:tblHeader/>
          <w:jc w:val="center"/>
        </w:trPr>
        <w:tc>
          <w:tcPr>
            <w:tcW w:w="1728" w:type="dxa"/>
            <w:shd w:val="clear" w:color="auto" w:fill="17365D"/>
            <w:tcMar>
              <w:top w:w="100" w:type="dxa"/>
              <w:left w:w="110" w:type="dxa"/>
              <w:bottom w:w="100" w:type="dxa"/>
              <w:right w:w="110" w:type="dxa"/>
            </w:tcMar>
            <w:vAlign w:val="center"/>
          </w:tcPr>
          <w:p w14:paraId="19B914C5" w14:textId="77777777" w:rsidR="006A55BC" w:rsidRDefault="00000000">
            <w:r>
              <w:rPr>
                <w:b/>
                <w:color w:val="FFFFFF"/>
                <w:sz w:val="13"/>
              </w:rPr>
              <w:t>Indicator</w:t>
            </w:r>
          </w:p>
        </w:tc>
        <w:tc>
          <w:tcPr>
            <w:tcW w:w="2520" w:type="dxa"/>
            <w:shd w:val="clear" w:color="auto" w:fill="17365D"/>
            <w:tcMar>
              <w:top w:w="100" w:type="dxa"/>
              <w:left w:w="110" w:type="dxa"/>
              <w:bottom w:w="100" w:type="dxa"/>
              <w:right w:w="110" w:type="dxa"/>
            </w:tcMar>
            <w:vAlign w:val="center"/>
          </w:tcPr>
          <w:p w14:paraId="6C5E78FE" w14:textId="77777777" w:rsidR="006A55BC" w:rsidRDefault="00000000">
            <w:r>
              <w:rPr>
                <w:b/>
                <w:color w:val="FFFFFF"/>
                <w:sz w:val="13"/>
              </w:rPr>
              <w:t>Definition and data source</w:t>
            </w:r>
          </w:p>
        </w:tc>
        <w:tc>
          <w:tcPr>
            <w:tcW w:w="1440" w:type="dxa"/>
            <w:shd w:val="clear" w:color="auto" w:fill="17365D"/>
            <w:tcMar>
              <w:top w:w="100" w:type="dxa"/>
              <w:left w:w="110" w:type="dxa"/>
              <w:bottom w:w="100" w:type="dxa"/>
              <w:right w:w="110" w:type="dxa"/>
            </w:tcMar>
            <w:vAlign w:val="center"/>
          </w:tcPr>
          <w:p w14:paraId="7F54A7A6" w14:textId="77777777" w:rsidR="006A55BC" w:rsidRDefault="00000000">
            <w:r>
              <w:rPr>
                <w:b/>
                <w:color w:val="FFFFFF"/>
                <w:sz w:val="13"/>
              </w:rPr>
              <w:t>Thresholds</w:t>
            </w:r>
          </w:p>
        </w:tc>
        <w:tc>
          <w:tcPr>
            <w:tcW w:w="936" w:type="dxa"/>
            <w:shd w:val="clear" w:color="auto" w:fill="17365D"/>
            <w:tcMar>
              <w:top w:w="100" w:type="dxa"/>
              <w:left w:w="110" w:type="dxa"/>
              <w:bottom w:w="100" w:type="dxa"/>
              <w:right w:w="110" w:type="dxa"/>
            </w:tcMar>
            <w:vAlign w:val="center"/>
          </w:tcPr>
          <w:p w14:paraId="6DB0836A" w14:textId="77777777" w:rsidR="006A55BC" w:rsidRDefault="00000000">
            <w:r>
              <w:rPr>
                <w:b/>
                <w:color w:val="FFFFFF"/>
                <w:sz w:val="13"/>
              </w:rPr>
              <w:t>Frequency</w:t>
            </w:r>
          </w:p>
        </w:tc>
        <w:tc>
          <w:tcPr>
            <w:tcW w:w="936" w:type="dxa"/>
            <w:shd w:val="clear" w:color="auto" w:fill="17365D"/>
            <w:tcMar>
              <w:top w:w="100" w:type="dxa"/>
              <w:left w:w="110" w:type="dxa"/>
              <w:bottom w:w="100" w:type="dxa"/>
              <w:right w:w="110" w:type="dxa"/>
            </w:tcMar>
            <w:vAlign w:val="center"/>
          </w:tcPr>
          <w:p w14:paraId="27AE59F1" w14:textId="77777777" w:rsidR="006A55BC" w:rsidRDefault="00000000">
            <w:r>
              <w:rPr>
                <w:b/>
                <w:color w:val="FFFFFF"/>
                <w:sz w:val="13"/>
              </w:rPr>
              <w:t>Owner</w:t>
            </w:r>
          </w:p>
        </w:tc>
        <w:tc>
          <w:tcPr>
            <w:tcW w:w="1152" w:type="dxa"/>
            <w:shd w:val="clear" w:color="auto" w:fill="17365D"/>
            <w:tcMar>
              <w:top w:w="100" w:type="dxa"/>
              <w:left w:w="110" w:type="dxa"/>
              <w:bottom w:w="100" w:type="dxa"/>
              <w:right w:w="110" w:type="dxa"/>
            </w:tcMar>
            <w:vAlign w:val="center"/>
          </w:tcPr>
          <w:p w14:paraId="66BD43B2" w14:textId="77777777" w:rsidR="006A55BC" w:rsidRDefault="00000000">
            <w:r>
              <w:rPr>
                <w:b/>
                <w:color w:val="FFFFFF"/>
                <w:sz w:val="13"/>
              </w:rPr>
              <w:t>Current result</w:t>
            </w:r>
          </w:p>
        </w:tc>
        <w:tc>
          <w:tcPr>
            <w:tcW w:w="720" w:type="dxa"/>
            <w:shd w:val="clear" w:color="auto" w:fill="17365D"/>
            <w:tcMar>
              <w:top w:w="100" w:type="dxa"/>
              <w:left w:w="110" w:type="dxa"/>
              <w:bottom w:w="100" w:type="dxa"/>
              <w:right w:w="110" w:type="dxa"/>
            </w:tcMar>
            <w:vAlign w:val="center"/>
          </w:tcPr>
          <w:p w14:paraId="05DAF901" w14:textId="77777777" w:rsidR="006A55BC" w:rsidRDefault="00000000">
            <w:r>
              <w:rPr>
                <w:b/>
                <w:color w:val="FFFFFF"/>
                <w:sz w:val="13"/>
              </w:rPr>
              <w:t>Trend</w:t>
            </w:r>
          </w:p>
        </w:tc>
        <w:tc>
          <w:tcPr>
            <w:tcW w:w="1080" w:type="dxa"/>
            <w:shd w:val="clear" w:color="auto" w:fill="17365D"/>
            <w:tcMar>
              <w:top w:w="100" w:type="dxa"/>
              <w:left w:w="110" w:type="dxa"/>
              <w:bottom w:w="100" w:type="dxa"/>
              <w:right w:w="110" w:type="dxa"/>
            </w:tcMar>
            <w:vAlign w:val="center"/>
          </w:tcPr>
          <w:p w14:paraId="3C8F6013" w14:textId="77777777" w:rsidR="006A55BC" w:rsidRDefault="00000000">
            <w:r>
              <w:rPr>
                <w:b/>
                <w:color w:val="FFFFFF"/>
                <w:sz w:val="13"/>
              </w:rPr>
              <w:t>Action</w:t>
            </w:r>
          </w:p>
        </w:tc>
      </w:tr>
      <w:tr w:rsidR="006A55BC" w14:paraId="6CAC3447" w14:textId="77777777">
        <w:trPr>
          <w:cantSplit/>
          <w:jc w:val="center"/>
        </w:trPr>
        <w:tc>
          <w:tcPr>
            <w:tcW w:w="1728" w:type="dxa"/>
            <w:tcMar>
              <w:top w:w="100" w:type="dxa"/>
              <w:left w:w="110" w:type="dxa"/>
              <w:bottom w:w="100" w:type="dxa"/>
              <w:right w:w="110" w:type="dxa"/>
            </w:tcMar>
            <w:vAlign w:val="center"/>
          </w:tcPr>
          <w:p w14:paraId="483A5189" w14:textId="77777777" w:rsidR="006A55BC" w:rsidRDefault="00000000">
            <w:pPr>
              <w:spacing w:after="20" w:line="240" w:lineRule="auto"/>
            </w:pPr>
            <w:r>
              <w:rPr>
                <w:sz w:val="13"/>
              </w:rPr>
              <w:t>Undisclosed conflicts identified</w:t>
            </w:r>
          </w:p>
        </w:tc>
        <w:tc>
          <w:tcPr>
            <w:tcW w:w="2520" w:type="dxa"/>
            <w:tcMar>
              <w:top w:w="100" w:type="dxa"/>
              <w:left w:w="110" w:type="dxa"/>
              <w:bottom w:w="100" w:type="dxa"/>
              <w:right w:w="110" w:type="dxa"/>
            </w:tcMar>
            <w:vAlign w:val="center"/>
          </w:tcPr>
          <w:p w14:paraId="0056CC71"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1CEDAC19"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64EFF287"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64381D27"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57C34186" w14:textId="77777777" w:rsidR="006A55BC" w:rsidRDefault="006A55BC">
            <w:pPr>
              <w:spacing w:after="20" w:line="240" w:lineRule="auto"/>
            </w:pPr>
          </w:p>
        </w:tc>
        <w:tc>
          <w:tcPr>
            <w:tcW w:w="720" w:type="dxa"/>
            <w:tcMar>
              <w:top w:w="100" w:type="dxa"/>
              <w:left w:w="110" w:type="dxa"/>
              <w:bottom w:w="100" w:type="dxa"/>
              <w:right w:w="110" w:type="dxa"/>
            </w:tcMar>
            <w:vAlign w:val="center"/>
          </w:tcPr>
          <w:p w14:paraId="78B5A225"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6B1A57EE" w14:textId="77777777" w:rsidR="006A55BC" w:rsidRDefault="006A55BC">
            <w:pPr>
              <w:spacing w:after="20" w:line="240" w:lineRule="auto"/>
            </w:pPr>
          </w:p>
        </w:tc>
      </w:tr>
      <w:tr w:rsidR="006A55BC" w14:paraId="71E8F6FF" w14:textId="77777777">
        <w:trPr>
          <w:cantSplit/>
          <w:jc w:val="center"/>
        </w:trPr>
        <w:tc>
          <w:tcPr>
            <w:tcW w:w="1728" w:type="dxa"/>
            <w:shd w:val="clear" w:color="auto" w:fill="F4F7FA"/>
            <w:tcMar>
              <w:top w:w="100" w:type="dxa"/>
              <w:left w:w="110" w:type="dxa"/>
              <w:bottom w:w="100" w:type="dxa"/>
              <w:right w:w="110" w:type="dxa"/>
            </w:tcMar>
            <w:vAlign w:val="center"/>
          </w:tcPr>
          <w:p w14:paraId="255E7A83" w14:textId="77777777" w:rsidR="006A55BC" w:rsidRDefault="00000000">
            <w:pPr>
              <w:spacing w:after="20" w:line="240" w:lineRule="auto"/>
            </w:pPr>
            <w:r>
              <w:rPr>
                <w:sz w:val="13"/>
              </w:rPr>
              <w:t>Sole-source procurement rate</w:t>
            </w:r>
          </w:p>
        </w:tc>
        <w:tc>
          <w:tcPr>
            <w:tcW w:w="2520" w:type="dxa"/>
            <w:shd w:val="clear" w:color="auto" w:fill="F4F7FA"/>
            <w:tcMar>
              <w:top w:w="100" w:type="dxa"/>
              <w:left w:w="110" w:type="dxa"/>
              <w:bottom w:w="100" w:type="dxa"/>
              <w:right w:w="110" w:type="dxa"/>
            </w:tcMar>
            <w:vAlign w:val="center"/>
          </w:tcPr>
          <w:p w14:paraId="348EAAAA"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603602A3"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131020FA"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CCDD0AA"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2ECAEC4A" w14:textId="77777777" w:rsidR="006A55BC" w:rsidRDefault="006A55BC">
            <w:pPr>
              <w:spacing w:after="20" w:line="240" w:lineRule="auto"/>
            </w:pPr>
          </w:p>
        </w:tc>
        <w:tc>
          <w:tcPr>
            <w:tcW w:w="720" w:type="dxa"/>
            <w:shd w:val="clear" w:color="auto" w:fill="F4F7FA"/>
            <w:tcMar>
              <w:top w:w="100" w:type="dxa"/>
              <w:left w:w="110" w:type="dxa"/>
              <w:bottom w:w="100" w:type="dxa"/>
              <w:right w:w="110" w:type="dxa"/>
            </w:tcMar>
            <w:vAlign w:val="center"/>
          </w:tcPr>
          <w:p w14:paraId="39D7A754"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213B1031" w14:textId="77777777" w:rsidR="006A55BC" w:rsidRDefault="006A55BC">
            <w:pPr>
              <w:spacing w:after="20" w:line="240" w:lineRule="auto"/>
            </w:pPr>
          </w:p>
        </w:tc>
      </w:tr>
      <w:tr w:rsidR="006A55BC" w14:paraId="12FE1640" w14:textId="77777777">
        <w:trPr>
          <w:cantSplit/>
          <w:jc w:val="center"/>
        </w:trPr>
        <w:tc>
          <w:tcPr>
            <w:tcW w:w="1728" w:type="dxa"/>
            <w:tcMar>
              <w:top w:w="100" w:type="dxa"/>
              <w:left w:w="110" w:type="dxa"/>
              <w:bottom w:w="100" w:type="dxa"/>
              <w:right w:w="110" w:type="dxa"/>
            </w:tcMar>
            <w:vAlign w:val="center"/>
          </w:tcPr>
          <w:p w14:paraId="1158949E" w14:textId="77777777" w:rsidR="006A55BC" w:rsidRDefault="00000000">
            <w:pPr>
              <w:spacing w:after="20" w:line="240" w:lineRule="auto"/>
            </w:pPr>
            <w:r>
              <w:rPr>
                <w:sz w:val="13"/>
              </w:rPr>
              <w:t>Third parties engaged before due diligence</w:t>
            </w:r>
          </w:p>
        </w:tc>
        <w:tc>
          <w:tcPr>
            <w:tcW w:w="2520" w:type="dxa"/>
            <w:tcMar>
              <w:top w:w="100" w:type="dxa"/>
              <w:left w:w="110" w:type="dxa"/>
              <w:bottom w:w="100" w:type="dxa"/>
              <w:right w:w="110" w:type="dxa"/>
            </w:tcMar>
            <w:vAlign w:val="center"/>
          </w:tcPr>
          <w:p w14:paraId="0E4A2E2B"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4ED9E703"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18802B32"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0805CD1F"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619ADB54" w14:textId="77777777" w:rsidR="006A55BC" w:rsidRDefault="006A55BC">
            <w:pPr>
              <w:spacing w:after="20" w:line="240" w:lineRule="auto"/>
            </w:pPr>
          </w:p>
        </w:tc>
        <w:tc>
          <w:tcPr>
            <w:tcW w:w="720" w:type="dxa"/>
            <w:tcMar>
              <w:top w:w="100" w:type="dxa"/>
              <w:left w:w="110" w:type="dxa"/>
              <w:bottom w:w="100" w:type="dxa"/>
              <w:right w:w="110" w:type="dxa"/>
            </w:tcMar>
            <w:vAlign w:val="center"/>
          </w:tcPr>
          <w:p w14:paraId="0CDD00C8"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1573B547" w14:textId="77777777" w:rsidR="006A55BC" w:rsidRDefault="006A55BC">
            <w:pPr>
              <w:spacing w:after="20" w:line="240" w:lineRule="auto"/>
            </w:pPr>
          </w:p>
        </w:tc>
      </w:tr>
      <w:tr w:rsidR="006A55BC" w14:paraId="02AE6951" w14:textId="77777777">
        <w:trPr>
          <w:cantSplit/>
          <w:jc w:val="center"/>
        </w:trPr>
        <w:tc>
          <w:tcPr>
            <w:tcW w:w="1728" w:type="dxa"/>
            <w:shd w:val="clear" w:color="auto" w:fill="F4F7FA"/>
            <w:tcMar>
              <w:top w:w="100" w:type="dxa"/>
              <w:left w:w="110" w:type="dxa"/>
              <w:bottom w:w="100" w:type="dxa"/>
              <w:right w:w="110" w:type="dxa"/>
            </w:tcMar>
            <w:vAlign w:val="center"/>
          </w:tcPr>
          <w:p w14:paraId="38A8443B" w14:textId="77777777" w:rsidR="006A55BC" w:rsidRDefault="00000000">
            <w:pPr>
              <w:spacing w:after="20" w:line="240" w:lineRule="auto"/>
            </w:pPr>
            <w:r>
              <w:rPr>
                <w:sz w:val="13"/>
              </w:rPr>
              <w:t>Gifts above threshold or late-declared</w:t>
            </w:r>
          </w:p>
        </w:tc>
        <w:tc>
          <w:tcPr>
            <w:tcW w:w="2520" w:type="dxa"/>
            <w:shd w:val="clear" w:color="auto" w:fill="F4F7FA"/>
            <w:tcMar>
              <w:top w:w="100" w:type="dxa"/>
              <w:left w:w="110" w:type="dxa"/>
              <w:bottom w:w="100" w:type="dxa"/>
              <w:right w:w="110" w:type="dxa"/>
            </w:tcMar>
            <w:vAlign w:val="center"/>
          </w:tcPr>
          <w:p w14:paraId="2A4E6101"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1BEC277A"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DB32B11"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D880A68"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170432D1" w14:textId="77777777" w:rsidR="006A55BC" w:rsidRDefault="006A55BC">
            <w:pPr>
              <w:spacing w:after="20" w:line="240" w:lineRule="auto"/>
            </w:pPr>
          </w:p>
        </w:tc>
        <w:tc>
          <w:tcPr>
            <w:tcW w:w="720" w:type="dxa"/>
            <w:shd w:val="clear" w:color="auto" w:fill="F4F7FA"/>
            <w:tcMar>
              <w:top w:w="100" w:type="dxa"/>
              <w:left w:w="110" w:type="dxa"/>
              <w:bottom w:w="100" w:type="dxa"/>
              <w:right w:w="110" w:type="dxa"/>
            </w:tcMar>
            <w:vAlign w:val="center"/>
          </w:tcPr>
          <w:p w14:paraId="171E394B"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7D88C304" w14:textId="77777777" w:rsidR="006A55BC" w:rsidRDefault="006A55BC">
            <w:pPr>
              <w:spacing w:after="20" w:line="240" w:lineRule="auto"/>
            </w:pPr>
          </w:p>
        </w:tc>
      </w:tr>
      <w:tr w:rsidR="006A55BC" w14:paraId="4096E57D" w14:textId="77777777">
        <w:trPr>
          <w:cantSplit/>
          <w:jc w:val="center"/>
        </w:trPr>
        <w:tc>
          <w:tcPr>
            <w:tcW w:w="1728" w:type="dxa"/>
            <w:tcMar>
              <w:top w:w="100" w:type="dxa"/>
              <w:left w:w="110" w:type="dxa"/>
              <w:bottom w:w="100" w:type="dxa"/>
              <w:right w:w="110" w:type="dxa"/>
            </w:tcMar>
            <w:vAlign w:val="center"/>
          </w:tcPr>
          <w:p w14:paraId="780AFB73" w14:textId="77777777" w:rsidR="006A55BC" w:rsidRDefault="00000000">
            <w:pPr>
              <w:spacing w:after="20" w:line="240" w:lineRule="auto"/>
            </w:pPr>
            <w:r>
              <w:rPr>
                <w:sz w:val="13"/>
              </w:rPr>
              <w:t>Vendor bank-detail changes</w:t>
            </w:r>
          </w:p>
        </w:tc>
        <w:tc>
          <w:tcPr>
            <w:tcW w:w="2520" w:type="dxa"/>
            <w:tcMar>
              <w:top w:w="100" w:type="dxa"/>
              <w:left w:w="110" w:type="dxa"/>
              <w:bottom w:w="100" w:type="dxa"/>
              <w:right w:w="110" w:type="dxa"/>
            </w:tcMar>
            <w:vAlign w:val="center"/>
          </w:tcPr>
          <w:p w14:paraId="585D5F5E"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11207BFB"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26411611"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29F84166"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33F1BAE0" w14:textId="77777777" w:rsidR="006A55BC" w:rsidRDefault="006A55BC">
            <w:pPr>
              <w:spacing w:after="20" w:line="240" w:lineRule="auto"/>
            </w:pPr>
          </w:p>
        </w:tc>
        <w:tc>
          <w:tcPr>
            <w:tcW w:w="720" w:type="dxa"/>
            <w:tcMar>
              <w:top w:w="100" w:type="dxa"/>
              <w:left w:w="110" w:type="dxa"/>
              <w:bottom w:w="100" w:type="dxa"/>
              <w:right w:w="110" w:type="dxa"/>
            </w:tcMar>
            <w:vAlign w:val="center"/>
          </w:tcPr>
          <w:p w14:paraId="5B9AEE87"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61BD9200" w14:textId="77777777" w:rsidR="006A55BC" w:rsidRDefault="006A55BC">
            <w:pPr>
              <w:spacing w:after="20" w:line="240" w:lineRule="auto"/>
            </w:pPr>
          </w:p>
        </w:tc>
      </w:tr>
      <w:tr w:rsidR="006A55BC" w14:paraId="69888F44" w14:textId="77777777">
        <w:trPr>
          <w:cantSplit/>
          <w:jc w:val="center"/>
        </w:trPr>
        <w:tc>
          <w:tcPr>
            <w:tcW w:w="1728" w:type="dxa"/>
            <w:shd w:val="clear" w:color="auto" w:fill="F4F7FA"/>
            <w:tcMar>
              <w:top w:w="100" w:type="dxa"/>
              <w:left w:w="110" w:type="dxa"/>
              <w:bottom w:w="100" w:type="dxa"/>
              <w:right w:w="110" w:type="dxa"/>
            </w:tcMar>
            <w:vAlign w:val="center"/>
          </w:tcPr>
          <w:p w14:paraId="77EEBDEE" w14:textId="77777777" w:rsidR="006A55BC" w:rsidRDefault="00000000">
            <w:pPr>
              <w:spacing w:after="20" w:line="240" w:lineRule="auto"/>
            </w:pPr>
            <w:r>
              <w:rPr>
                <w:sz w:val="13"/>
              </w:rPr>
              <w:t>Override and exception rate</w:t>
            </w:r>
          </w:p>
        </w:tc>
        <w:tc>
          <w:tcPr>
            <w:tcW w:w="2520" w:type="dxa"/>
            <w:shd w:val="clear" w:color="auto" w:fill="F4F7FA"/>
            <w:tcMar>
              <w:top w:w="100" w:type="dxa"/>
              <w:left w:w="110" w:type="dxa"/>
              <w:bottom w:w="100" w:type="dxa"/>
              <w:right w:w="110" w:type="dxa"/>
            </w:tcMar>
            <w:vAlign w:val="center"/>
          </w:tcPr>
          <w:p w14:paraId="1CF94548"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21E38B56"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31653437"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1290F0E2"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5D75CBD7" w14:textId="77777777" w:rsidR="006A55BC" w:rsidRDefault="006A55BC">
            <w:pPr>
              <w:spacing w:after="20" w:line="240" w:lineRule="auto"/>
            </w:pPr>
          </w:p>
        </w:tc>
        <w:tc>
          <w:tcPr>
            <w:tcW w:w="720" w:type="dxa"/>
            <w:shd w:val="clear" w:color="auto" w:fill="F4F7FA"/>
            <w:tcMar>
              <w:top w:w="100" w:type="dxa"/>
              <w:left w:w="110" w:type="dxa"/>
              <w:bottom w:w="100" w:type="dxa"/>
              <w:right w:w="110" w:type="dxa"/>
            </w:tcMar>
            <w:vAlign w:val="center"/>
          </w:tcPr>
          <w:p w14:paraId="0B19EAB9"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7C4E7918" w14:textId="77777777" w:rsidR="006A55BC" w:rsidRDefault="006A55BC">
            <w:pPr>
              <w:spacing w:after="20" w:line="240" w:lineRule="auto"/>
            </w:pPr>
          </w:p>
        </w:tc>
      </w:tr>
      <w:tr w:rsidR="006A55BC" w14:paraId="7E050743" w14:textId="77777777">
        <w:trPr>
          <w:cantSplit/>
          <w:jc w:val="center"/>
        </w:trPr>
        <w:tc>
          <w:tcPr>
            <w:tcW w:w="1728" w:type="dxa"/>
            <w:tcMar>
              <w:top w:w="100" w:type="dxa"/>
              <w:left w:w="110" w:type="dxa"/>
              <w:bottom w:w="100" w:type="dxa"/>
              <w:right w:w="110" w:type="dxa"/>
            </w:tcMar>
            <w:vAlign w:val="center"/>
          </w:tcPr>
          <w:p w14:paraId="36ED2627" w14:textId="77777777" w:rsidR="006A55BC" w:rsidRDefault="00000000">
            <w:pPr>
              <w:spacing w:after="20" w:line="240" w:lineRule="auto"/>
            </w:pPr>
            <w:r>
              <w:rPr>
                <w:sz w:val="13"/>
              </w:rPr>
              <w:t>High-risk payment alerts</w:t>
            </w:r>
          </w:p>
        </w:tc>
        <w:tc>
          <w:tcPr>
            <w:tcW w:w="2520" w:type="dxa"/>
            <w:tcMar>
              <w:top w:w="100" w:type="dxa"/>
              <w:left w:w="110" w:type="dxa"/>
              <w:bottom w:w="100" w:type="dxa"/>
              <w:right w:w="110" w:type="dxa"/>
            </w:tcMar>
            <w:vAlign w:val="center"/>
          </w:tcPr>
          <w:p w14:paraId="42DD8913"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47E06EC0"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08059538"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93A342C"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28F069FB" w14:textId="77777777" w:rsidR="006A55BC" w:rsidRDefault="006A55BC">
            <w:pPr>
              <w:spacing w:after="20" w:line="240" w:lineRule="auto"/>
            </w:pPr>
          </w:p>
        </w:tc>
        <w:tc>
          <w:tcPr>
            <w:tcW w:w="720" w:type="dxa"/>
            <w:tcMar>
              <w:top w:w="100" w:type="dxa"/>
              <w:left w:w="110" w:type="dxa"/>
              <w:bottom w:w="100" w:type="dxa"/>
              <w:right w:w="110" w:type="dxa"/>
            </w:tcMar>
            <w:vAlign w:val="center"/>
          </w:tcPr>
          <w:p w14:paraId="2A1E8E8A"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714EFB21" w14:textId="77777777" w:rsidR="006A55BC" w:rsidRDefault="006A55BC">
            <w:pPr>
              <w:spacing w:after="20" w:line="240" w:lineRule="auto"/>
            </w:pPr>
          </w:p>
        </w:tc>
      </w:tr>
      <w:tr w:rsidR="006A55BC" w14:paraId="4CB78321" w14:textId="77777777">
        <w:trPr>
          <w:cantSplit/>
          <w:jc w:val="center"/>
        </w:trPr>
        <w:tc>
          <w:tcPr>
            <w:tcW w:w="1728" w:type="dxa"/>
            <w:shd w:val="clear" w:color="auto" w:fill="F4F7FA"/>
            <w:tcMar>
              <w:top w:w="100" w:type="dxa"/>
              <w:left w:w="110" w:type="dxa"/>
              <w:bottom w:w="100" w:type="dxa"/>
              <w:right w:w="110" w:type="dxa"/>
            </w:tcMar>
            <w:vAlign w:val="center"/>
          </w:tcPr>
          <w:p w14:paraId="21F4934C" w14:textId="77777777" w:rsidR="006A55BC" w:rsidRDefault="00000000">
            <w:pPr>
              <w:spacing w:after="20" w:line="240" w:lineRule="auto"/>
            </w:pPr>
            <w:r>
              <w:rPr>
                <w:sz w:val="13"/>
              </w:rPr>
              <w:t>Speak-up reports and substantiation</w:t>
            </w:r>
          </w:p>
        </w:tc>
        <w:tc>
          <w:tcPr>
            <w:tcW w:w="2520" w:type="dxa"/>
            <w:shd w:val="clear" w:color="auto" w:fill="F4F7FA"/>
            <w:tcMar>
              <w:top w:w="100" w:type="dxa"/>
              <w:left w:w="110" w:type="dxa"/>
              <w:bottom w:w="100" w:type="dxa"/>
              <w:right w:w="110" w:type="dxa"/>
            </w:tcMar>
            <w:vAlign w:val="center"/>
          </w:tcPr>
          <w:p w14:paraId="3EC38B1F"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6EBD0D29"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5AEC31F"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7C806562"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64BE5ABC" w14:textId="77777777" w:rsidR="006A55BC" w:rsidRDefault="006A55BC">
            <w:pPr>
              <w:spacing w:after="20" w:line="240" w:lineRule="auto"/>
            </w:pPr>
          </w:p>
        </w:tc>
        <w:tc>
          <w:tcPr>
            <w:tcW w:w="720" w:type="dxa"/>
            <w:shd w:val="clear" w:color="auto" w:fill="F4F7FA"/>
            <w:tcMar>
              <w:top w:w="100" w:type="dxa"/>
              <w:left w:w="110" w:type="dxa"/>
              <w:bottom w:w="100" w:type="dxa"/>
              <w:right w:w="110" w:type="dxa"/>
            </w:tcMar>
            <w:vAlign w:val="center"/>
          </w:tcPr>
          <w:p w14:paraId="75ABBB21"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5836E336" w14:textId="77777777" w:rsidR="006A55BC" w:rsidRDefault="006A55BC">
            <w:pPr>
              <w:spacing w:after="20" w:line="240" w:lineRule="auto"/>
            </w:pPr>
          </w:p>
        </w:tc>
      </w:tr>
      <w:tr w:rsidR="006A55BC" w14:paraId="376790F1" w14:textId="77777777">
        <w:trPr>
          <w:cantSplit/>
          <w:jc w:val="center"/>
        </w:trPr>
        <w:tc>
          <w:tcPr>
            <w:tcW w:w="1728" w:type="dxa"/>
            <w:tcMar>
              <w:top w:w="100" w:type="dxa"/>
              <w:left w:w="110" w:type="dxa"/>
              <w:bottom w:w="100" w:type="dxa"/>
              <w:right w:w="110" w:type="dxa"/>
            </w:tcMar>
            <w:vAlign w:val="center"/>
          </w:tcPr>
          <w:p w14:paraId="372E7423" w14:textId="77777777" w:rsidR="006A55BC" w:rsidRDefault="00000000">
            <w:pPr>
              <w:spacing w:after="20" w:line="240" w:lineRule="auto"/>
            </w:pPr>
            <w:r>
              <w:rPr>
                <w:sz w:val="13"/>
              </w:rPr>
              <w:t>Retaliation allegations</w:t>
            </w:r>
          </w:p>
        </w:tc>
        <w:tc>
          <w:tcPr>
            <w:tcW w:w="2520" w:type="dxa"/>
            <w:tcMar>
              <w:top w:w="100" w:type="dxa"/>
              <w:left w:w="110" w:type="dxa"/>
              <w:bottom w:w="100" w:type="dxa"/>
              <w:right w:w="110" w:type="dxa"/>
            </w:tcMar>
            <w:vAlign w:val="center"/>
          </w:tcPr>
          <w:p w14:paraId="0C2A32D1"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49EC3612"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05E32895"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7698A003"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583F82A8" w14:textId="77777777" w:rsidR="006A55BC" w:rsidRDefault="006A55BC">
            <w:pPr>
              <w:spacing w:after="20" w:line="240" w:lineRule="auto"/>
            </w:pPr>
          </w:p>
        </w:tc>
        <w:tc>
          <w:tcPr>
            <w:tcW w:w="720" w:type="dxa"/>
            <w:tcMar>
              <w:top w:w="100" w:type="dxa"/>
              <w:left w:w="110" w:type="dxa"/>
              <w:bottom w:w="100" w:type="dxa"/>
              <w:right w:w="110" w:type="dxa"/>
            </w:tcMar>
            <w:vAlign w:val="center"/>
          </w:tcPr>
          <w:p w14:paraId="178452B5"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4A659DE7" w14:textId="77777777" w:rsidR="006A55BC" w:rsidRDefault="006A55BC">
            <w:pPr>
              <w:spacing w:after="20" w:line="240" w:lineRule="auto"/>
            </w:pPr>
          </w:p>
        </w:tc>
      </w:tr>
      <w:tr w:rsidR="006A55BC" w14:paraId="3D65EA17" w14:textId="77777777">
        <w:trPr>
          <w:cantSplit/>
          <w:jc w:val="center"/>
        </w:trPr>
        <w:tc>
          <w:tcPr>
            <w:tcW w:w="1728" w:type="dxa"/>
            <w:shd w:val="clear" w:color="auto" w:fill="F4F7FA"/>
            <w:tcMar>
              <w:top w:w="100" w:type="dxa"/>
              <w:left w:w="110" w:type="dxa"/>
              <w:bottom w:w="100" w:type="dxa"/>
              <w:right w:w="110" w:type="dxa"/>
            </w:tcMar>
            <w:vAlign w:val="center"/>
          </w:tcPr>
          <w:p w14:paraId="1B304837" w14:textId="77777777" w:rsidR="006A55BC" w:rsidRDefault="00000000">
            <w:pPr>
              <w:spacing w:after="20" w:line="240" w:lineRule="auto"/>
            </w:pPr>
            <w:r>
              <w:rPr>
                <w:sz w:val="13"/>
              </w:rPr>
              <w:t>Overdue high-risk actions</w:t>
            </w:r>
          </w:p>
        </w:tc>
        <w:tc>
          <w:tcPr>
            <w:tcW w:w="2520" w:type="dxa"/>
            <w:shd w:val="clear" w:color="auto" w:fill="F4F7FA"/>
            <w:tcMar>
              <w:top w:w="100" w:type="dxa"/>
              <w:left w:w="110" w:type="dxa"/>
              <w:bottom w:w="100" w:type="dxa"/>
              <w:right w:w="110" w:type="dxa"/>
            </w:tcMar>
            <w:vAlign w:val="center"/>
          </w:tcPr>
          <w:p w14:paraId="264F3794"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4813FB30"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19832C9"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06E11467"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03D85C8F" w14:textId="77777777" w:rsidR="006A55BC" w:rsidRDefault="006A55BC">
            <w:pPr>
              <w:spacing w:after="20" w:line="240" w:lineRule="auto"/>
            </w:pPr>
          </w:p>
        </w:tc>
        <w:tc>
          <w:tcPr>
            <w:tcW w:w="720" w:type="dxa"/>
            <w:shd w:val="clear" w:color="auto" w:fill="F4F7FA"/>
            <w:tcMar>
              <w:top w:w="100" w:type="dxa"/>
              <w:left w:w="110" w:type="dxa"/>
              <w:bottom w:w="100" w:type="dxa"/>
              <w:right w:w="110" w:type="dxa"/>
            </w:tcMar>
            <w:vAlign w:val="center"/>
          </w:tcPr>
          <w:p w14:paraId="1E6382B6"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6A9A52C3" w14:textId="77777777" w:rsidR="006A55BC" w:rsidRDefault="006A55BC">
            <w:pPr>
              <w:spacing w:after="20" w:line="240" w:lineRule="auto"/>
            </w:pPr>
          </w:p>
        </w:tc>
      </w:tr>
      <w:tr w:rsidR="006A55BC" w14:paraId="7FCE0D78" w14:textId="77777777">
        <w:trPr>
          <w:cantSplit/>
          <w:jc w:val="center"/>
        </w:trPr>
        <w:tc>
          <w:tcPr>
            <w:tcW w:w="1728" w:type="dxa"/>
            <w:tcMar>
              <w:top w:w="100" w:type="dxa"/>
              <w:left w:w="110" w:type="dxa"/>
              <w:bottom w:w="100" w:type="dxa"/>
              <w:right w:w="110" w:type="dxa"/>
            </w:tcMar>
            <w:vAlign w:val="center"/>
          </w:tcPr>
          <w:p w14:paraId="09D259BD" w14:textId="77777777" w:rsidR="006A55BC" w:rsidRDefault="00000000">
            <w:pPr>
              <w:spacing w:after="20" w:line="240" w:lineRule="auto"/>
            </w:pPr>
            <w:r>
              <w:rPr>
                <w:sz w:val="13"/>
              </w:rPr>
              <w:t>Mandatory training completion and comprehension</w:t>
            </w:r>
          </w:p>
        </w:tc>
        <w:tc>
          <w:tcPr>
            <w:tcW w:w="2520" w:type="dxa"/>
            <w:tcMar>
              <w:top w:w="100" w:type="dxa"/>
              <w:left w:w="110" w:type="dxa"/>
              <w:bottom w:w="100" w:type="dxa"/>
              <w:right w:w="110" w:type="dxa"/>
            </w:tcMar>
            <w:vAlign w:val="center"/>
          </w:tcPr>
          <w:p w14:paraId="65C951EB"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77588F4A"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1B7E11CE"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4E7DD27E"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4C0110A0" w14:textId="77777777" w:rsidR="006A55BC" w:rsidRDefault="006A55BC">
            <w:pPr>
              <w:spacing w:after="20" w:line="240" w:lineRule="auto"/>
            </w:pPr>
          </w:p>
        </w:tc>
        <w:tc>
          <w:tcPr>
            <w:tcW w:w="720" w:type="dxa"/>
            <w:tcMar>
              <w:top w:w="100" w:type="dxa"/>
              <w:left w:w="110" w:type="dxa"/>
              <w:bottom w:w="100" w:type="dxa"/>
              <w:right w:w="110" w:type="dxa"/>
            </w:tcMar>
            <w:vAlign w:val="center"/>
          </w:tcPr>
          <w:p w14:paraId="5FE7B6B2"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5758AC12" w14:textId="77777777" w:rsidR="006A55BC" w:rsidRDefault="006A55BC">
            <w:pPr>
              <w:spacing w:after="20" w:line="240" w:lineRule="auto"/>
            </w:pPr>
          </w:p>
        </w:tc>
      </w:tr>
      <w:tr w:rsidR="006A55BC" w14:paraId="45246DF4" w14:textId="77777777">
        <w:trPr>
          <w:cantSplit/>
          <w:jc w:val="center"/>
        </w:trPr>
        <w:tc>
          <w:tcPr>
            <w:tcW w:w="1728" w:type="dxa"/>
            <w:shd w:val="clear" w:color="auto" w:fill="F4F7FA"/>
            <w:tcMar>
              <w:top w:w="100" w:type="dxa"/>
              <w:left w:w="110" w:type="dxa"/>
              <w:bottom w:w="100" w:type="dxa"/>
              <w:right w:w="110" w:type="dxa"/>
            </w:tcMar>
            <w:vAlign w:val="center"/>
          </w:tcPr>
          <w:p w14:paraId="1EE7BA1E" w14:textId="77777777" w:rsidR="006A55BC" w:rsidRDefault="00000000">
            <w:pPr>
              <w:spacing w:after="20" w:line="240" w:lineRule="auto"/>
            </w:pPr>
            <w:r>
              <w:rPr>
                <w:sz w:val="13"/>
              </w:rPr>
              <w:t>Control-testing failure rate</w:t>
            </w:r>
          </w:p>
        </w:tc>
        <w:tc>
          <w:tcPr>
            <w:tcW w:w="2520" w:type="dxa"/>
            <w:shd w:val="clear" w:color="auto" w:fill="F4F7FA"/>
            <w:tcMar>
              <w:top w:w="100" w:type="dxa"/>
              <w:left w:w="110" w:type="dxa"/>
              <w:bottom w:w="100" w:type="dxa"/>
              <w:right w:w="110" w:type="dxa"/>
            </w:tcMar>
            <w:vAlign w:val="center"/>
          </w:tcPr>
          <w:p w14:paraId="3ADBDEC0"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1FFD3B07"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0CE35C3"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11F158DA"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72EA62F5" w14:textId="77777777" w:rsidR="006A55BC" w:rsidRDefault="006A55BC">
            <w:pPr>
              <w:spacing w:after="20" w:line="240" w:lineRule="auto"/>
            </w:pPr>
          </w:p>
        </w:tc>
        <w:tc>
          <w:tcPr>
            <w:tcW w:w="720" w:type="dxa"/>
            <w:shd w:val="clear" w:color="auto" w:fill="F4F7FA"/>
            <w:tcMar>
              <w:top w:w="100" w:type="dxa"/>
              <w:left w:w="110" w:type="dxa"/>
              <w:bottom w:w="100" w:type="dxa"/>
              <w:right w:w="110" w:type="dxa"/>
            </w:tcMar>
            <w:vAlign w:val="center"/>
          </w:tcPr>
          <w:p w14:paraId="24E340F3"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3D3F6C24" w14:textId="77777777" w:rsidR="006A55BC" w:rsidRDefault="006A55BC">
            <w:pPr>
              <w:spacing w:after="20" w:line="240" w:lineRule="auto"/>
            </w:pPr>
          </w:p>
        </w:tc>
      </w:tr>
    </w:tbl>
    <w:p w14:paraId="219B116B" w14:textId="77777777" w:rsidR="006A55BC" w:rsidRDefault="006A55BC">
      <w:pPr>
        <w:spacing w:after="20"/>
      </w:pPr>
    </w:p>
    <w:p w14:paraId="54F7FF4D" w14:textId="77777777" w:rsidR="006A55BC" w:rsidRDefault="00000000">
      <w:pPr>
        <w:pStyle w:val="Heading2"/>
      </w:pPr>
      <w:r>
        <w:t>12.2 Threshold Guide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3600"/>
        <w:gridCol w:w="5184"/>
      </w:tblGrid>
      <w:tr w:rsidR="006A55BC" w14:paraId="03531E7A" w14:textId="77777777">
        <w:trPr>
          <w:cantSplit/>
          <w:tblHeader/>
          <w:jc w:val="center"/>
        </w:trPr>
        <w:tc>
          <w:tcPr>
            <w:tcW w:w="1152" w:type="dxa"/>
            <w:shd w:val="clear" w:color="auto" w:fill="17365D"/>
            <w:tcMar>
              <w:top w:w="100" w:type="dxa"/>
              <w:left w:w="110" w:type="dxa"/>
              <w:bottom w:w="100" w:type="dxa"/>
              <w:right w:w="110" w:type="dxa"/>
            </w:tcMar>
            <w:vAlign w:val="center"/>
          </w:tcPr>
          <w:p w14:paraId="490A071C" w14:textId="77777777" w:rsidR="006A55BC" w:rsidRDefault="00000000">
            <w:r>
              <w:rPr>
                <w:b/>
                <w:color w:val="FFFFFF"/>
                <w:sz w:val="17"/>
              </w:rPr>
              <w:t>Status</w:t>
            </w:r>
          </w:p>
        </w:tc>
        <w:tc>
          <w:tcPr>
            <w:tcW w:w="3600" w:type="dxa"/>
            <w:shd w:val="clear" w:color="auto" w:fill="17365D"/>
            <w:tcMar>
              <w:top w:w="100" w:type="dxa"/>
              <w:left w:w="110" w:type="dxa"/>
              <w:bottom w:w="100" w:type="dxa"/>
              <w:right w:w="110" w:type="dxa"/>
            </w:tcMar>
            <w:vAlign w:val="center"/>
          </w:tcPr>
          <w:p w14:paraId="20BFAAB8" w14:textId="77777777" w:rsidR="006A55BC" w:rsidRDefault="00000000">
            <w:r>
              <w:rPr>
                <w:b/>
                <w:color w:val="FFFFFF"/>
                <w:sz w:val="17"/>
              </w:rPr>
              <w:t>Meaning</w:t>
            </w:r>
          </w:p>
        </w:tc>
        <w:tc>
          <w:tcPr>
            <w:tcW w:w="5184" w:type="dxa"/>
            <w:shd w:val="clear" w:color="auto" w:fill="17365D"/>
            <w:tcMar>
              <w:top w:w="100" w:type="dxa"/>
              <w:left w:w="110" w:type="dxa"/>
              <w:bottom w:w="100" w:type="dxa"/>
              <w:right w:w="110" w:type="dxa"/>
            </w:tcMar>
            <w:vAlign w:val="center"/>
          </w:tcPr>
          <w:p w14:paraId="74051DBF" w14:textId="77777777" w:rsidR="006A55BC" w:rsidRDefault="00000000">
            <w:r>
              <w:rPr>
                <w:b/>
                <w:color w:val="FFFFFF"/>
                <w:sz w:val="17"/>
              </w:rPr>
              <w:t>Expected response</w:t>
            </w:r>
          </w:p>
        </w:tc>
      </w:tr>
      <w:tr w:rsidR="006A55BC" w14:paraId="578E1875" w14:textId="77777777">
        <w:trPr>
          <w:cantSplit/>
          <w:jc w:val="center"/>
        </w:trPr>
        <w:tc>
          <w:tcPr>
            <w:tcW w:w="1152" w:type="dxa"/>
            <w:tcMar>
              <w:top w:w="100" w:type="dxa"/>
              <w:left w:w="110" w:type="dxa"/>
              <w:bottom w:w="100" w:type="dxa"/>
              <w:right w:w="110" w:type="dxa"/>
            </w:tcMar>
            <w:vAlign w:val="center"/>
          </w:tcPr>
          <w:p w14:paraId="26C4EBFD" w14:textId="77777777" w:rsidR="006A55BC" w:rsidRDefault="00000000">
            <w:pPr>
              <w:spacing w:after="20" w:line="240" w:lineRule="auto"/>
            </w:pPr>
            <w:r>
              <w:rPr>
                <w:sz w:val="17"/>
              </w:rPr>
              <w:t>Green</w:t>
            </w:r>
          </w:p>
        </w:tc>
        <w:tc>
          <w:tcPr>
            <w:tcW w:w="3600" w:type="dxa"/>
            <w:tcMar>
              <w:top w:w="100" w:type="dxa"/>
              <w:left w:w="110" w:type="dxa"/>
              <w:bottom w:w="100" w:type="dxa"/>
              <w:right w:w="110" w:type="dxa"/>
            </w:tcMar>
            <w:vAlign w:val="center"/>
          </w:tcPr>
          <w:p w14:paraId="6B9E0F31" w14:textId="77777777" w:rsidR="006A55BC" w:rsidRDefault="00000000">
            <w:pPr>
              <w:spacing w:after="20" w:line="240" w:lineRule="auto"/>
            </w:pPr>
            <w:r>
              <w:rPr>
                <w:sz w:val="17"/>
              </w:rPr>
              <w:t>Within expected range; no adverse trend.</w:t>
            </w:r>
          </w:p>
        </w:tc>
        <w:tc>
          <w:tcPr>
            <w:tcW w:w="5184" w:type="dxa"/>
            <w:tcMar>
              <w:top w:w="100" w:type="dxa"/>
              <w:left w:w="110" w:type="dxa"/>
              <w:bottom w:w="100" w:type="dxa"/>
              <w:right w:w="110" w:type="dxa"/>
            </w:tcMar>
            <w:vAlign w:val="center"/>
          </w:tcPr>
          <w:p w14:paraId="29B9CA2E" w14:textId="77777777" w:rsidR="006A55BC" w:rsidRDefault="00000000">
            <w:pPr>
              <w:spacing w:after="20" w:line="240" w:lineRule="auto"/>
            </w:pPr>
            <w:r>
              <w:rPr>
                <w:sz w:val="17"/>
              </w:rPr>
              <w:t>Maintain control and routine monitoring.</w:t>
            </w:r>
          </w:p>
        </w:tc>
      </w:tr>
      <w:tr w:rsidR="006A55BC" w14:paraId="0EBACC77" w14:textId="77777777">
        <w:trPr>
          <w:cantSplit/>
          <w:jc w:val="center"/>
        </w:trPr>
        <w:tc>
          <w:tcPr>
            <w:tcW w:w="1152" w:type="dxa"/>
            <w:shd w:val="clear" w:color="auto" w:fill="F4F7FA"/>
            <w:tcMar>
              <w:top w:w="100" w:type="dxa"/>
              <w:left w:w="110" w:type="dxa"/>
              <w:bottom w:w="100" w:type="dxa"/>
              <w:right w:w="110" w:type="dxa"/>
            </w:tcMar>
            <w:vAlign w:val="center"/>
          </w:tcPr>
          <w:p w14:paraId="014D20DE" w14:textId="77777777" w:rsidR="006A55BC" w:rsidRDefault="00000000">
            <w:pPr>
              <w:spacing w:after="20" w:line="240" w:lineRule="auto"/>
            </w:pPr>
            <w:r>
              <w:rPr>
                <w:sz w:val="17"/>
              </w:rPr>
              <w:t>Amber</w:t>
            </w:r>
          </w:p>
        </w:tc>
        <w:tc>
          <w:tcPr>
            <w:tcW w:w="3600" w:type="dxa"/>
            <w:shd w:val="clear" w:color="auto" w:fill="F4F7FA"/>
            <w:tcMar>
              <w:top w:w="100" w:type="dxa"/>
              <w:left w:w="110" w:type="dxa"/>
              <w:bottom w:w="100" w:type="dxa"/>
              <w:right w:w="110" w:type="dxa"/>
            </w:tcMar>
            <w:vAlign w:val="center"/>
          </w:tcPr>
          <w:p w14:paraId="06F28865" w14:textId="77777777" w:rsidR="006A55BC" w:rsidRDefault="00000000">
            <w:pPr>
              <w:spacing w:after="20" w:line="240" w:lineRule="auto"/>
            </w:pPr>
            <w:r>
              <w:rPr>
                <w:sz w:val="17"/>
              </w:rPr>
              <w:t>Threshold approached, data quality concern or adverse trend.</w:t>
            </w:r>
          </w:p>
        </w:tc>
        <w:tc>
          <w:tcPr>
            <w:tcW w:w="5184" w:type="dxa"/>
            <w:shd w:val="clear" w:color="auto" w:fill="F4F7FA"/>
            <w:tcMar>
              <w:top w:w="100" w:type="dxa"/>
              <w:left w:w="110" w:type="dxa"/>
              <w:bottom w:w="100" w:type="dxa"/>
              <w:right w:w="110" w:type="dxa"/>
            </w:tcMar>
            <w:vAlign w:val="center"/>
          </w:tcPr>
          <w:p w14:paraId="21673075" w14:textId="77777777" w:rsidR="006A55BC" w:rsidRDefault="00000000">
            <w:pPr>
              <w:spacing w:after="20" w:line="240" w:lineRule="auto"/>
            </w:pPr>
            <w:r>
              <w:rPr>
                <w:sz w:val="17"/>
              </w:rPr>
              <w:t>Owner analysis, documented explanation and corrective action.</w:t>
            </w:r>
          </w:p>
        </w:tc>
      </w:tr>
      <w:tr w:rsidR="006A55BC" w14:paraId="00296614" w14:textId="77777777">
        <w:trPr>
          <w:cantSplit/>
          <w:jc w:val="center"/>
        </w:trPr>
        <w:tc>
          <w:tcPr>
            <w:tcW w:w="1152" w:type="dxa"/>
            <w:tcMar>
              <w:top w:w="100" w:type="dxa"/>
              <w:left w:w="110" w:type="dxa"/>
              <w:bottom w:w="100" w:type="dxa"/>
              <w:right w:w="110" w:type="dxa"/>
            </w:tcMar>
            <w:vAlign w:val="center"/>
          </w:tcPr>
          <w:p w14:paraId="2F42A5CB" w14:textId="77777777" w:rsidR="006A55BC" w:rsidRDefault="00000000">
            <w:pPr>
              <w:spacing w:after="20" w:line="240" w:lineRule="auto"/>
            </w:pPr>
            <w:r>
              <w:rPr>
                <w:sz w:val="17"/>
              </w:rPr>
              <w:t>Red</w:t>
            </w:r>
          </w:p>
        </w:tc>
        <w:tc>
          <w:tcPr>
            <w:tcW w:w="3600" w:type="dxa"/>
            <w:tcMar>
              <w:top w:w="100" w:type="dxa"/>
              <w:left w:w="110" w:type="dxa"/>
              <w:bottom w:w="100" w:type="dxa"/>
              <w:right w:w="110" w:type="dxa"/>
            </w:tcMar>
            <w:vAlign w:val="center"/>
          </w:tcPr>
          <w:p w14:paraId="2ADF338D" w14:textId="77777777" w:rsidR="006A55BC" w:rsidRDefault="00000000">
            <w:pPr>
              <w:spacing w:after="20" w:line="240" w:lineRule="auto"/>
            </w:pPr>
            <w:r>
              <w:rPr>
                <w:sz w:val="17"/>
              </w:rPr>
              <w:t>Threshold exceeded, control failure or material exposure.</w:t>
            </w:r>
          </w:p>
        </w:tc>
        <w:tc>
          <w:tcPr>
            <w:tcW w:w="5184" w:type="dxa"/>
            <w:tcMar>
              <w:top w:w="100" w:type="dxa"/>
              <w:left w:w="110" w:type="dxa"/>
              <w:bottom w:w="100" w:type="dxa"/>
              <w:right w:w="110" w:type="dxa"/>
            </w:tcMar>
            <w:vAlign w:val="center"/>
          </w:tcPr>
          <w:p w14:paraId="4FC97F67" w14:textId="77777777" w:rsidR="006A55BC" w:rsidRDefault="00000000">
            <w:pPr>
              <w:spacing w:after="20" w:line="240" w:lineRule="auto"/>
            </w:pPr>
            <w:r>
              <w:rPr>
                <w:sz w:val="17"/>
              </w:rPr>
              <w:t>Immediate escalation and time-bound response.</w:t>
            </w:r>
          </w:p>
        </w:tc>
      </w:tr>
      <w:tr w:rsidR="006A55BC" w14:paraId="66ECE5E8" w14:textId="77777777">
        <w:trPr>
          <w:cantSplit/>
          <w:jc w:val="center"/>
        </w:trPr>
        <w:tc>
          <w:tcPr>
            <w:tcW w:w="1152" w:type="dxa"/>
            <w:shd w:val="clear" w:color="auto" w:fill="F4F7FA"/>
            <w:tcMar>
              <w:top w:w="100" w:type="dxa"/>
              <w:left w:w="110" w:type="dxa"/>
              <w:bottom w:w="100" w:type="dxa"/>
              <w:right w:w="110" w:type="dxa"/>
            </w:tcMar>
            <w:vAlign w:val="center"/>
          </w:tcPr>
          <w:p w14:paraId="4F3DCC5B" w14:textId="77777777" w:rsidR="006A55BC" w:rsidRDefault="00000000">
            <w:pPr>
              <w:spacing w:after="20" w:line="240" w:lineRule="auto"/>
            </w:pPr>
            <w:r>
              <w:rPr>
                <w:sz w:val="17"/>
              </w:rPr>
              <w:t>Unknown</w:t>
            </w:r>
          </w:p>
        </w:tc>
        <w:tc>
          <w:tcPr>
            <w:tcW w:w="3600" w:type="dxa"/>
            <w:shd w:val="clear" w:color="auto" w:fill="F4F7FA"/>
            <w:tcMar>
              <w:top w:w="100" w:type="dxa"/>
              <w:left w:w="110" w:type="dxa"/>
              <w:bottom w:w="100" w:type="dxa"/>
              <w:right w:w="110" w:type="dxa"/>
            </w:tcMar>
            <w:vAlign w:val="center"/>
          </w:tcPr>
          <w:p w14:paraId="10D596A8" w14:textId="77777777" w:rsidR="006A55BC" w:rsidRDefault="00000000">
            <w:pPr>
              <w:spacing w:after="20" w:line="240" w:lineRule="auto"/>
            </w:pPr>
            <w:r>
              <w:rPr>
                <w:sz w:val="17"/>
              </w:rPr>
              <w:t>Data unavailable or unreliable.</w:t>
            </w:r>
          </w:p>
        </w:tc>
        <w:tc>
          <w:tcPr>
            <w:tcW w:w="5184" w:type="dxa"/>
            <w:shd w:val="clear" w:color="auto" w:fill="F4F7FA"/>
            <w:tcMar>
              <w:top w:w="100" w:type="dxa"/>
              <w:left w:w="110" w:type="dxa"/>
              <w:bottom w:w="100" w:type="dxa"/>
              <w:right w:w="110" w:type="dxa"/>
            </w:tcMar>
            <w:vAlign w:val="center"/>
          </w:tcPr>
          <w:p w14:paraId="6D01537D" w14:textId="77777777" w:rsidR="006A55BC" w:rsidRDefault="00000000">
            <w:pPr>
              <w:spacing w:after="20" w:line="240" w:lineRule="auto"/>
            </w:pPr>
            <w:r>
              <w:rPr>
                <w:sz w:val="17"/>
              </w:rPr>
              <w:t>Treat as a control weakness; assign remediation and avoid assuming low risk.</w:t>
            </w:r>
          </w:p>
        </w:tc>
      </w:tr>
    </w:tbl>
    <w:p w14:paraId="293CED18" w14:textId="77777777" w:rsidR="006A55BC" w:rsidRDefault="006A55BC">
      <w:pPr>
        <w:spacing w:after="20"/>
      </w:pPr>
    </w:p>
    <w:p w14:paraId="21607635" w14:textId="77777777" w:rsidR="006A55BC" w:rsidRDefault="00000000">
      <w:pPr>
        <w:pStyle w:val="Heading2"/>
      </w:pPr>
      <w:r>
        <w:t>12.3 Management Reporting Template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6A55BC" w14:paraId="78FF639A" w14:textId="77777777">
        <w:trPr>
          <w:cantSplit/>
          <w:tblHeader/>
          <w:jc w:val="center"/>
        </w:trPr>
        <w:tc>
          <w:tcPr>
            <w:tcW w:w="3168" w:type="dxa"/>
            <w:shd w:val="clear" w:color="auto" w:fill="17365D"/>
            <w:tcMar>
              <w:top w:w="100" w:type="dxa"/>
              <w:left w:w="110" w:type="dxa"/>
              <w:bottom w:w="100" w:type="dxa"/>
              <w:right w:w="110" w:type="dxa"/>
            </w:tcMar>
            <w:vAlign w:val="center"/>
          </w:tcPr>
          <w:p w14:paraId="0CA3837B" w14:textId="77777777" w:rsidR="006A55BC" w:rsidRDefault="00000000">
            <w:r>
              <w:rPr>
                <w:b/>
                <w:color w:val="FFFFFF"/>
                <w:sz w:val="18"/>
              </w:rPr>
              <w:t>Field</w:t>
            </w:r>
          </w:p>
        </w:tc>
        <w:tc>
          <w:tcPr>
            <w:tcW w:w="6768" w:type="dxa"/>
            <w:shd w:val="clear" w:color="auto" w:fill="17365D"/>
            <w:tcMar>
              <w:top w:w="100" w:type="dxa"/>
              <w:left w:w="110" w:type="dxa"/>
              <w:bottom w:w="100" w:type="dxa"/>
              <w:right w:w="110" w:type="dxa"/>
            </w:tcMar>
            <w:vAlign w:val="center"/>
          </w:tcPr>
          <w:p w14:paraId="77F7D04F" w14:textId="77777777" w:rsidR="006A55BC" w:rsidRDefault="00000000">
            <w:r>
              <w:rPr>
                <w:b/>
                <w:color w:val="FFFFFF"/>
                <w:sz w:val="18"/>
              </w:rPr>
              <w:t>Details</w:t>
            </w:r>
          </w:p>
        </w:tc>
      </w:tr>
      <w:tr w:rsidR="006A55BC" w14:paraId="3D1F3707" w14:textId="77777777">
        <w:trPr>
          <w:cantSplit/>
          <w:jc w:val="center"/>
        </w:trPr>
        <w:tc>
          <w:tcPr>
            <w:tcW w:w="3168" w:type="dxa"/>
            <w:tcMar>
              <w:top w:w="100" w:type="dxa"/>
              <w:left w:w="110" w:type="dxa"/>
              <w:bottom w:w="100" w:type="dxa"/>
              <w:right w:w="110" w:type="dxa"/>
            </w:tcMar>
            <w:vAlign w:val="center"/>
          </w:tcPr>
          <w:p w14:paraId="789D035A" w14:textId="77777777" w:rsidR="006A55BC" w:rsidRDefault="00000000">
            <w:pPr>
              <w:spacing w:after="20" w:line="240" w:lineRule="auto"/>
            </w:pPr>
            <w:r>
              <w:rPr>
                <w:sz w:val="18"/>
              </w:rPr>
              <w:lastRenderedPageBreak/>
              <w:t>Reporting period</w:t>
            </w:r>
          </w:p>
        </w:tc>
        <w:tc>
          <w:tcPr>
            <w:tcW w:w="6768" w:type="dxa"/>
            <w:tcMar>
              <w:top w:w="100" w:type="dxa"/>
              <w:left w:w="110" w:type="dxa"/>
              <w:bottom w:w="100" w:type="dxa"/>
              <w:right w:w="110" w:type="dxa"/>
            </w:tcMar>
            <w:vAlign w:val="center"/>
          </w:tcPr>
          <w:p w14:paraId="3A969001" w14:textId="77777777" w:rsidR="006A55BC" w:rsidRDefault="006A55BC">
            <w:pPr>
              <w:spacing w:after="20" w:line="240" w:lineRule="auto"/>
            </w:pPr>
          </w:p>
        </w:tc>
      </w:tr>
      <w:tr w:rsidR="006A55BC" w14:paraId="35252890" w14:textId="77777777">
        <w:trPr>
          <w:cantSplit/>
          <w:jc w:val="center"/>
        </w:trPr>
        <w:tc>
          <w:tcPr>
            <w:tcW w:w="3168" w:type="dxa"/>
            <w:shd w:val="clear" w:color="auto" w:fill="F4F7FA"/>
            <w:tcMar>
              <w:top w:w="100" w:type="dxa"/>
              <w:left w:w="110" w:type="dxa"/>
              <w:bottom w:w="100" w:type="dxa"/>
              <w:right w:w="110" w:type="dxa"/>
            </w:tcMar>
            <w:vAlign w:val="center"/>
          </w:tcPr>
          <w:p w14:paraId="718ED803" w14:textId="77777777" w:rsidR="006A55BC" w:rsidRDefault="00000000">
            <w:pPr>
              <w:spacing w:after="20" w:line="240" w:lineRule="auto"/>
            </w:pPr>
            <w:r>
              <w:rPr>
                <w:sz w:val="18"/>
              </w:rPr>
              <w:t>Prepared by</w:t>
            </w:r>
          </w:p>
        </w:tc>
        <w:tc>
          <w:tcPr>
            <w:tcW w:w="6768" w:type="dxa"/>
            <w:shd w:val="clear" w:color="auto" w:fill="F4F7FA"/>
            <w:tcMar>
              <w:top w:w="100" w:type="dxa"/>
              <w:left w:w="110" w:type="dxa"/>
              <w:bottom w:w="100" w:type="dxa"/>
              <w:right w:w="110" w:type="dxa"/>
            </w:tcMar>
            <w:vAlign w:val="center"/>
          </w:tcPr>
          <w:p w14:paraId="1001EE71" w14:textId="77777777" w:rsidR="006A55BC" w:rsidRDefault="006A55BC">
            <w:pPr>
              <w:spacing w:after="20" w:line="240" w:lineRule="auto"/>
            </w:pPr>
          </w:p>
        </w:tc>
      </w:tr>
      <w:tr w:rsidR="006A55BC" w14:paraId="282039B5" w14:textId="77777777">
        <w:trPr>
          <w:cantSplit/>
          <w:jc w:val="center"/>
        </w:trPr>
        <w:tc>
          <w:tcPr>
            <w:tcW w:w="3168" w:type="dxa"/>
            <w:tcMar>
              <w:top w:w="100" w:type="dxa"/>
              <w:left w:w="110" w:type="dxa"/>
              <w:bottom w:w="100" w:type="dxa"/>
              <w:right w:w="110" w:type="dxa"/>
            </w:tcMar>
            <w:vAlign w:val="center"/>
          </w:tcPr>
          <w:p w14:paraId="6D91E909" w14:textId="77777777" w:rsidR="006A55BC" w:rsidRDefault="00000000">
            <w:pPr>
              <w:spacing w:after="20" w:line="240" w:lineRule="auto"/>
            </w:pPr>
            <w:r>
              <w:rPr>
                <w:sz w:val="18"/>
              </w:rPr>
              <w:t>Overall residual risk profile</w:t>
            </w:r>
          </w:p>
        </w:tc>
        <w:tc>
          <w:tcPr>
            <w:tcW w:w="6768" w:type="dxa"/>
            <w:tcMar>
              <w:top w:w="100" w:type="dxa"/>
              <w:left w:w="110" w:type="dxa"/>
              <w:bottom w:w="100" w:type="dxa"/>
              <w:right w:w="110" w:type="dxa"/>
            </w:tcMar>
            <w:vAlign w:val="center"/>
          </w:tcPr>
          <w:p w14:paraId="11A5FE7A" w14:textId="77777777" w:rsidR="006A55BC" w:rsidRDefault="006A55BC">
            <w:pPr>
              <w:spacing w:after="20" w:line="240" w:lineRule="auto"/>
            </w:pPr>
          </w:p>
        </w:tc>
      </w:tr>
      <w:tr w:rsidR="006A55BC" w14:paraId="39280EC3" w14:textId="77777777">
        <w:trPr>
          <w:cantSplit/>
          <w:jc w:val="center"/>
        </w:trPr>
        <w:tc>
          <w:tcPr>
            <w:tcW w:w="3168" w:type="dxa"/>
            <w:shd w:val="clear" w:color="auto" w:fill="F4F7FA"/>
            <w:tcMar>
              <w:top w:w="100" w:type="dxa"/>
              <w:left w:w="110" w:type="dxa"/>
              <w:bottom w:w="100" w:type="dxa"/>
              <w:right w:w="110" w:type="dxa"/>
            </w:tcMar>
            <w:vAlign w:val="center"/>
          </w:tcPr>
          <w:p w14:paraId="77528EBF" w14:textId="77777777" w:rsidR="006A55BC" w:rsidRDefault="00000000">
            <w:pPr>
              <w:spacing w:after="20" w:line="240" w:lineRule="auto"/>
            </w:pPr>
            <w:r>
              <w:rPr>
                <w:sz w:val="18"/>
              </w:rPr>
              <w:t>New or emerging risks</w:t>
            </w:r>
          </w:p>
        </w:tc>
        <w:tc>
          <w:tcPr>
            <w:tcW w:w="6768" w:type="dxa"/>
            <w:shd w:val="clear" w:color="auto" w:fill="F4F7FA"/>
            <w:tcMar>
              <w:top w:w="100" w:type="dxa"/>
              <w:left w:w="110" w:type="dxa"/>
              <w:bottom w:w="100" w:type="dxa"/>
              <w:right w:w="110" w:type="dxa"/>
            </w:tcMar>
            <w:vAlign w:val="center"/>
          </w:tcPr>
          <w:p w14:paraId="353B25DB" w14:textId="77777777" w:rsidR="006A55BC" w:rsidRDefault="006A55BC">
            <w:pPr>
              <w:spacing w:after="20" w:line="240" w:lineRule="auto"/>
            </w:pPr>
          </w:p>
        </w:tc>
      </w:tr>
      <w:tr w:rsidR="006A55BC" w14:paraId="21F674B1" w14:textId="77777777">
        <w:trPr>
          <w:cantSplit/>
          <w:jc w:val="center"/>
        </w:trPr>
        <w:tc>
          <w:tcPr>
            <w:tcW w:w="3168" w:type="dxa"/>
            <w:tcMar>
              <w:top w:w="100" w:type="dxa"/>
              <w:left w:w="110" w:type="dxa"/>
              <w:bottom w:w="100" w:type="dxa"/>
              <w:right w:w="110" w:type="dxa"/>
            </w:tcMar>
            <w:vAlign w:val="center"/>
          </w:tcPr>
          <w:p w14:paraId="50CB1E43" w14:textId="77777777" w:rsidR="006A55BC" w:rsidRDefault="00000000">
            <w:pPr>
              <w:spacing w:after="20" w:line="240" w:lineRule="auto"/>
            </w:pPr>
            <w:r>
              <w:rPr>
                <w:sz w:val="18"/>
              </w:rPr>
              <w:t>Material incidents and allegations</w:t>
            </w:r>
          </w:p>
        </w:tc>
        <w:tc>
          <w:tcPr>
            <w:tcW w:w="6768" w:type="dxa"/>
            <w:tcMar>
              <w:top w:w="100" w:type="dxa"/>
              <w:left w:w="110" w:type="dxa"/>
              <w:bottom w:w="100" w:type="dxa"/>
              <w:right w:w="110" w:type="dxa"/>
            </w:tcMar>
            <w:vAlign w:val="center"/>
          </w:tcPr>
          <w:p w14:paraId="1B54DEDD" w14:textId="77777777" w:rsidR="006A55BC" w:rsidRDefault="006A55BC">
            <w:pPr>
              <w:spacing w:after="20" w:line="240" w:lineRule="auto"/>
            </w:pPr>
          </w:p>
        </w:tc>
      </w:tr>
      <w:tr w:rsidR="006A55BC" w14:paraId="600E1218" w14:textId="77777777">
        <w:trPr>
          <w:cantSplit/>
          <w:jc w:val="center"/>
        </w:trPr>
        <w:tc>
          <w:tcPr>
            <w:tcW w:w="3168" w:type="dxa"/>
            <w:shd w:val="clear" w:color="auto" w:fill="F4F7FA"/>
            <w:tcMar>
              <w:top w:w="100" w:type="dxa"/>
              <w:left w:w="110" w:type="dxa"/>
              <w:bottom w:w="100" w:type="dxa"/>
              <w:right w:w="110" w:type="dxa"/>
            </w:tcMar>
            <w:vAlign w:val="center"/>
          </w:tcPr>
          <w:p w14:paraId="06E76AD1" w14:textId="77777777" w:rsidR="006A55BC" w:rsidRDefault="00000000">
            <w:pPr>
              <w:spacing w:after="20" w:line="240" w:lineRule="auto"/>
            </w:pPr>
            <w:r>
              <w:rPr>
                <w:sz w:val="18"/>
              </w:rPr>
              <w:t>Control failures</w:t>
            </w:r>
          </w:p>
        </w:tc>
        <w:tc>
          <w:tcPr>
            <w:tcW w:w="6768" w:type="dxa"/>
            <w:shd w:val="clear" w:color="auto" w:fill="F4F7FA"/>
            <w:tcMar>
              <w:top w:w="100" w:type="dxa"/>
              <w:left w:w="110" w:type="dxa"/>
              <w:bottom w:w="100" w:type="dxa"/>
              <w:right w:w="110" w:type="dxa"/>
            </w:tcMar>
            <w:vAlign w:val="center"/>
          </w:tcPr>
          <w:p w14:paraId="76F99676" w14:textId="77777777" w:rsidR="006A55BC" w:rsidRDefault="006A55BC">
            <w:pPr>
              <w:spacing w:after="20" w:line="240" w:lineRule="auto"/>
            </w:pPr>
          </w:p>
        </w:tc>
      </w:tr>
      <w:tr w:rsidR="006A55BC" w14:paraId="1275CDD9" w14:textId="77777777">
        <w:trPr>
          <w:cantSplit/>
          <w:jc w:val="center"/>
        </w:trPr>
        <w:tc>
          <w:tcPr>
            <w:tcW w:w="3168" w:type="dxa"/>
            <w:tcMar>
              <w:top w:w="100" w:type="dxa"/>
              <w:left w:w="110" w:type="dxa"/>
              <w:bottom w:w="100" w:type="dxa"/>
              <w:right w:w="110" w:type="dxa"/>
            </w:tcMar>
            <w:vAlign w:val="center"/>
          </w:tcPr>
          <w:p w14:paraId="16D90BD9" w14:textId="77777777" w:rsidR="006A55BC" w:rsidRDefault="00000000">
            <w:pPr>
              <w:spacing w:after="20" w:line="240" w:lineRule="auto"/>
            </w:pPr>
            <w:r>
              <w:rPr>
                <w:sz w:val="18"/>
              </w:rPr>
              <w:t>Actions completed</w:t>
            </w:r>
          </w:p>
        </w:tc>
        <w:tc>
          <w:tcPr>
            <w:tcW w:w="6768" w:type="dxa"/>
            <w:tcMar>
              <w:top w:w="100" w:type="dxa"/>
              <w:left w:w="110" w:type="dxa"/>
              <w:bottom w:w="100" w:type="dxa"/>
              <w:right w:w="110" w:type="dxa"/>
            </w:tcMar>
            <w:vAlign w:val="center"/>
          </w:tcPr>
          <w:p w14:paraId="1FA8313E" w14:textId="77777777" w:rsidR="006A55BC" w:rsidRDefault="006A55BC">
            <w:pPr>
              <w:spacing w:after="20" w:line="240" w:lineRule="auto"/>
            </w:pPr>
          </w:p>
        </w:tc>
      </w:tr>
      <w:tr w:rsidR="006A55BC" w14:paraId="07661A4F" w14:textId="77777777">
        <w:trPr>
          <w:cantSplit/>
          <w:jc w:val="center"/>
        </w:trPr>
        <w:tc>
          <w:tcPr>
            <w:tcW w:w="3168" w:type="dxa"/>
            <w:shd w:val="clear" w:color="auto" w:fill="F4F7FA"/>
            <w:tcMar>
              <w:top w:w="100" w:type="dxa"/>
              <w:left w:w="110" w:type="dxa"/>
              <w:bottom w:w="100" w:type="dxa"/>
              <w:right w:w="110" w:type="dxa"/>
            </w:tcMar>
            <w:vAlign w:val="center"/>
          </w:tcPr>
          <w:p w14:paraId="4C66CBC2" w14:textId="77777777" w:rsidR="006A55BC" w:rsidRDefault="00000000">
            <w:pPr>
              <w:spacing w:after="20" w:line="240" w:lineRule="auto"/>
            </w:pPr>
            <w:r>
              <w:rPr>
                <w:sz w:val="18"/>
              </w:rPr>
              <w:t>Overdue actions</w:t>
            </w:r>
          </w:p>
        </w:tc>
        <w:tc>
          <w:tcPr>
            <w:tcW w:w="6768" w:type="dxa"/>
            <w:shd w:val="clear" w:color="auto" w:fill="F4F7FA"/>
            <w:tcMar>
              <w:top w:w="100" w:type="dxa"/>
              <w:left w:w="110" w:type="dxa"/>
              <w:bottom w:w="100" w:type="dxa"/>
              <w:right w:w="110" w:type="dxa"/>
            </w:tcMar>
            <w:vAlign w:val="center"/>
          </w:tcPr>
          <w:p w14:paraId="1EA3A7B9" w14:textId="77777777" w:rsidR="006A55BC" w:rsidRDefault="006A55BC">
            <w:pPr>
              <w:spacing w:after="20" w:line="240" w:lineRule="auto"/>
            </w:pPr>
          </w:p>
        </w:tc>
      </w:tr>
      <w:tr w:rsidR="006A55BC" w14:paraId="6A58611D" w14:textId="77777777">
        <w:trPr>
          <w:cantSplit/>
          <w:jc w:val="center"/>
        </w:trPr>
        <w:tc>
          <w:tcPr>
            <w:tcW w:w="3168" w:type="dxa"/>
            <w:tcMar>
              <w:top w:w="100" w:type="dxa"/>
              <w:left w:w="110" w:type="dxa"/>
              <w:bottom w:w="100" w:type="dxa"/>
              <w:right w:w="110" w:type="dxa"/>
            </w:tcMar>
            <w:vAlign w:val="center"/>
          </w:tcPr>
          <w:p w14:paraId="730C01B8" w14:textId="77777777" w:rsidR="006A55BC" w:rsidRDefault="00000000">
            <w:pPr>
              <w:spacing w:after="20" w:line="240" w:lineRule="auto"/>
            </w:pPr>
            <w:r>
              <w:rPr>
                <w:sz w:val="18"/>
              </w:rPr>
              <w:t>Indicator breaches</w:t>
            </w:r>
          </w:p>
        </w:tc>
        <w:tc>
          <w:tcPr>
            <w:tcW w:w="6768" w:type="dxa"/>
            <w:tcMar>
              <w:top w:w="100" w:type="dxa"/>
              <w:left w:w="110" w:type="dxa"/>
              <w:bottom w:w="100" w:type="dxa"/>
              <w:right w:w="110" w:type="dxa"/>
            </w:tcMar>
            <w:vAlign w:val="center"/>
          </w:tcPr>
          <w:p w14:paraId="2EAAD273" w14:textId="77777777" w:rsidR="006A55BC" w:rsidRDefault="006A55BC">
            <w:pPr>
              <w:spacing w:after="20" w:line="240" w:lineRule="auto"/>
            </w:pPr>
          </w:p>
        </w:tc>
      </w:tr>
      <w:tr w:rsidR="006A55BC" w14:paraId="6DCACDBD" w14:textId="77777777">
        <w:trPr>
          <w:cantSplit/>
          <w:jc w:val="center"/>
        </w:trPr>
        <w:tc>
          <w:tcPr>
            <w:tcW w:w="3168" w:type="dxa"/>
            <w:shd w:val="clear" w:color="auto" w:fill="F4F7FA"/>
            <w:tcMar>
              <w:top w:w="100" w:type="dxa"/>
              <w:left w:w="110" w:type="dxa"/>
              <w:bottom w:w="100" w:type="dxa"/>
              <w:right w:w="110" w:type="dxa"/>
            </w:tcMar>
            <w:vAlign w:val="center"/>
          </w:tcPr>
          <w:p w14:paraId="5B927F7B" w14:textId="77777777" w:rsidR="006A55BC" w:rsidRDefault="00000000">
            <w:pPr>
              <w:spacing w:after="20" w:line="240" w:lineRule="auto"/>
            </w:pPr>
            <w:r>
              <w:rPr>
                <w:sz w:val="18"/>
              </w:rPr>
              <w:t>Decisions required from management</w:t>
            </w:r>
          </w:p>
        </w:tc>
        <w:tc>
          <w:tcPr>
            <w:tcW w:w="6768" w:type="dxa"/>
            <w:shd w:val="clear" w:color="auto" w:fill="F4F7FA"/>
            <w:tcMar>
              <w:top w:w="100" w:type="dxa"/>
              <w:left w:w="110" w:type="dxa"/>
              <w:bottom w:w="100" w:type="dxa"/>
              <w:right w:w="110" w:type="dxa"/>
            </w:tcMar>
            <w:vAlign w:val="center"/>
          </w:tcPr>
          <w:p w14:paraId="1E318BBF" w14:textId="77777777" w:rsidR="006A55BC" w:rsidRDefault="006A55BC">
            <w:pPr>
              <w:spacing w:after="20" w:line="240" w:lineRule="auto"/>
            </w:pPr>
          </w:p>
        </w:tc>
      </w:tr>
      <w:tr w:rsidR="006A55BC" w14:paraId="0EDCA1A3" w14:textId="77777777">
        <w:trPr>
          <w:cantSplit/>
          <w:jc w:val="center"/>
        </w:trPr>
        <w:tc>
          <w:tcPr>
            <w:tcW w:w="3168" w:type="dxa"/>
            <w:tcMar>
              <w:top w:w="100" w:type="dxa"/>
              <w:left w:w="110" w:type="dxa"/>
              <w:bottom w:w="100" w:type="dxa"/>
              <w:right w:w="110" w:type="dxa"/>
            </w:tcMar>
            <w:vAlign w:val="center"/>
          </w:tcPr>
          <w:p w14:paraId="1843C413" w14:textId="77777777" w:rsidR="006A55BC" w:rsidRDefault="00000000">
            <w:pPr>
              <w:spacing w:after="20" w:line="240" w:lineRule="auto"/>
            </w:pPr>
            <w:r>
              <w:rPr>
                <w:sz w:val="18"/>
              </w:rPr>
              <w:t>Matters for board escalation</w:t>
            </w:r>
          </w:p>
        </w:tc>
        <w:tc>
          <w:tcPr>
            <w:tcW w:w="6768" w:type="dxa"/>
            <w:tcMar>
              <w:top w:w="100" w:type="dxa"/>
              <w:left w:w="110" w:type="dxa"/>
              <w:bottom w:w="100" w:type="dxa"/>
              <w:right w:w="110" w:type="dxa"/>
            </w:tcMar>
            <w:vAlign w:val="center"/>
          </w:tcPr>
          <w:p w14:paraId="7AC5BC7B" w14:textId="77777777" w:rsidR="006A55BC" w:rsidRDefault="006A55BC">
            <w:pPr>
              <w:spacing w:after="20" w:line="240" w:lineRule="auto"/>
            </w:pPr>
          </w:p>
        </w:tc>
      </w:tr>
      <w:tr w:rsidR="006A55BC" w14:paraId="44AE797C" w14:textId="77777777">
        <w:trPr>
          <w:cantSplit/>
          <w:jc w:val="center"/>
        </w:trPr>
        <w:tc>
          <w:tcPr>
            <w:tcW w:w="3168" w:type="dxa"/>
            <w:shd w:val="clear" w:color="auto" w:fill="F4F7FA"/>
            <w:tcMar>
              <w:top w:w="100" w:type="dxa"/>
              <w:left w:w="110" w:type="dxa"/>
              <w:bottom w:w="100" w:type="dxa"/>
              <w:right w:w="110" w:type="dxa"/>
            </w:tcMar>
            <w:vAlign w:val="center"/>
          </w:tcPr>
          <w:p w14:paraId="4131B3DF" w14:textId="77777777" w:rsidR="006A55BC" w:rsidRDefault="00000000">
            <w:pPr>
              <w:spacing w:after="20" w:line="240" w:lineRule="auto"/>
            </w:pPr>
            <w:r>
              <w:rPr>
                <w:sz w:val="18"/>
              </w:rPr>
              <w:t>Planned activity next period</w:t>
            </w:r>
          </w:p>
        </w:tc>
        <w:tc>
          <w:tcPr>
            <w:tcW w:w="6768" w:type="dxa"/>
            <w:shd w:val="clear" w:color="auto" w:fill="F4F7FA"/>
            <w:tcMar>
              <w:top w:w="100" w:type="dxa"/>
              <w:left w:w="110" w:type="dxa"/>
              <w:bottom w:w="100" w:type="dxa"/>
              <w:right w:w="110" w:type="dxa"/>
            </w:tcMar>
            <w:vAlign w:val="center"/>
          </w:tcPr>
          <w:p w14:paraId="2ACE3AB2" w14:textId="77777777" w:rsidR="006A55BC" w:rsidRDefault="006A55BC">
            <w:pPr>
              <w:spacing w:after="20" w:line="240" w:lineRule="auto"/>
            </w:pPr>
          </w:p>
        </w:tc>
      </w:tr>
    </w:tbl>
    <w:p w14:paraId="74775413" w14:textId="77777777" w:rsidR="006A55BC" w:rsidRDefault="006A55BC">
      <w:pPr>
        <w:spacing w:after="20"/>
      </w:pPr>
    </w:p>
    <w:p w14:paraId="20E1486D" w14:textId="77777777" w:rsidR="006A55BC" w:rsidRDefault="00000000">
      <w:pPr>
        <w:pStyle w:val="Heading2"/>
      </w:pPr>
      <w:r>
        <w:t>12.4 Board or Governing Body Dashboard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600"/>
        <w:gridCol w:w="1152"/>
        <w:gridCol w:w="1152"/>
        <w:gridCol w:w="1584"/>
        <w:gridCol w:w="2448"/>
      </w:tblGrid>
      <w:tr w:rsidR="006A55BC" w14:paraId="7D27884D" w14:textId="77777777">
        <w:trPr>
          <w:cantSplit/>
          <w:tblHeader/>
          <w:jc w:val="center"/>
        </w:trPr>
        <w:tc>
          <w:tcPr>
            <w:tcW w:w="3600" w:type="dxa"/>
            <w:shd w:val="clear" w:color="auto" w:fill="17365D"/>
            <w:tcMar>
              <w:top w:w="100" w:type="dxa"/>
              <w:left w:w="110" w:type="dxa"/>
              <w:bottom w:w="100" w:type="dxa"/>
              <w:right w:w="110" w:type="dxa"/>
            </w:tcMar>
            <w:vAlign w:val="center"/>
          </w:tcPr>
          <w:p w14:paraId="7DA44A3F" w14:textId="77777777" w:rsidR="006A55BC" w:rsidRDefault="00000000">
            <w:r>
              <w:rPr>
                <w:b/>
                <w:color w:val="FFFFFF"/>
                <w:sz w:val="16"/>
              </w:rPr>
              <w:t>Measure</w:t>
            </w:r>
          </w:p>
        </w:tc>
        <w:tc>
          <w:tcPr>
            <w:tcW w:w="1152" w:type="dxa"/>
            <w:shd w:val="clear" w:color="auto" w:fill="17365D"/>
            <w:tcMar>
              <w:top w:w="100" w:type="dxa"/>
              <w:left w:w="110" w:type="dxa"/>
              <w:bottom w:w="100" w:type="dxa"/>
              <w:right w:w="110" w:type="dxa"/>
            </w:tcMar>
            <w:vAlign w:val="center"/>
          </w:tcPr>
          <w:p w14:paraId="22C14C1F" w14:textId="77777777" w:rsidR="006A55BC" w:rsidRDefault="00000000">
            <w:r>
              <w:rPr>
                <w:b/>
                <w:color w:val="FFFFFF"/>
                <w:sz w:val="16"/>
              </w:rPr>
              <w:t>Current</w:t>
            </w:r>
          </w:p>
        </w:tc>
        <w:tc>
          <w:tcPr>
            <w:tcW w:w="1152" w:type="dxa"/>
            <w:shd w:val="clear" w:color="auto" w:fill="17365D"/>
            <w:tcMar>
              <w:top w:w="100" w:type="dxa"/>
              <w:left w:w="110" w:type="dxa"/>
              <w:bottom w:w="100" w:type="dxa"/>
              <w:right w:w="110" w:type="dxa"/>
            </w:tcMar>
            <w:vAlign w:val="center"/>
          </w:tcPr>
          <w:p w14:paraId="6C921734" w14:textId="77777777" w:rsidR="006A55BC" w:rsidRDefault="00000000">
            <w:r>
              <w:rPr>
                <w:b/>
                <w:color w:val="FFFFFF"/>
                <w:sz w:val="16"/>
              </w:rPr>
              <w:t>Previous</w:t>
            </w:r>
          </w:p>
        </w:tc>
        <w:tc>
          <w:tcPr>
            <w:tcW w:w="1584" w:type="dxa"/>
            <w:shd w:val="clear" w:color="auto" w:fill="17365D"/>
            <w:tcMar>
              <w:top w:w="100" w:type="dxa"/>
              <w:left w:w="110" w:type="dxa"/>
              <w:bottom w:w="100" w:type="dxa"/>
              <w:right w:w="110" w:type="dxa"/>
            </w:tcMar>
            <w:vAlign w:val="center"/>
          </w:tcPr>
          <w:p w14:paraId="3B910CD8" w14:textId="77777777" w:rsidR="006A55BC" w:rsidRDefault="00000000">
            <w:r>
              <w:rPr>
                <w:b/>
                <w:color w:val="FFFFFF"/>
                <w:sz w:val="16"/>
              </w:rPr>
              <w:t>Target or appetite</w:t>
            </w:r>
          </w:p>
        </w:tc>
        <w:tc>
          <w:tcPr>
            <w:tcW w:w="2448" w:type="dxa"/>
            <w:shd w:val="clear" w:color="auto" w:fill="17365D"/>
            <w:tcMar>
              <w:top w:w="100" w:type="dxa"/>
              <w:left w:w="110" w:type="dxa"/>
              <w:bottom w:w="100" w:type="dxa"/>
              <w:right w:w="110" w:type="dxa"/>
            </w:tcMar>
            <w:vAlign w:val="center"/>
          </w:tcPr>
          <w:p w14:paraId="46A68420" w14:textId="77777777" w:rsidR="006A55BC" w:rsidRDefault="00000000">
            <w:r>
              <w:rPr>
                <w:b/>
                <w:color w:val="FFFFFF"/>
                <w:sz w:val="16"/>
              </w:rPr>
              <w:t>Comment</w:t>
            </w:r>
          </w:p>
        </w:tc>
      </w:tr>
      <w:tr w:rsidR="006A55BC" w14:paraId="1091F912" w14:textId="77777777">
        <w:trPr>
          <w:cantSplit/>
          <w:jc w:val="center"/>
        </w:trPr>
        <w:tc>
          <w:tcPr>
            <w:tcW w:w="3600" w:type="dxa"/>
            <w:tcMar>
              <w:top w:w="100" w:type="dxa"/>
              <w:left w:w="110" w:type="dxa"/>
              <w:bottom w:w="100" w:type="dxa"/>
              <w:right w:w="110" w:type="dxa"/>
            </w:tcMar>
            <w:vAlign w:val="center"/>
          </w:tcPr>
          <w:p w14:paraId="70A4F984" w14:textId="77777777" w:rsidR="006A55BC" w:rsidRDefault="00000000">
            <w:pPr>
              <w:spacing w:after="20" w:line="240" w:lineRule="auto"/>
            </w:pPr>
            <w:r>
              <w:rPr>
                <w:sz w:val="16"/>
              </w:rPr>
              <w:t>Extreme residual risks</w:t>
            </w:r>
          </w:p>
        </w:tc>
        <w:tc>
          <w:tcPr>
            <w:tcW w:w="1152" w:type="dxa"/>
            <w:tcMar>
              <w:top w:w="100" w:type="dxa"/>
              <w:left w:w="110" w:type="dxa"/>
              <w:bottom w:w="100" w:type="dxa"/>
              <w:right w:w="110" w:type="dxa"/>
            </w:tcMar>
            <w:vAlign w:val="center"/>
          </w:tcPr>
          <w:p w14:paraId="04052D6D"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55AC546F"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4F301C1C"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03B34CB2" w14:textId="77777777" w:rsidR="006A55BC" w:rsidRDefault="006A55BC">
            <w:pPr>
              <w:spacing w:after="20" w:line="240" w:lineRule="auto"/>
            </w:pPr>
          </w:p>
        </w:tc>
      </w:tr>
      <w:tr w:rsidR="006A55BC" w14:paraId="5F53216D" w14:textId="77777777">
        <w:trPr>
          <w:cantSplit/>
          <w:jc w:val="center"/>
        </w:trPr>
        <w:tc>
          <w:tcPr>
            <w:tcW w:w="3600" w:type="dxa"/>
            <w:shd w:val="clear" w:color="auto" w:fill="F4F7FA"/>
            <w:tcMar>
              <w:top w:w="100" w:type="dxa"/>
              <w:left w:w="110" w:type="dxa"/>
              <w:bottom w:w="100" w:type="dxa"/>
              <w:right w:w="110" w:type="dxa"/>
            </w:tcMar>
            <w:vAlign w:val="center"/>
          </w:tcPr>
          <w:p w14:paraId="4B0CE80D" w14:textId="77777777" w:rsidR="006A55BC" w:rsidRDefault="00000000">
            <w:pPr>
              <w:spacing w:after="20" w:line="240" w:lineRule="auto"/>
            </w:pPr>
            <w:r>
              <w:rPr>
                <w:sz w:val="16"/>
              </w:rPr>
              <w:t>High residual risks</w:t>
            </w:r>
          </w:p>
        </w:tc>
        <w:tc>
          <w:tcPr>
            <w:tcW w:w="1152" w:type="dxa"/>
            <w:shd w:val="clear" w:color="auto" w:fill="F4F7FA"/>
            <w:tcMar>
              <w:top w:w="100" w:type="dxa"/>
              <w:left w:w="110" w:type="dxa"/>
              <w:bottom w:w="100" w:type="dxa"/>
              <w:right w:w="110" w:type="dxa"/>
            </w:tcMar>
            <w:vAlign w:val="center"/>
          </w:tcPr>
          <w:p w14:paraId="492F239F"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30766FFE"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4AB325F6" w14:textId="77777777" w:rsidR="006A55BC" w:rsidRDefault="006A55BC">
            <w:pPr>
              <w:spacing w:after="20" w:line="240" w:lineRule="auto"/>
            </w:pPr>
          </w:p>
        </w:tc>
        <w:tc>
          <w:tcPr>
            <w:tcW w:w="2448" w:type="dxa"/>
            <w:shd w:val="clear" w:color="auto" w:fill="F4F7FA"/>
            <w:tcMar>
              <w:top w:w="100" w:type="dxa"/>
              <w:left w:w="110" w:type="dxa"/>
              <w:bottom w:w="100" w:type="dxa"/>
              <w:right w:w="110" w:type="dxa"/>
            </w:tcMar>
            <w:vAlign w:val="center"/>
          </w:tcPr>
          <w:p w14:paraId="55C41B2B" w14:textId="77777777" w:rsidR="006A55BC" w:rsidRDefault="006A55BC">
            <w:pPr>
              <w:spacing w:after="20" w:line="240" w:lineRule="auto"/>
            </w:pPr>
          </w:p>
        </w:tc>
      </w:tr>
      <w:tr w:rsidR="006A55BC" w14:paraId="7E484C21" w14:textId="77777777">
        <w:trPr>
          <w:cantSplit/>
          <w:jc w:val="center"/>
        </w:trPr>
        <w:tc>
          <w:tcPr>
            <w:tcW w:w="3600" w:type="dxa"/>
            <w:tcMar>
              <w:top w:w="100" w:type="dxa"/>
              <w:left w:w="110" w:type="dxa"/>
              <w:bottom w:w="100" w:type="dxa"/>
              <w:right w:w="110" w:type="dxa"/>
            </w:tcMar>
            <w:vAlign w:val="center"/>
          </w:tcPr>
          <w:p w14:paraId="13364684" w14:textId="77777777" w:rsidR="006A55BC" w:rsidRDefault="00000000">
            <w:pPr>
              <w:spacing w:after="20" w:line="240" w:lineRule="auto"/>
            </w:pPr>
            <w:r>
              <w:rPr>
                <w:sz w:val="16"/>
              </w:rPr>
              <w:t>Risks outside appetite</w:t>
            </w:r>
          </w:p>
        </w:tc>
        <w:tc>
          <w:tcPr>
            <w:tcW w:w="1152" w:type="dxa"/>
            <w:tcMar>
              <w:top w:w="100" w:type="dxa"/>
              <w:left w:w="110" w:type="dxa"/>
              <w:bottom w:w="100" w:type="dxa"/>
              <w:right w:w="110" w:type="dxa"/>
            </w:tcMar>
            <w:vAlign w:val="center"/>
          </w:tcPr>
          <w:p w14:paraId="243BE95B"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297412C4"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6500A059"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64146A8B" w14:textId="77777777" w:rsidR="006A55BC" w:rsidRDefault="006A55BC">
            <w:pPr>
              <w:spacing w:after="20" w:line="240" w:lineRule="auto"/>
            </w:pPr>
          </w:p>
        </w:tc>
      </w:tr>
      <w:tr w:rsidR="006A55BC" w14:paraId="3286F151" w14:textId="77777777">
        <w:trPr>
          <w:cantSplit/>
          <w:jc w:val="center"/>
        </w:trPr>
        <w:tc>
          <w:tcPr>
            <w:tcW w:w="3600" w:type="dxa"/>
            <w:shd w:val="clear" w:color="auto" w:fill="F4F7FA"/>
            <w:tcMar>
              <w:top w:w="100" w:type="dxa"/>
              <w:left w:w="110" w:type="dxa"/>
              <w:bottom w:w="100" w:type="dxa"/>
              <w:right w:w="110" w:type="dxa"/>
            </w:tcMar>
            <w:vAlign w:val="center"/>
          </w:tcPr>
          <w:p w14:paraId="369D94EF" w14:textId="77777777" w:rsidR="006A55BC" w:rsidRDefault="00000000">
            <w:pPr>
              <w:spacing w:after="20" w:line="240" w:lineRule="auto"/>
            </w:pPr>
            <w:r>
              <w:rPr>
                <w:sz w:val="16"/>
              </w:rPr>
              <w:t>Material incidents</w:t>
            </w:r>
          </w:p>
        </w:tc>
        <w:tc>
          <w:tcPr>
            <w:tcW w:w="1152" w:type="dxa"/>
            <w:shd w:val="clear" w:color="auto" w:fill="F4F7FA"/>
            <w:tcMar>
              <w:top w:w="100" w:type="dxa"/>
              <w:left w:w="110" w:type="dxa"/>
              <w:bottom w:w="100" w:type="dxa"/>
              <w:right w:w="110" w:type="dxa"/>
            </w:tcMar>
            <w:vAlign w:val="center"/>
          </w:tcPr>
          <w:p w14:paraId="566773E8"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59D67860"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13D4E6B3" w14:textId="77777777" w:rsidR="006A55BC" w:rsidRDefault="006A55BC">
            <w:pPr>
              <w:spacing w:after="20" w:line="240" w:lineRule="auto"/>
            </w:pPr>
          </w:p>
        </w:tc>
        <w:tc>
          <w:tcPr>
            <w:tcW w:w="2448" w:type="dxa"/>
            <w:shd w:val="clear" w:color="auto" w:fill="F4F7FA"/>
            <w:tcMar>
              <w:top w:w="100" w:type="dxa"/>
              <w:left w:w="110" w:type="dxa"/>
              <w:bottom w:w="100" w:type="dxa"/>
              <w:right w:w="110" w:type="dxa"/>
            </w:tcMar>
            <w:vAlign w:val="center"/>
          </w:tcPr>
          <w:p w14:paraId="69A3231D" w14:textId="77777777" w:rsidR="006A55BC" w:rsidRDefault="006A55BC">
            <w:pPr>
              <w:spacing w:after="20" w:line="240" w:lineRule="auto"/>
            </w:pPr>
          </w:p>
        </w:tc>
      </w:tr>
      <w:tr w:rsidR="006A55BC" w14:paraId="716772EF" w14:textId="77777777">
        <w:trPr>
          <w:cantSplit/>
          <w:jc w:val="center"/>
        </w:trPr>
        <w:tc>
          <w:tcPr>
            <w:tcW w:w="3600" w:type="dxa"/>
            <w:tcMar>
              <w:top w:w="100" w:type="dxa"/>
              <w:left w:w="110" w:type="dxa"/>
              <w:bottom w:w="100" w:type="dxa"/>
              <w:right w:w="110" w:type="dxa"/>
            </w:tcMar>
            <w:vAlign w:val="center"/>
          </w:tcPr>
          <w:p w14:paraId="7DE48BD6" w14:textId="77777777" w:rsidR="006A55BC" w:rsidRDefault="00000000">
            <w:pPr>
              <w:spacing w:after="20" w:line="240" w:lineRule="auto"/>
            </w:pPr>
            <w:r>
              <w:rPr>
                <w:sz w:val="16"/>
              </w:rPr>
              <w:t>Overdue high-priority actions</w:t>
            </w:r>
          </w:p>
        </w:tc>
        <w:tc>
          <w:tcPr>
            <w:tcW w:w="1152" w:type="dxa"/>
            <w:tcMar>
              <w:top w:w="100" w:type="dxa"/>
              <w:left w:w="110" w:type="dxa"/>
              <w:bottom w:w="100" w:type="dxa"/>
              <w:right w:w="110" w:type="dxa"/>
            </w:tcMar>
            <w:vAlign w:val="center"/>
          </w:tcPr>
          <w:p w14:paraId="43D581A9"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70DC000A"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42FA830F"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1F82A101" w14:textId="77777777" w:rsidR="006A55BC" w:rsidRDefault="006A55BC">
            <w:pPr>
              <w:spacing w:after="20" w:line="240" w:lineRule="auto"/>
            </w:pPr>
          </w:p>
        </w:tc>
      </w:tr>
      <w:tr w:rsidR="006A55BC" w14:paraId="79328487" w14:textId="77777777">
        <w:trPr>
          <w:cantSplit/>
          <w:jc w:val="center"/>
        </w:trPr>
        <w:tc>
          <w:tcPr>
            <w:tcW w:w="3600" w:type="dxa"/>
            <w:shd w:val="clear" w:color="auto" w:fill="F4F7FA"/>
            <w:tcMar>
              <w:top w:w="100" w:type="dxa"/>
              <w:left w:w="110" w:type="dxa"/>
              <w:bottom w:w="100" w:type="dxa"/>
              <w:right w:w="110" w:type="dxa"/>
            </w:tcMar>
            <w:vAlign w:val="center"/>
          </w:tcPr>
          <w:p w14:paraId="28B13748" w14:textId="77777777" w:rsidR="006A55BC" w:rsidRDefault="00000000">
            <w:pPr>
              <w:spacing w:after="20" w:line="240" w:lineRule="auto"/>
            </w:pPr>
            <w:r>
              <w:rPr>
                <w:sz w:val="16"/>
              </w:rPr>
              <w:t>Control tests failed</w:t>
            </w:r>
          </w:p>
        </w:tc>
        <w:tc>
          <w:tcPr>
            <w:tcW w:w="1152" w:type="dxa"/>
            <w:shd w:val="clear" w:color="auto" w:fill="F4F7FA"/>
            <w:tcMar>
              <w:top w:w="100" w:type="dxa"/>
              <w:left w:w="110" w:type="dxa"/>
              <w:bottom w:w="100" w:type="dxa"/>
              <w:right w:w="110" w:type="dxa"/>
            </w:tcMar>
            <w:vAlign w:val="center"/>
          </w:tcPr>
          <w:p w14:paraId="31A293C2"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450B41B5"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5BE49A7D" w14:textId="77777777" w:rsidR="006A55BC" w:rsidRDefault="006A55BC">
            <w:pPr>
              <w:spacing w:after="20" w:line="240" w:lineRule="auto"/>
            </w:pPr>
          </w:p>
        </w:tc>
        <w:tc>
          <w:tcPr>
            <w:tcW w:w="2448" w:type="dxa"/>
            <w:shd w:val="clear" w:color="auto" w:fill="F4F7FA"/>
            <w:tcMar>
              <w:top w:w="100" w:type="dxa"/>
              <w:left w:w="110" w:type="dxa"/>
              <w:bottom w:w="100" w:type="dxa"/>
              <w:right w:w="110" w:type="dxa"/>
            </w:tcMar>
            <w:vAlign w:val="center"/>
          </w:tcPr>
          <w:p w14:paraId="6C07902A" w14:textId="77777777" w:rsidR="006A55BC" w:rsidRDefault="006A55BC">
            <w:pPr>
              <w:spacing w:after="20" w:line="240" w:lineRule="auto"/>
            </w:pPr>
          </w:p>
        </w:tc>
      </w:tr>
      <w:tr w:rsidR="006A55BC" w14:paraId="1C9B81C8" w14:textId="77777777">
        <w:trPr>
          <w:cantSplit/>
          <w:jc w:val="center"/>
        </w:trPr>
        <w:tc>
          <w:tcPr>
            <w:tcW w:w="3600" w:type="dxa"/>
            <w:tcMar>
              <w:top w:w="100" w:type="dxa"/>
              <w:left w:w="110" w:type="dxa"/>
              <w:bottom w:w="100" w:type="dxa"/>
              <w:right w:w="110" w:type="dxa"/>
            </w:tcMar>
            <w:vAlign w:val="center"/>
          </w:tcPr>
          <w:p w14:paraId="22133731" w14:textId="77777777" w:rsidR="006A55BC" w:rsidRDefault="00000000">
            <w:pPr>
              <w:spacing w:after="20" w:line="240" w:lineRule="auto"/>
            </w:pPr>
            <w:r>
              <w:rPr>
                <w:sz w:val="16"/>
              </w:rPr>
              <w:t>High-risk third parties overdue for review</w:t>
            </w:r>
          </w:p>
        </w:tc>
        <w:tc>
          <w:tcPr>
            <w:tcW w:w="1152" w:type="dxa"/>
            <w:tcMar>
              <w:top w:w="100" w:type="dxa"/>
              <w:left w:w="110" w:type="dxa"/>
              <w:bottom w:w="100" w:type="dxa"/>
              <w:right w:w="110" w:type="dxa"/>
            </w:tcMar>
            <w:vAlign w:val="center"/>
          </w:tcPr>
          <w:p w14:paraId="563907ED" w14:textId="77777777" w:rsidR="006A55BC" w:rsidRDefault="006A55BC">
            <w:pPr>
              <w:spacing w:after="20" w:line="240" w:lineRule="auto"/>
            </w:pPr>
          </w:p>
        </w:tc>
        <w:tc>
          <w:tcPr>
            <w:tcW w:w="1152" w:type="dxa"/>
            <w:tcMar>
              <w:top w:w="100" w:type="dxa"/>
              <w:left w:w="110" w:type="dxa"/>
              <w:bottom w:w="100" w:type="dxa"/>
              <w:right w:w="110" w:type="dxa"/>
            </w:tcMar>
            <w:vAlign w:val="center"/>
          </w:tcPr>
          <w:p w14:paraId="64F1E09E" w14:textId="77777777" w:rsidR="006A55BC" w:rsidRDefault="006A55BC">
            <w:pPr>
              <w:spacing w:after="20" w:line="240" w:lineRule="auto"/>
            </w:pPr>
          </w:p>
        </w:tc>
        <w:tc>
          <w:tcPr>
            <w:tcW w:w="1584" w:type="dxa"/>
            <w:tcMar>
              <w:top w:w="100" w:type="dxa"/>
              <w:left w:w="110" w:type="dxa"/>
              <w:bottom w:w="100" w:type="dxa"/>
              <w:right w:w="110" w:type="dxa"/>
            </w:tcMar>
            <w:vAlign w:val="center"/>
          </w:tcPr>
          <w:p w14:paraId="2E42FF37"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5B45B772" w14:textId="77777777" w:rsidR="006A55BC" w:rsidRDefault="006A55BC">
            <w:pPr>
              <w:spacing w:after="20" w:line="240" w:lineRule="auto"/>
            </w:pPr>
          </w:p>
        </w:tc>
      </w:tr>
      <w:tr w:rsidR="006A55BC" w14:paraId="3490C8F7" w14:textId="77777777">
        <w:trPr>
          <w:cantSplit/>
          <w:jc w:val="center"/>
        </w:trPr>
        <w:tc>
          <w:tcPr>
            <w:tcW w:w="3600" w:type="dxa"/>
            <w:shd w:val="clear" w:color="auto" w:fill="F4F7FA"/>
            <w:tcMar>
              <w:top w:w="100" w:type="dxa"/>
              <w:left w:w="110" w:type="dxa"/>
              <w:bottom w:w="100" w:type="dxa"/>
              <w:right w:w="110" w:type="dxa"/>
            </w:tcMar>
            <w:vAlign w:val="center"/>
          </w:tcPr>
          <w:p w14:paraId="14CEA8AE" w14:textId="77777777" w:rsidR="006A55BC" w:rsidRDefault="00000000">
            <w:pPr>
              <w:spacing w:after="20" w:line="240" w:lineRule="auto"/>
            </w:pPr>
            <w:r>
              <w:rPr>
                <w:sz w:val="16"/>
              </w:rPr>
              <w:t>Retaliation allegations</w:t>
            </w:r>
          </w:p>
        </w:tc>
        <w:tc>
          <w:tcPr>
            <w:tcW w:w="1152" w:type="dxa"/>
            <w:shd w:val="clear" w:color="auto" w:fill="F4F7FA"/>
            <w:tcMar>
              <w:top w:w="100" w:type="dxa"/>
              <w:left w:w="110" w:type="dxa"/>
              <w:bottom w:w="100" w:type="dxa"/>
              <w:right w:w="110" w:type="dxa"/>
            </w:tcMar>
            <w:vAlign w:val="center"/>
          </w:tcPr>
          <w:p w14:paraId="5729D893" w14:textId="77777777" w:rsidR="006A55BC" w:rsidRDefault="006A55BC">
            <w:pPr>
              <w:spacing w:after="20" w:line="240" w:lineRule="auto"/>
            </w:pPr>
          </w:p>
        </w:tc>
        <w:tc>
          <w:tcPr>
            <w:tcW w:w="1152" w:type="dxa"/>
            <w:shd w:val="clear" w:color="auto" w:fill="F4F7FA"/>
            <w:tcMar>
              <w:top w:w="100" w:type="dxa"/>
              <w:left w:w="110" w:type="dxa"/>
              <w:bottom w:w="100" w:type="dxa"/>
              <w:right w:w="110" w:type="dxa"/>
            </w:tcMar>
            <w:vAlign w:val="center"/>
          </w:tcPr>
          <w:p w14:paraId="7B667689" w14:textId="77777777" w:rsidR="006A55BC" w:rsidRDefault="006A55BC">
            <w:pPr>
              <w:spacing w:after="20" w:line="240" w:lineRule="auto"/>
            </w:pPr>
          </w:p>
        </w:tc>
        <w:tc>
          <w:tcPr>
            <w:tcW w:w="1584" w:type="dxa"/>
            <w:shd w:val="clear" w:color="auto" w:fill="F4F7FA"/>
            <w:tcMar>
              <w:top w:w="100" w:type="dxa"/>
              <w:left w:w="110" w:type="dxa"/>
              <w:bottom w:w="100" w:type="dxa"/>
              <w:right w:w="110" w:type="dxa"/>
            </w:tcMar>
            <w:vAlign w:val="center"/>
          </w:tcPr>
          <w:p w14:paraId="24DE5EA1" w14:textId="77777777" w:rsidR="006A55BC" w:rsidRDefault="006A55BC">
            <w:pPr>
              <w:spacing w:after="20" w:line="240" w:lineRule="auto"/>
            </w:pPr>
          </w:p>
        </w:tc>
        <w:tc>
          <w:tcPr>
            <w:tcW w:w="2448" w:type="dxa"/>
            <w:shd w:val="clear" w:color="auto" w:fill="F4F7FA"/>
            <w:tcMar>
              <w:top w:w="100" w:type="dxa"/>
              <w:left w:w="110" w:type="dxa"/>
              <w:bottom w:w="100" w:type="dxa"/>
              <w:right w:w="110" w:type="dxa"/>
            </w:tcMar>
            <w:vAlign w:val="center"/>
          </w:tcPr>
          <w:p w14:paraId="01E11FE2" w14:textId="77777777" w:rsidR="006A55BC" w:rsidRDefault="006A55BC">
            <w:pPr>
              <w:spacing w:after="20" w:line="240" w:lineRule="auto"/>
            </w:pPr>
          </w:p>
        </w:tc>
      </w:tr>
    </w:tbl>
    <w:p w14:paraId="317A777D" w14:textId="77777777" w:rsidR="006A55BC" w:rsidRDefault="006A55BC">
      <w:pPr>
        <w:spacing w:after="20"/>
      </w:pPr>
    </w:p>
    <w:p w14:paraId="4246B307" w14:textId="77777777" w:rsidR="006A55BC" w:rsidRDefault="00000000">
      <w:r>
        <w:br w:type="page"/>
      </w:r>
    </w:p>
    <w:p w14:paraId="2D4EEB5C" w14:textId="77777777" w:rsidR="006A55BC" w:rsidRDefault="00000000">
      <w:pPr>
        <w:pStyle w:val="Heading1"/>
      </w:pPr>
      <w:r>
        <w:lastRenderedPageBreak/>
        <w:t>Section 13 Reassessment and Change Triggers</w:t>
      </w:r>
    </w:p>
    <w:p w14:paraId="47A7FDC4" w14:textId="77777777" w:rsidR="006A55BC" w:rsidRDefault="00000000">
      <w:pPr>
        <w:pStyle w:val="Heading2"/>
      </w:pPr>
      <w:r>
        <w:t>13.1 Scheduled Review</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6A55BC" w14:paraId="398FD2BE" w14:textId="77777777">
        <w:trPr>
          <w:cantSplit/>
          <w:tblHeader/>
          <w:jc w:val="center"/>
        </w:trPr>
        <w:tc>
          <w:tcPr>
            <w:tcW w:w="3168" w:type="dxa"/>
            <w:shd w:val="clear" w:color="auto" w:fill="17365D"/>
            <w:tcMar>
              <w:top w:w="100" w:type="dxa"/>
              <w:left w:w="110" w:type="dxa"/>
              <w:bottom w:w="100" w:type="dxa"/>
              <w:right w:w="110" w:type="dxa"/>
            </w:tcMar>
            <w:vAlign w:val="center"/>
          </w:tcPr>
          <w:p w14:paraId="12BF1DC6" w14:textId="77777777" w:rsidR="006A55BC" w:rsidRDefault="00000000">
            <w:r>
              <w:rPr>
                <w:b/>
                <w:color w:val="FFFFFF"/>
                <w:sz w:val="18"/>
              </w:rPr>
              <w:t>Field</w:t>
            </w:r>
          </w:p>
        </w:tc>
        <w:tc>
          <w:tcPr>
            <w:tcW w:w="6768" w:type="dxa"/>
            <w:shd w:val="clear" w:color="auto" w:fill="17365D"/>
            <w:tcMar>
              <w:top w:w="100" w:type="dxa"/>
              <w:left w:w="110" w:type="dxa"/>
              <w:bottom w:w="100" w:type="dxa"/>
              <w:right w:w="110" w:type="dxa"/>
            </w:tcMar>
            <w:vAlign w:val="center"/>
          </w:tcPr>
          <w:p w14:paraId="48E5F90A" w14:textId="77777777" w:rsidR="006A55BC" w:rsidRDefault="00000000">
            <w:r>
              <w:rPr>
                <w:b/>
                <w:color w:val="FFFFFF"/>
                <w:sz w:val="18"/>
              </w:rPr>
              <w:t>Details</w:t>
            </w:r>
          </w:p>
        </w:tc>
      </w:tr>
      <w:tr w:rsidR="006A55BC" w14:paraId="6503A785" w14:textId="77777777">
        <w:trPr>
          <w:cantSplit/>
          <w:jc w:val="center"/>
        </w:trPr>
        <w:tc>
          <w:tcPr>
            <w:tcW w:w="3168" w:type="dxa"/>
            <w:tcMar>
              <w:top w:w="100" w:type="dxa"/>
              <w:left w:w="110" w:type="dxa"/>
              <w:bottom w:w="100" w:type="dxa"/>
              <w:right w:w="110" w:type="dxa"/>
            </w:tcMar>
            <w:vAlign w:val="center"/>
          </w:tcPr>
          <w:p w14:paraId="5D94A241" w14:textId="77777777" w:rsidR="006A55BC" w:rsidRDefault="00000000">
            <w:pPr>
              <w:spacing w:after="20" w:line="240" w:lineRule="auto"/>
            </w:pPr>
            <w:r>
              <w:rPr>
                <w:sz w:val="18"/>
              </w:rPr>
              <w:t>Full reassessment frequency</w:t>
            </w:r>
          </w:p>
        </w:tc>
        <w:tc>
          <w:tcPr>
            <w:tcW w:w="6768" w:type="dxa"/>
            <w:tcMar>
              <w:top w:w="100" w:type="dxa"/>
              <w:left w:w="110" w:type="dxa"/>
              <w:bottom w:w="100" w:type="dxa"/>
              <w:right w:w="110" w:type="dxa"/>
            </w:tcMar>
            <w:vAlign w:val="center"/>
          </w:tcPr>
          <w:p w14:paraId="2A2192A6" w14:textId="77777777" w:rsidR="006A55BC" w:rsidRDefault="006A55BC">
            <w:pPr>
              <w:spacing w:after="20" w:line="240" w:lineRule="auto"/>
            </w:pPr>
          </w:p>
        </w:tc>
      </w:tr>
      <w:tr w:rsidR="006A55BC" w14:paraId="3B1C4ADE" w14:textId="77777777">
        <w:trPr>
          <w:cantSplit/>
          <w:jc w:val="center"/>
        </w:trPr>
        <w:tc>
          <w:tcPr>
            <w:tcW w:w="3168" w:type="dxa"/>
            <w:shd w:val="clear" w:color="auto" w:fill="F4F7FA"/>
            <w:tcMar>
              <w:top w:w="100" w:type="dxa"/>
              <w:left w:w="110" w:type="dxa"/>
              <w:bottom w:w="100" w:type="dxa"/>
              <w:right w:w="110" w:type="dxa"/>
            </w:tcMar>
            <w:vAlign w:val="center"/>
          </w:tcPr>
          <w:p w14:paraId="583E8284" w14:textId="77777777" w:rsidR="006A55BC" w:rsidRDefault="00000000">
            <w:pPr>
              <w:spacing w:after="20" w:line="240" w:lineRule="auto"/>
            </w:pPr>
            <w:r>
              <w:rPr>
                <w:sz w:val="18"/>
              </w:rPr>
              <w:t>Interim review frequency</w:t>
            </w:r>
          </w:p>
        </w:tc>
        <w:tc>
          <w:tcPr>
            <w:tcW w:w="6768" w:type="dxa"/>
            <w:shd w:val="clear" w:color="auto" w:fill="F4F7FA"/>
            <w:tcMar>
              <w:top w:w="100" w:type="dxa"/>
              <w:left w:w="110" w:type="dxa"/>
              <w:bottom w:w="100" w:type="dxa"/>
              <w:right w:w="110" w:type="dxa"/>
            </w:tcMar>
            <w:vAlign w:val="center"/>
          </w:tcPr>
          <w:p w14:paraId="7121DCB0" w14:textId="77777777" w:rsidR="006A55BC" w:rsidRDefault="006A55BC">
            <w:pPr>
              <w:spacing w:after="20" w:line="240" w:lineRule="auto"/>
            </w:pPr>
          </w:p>
        </w:tc>
      </w:tr>
      <w:tr w:rsidR="006A55BC" w14:paraId="2F5E58A4" w14:textId="77777777">
        <w:trPr>
          <w:cantSplit/>
          <w:jc w:val="center"/>
        </w:trPr>
        <w:tc>
          <w:tcPr>
            <w:tcW w:w="3168" w:type="dxa"/>
            <w:tcMar>
              <w:top w:w="100" w:type="dxa"/>
              <w:left w:w="110" w:type="dxa"/>
              <w:bottom w:w="100" w:type="dxa"/>
              <w:right w:w="110" w:type="dxa"/>
            </w:tcMar>
            <w:vAlign w:val="center"/>
          </w:tcPr>
          <w:p w14:paraId="4770F519" w14:textId="77777777" w:rsidR="006A55BC" w:rsidRDefault="00000000">
            <w:pPr>
              <w:spacing w:after="20" w:line="240" w:lineRule="auto"/>
            </w:pPr>
            <w:r>
              <w:rPr>
                <w:sz w:val="18"/>
              </w:rPr>
              <w:t>Responsible function</w:t>
            </w:r>
          </w:p>
        </w:tc>
        <w:tc>
          <w:tcPr>
            <w:tcW w:w="6768" w:type="dxa"/>
            <w:tcMar>
              <w:top w:w="100" w:type="dxa"/>
              <w:left w:w="110" w:type="dxa"/>
              <w:bottom w:w="100" w:type="dxa"/>
              <w:right w:w="110" w:type="dxa"/>
            </w:tcMar>
            <w:vAlign w:val="center"/>
          </w:tcPr>
          <w:p w14:paraId="5377A0BD" w14:textId="77777777" w:rsidR="006A55BC" w:rsidRDefault="006A55BC">
            <w:pPr>
              <w:spacing w:after="20" w:line="240" w:lineRule="auto"/>
            </w:pPr>
          </w:p>
        </w:tc>
      </w:tr>
      <w:tr w:rsidR="006A55BC" w14:paraId="12937AF4" w14:textId="77777777">
        <w:trPr>
          <w:cantSplit/>
          <w:jc w:val="center"/>
        </w:trPr>
        <w:tc>
          <w:tcPr>
            <w:tcW w:w="3168" w:type="dxa"/>
            <w:shd w:val="clear" w:color="auto" w:fill="F4F7FA"/>
            <w:tcMar>
              <w:top w:w="100" w:type="dxa"/>
              <w:left w:w="110" w:type="dxa"/>
              <w:bottom w:w="100" w:type="dxa"/>
              <w:right w:w="110" w:type="dxa"/>
            </w:tcMar>
            <w:vAlign w:val="center"/>
          </w:tcPr>
          <w:p w14:paraId="517B4738" w14:textId="77777777" w:rsidR="006A55BC" w:rsidRDefault="00000000">
            <w:pPr>
              <w:spacing w:after="20" w:line="240" w:lineRule="auto"/>
            </w:pPr>
            <w:r>
              <w:rPr>
                <w:sz w:val="18"/>
              </w:rPr>
              <w:t>Next full assessment date</w:t>
            </w:r>
          </w:p>
        </w:tc>
        <w:tc>
          <w:tcPr>
            <w:tcW w:w="6768" w:type="dxa"/>
            <w:shd w:val="clear" w:color="auto" w:fill="F4F7FA"/>
            <w:tcMar>
              <w:top w:w="100" w:type="dxa"/>
              <w:left w:w="110" w:type="dxa"/>
              <w:bottom w:w="100" w:type="dxa"/>
              <w:right w:w="110" w:type="dxa"/>
            </w:tcMar>
            <w:vAlign w:val="center"/>
          </w:tcPr>
          <w:p w14:paraId="01681FAA" w14:textId="77777777" w:rsidR="006A55BC" w:rsidRDefault="006A55BC">
            <w:pPr>
              <w:spacing w:after="20" w:line="240" w:lineRule="auto"/>
            </w:pPr>
          </w:p>
        </w:tc>
      </w:tr>
      <w:tr w:rsidR="006A55BC" w14:paraId="0D8B55E2" w14:textId="77777777">
        <w:trPr>
          <w:cantSplit/>
          <w:jc w:val="center"/>
        </w:trPr>
        <w:tc>
          <w:tcPr>
            <w:tcW w:w="3168" w:type="dxa"/>
            <w:tcMar>
              <w:top w:w="100" w:type="dxa"/>
              <w:left w:w="110" w:type="dxa"/>
              <w:bottom w:w="100" w:type="dxa"/>
              <w:right w:w="110" w:type="dxa"/>
            </w:tcMar>
            <w:vAlign w:val="center"/>
          </w:tcPr>
          <w:p w14:paraId="3EE08CFA" w14:textId="77777777" w:rsidR="006A55BC" w:rsidRDefault="00000000">
            <w:pPr>
              <w:spacing w:after="20" w:line="240" w:lineRule="auto"/>
            </w:pPr>
            <w:r>
              <w:rPr>
                <w:sz w:val="18"/>
              </w:rPr>
              <w:t>Next interim review date</w:t>
            </w:r>
          </w:p>
        </w:tc>
        <w:tc>
          <w:tcPr>
            <w:tcW w:w="6768" w:type="dxa"/>
            <w:tcMar>
              <w:top w:w="100" w:type="dxa"/>
              <w:left w:w="110" w:type="dxa"/>
              <w:bottom w:w="100" w:type="dxa"/>
              <w:right w:w="110" w:type="dxa"/>
            </w:tcMar>
            <w:vAlign w:val="center"/>
          </w:tcPr>
          <w:p w14:paraId="478D29D9" w14:textId="77777777" w:rsidR="006A55BC" w:rsidRDefault="006A55BC">
            <w:pPr>
              <w:spacing w:after="20" w:line="240" w:lineRule="auto"/>
            </w:pPr>
          </w:p>
        </w:tc>
      </w:tr>
      <w:tr w:rsidR="006A55BC" w14:paraId="5EF80F3B" w14:textId="77777777">
        <w:trPr>
          <w:cantSplit/>
          <w:jc w:val="center"/>
        </w:trPr>
        <w:tc>
          <w:tcPr>
            <w:tcW w:w="3168" w:type="dxa"/>
            <w:shd w:val="clear" w:color="auto" w:fill="F4F7FA"/>
            <w:tcMar>
              <w:top w:w="100" w:type="dxa"/>
              <w:left w:w="110" w:type="dxa"/>
              <w:bottom w:w="100" w:type="dxa"/>
              <w:right w:w="110" w:type="dxa"/>
            </w:tcMar>
            <w:vAlign w:val="center"/>
          </w:tcPr>
          <w:p w14:paraId="356A6FBB" w14:textId="77777777" w:rsidR="006A55BC" w:rsidRDefault="00000000">
            <w:pPr>
              <w:spacing w:after="20" w:line="240" w:lineRule="auto"/>
            </w:pPr>
            <w:r>
              <w:rPr>
                <w:sz w:val="18"/>
              </w:rPr>
              <w:t>Independent assurance date</w:t>
            </w:r>
          </w:p>
        </w:tc>
        <w:tc>
          <w:tcPr>
            <w:tcW w:w="6768" w:type="dxa"/>
            <w:shd w:val="clear" w:color="auto" w:fill="F4F7FA"/>
            <w:tcMar>
              <w:top w:w="100" w:type="dxa"/>
              <w:left w:w="110" w:type="dxa"/>
              <w:bottom w:w="100" w:type="dxa"/>
              <w:right w:w="110" w:type="dxa"/>
            </w:tcMar>
            <w:vAlign w:val="center"/>
          </w:tcPr>
          <w:p w14:paraId="4F4D2E5A" w14:textId="77777777" w:rsidR="006A55BC" w:rsidRDefault="006A55BC">
            <w:pPr>
              <w:spacing w:after="20" w:line="240" w:lineRule="auto"/>
            </w:pPr>
          </w:p>
        </w:tc>
      </w:tr>
    </w:tbl>
    <w:p w14:paraId="6D6D30C8" w14:textId="77777777" w:rsidR="006A55BC" w:rsidRDefault="006A55BC">
      <w:pPr>
        <w:spacing w:after="20"/>
      </w:pPr>
    </w:p>
    <w:p w14:paraId="10F56D82" w14:textId="77777777" w:rsidR="006A55BC" w:rsidRDefault="00000000">
      <w:pPr>
        <w:pStyle w:val="Heading2"/>
      </w:pPr>
      <w:r>
        <w:t>13.2 Trigger Events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456"/>
        <w:gridCol w:w="792"/>
        <w:gridCol w:w="1008"/>
        <w:gridCol w:w="3384"/>
        <w:gridCol w:w="1296"/>
      </w:tblGrid>
      <w:tr w:rsidR="006A55BC" w14:paraId="1AB5D24A" w14:textId="77777777">
        <w:trPr>
          <w:cantSplit/>
          <w:tblHeader/>
          <w:jc w:val="center"/>
        </w:trPr>
        <w:tc>
          <w:tcPr>
            <w:tcW w:w="3456" w:type="dxa"/>
            <w:shd w:val="clear" w:color="auto" w:fill="17365D"/>
            <w:tcMar>
              <w:top w:w="100" w:type="dxa"/>
              <w:left w:w="110" w:type="dxa"/>
              <w:bottom w:w="100" w:type="dxa"/>
              <w:right w:w="110" w:type="dxa"/>
            </w:tcMar>
            <w:vAlign w:val="center"/>
          </w:tcPr>
          <w:p w14:paraId="3276C9A7" w14:textId="77777777" w:rsidR="006A55BC" w:rsidRDefault="00000000">
            <w:r>
              <w:rPr>
                <w:b/>
                <w:color w:val="FFFFFF"/>
                <w:sz w:val="15"/>
              </w:rPr>
              <w:t>Trigger</w:t>
            </w:r>
          </w:p>
        </w:tc>
        <w:tc>
          <w:tcPr>
            <w:tcW w:w="792" w:type="dxa"/>
            <w:shd w:val="clear" w:color="auto" w:fill="17365D"/>
            <w:tcMar>
              <w:top w:w="100" w:type="dxa"/>
              <w:left w:w="110" w:type="dxa"/>
              <w:bottom w:w="100" w:type="dxa"/>
              <w:right w:w="110" w:type="dxa"/>
            </w:tcMar>
            <w:vAlign w:val="center"/>
          </w:tcPr>
          <w:p w14:paraId="1222D2B4" w14:textId="77777777" w:rsidR="006A55BC" w:rsidRDefault="00000000">
            <w:r>
              <w:rPr>
                <w:b/>
                <w:color w:val="FFFFFF"/>
                <w:sz w:val="15"/>
              </w:rPr>
              <w:t>Occurred</w:t>
            </w:r>
          </w:p>
        </w:tc>
        <w:tc>
          <w:tcPr>
            <w:tcW w:w="1008" w:type="dxa"/>
            <w:shd w:val="clear" w:color="auto" w:fill="17365D"/>
            <w:tcMar>
              <w:top w:w="100" w:type="dxa"/>
              <w:left w:w="110" w:type="dxa"/>
              <w:bottom w:w="100" w:type="dxa"/>
              <w:right w:w="110" w:type="dxa"/>
            </w:tcMar>
            <w:vAlign w:val="center"/>
          </w:tcPr>
          <w:p w14:paraId="5CF9FE5C" w14:textId="77777777" w:rsidR="006A55BC" w:rsidRDefault="00000000">
            <w:r>
              <w:rPr>
                <w:b/>
                <w:color w:val="FFFFFF"/>
                <w:sz w:val="15"/>
              </w:rPr>
              <w:t>Date</w:t>
            </w:r>
          </w:p>
        </w:tc>
        <w:tc>
          <w:tcPr>
            <w:tcW w:w="3384" w:type="dxa"/>
            <w:shd w:val="clear" w:color="auto" w:fill="17365D"/>
            <w:tcMar>
              <w:top w:w="100" w:type="dxa"/>
              <w:left w:w="110" w:type="dxa"/>
              <w:bottom w:w="100" w:type="dxa"/>
              <w:right w:w="110" w:type="dxa"/>
            </w:tcMar>
            <w:vAlign w:val="center"/>
          </w:tcPr>
          <w:p w14:paraId="7D9FE762" w14:textId="77777777" w:rsidR="006A55BC" w:rsidRDefault="00000000">
            <w:r>
              <w:rPr>
                <w:b/>
                <w:color w:val="FFFFFF"/>
                <w:sz w:val="15"/>
              </w:rPr>
              <w:t>Required response</w:t>
            </w:r>
          </w:p>
        </w:tc>
        <w:tc>
          <w:tcPr>
            <w:tcW w:w="1296" w:type="dxa"/>
            <w:shd w:val="clear" w:color="auto" w:fill="17365D"/>
            <w:tcMar>
              <w:top w:w="100" w:type="dxa"/>
              <w:left w:w="110" w:type="dxa"/>
              <w:bottom w:w="100" w:type="dxa"/>
              <w:right w:w="110" w:type="dxa"/>
            </w:tcMar>
            <w:vAlign w:val="center"/>
          </w:tcPr>
          <w:p w14:paraId="7A7CA43E" w14:textId="77777777" w:rsidR="006A55BC" w:rsidRDefault="00000000">
            <w:r>
              <w:rPr>
                <w:b/>
                <w:color w:val="FFFFFF"/>
                <w:sz w:val="15"/>
              </w:rPr>
              <w:t>Owner</w:t>
            </w:r>
          </w:p>
        </w:tc>
      </w:tr>
      <w:tr w:rsidR="006A55BC" w14:paraId="742091C0" w14:textId="77777777">
        <w:trPr>
          <w:cantSplit/>
          <w:jc w:val="center"/>
        </w:trPr>
        <w:tc>
          <w:tcPr>
            <w:tcW w:w="3456" w:type="dxa"/>
            <w:tcMar>
              <w:top w:w="100" w:type="dxa"/>
              <w:left w:w="110" w:type="dxa"/>
              <w:bottom w:w="100" w:type="dxa"/>
              <w:right w:w="110" w:type="dxa"/>
            </w:tcMar>
            <w:vAlign w:val="center"/>
          </w:tcPr>
          <w:p w14:paraId="4C512CC9" w14:textId="77777777" w:rsidR="006A55BC" w:rsidRDefault="00000000">
            <w:pPr>
              <w:spacing w:after="20" w:line="240" w:lineRule="auto"/>
            </w:pPr>
            <w:r>
              <w:rPr>
                <w:sz w:val="15"/>
              </w:rPr>
              <w:t>Material allegation or substantiated case</w:t>
            </w:r>
          </w:p>
        </w:tc>
        <w:tc>
          <w:tcPr>
            <w:tcW w:w="792" w:type="dxa"/>
            <w:tcMar>
              <w:top w:w="100" w:type="dxa"/>
              <w:left w:w="110" w:type="dxa"/>
              <w:bottom w:w="100" w:type="dxa"/>
              <w:right w:w="110" w:type="dxa"/>
            </w:tcMar>
            <w:vAlign w:val="center"/>
          </w:tcPr>
          <w:p w14:paraId="612FF4EF" w14:textId="77777777" w:rsidR="006A55BC" w:rsidRDefault="00000000">
            <w:pPr>
              <w:spacing w:after="20" w:line="240" w:lineRule="auto"/>
            </w:pPr>
            <w:r>
              <w:rPr>
                <w:sz w:val="15"/>
              </w:rPr>
              <w:t>☐</w:t>
            </w:r>
          </w:p>
        </w:tc>
        <w:tc>
          <w:tcPr>
            <w:tcW w:w="1008" w:type="dxa"/>
            <w:tcMar>
              <w:top w:w="100" w:type="dxa"/>
              <w:left w:w="110" w:type="dxa"/>
              <w:bottom w:w="100" w:type="dxa"/>
              <w:right w:w="110" w:type="dxa"/>
            </w:tcMar>
            <w:vAlign w:val="center"/>
          </w:tcPr>
          <w:p w14:paraId="07D44D78" w14:textId="77777777" w:rsidR="006A55BC" w:rsidRDefault="006A55BC">
            <w:pPr>
              <w:spacing w:after="20" w:line="240" w:lineRule="auto"/>
            </w:pPr>
          </w:p>
        </w:tc>
        <w:tc>
          <w:tcPr>
            <w:tcW w:w="3384" w:type="dxa"/>
            <w:tcMar>
              <w:top w:w="100" w:type="dxa"/>
              <w:left w:w="110" w:type="dxa"/>
              <w:bottom w:w="100" w:type="dxa"/>
              <w:right w:w="110" w:type="dxa"/>
            </w:tcMar>
            <w:vAlign w:val="center"/>
          </w:tcPr>
          <w:p w14:paraId="76ACA37F"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58093419" w14:textId="77777777" w:rsidR="006A55BC" w:rsidRDefault="006A55BC">
            <w:pPr>
              <w:spacing w:after="20" w:line="240" w:lineRule="auto"/>
            </w:pPr>
          </w:p>
        </w:tc>
      </w:tr>
      <w:tr w:rsidR="006A55BC" w14:paraId="07A3A63C" w14:textId="77777777">
        <w:trPr>
          <w:cantSplit/>
          <w:jc w:val="center"/>
        </w:trPr>
        <w:tc>
          <w:tcPr>
            <w:tcW w:w="3456" w:type="dxa"/>
            <w:shd w:val="clear" w:color="auto" w:fill="F4F7FA"/>
            <w:tcMar>
              <w:top w:w="100" w:type="dxa"/>
              <w:left w:w="110" w:type="dxa"/>
              <w:bottom w:w="100" w:type="dxa"/>
              <w:right w:w="110" w:type="dxa"/>
            </w:tcMar>
            <w:vAlign w:val="center"/>
          </w:tcPr>
          <w:p w14:paraId="20845775" w14:textId="77777777" w:rsidR="006A55BC" w:rsidRDefault="00000000">
            <w:pPr>
              <w:spacing w:after="20" w:line="240" w:lineRule="auto"/>
            </w:pPr>
            <w:r>
              <w:rPr>
                <w:sz w:val="15"/>
              </w:rPr>
              <w:t>Acquisition, merger or joint venture</w:t>
            </w:r>
          </w:p>
        </w:tc>
        <w:tc>
          <w:tcPr>
            <w:tcW w:w="792" w:type="dxa"/>
            <w:shd w:val="clear" w:color="auto" w:fill="F4F7FA"/>
            <w:tcMar>
              <w:top w:w="100" w:type="dxa"/>
              <w:left w:w="110" w:type="dxa"/>
              <w:bottom w:w="100" w:type="dxa"/>
              <w:right w:w="110" w:type="dxa"/>
            </w:tcMar>
            <w:vAlign w:val="center"/>
          </w:tcPr>
          <w:p w14:paraId="101BDBC7" w14:textId="77777777" w:rsidR="006A55BC" w:rsidRDefault="00000000">
            <w:pPr>
              <w:spacing w:after="20" w:line="240" w:lineRule="auto"/>
            </w:pPr>
            <w:r>
              <w:rPr>
                <w:sz w:val="15"/>
              </w:rPr>
              <w:t>☐</w:t>
            </w:r>
          </w:p>
        </w:tc>
        <w:tc>
          <w:tcPr>
            <w:tcW w:w="1008" w:type="dxa"/>
            <w:shd w:val="clear" w:color="auto" w:fill="F4F7FA"/>
            <w:tcMar>
              <w:top w:w="100" w:type="dxa"/>
              <w:left w:w="110" w:type="dxa"/>
              <w:bottom w:w="100" w:type="dxa"/>
              <w:right w:w="110" w:type="dxa"/>
            </w:tcMar>
            <w:vAlign w:val="center"/>
          </w:tcPr>
          <w:p w14:paraId="17CB2495" w14:textId="77777777" w:rsidR="006A55BC" w:rsidRDefault="006A55BC">
            <w:pPr>
              <w:spacing w:after="20" w:line="240" w:lineRule="auto"/>
            </w:pPr>
          </w:p>
        </w:tc>
        <w:tc>
          <w:tcPr>
            <w:tcW w:w="3384" w:type="dxa"/>
            <w:shd w:val="clear" w:color="auto" w:fill="F4F7FA"/>
            <w:tcMar>
              <w:top w:w="100" w:type="dxa"/>
              <w:left w:w="110" w:type="dxa"/>
              <w:bottom w:w="100" w:type="dxa"/>
              <w:right w:w="110" w:type="dxa"/>
            </w:tcMar>
            <w:vAlign w:val="center"/>
          </w:tcPr>
          <w:p w14:paraId="67471FF3"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2EA1937B" w14:textId="77777777" w:rsidR="006A55BC" w:rsidRDefault="006A55BC">
            <w:pPr>
              <w:spacing w:after="20" w:line="240" w:lineRule="auto"/>
            </w:pPr>
          </w:p>
        </w:tc>
      </w:tr>
      <w:tr w:rsidR="006A55BC" w14:paraId="43FCF92E" w14:textId="77777777">
        <w:trPr>
          <w:cantSplit/>
          <w:jc w:val="center"/>
        </w:trPr>
        <w:tc>
          <w:tcPr>
            <w:tcW w:w="3456" w:type="dxa"/>
            <w:tcMar>
              <w:top w:w="100" w:type="dxa"/>
              <w:left w:w="110" w:type="dxa"/>
              <w:bottom w:w="100" w:type="dxa"/>
              <w:right w:w="110" w:type="dxa"/>
            </w:tcMar>
            <w:vAlign w:val="center"/>
          </w:tcPr>
          <w:p w14:paraId="2C2D0964" w14:textId="77777777" w:rsidR="006A55BC" w:rsidRDefault="00000000">
            <w:pPr>
              <w:spacing w:after="20" w:line="240" w:lineRule="auto"/>
            </w:pPr>
            <w:r>
              <w:rPr>
                <w:sz w:val="15"/>
              </w:rPr>
              <w:t>Entry into a new country or market</w:t>
            </w:r>
          </w:p>
        </w:tc>
        <w:tc>
          <w:tcPr>
            <w:tcW w:w="792" w:type="dxa"/>
            <w:tcMar>
              <w:top w:w="100" w:type="dxa"/>
              <w:left w:w="110" w:type="dxa"/>
              <w:bottom w:w="100" w:type="dxa"/>
              <w:right w:w="110" w:type="dxa"/>
            </w:tcMar>
            <w:vAlign w:val="center"/>
          </w:tcPr>
          <w:p w14:paraId="56CE00A4" w14:textId="77777777" w:rsidR="006A55BC" w:rsidRDefault="00000000">
            <w:pPr>
              <w:spacing w:after="20" w:line="240" w:lineRule="auto"/>
            </w:pPr>
            <w:r>
              <w:rPr>
                <w:sz w:val="15"/>
              </w:rPr>
              <w:t>☐</w:t>
            </w:r>
          </w:p>
        </w:tc>
        <w:tc>
          <w:tcPr>
            <w:tcW w:w="1008" w:type="dxa"/>
            <w:tcMar>
              <w:top w:w="100" w:type="dxa"/>
              <w:left w:w="110" w:type="dxa"/>
              <w:bottom w:w="100" w:type="dxa"/>
              <w:right w:w="110" w:type="dxa"/>
            </w:tcMar>
            <w:vAlign w:val="center"/>
          </w:tcPr>
          <w:p w14:paraId="37FB8013" w14:textId="77777777" w:rsidR="006A55BC" w:rsidRDefault="006A55BC">
            <w:pPr>
              <w:spacing w:after="20" w:line="240" w:lineRule="auto"/>
            </w:pPr>
          </w:p>
        </w:tc>
        <w:tc>
          <w:tcPr>
            <w:tcW w:w="3384" w:type="dxa"/>
            <w:tcMar>
              <w:top w:w="100" w:type="dxa"/>
              <w:left w:w="110" w:type="dxa"/>
              <w:bottom w:w="100" w:type="dxa"/>
              <w:right w:w="110" w:type="dxa"/>
            </w:tcMar>
            <w:vAlign w:val="center"/>
          </w:tcPr>
          <w:p w14:paraId="466D3357"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665773A9" w14:textId="77777777" w:rsidR="006A55BC" w:rsidRDefault="006A55BC">
            <w:pPr>
              <w:spacing w:after="20" w:line="240" w:lineRule="auto"/>
            </w:pPr>
          </w:p>
        </w:tc>
      </w:tr>
      <w:tr w:rsidR="006A55BC" w14:paraId="447D2C4D" w14:textId="77777777">
        <w:trPr>
          <w:cantSplit/>
          <w:jc w:val="center"/>
        </w:trPr>
        <w:tc>
          <w:tcPr>
            <w:tcW w:w="3456" w:type="dxa"/>
            <w:shd w:val="clear" w:color="auto" w:fill="F4F7FA"/>
            <w:tcMar>
              <w:top w:w="100" w:type="dxa"/>
              <w:left w:w="110" w:type="dxa"/>
              <w:bottom w:w="100" w:type="dxa"/>
              <w:right w:w="110" w:type="dxa"/>
            </w:tcMar>
            <w:vAlign w:val="center"/>
          </w:tcPr>
          <w:p w14:paraId="5AF02AEF" w14:textId="77777777" w:rsidR="006A55BC" w:rsidRDefault="00000000">
            <w:pPr>
              <w:spacing w:after="20" w:line="240" w:lineRule="auto"/>
            </w:pPr>
            <w:r>
              <w:rPr>
                <w:sz w:val="15"/>
              </w:rPr>
              <w:t>New product, licence or public-sector contract</w:t>
            </w:r>
          </w:p>
        </w:tc>
        <w:tc>
          <w:tcPr>
            <w:tcW w:w="792" w:type="dxa"/>
            <w:shd w:val="clear" w:color="auto" w:fill="F4F7FA"/>
            <w:tcMar>
              <w:top w:w="100" w:type="dxa"/>
              <w:left w:w="110" w:type="dxa"/>
              <w:bottom w:w="100" w:type="dxa"/>
              <w:right w:w="110" w:type="dxa"/>
            </w:tcMar>
            <w:vAlign w:val="center"/>
          </w:tcPr>
          <w:p w14:paraId="4AABE8C4" w14:textId="77777777" w:rsidR="006A55BC" w:rsidRDefault="00000000">
            <w:pPr>
              <w:spacing w:after="20" w:line="240" w:lineRule="auto"/>
            </w:pPr>
            <w:r>
              <w:rPr>
                <w:sz w:val="15"/>
              </w:rPr>
              <w:t>☐</w:t>
            </w:r>
          </w:p>
        </w:tc>
        <w:tc>
          <w:tcPr>
            <w:tcW w:w="1008" w:type="dxa"/>
            <w:shd w:val="clear" w:color="auto" w:fill="F4F7FA"/>
            <w:tcMar>
              <w:top w:w="100" w:type="dxa"/>
              <w:left w:w="110" w:type="dxa"/>
              <w:bottom w:w="100" w:type="dxa"/>
              <w:right w:w="110" w:type="dxa"/>
            </w:tcMar>
            <w:vAlign w:val="center"/>
          </w:tcPr>
          <w:p w14:paraId="400D8E28" w14:textId="77777777" w:rsidR="006A55BC" w:rsidRDefault="006A55BC">
            <w:pPr>
              <w:spacing w:after="20" w:line="240" w:lineRule="auto"/>
            </w:pPr>
          </w:p>
        </w:tc>
        <w:tc>
          <w:tcPr>
            <w:tcW w:w="3384" w:type="dxa"/>
            <w:shd w:val="clear" w:color="auto" w:fill="F4F7FA"/>
            <w:tcMar>
              <w:top w:w="100" w:type="dxa"/>
              <w:left w:w="110" w:type="dxa"/>
              <w:bottom w:w="100" w:type="dxa"/>
              <w:right w:w="110" w:type="dxa"/>
            </w:tcMar>
            <w:vAlign w:val="center"/>
          </w:tcPr>
          <w:p w14:paraId="63135E09"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790B6060" w14:textId="77777777" w:rsidR="006A55BC" w:rsidRDefault="006A55BC">
            <w:pPr>
              <w:spacing w:after="20" w:line="240" w:lineRule="auto"/>
            </w:pPr>
          </w:p>
        </w:tc>
      </w:tr>
      <w:tr w:rsidR="006A55BC" w14:paraId="0BB4E927" w14:textId="77777777">
        <w:trPr>
          <w:cantSplit/>
          <w:jc w:val="center"/>
        </w:trPr>
        <w:tc>
          <w:tcPr>
            <w:tcW w:w="3456" w:type="dxa"/>
            <w:tcMar>
              <w:top w:w="100" w:type="dxa"/>
              <w:left w:w="110" w:type="dxa"/>
              <w:bottom w:w="100" w:type="dxa"/>
              <w:right w:w="110" w:type="dxa"/>
            </w:tcMar>
            <w:vAlign w:val="center"/>
          </w:tcPr>
          <w:p w14:paraId="11194F55" w14:textId="77777777" w:rsidR="006A55BC" w:rsidRDefault="00000000">
            <w:pPr>
              <w:spacing w:after="20" w:line="240" w:lineRule="auto"/>
            </w:pPr>
            <w:r>
              <w:rPr>
                <w:sz w:val="15"/>
              </w:rPr>
              <w:t>Major leadership or organisational change</w:t>
            </w:r>
          </w:p>
        </w:tc>
        <w:tc>
          <w:tcPr>
            <w:tcW w:w="792" w:type="dxa"/>
            <w:tcMar>
              <w:top w:w="100" w:type="dxa"/>
              <w:left w:w="110" w:type="dxa"/>
              <w:bottom w:w="100" w:type="dxa"/>
              <w:right w:w="110" w:type="dxa"/>
            </w:tcMar>
            <w:vAlign w:val="center"/>
          </w:tcPr>
          <w:p w14:paraId="13051CB0" w14:textId="77777777" w:rsidR="006A55BC" w:rsidRDefault="00000000">
            <w:pPr>
              <w:spacing w:after="20" w:line="240" w:lineRule="auto"/>
            </w:pPr>
            <w:r>
              <w:rPr>
                <w:sz w:val="15"/>
              </w:rPr>
              <w:t>☐</w:t>
            </w:r>
          </w:p>
        </w:tc>
        <w:tc>
          <w:tcPr>
            <w:tcW w:w="1008" w:type="dxa"/>
            <w:tcMar>
              <w:top w:w="100" w:type="dxa"/>
              <w:left w:w="110" w:type="dxa"/>
              <w:bottom w:w="100" w:type="dxa"/>
              <w:right w:w="110" w:type="dxa"/>
            </w:tcMar>
            <w:vAlign w:val="center"/>
          </w:tcPr>
          <w:p w14:paraId="462A573E" w14:textId="77777777" w:rsidR="006A55BC" w:rsidRDefault="006A55BC">
            <w:pPr>
              <w:spacing w:after="20" w:line="240" w:lineRule="auto"/>
            </w:pPr>
          </w:p>
        </w:tc>
        <w:tc>
          <w:tcPr>
            <w:tcW w:w="3384" w:type="dxa"/>
            <w:tcMar>
              <w:top w:w="100" w:type="dxa"/>
              <w:left w:w="110" w:type="dxa"/>
              <w:bottom w:w="100" w:type="dxa"/>
              <w:right w:w="110" w:type="dxa"/>
            </w:tcMar>
            <w:vAlign w:val="center"/>
          </w:tcPr>
          <w:p w14:paraId="6161AE0D"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7B5F2254" w14:textId="77777777" w:rsidR="006A55BC" w:rsidRDefault="006A55BC">
            <w:pPr>
              <w:spacing w:after="20" w:line="240" w:lineRule="auto"/>
            </w:pPr>
          </w:p>
        </w:tc>
      </w:tr>
      <w:tr w:rsidR="006A55BC" w14:paraId="0548C06E" w14:textId="77777777">
        <w:trPr>
          <w:cantSplit/>
          <w:jc w:val="center"/>
        </w:trPr>
        <w:tc>
          <w:tcPr>
            <w:tcW w:w="3456" w:type="dxa"/>
            <w:shd w:val="clear" w:color="auto" w:fill="F4F7FA"/>
            <w:tcMar>
              <w:top w:w="100" w:type="dxa"/>
              <w:left w:w="110" w:type="dxa"/>
              <w:bottom w:w="100" w:type="dxa"/>
              <w:right w:w="110" w:type="dxa"/>
            </w:tcMar>
            <w:vAlign w:val="center"/>
          </w:tcPr>
          <w:p w14:paraId="366141BA" w14:textId="77777777" w:rsidR="006A55BC" w:rsidRDefault="00000000">
            <w:pPr>
              <w:spacing w:after="20" w:line="240" w:lineRule="auto"/>
            </w:pPr>
            <w:r>
              <w:rPr>
                <w:sz w:val="15"/>
              </w:rPr>
              <w:t>New intermediary or distribution model</w:t>
            </w:r>
          </w:p>
        </w:tc>
        <w:tc>
          <w:tcPr>
            <w:tcW w:w="792" w:type="dxa"/>
            <w:shd w:val="clear" w:color="auto" w:fill="F4F7FA"/>
            <w:tcMar>
              <w:top w:w="100" w:type="dxa"/>
              <w:left w:w="110" w:type="dxa"/>
              <w:bottom w:w="100" w:type="dxa"/>
              <w:right w:w="110" w:type="dxa"/>
            </w:tcMar>
            <w:vAlign w:val="center"/>
          </w:tcPr>
          <w:p w14:paraId="4C235E20" w14:textId="77777777" w:rsidR="006A55BC" w:rsidRDefault="00000000">
            <w:pPr>
              <w:spacing w:after="20" w:line="240" w:lineRule="auto"/>
            </w:pPr>
            <w:r>
              <w:rPr>
                <w:sz w:val="15"/>
              </w:rPr>
              <w:t>☐</w:t>
            </w:r>
          </w:p>
        </w:tc>
        <w:tc>
          <w:tcPr>
            <w:tcW w:w="1008" w:type="dxa"/>
            <w:shd w:val="clear" w:color="auto" w:fill="F4F7FA"/>
            <w:tcMar>
              <w:top w:w="100" w:type="dxa"/>
              <w:left w:w="110" w:type="dxa"/>
              <w:bottom w:w="100" w:type="dxa"/>
              <w:right w:w="110" w:type="dxa"/>
            </w:tcMar>
            <w:vAlign w:val="center"/>
          </w:tcPr>
          <w:p w14:paraId="03DEDE80" w14:textId="77777777" w:rsidR="006A55BC" w:rsidRDefault="006A55BC">
            <w:pPr>
              <w:spacing w:after="20" w:line="240" w:lineRule="auto"/>
            </w:pPr>
          </w:p>
        </w:tc>
        <w:tc>
          <w:tcPr>
            <w:tcW w:w="3384" w:type="dxa"/>
            <w:shd w:val="clear" w:color="auto" w:fill="F4F7FA"/>
            <w:tcMar>
              <w:top w:w="100" w:type="dxa"/>
              <w:left w:w="110" w:type="dxa"/>
              <w:bottom w:w="100" w:type="dxa"/>
              <w:right w:w="110" w:type="dxa"/>
            </w:tcMar>
            <w:vAlign w:val="center"/>
          </w:tcPr>
          <w:p w14:paraId="180A850E"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669F3889" w14:textId="77777777" w:rsidR="006A55BC" w:rsidRDefault="006A55BC">
            <w:pPr>
              <w:spacing w:after="20" w:line="240" w:lineRule="auto"/>
            </w:pPr>
          </w:p>
        </w:tc>
      </w:tr>
      <w:tr w:rsidR="006A55BC" w14:paraId="45283689" w14:textId="77777777">
        <w:trPr>
          <w:cantSplit/>
          <w:jc w:val="center"/>
        </w:trPr>
        <w:tc>
          <w:tcPr>
            <w:tcW w:w="3456" w:type="dxa"/>
            <w:tcMar>
              <w:top w:w="100" w:type="dxa"/>
              <w:left w:w="110" w:type="dxa"/>
              <w:bottom w:w="100" w:type="dxa"/>
              <w:right w:w="110" w:type="dxa"/>
            </w:tcMar>
            <w:vAlign w:val="center"/>
          </w:tcPr>
          <w:p w14:paraId="530AFB93" w14:textId="77777777" w:rsidR="006A55BC" w:rsidRDefault="00000000">
            <w:pPr>
              <w:spacing w:after="20" w:line="240" w:lineRule="auto"/>
            </w:pPr>
            <w:r>
              <w:rPr>
                <w:sz w:val="15"/>
              </w:rPr>
              <w:t>Regulatory or legal change</w:t>
            </w:r>
          </w:p>
        </w:tc>
        <w:tc>
          <w:tcPr>
            <w:tcW w:w="792" w:type="dxa"/>
            <w:tcMar>
              <w:top w:w="100" w:type="dxa"/>
              <w:left w:w="110" w:type="dxa"/>
              <w:bottom w:w="100" w:type="dxa"/>
              <w:right w:w="110" w:type="dxa"/>
            </w:tcMar>
            <w:vAlign w:val="center"/>
          </w:tcPr>
          <w:p w14:paraId="67621868" w14:textId="77777777" w:rsidR="006A55BC" w:rsidRDefault="00000000">
            <w:pPr>
              <w:spacing w:after="20" w:line="240" w:lineRule="auto"/>
            </w:pPr>
            <w:r>
              <w:rPr>
                <w:sz w:val="15"/>
              </w:rPr>
              <w:t>☐</w:t>
            </w:r>
          </w:p>
        </w:tc>
        <w:tc>
          <w:tcPr>
            <w:tcW w:w="1008" w:type="dxa"/>
            <w:tcMar>
              <w:top w:w="100" w:type="dxa"/>
              <w:left w:w="110" w:type="dxa"/>
              <w:bottom w:w="100" w:type="dxa"/>
              <w:right w:w="110" w:type="dxa"/>
            </w:tcMar>
            <w:vAlign w:val="center"/>
          </w:tcPr>
          <w:p w14:paraId="394F3E19" w14:textId="77777777" w:rsidR="006A55BC" w:rsidRDefault="006A55BC">
            <w:pPr>
              <w:spacing w:after="20" w:line="240" w:lineRule="auto"/>
            </w:pPr>
          </w:p>
        </w:tc>
        <w:tc>
          <w:tcPr>
            <w:tcW w:w="3384" w:type="dxa"/>
            <w:tcMar>
              <w:top w:w="100" w:type="dxa"/>
              <w:left w:w="110" w:type="dxa"/>
              <w:bottom w:w="100" w:type="dxa"/>
              <w:right w:w="110" w:type="dxa"/>
            </w:tcMar>
            <w:vAlign w:val="center"/>
          </w:tcPr>
          <w:p w14:paraId="300E29A3"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2A6022EA" w14:textId="77777777" w:rsidR="006A55BC" w:rsidRDefault="006A55BC">
            <w:pPr>
              <w:spacing w:after="20" w:line="240" w:lineRule="auto"/>
            </w:pPr>
          </w:p>
        </w:tc>
      </w:tr>
      <w:tr w:rsidR="006A55BC" w14:paraId="00F3B3F1" w14:textId="77777777">
        <w:trPr>
          <w:cantSplit/>
          <w:jc w:val="center"/>
        </w:trPr>
        <w:tc>
          <w:tcPr>
            <w:tcW w:w="3456" w:type="dxa"/>
            <w:shd w:val="clear" w:color="auto" w:fill="F4F7FA"/>
            <w:tcMar>
              <w:top w:w="100" w:type="dxa"/>
              <w:left w:w="110" w:type="dxa"/>
              <w:bottom w:w="100" w:type="dxa"/>
              <w:right w:w="110" w:type="dxa"/>
            </w:tcMar>
            <w:vAlign w:val="center"/>
          </w:tcPr>
          <w:p w14:paraId="32C10335" w14:textId="77777777" w:rsidR="006A55BC" w:rsidRDefault="00000000">
            <w:pPr>
              <w:spacing w:after="20" w:line="240" w:lineRule="auto"/>
            </w:pPr>
            <w:r>
              <w:rPr>
                <w:sz w:val="15"/>
              </w:rPr>
              <w:t>Significant audit finding or control failure</w:t>
            </w:r>
          </w:p>
        </w:tc>
        <w:tc>
          <w:tcPr>
            <w:tcW w:w="792" w:type="dxa"/>
            <w:shd w:val="clear" w:color="auto" w:fill="F4F7FA"/>
            <w:tcMar>
              <w:top w:w="100" w:type="dxa"/>
              <w:left w:w="110" w:type="dxa"/>
              <w:bottom w:w="100" w:type="dxa"/>
              <w:right w:w="110" w:type="dxa"/>
            </w:tcMar>
            <w:vAlign w:val="center"/>
          </w:tcPr>
          <w:p w14:paraId="31A4CF23" w14:textId="77777777" w:rsidR="006A55BC" w:rsidRDefault="00000000">
            <w:pPr>
              <w:spacing w:after="20" w:line="240" w:lineRule="auto"/>
            </w:pPr>
            <w:r>
              <w:rPr>
                <w:sz w:val="15"/>
              </w:rPr>
              <w:t>☐</w:t>
            </w:r>
          </w:p>
        </w:tc>
        <w:tc>
          <w:tcPr>
            <w:tcW w:w="1008" w:type="dxa"/>
            <w:shd w:val="clear" w:color="auto" w:fill="F4F7FA"/>
            <w:tcMar>
              <w:top w:w="100" w:type="dxa"/>
              <w:left w:w="110" w:type="dxa"/>
              <w:bottom w:w="100" w:type="dxa"/>
              <w:right w:w="110" w:type="dxa"/>
            </w:tcMar>
            <w:vAlign w:val="center"/>
          </w:tcPr>
          <w:p w14:paraId="1AAB451D" w14:textId="77777777" w:rsidR="006A55BC" w:rsidRDefault="006A55BC">
            <w:pPr>
              <w:spacing w:after="20" w:line="240" w:lineRule="auto"/>
            </w:pPr>
          </w:p>
        </w:tc>
        <w:tc>
          <w:tcPr>
            <w:tcW w:w="3384" w:type="dxa"/>
            <w:shd w:val="clear" w:color="auto" w:fill="F4F7FA"/>
            <w:tcMar>
              <w:top w:w="100" w:type="dxa"/>
              <w:left w:w="110" w:type="dxa"/>
              <w:bottom w:w="100" w:type="dxa"/>
              <w:right w:w="110" w:type="dxa"/>
            </w:tcMar>
            <w:vAlign w:val="center"/>
          </w:tcPr>
          <w:p w14:paraId="37872361"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566522C5" w14:textId="77777777" w:rsidR="006A55BC" w:rsidRDefault="006A55BC">
            <w:pPr>
              <w:spacing w:after="20" w:line="240" w:lineRule="auto"/>
            </w:pPr>
          </w:p>
        </w:tc>
      </w:tr>
      <w:tr w:rsidR="006A55BC" w14:paraId="440D8E16" w14:textId="77777777">
        <w:trPr>
          <w:cantSplit/>
          <w:jc w:val="center"/>
        </w:trPr>
        <w:tc>
          <w:tcPr>
            <w:tcW w:w="3456" w:type="dxa"/>
            <w:tcMar>
              <w:top w:w="100" w:type="dxa"/>
              <w:left w:w="110" w:type="dxa"/>
              <w:bottom w:w="100" w:type="dxa"/>
              <w:right w:w="110" w:type="dxa"/>
            </w:tcMar>
            <w:vAlign w:val="center"/>
          </w:tcPr>
          <w:p w14:paraId="204AC5E5" w14:textId="77777777" w:rsidR="006A55BC" w:rsidRDefault="00000000">
            <w:pPr>
              <w:spacing w:after="20" w:line="240" w:lineRule="auto"/>
            </w:pPr>
            <w:r>
              <w:rPr>
                <w:sz w:val="15"/>
              </w:rPr>
              <w:t>Emergency procurement or operational disruption</w:t>
            </w:r>
          </w:p>
        </w:tc>
        <w:tc>
          <w:tcPr>
            <w:tcW w:w="792" w:type="dxa"/>
            <w:tcMar>
              <w:top w:w="100" w:type="dxa"/>
              <w:left w:w="110" w:type="dxa"/>
              <w:bottom w:w="100" w:type="dxa"/>
              <w:right w:w="110" w:type="dxa"/>
            </w:tcMar>
            <w:vAlign w:val="center"/>
          </w:tcPr>
          <w:p w14:paraId="6F96B583" w14:textId="77777777" w:rsidR="006A55BC" w:rsidRDefault="00000000">
            <w:pPr>
              <w:spacing w:after="20" w:line="240" w:lineRule="auto"/>
            </w:pPr>
            <w:r>
              <w:rPr>
                <w:sz w:val="15"/>
              </w:rPr>
              <w:t>☐</w:t>
            </w:r>
          </w:p>
        </w:tc>
        <w:tc>
          <w:tcPr>
            <w:tcW w:w="1008" w:type="dxa"/>
            <w:tcMar>
              <w:top w:w="100" w:type="dxa"/>
              <w:left w:w="110" w:type="dxa"/>
              <w:bottom w:w="100" w:type="dxa"/>
              <w:right w:w="110" w:type="dxa"/>
            </w:tcMar>
            <w:vAlign w:val="center"/>
          </w:tcPr>
          <w:p w14:paraId="03BE4756" w14:textId="77777777" w:rsidR="006A55BC" w:rsidRDefault="006A55BC">
            <w:pPr>
              <w:spacing w:after="20" w:line="240" w:lineRule="auto"/>
            </w:pPr>
          </w:p>
        </w:tc>
        <w:tc>
          <w:tcPr>
            <w:tcW w:w="3384" w:type="dxa"/>
            <w:tcMar>
              <w:top w:w="100" w:type="dxa"/>
              <w:left w:w="110" w:type="dxa"/>
              <w:bottom w:w="100" w:type="dxa"/>
              <w:right w:w="110" w:type="dxa"/>
            </w:tcMar>
            <w:vAlign w:val="center"/>
          </w:tcPr>
          <w:p w14:paraId="35C356EE"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21EAB424" w14:textId="77777777" w:rsidR="006A55BC" w:rsidRDefault="006A55BC">
            <w:pPr>
              <w:spacing w:after="20" w:line="240" w:lineRule="auto"/>
            </w:pPr>
          </w:p>
        </w:tc>
      </w:tr>
      <w:tr w:rsidR="006A55BC" w14:paraId="25153642" w14:textId="77777777">
        <w:trPr>
          <w:cantSplit/>
          <w:jc w:val="center"/>
        </w:trPr>
        <w:tc>
          <w:tcPr>
            <w:tcW w:w="3456" w:type="dxa"/>
            <w:shd w:val="clear" w:color="auto" w:fill="F4F7FA"/>
            <w:tcMar>
              <w:top w:w="100" w:type="dxa"/>
              <w:left w:w="110" w:type="dxa"/>
              <w:bottom w:w="100" w:type="dxa"/>
              <w:right w:w="110" w:type="dxa"/>
            </w:tcMar>
            <w:vAlign w:val="center"/>
          </w:tcPr>
          <w:p w14:paraId="5710C6FF" w14:textId="77777777" w:rsidR="006A55BC" w:rsidRDefault="00000000">
            <w:pPr>
              <w:spacing w:after="20" w:line="240" w:lineRule="auto"/>
            </w:pPr>
            <w:r>
              <w:rPr>
                <w:sz w:val="15"/>
              </w:rPr>
              <w:t>Rapid growth, downsizing or incentive change</w:t>
            </w:r>
          </w:p>
        </w:tc>
        <w:tc>
          <w:tcPr>
            <w:tcW w:w="792" w:type="dxa"/>
            <w:shd w:val="clear" w:color="auto" w:fill="F4F7FA"/>
            <w:tcMar>
              <w:top w:w="100" w:type="dxa"/>
              <w:left w:w="110" w:type="dxa"/>
              <w:bottom w:w="100" w:type="dxa"/>
              <w:right w:w="110" w:type="dxa"/>
            </w:tcMar>
            <w:vAlign w:val="center"/>
          </w:tcPr>
          <w:p w14:paraId="39AEF8C8" w14:textId="77777777" w:rsidR="006A55BC" w:rsidRDefault="00000000">
            <w:pPr>
              <w:spacing w:after="20" w:line="240" w:lineRule="auto"/>
            </w:pPr>
            <w:r>
              <w:rPr>
                <w:sz w:val="15"/>
              </w:rPr>
              <w:t>☐</w:t>
            </w:r>
          </w:p>
        </w:tc>
        <w:tc>
          <w:tcPr>
            <w:tcW w:w="1008" w:type="dxa"/>
            <w:shd w:val="clear" w:color="auto" w:fill="F4F7FA"/>
            <w:tcMar>
              <w:top w:w="100" w:type="dxa"/>
              <w:left w:w="110" w:type="dxa"/>
              <w:bottom w:w="100" w:type="dxa"/>
              <w:right w:w="110" w:type="dxa"/>
            </w:tcMar>
            <w:vAlign w:val="center"/>
          </w:tcPr>
          <w:p w14:paraId="088AE9D3" w14:textId="77777777" w:rsidR="006A55BC" w:rsidRDefault="006A55BC">
            <w:pPr>
              <w:spacing w:after="20" w:line="240" w:lineRule="auto"/>
            </w:pPr>
          </w:p>
        </w:tc>
        <w:tc>
          <w:tcPr>
            <w:tcW w:w="3384" w:type="dxa"/>
            <w:shd w:val="clear" w:color="auto" w:fill="F4F7FA"/>
            <w:tcMar>
              <w:top w:w="100" w:type="dxa"/>
              <w:left w:w="110" w:type="dxa"/>
              <w:bottom w:w="100" w:type="dxa"/>
              <w:right w:w="110" w:type="dxa"/>
            </w:tcMar>
            <w:vAlign w:val="center"/>
          </w:tcPr>
          <w:p w14:paraId="5438FCF9"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294DB493" w14:textId="77777777" w:rsidR="006A55BC" w:rsidRDefault="006A55BC">
            <w:pPr>
              <w:spacing w:after="20" w:line="240" w:lineRule="auto"/>
            </w:pPr>
          </w:p>
        </w:tc>
      </w:tr>
      <w:tr w:rsidR="006A55BC" w14:paraId="4C290C69" w14:textId="77777777">
        <w:trPr>
          <w:cantSplit/>
          <w:jc w:val="center"/>
        </w:trPr>
        <w:tc>
          <w:tcPr>
            <w:tcW w:w="3456" w:type="dxa"/>
            <w:tcMar>
              <w:top w:w="100" w:type="dxa"/>
              <w:left w:w="110" w:type="dxa"/>
              <w:bottom w:w="100" w:type="dxa"/>
              <w:right w:w="110" w:type="dxa"/>
            </w:tcMar>
            <w:vAlign w:val="center"/>
          </w:tcPr>
          <w:p w14:paraId="39CF4710" w14:textId="77777777" w:rsidR="006A55BC" w:rsidRDefault="00000000">
            <w:pPr>
              <w:spacing w:after="20" w:line="240" w:lineRule="auto"/>
            </w:pPr>
            <w:r>
              <w:rPr>
                <w:sz w:val="15"/>
              </w:rPr>
              <w:t>Adverse media or enforcement involving a key party</w:t>
            </w:r>
          </w:p>
        </w:tc>
        <w:tc>
          <w:tcPr>
            <w:tcW w:w="792" w:type="dxa"/>
            <w:tcMar>
              <w:top w:w="100" w:type="dxa"/>
              <w:left w:w="110" w:type="dxa"/>
              <w:bottom w:w="100" w:type="dxa"/>
              <w:right w:w="110" w:type="dxa"/>
            </w:tcMar>
            <w:vAlign w:val="center"/>
          </w:tcPr>
          <w:p w14:paraId="5FE5F66B" w14:textId="77777777" w:rsidR="006A55BC" w:rsidRDefault="00000000">
            <w:pPr>
              <w:spacing w:after="20" w:line="240" w:lineRule="auto"/>
            </w:pPr>
            <w:r>
              <w:rPr>
                <w:sz w:val="15"/>
              </w:rPr>
              <w:t>☐</w:t>
            </w:r>
          </w:p>
        </w:tc>
        <w:tc>
          <w:tcPr>
            <w:tcW w:w="1008" w:type="dxa"/>
            <w:tcMar>
              <w:top w:w="100" w:type="dxa"/>
              <w:left w:w="110" w:type="dxa"/>
              <w:bottom w:w="100" w:type="dxa"/>
              <w:right w:w="110" w:type="dxa"/>
            </w:tcMar>
            <w:vAlign w:val="center"/>
          </w:tcPr>
          <w:p w14:paraId="142B5D43" w14:textId="77777777" w:rsidR="006A55BC" w:rsidRDefault="006A55BC">
            <w:pPr>
              <w:spacing w:after="20" w:line="240" w:lineRule="auto"/>
            </w:pPr>
          </w:p>
        </w:tc>
        <w:tc>
          <w:tcPr>
            <w:tcW w:w="3384" w:type="dxa"/>
            <w:tcMar>
              <w:top w:w="100" w:type="dxa"/>
              <w:left w:w="110" w:type="dxa"/>
              <w:bottom w:w="100" w:type="dxa"/>
              <w:right w:w="110" w:type="dxa"/>
            </w:tcMar>
            <w:vAlign w:val="center"/>
          </w:tcPr>
          <w:p w14:paraId="5EA58684"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0F26521E" w14:textId="77777777" w:rsidR="006A55BC" w:rsidRDefault="006A55BC">
            <w:pPr>
              <w:spacing w:after="20" w:line="240" w:lineRule="auto"/>
            </w:pPr>
          </w:p>
        </w:tc>
      </w:tr>
      <w:tr w:rsidR="006A55BC" w14:paraId="6A1A4EAC" w14:textId="77777777">
        <w:trPr>
          <w:cantSplit/>
          <w:jc w:val="center"/>
        </w:trPr>
        <w:tc>
          <w:tcPr>
            <w:tcW w:w="3456" w:type="dxa"/>
            <w:shd w:val="clear" w:color="auto" w:fill="F4F7FA"/>
            <w:tcMar>
              <w:top w:w="100" w:type="dxa"/>
              <w:left w:w="110" w:type="dxa"/>
              <w:bottom w:w="100" w:type="dxa"/>
              <w:right w:w="110" w:type="dxa"/>
            </w:tcMar>
            <w:vAlign w:val="center"/>
          </w:tcPr>
          <w:p w14:paraId="5DCDE4DF" w14:textId="77777777" w:rsidR="006A55BC" w:rsidRDefault="00000000">
            <w:pPr>
              <w:spacing w:after="20" w:line="240" w:lineRule="auto"/>
            </w:pPr>
            <w:r>
              <w:rPr>
                <w:sz w:val="15"/>
              </w:rPr>
              <w:t>Material change in risk indicators</w:t>
            </w:r>
          </w:p>
        </w:tc>
        <w:tc>
          <w:tcPr>
            <w:tcW w:w="792" w:type="dxa"/>
            <w:shd w:val="clear" w:color="auto" w:fill="F4F7FA"/>
            <w:tcMar>
              <w:top w:w="100" w:type="dxa"/>
              <w:left w:w="110" w:type="dxa"/>
              <w:bottom w:w="100" w:type="dxa"/>
              <w:right w:w="110" w:type="dxa"/>
            </w:tcMar>
            <w:vAlign w:val="center"/>
          </w:tcPr>
          <w:p w14:paraId="3ED218DA" w14:textId="77777777" w:rsidR="006A55BC" w:rsidRDefault="00000000">
            <w:pPr>
              <w:spacing w:after="20" w:line="240" w:lineRule="auto"/>
            </w:pPr>
            <w:r>
              <w:rPr>
                <w:sz w:val="15"/>
              </w:rPr>
              <w:t>☐</w:t>
            </w:r>
          </w:p>
        </w:tc>
        <w:tc>
          <w:tcPr>
            <w:tcW w:w="1008" w:type="dxa"/>
            <w:shd w:val="clear" w:color="auto" w:fill="F4F7FA"/>
            <w:tcMar>
              <w:top w:w="100" w:type="dxa"/>
              <w:left w:w="110" w:type="dxa"/>
              <w:bottom w:w="100" w:type="dxa"/>
              <w:right w:w="110" w:type="dxa"/>
            </w:tcMar>
            <w:vAlign w:val="center"/>
          </w:tcPr>
          <w:p w14:paraId="1D1034DF" w14:textId="77777777" w:rsidR="006A55BC" w:rsidRDefault="006A55BC">
            <w:pPr>
              <w:spacing w:after="20" w:line="240" w:lineRule="auto"/>
            </w:pPr>
          </w:p>
        </w:tc>
        <w:tc>
          <w:tcPr>
            <w:tcW w:w="3384" w:type="dxa"/>
            <w:shd w:val="clear" w:color="auto" w:fill="F4F7FA"/>
            <w:tcMar>
              <w:top w:w="100" w:type="dxa"/>
              <w:left w:w="110" w:type="dxa"/>
              <w:bottom w:w="100" w:type="dxa"/>
              <w:right w:w="110" w:type="dxa"/>
            </w:tcMar>
            <w:vAlign w:val="center"/>
          </w:tcPr>
          <w:p w14:paraId="11C9020B"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676007DB" w14:textId="77777777" w:rsidR="006A55BC" w:rsidRDefault="006A55BC">
            <w:pPr>
              <w:spacing w:after="20" w:line="240" w:lineRule="auto"/>
            </w:pPr>
          </w:p>
        </w:tc>
      </w:tr>
    </w:tbl>
    <w:p w14:paraId="0E490ED4" w14:textId="77777777" w:rsidR="006A55BC" w:rsidRDefault="006A55BC">
      <w:pPr>
        <w:spacing w:after="20"/>
      </w:pPr>
    </w:p>
    <w:p w14:paraId="23CA9589" w14:textId="77777777" w:rsidR="006A55BC" w:rsidRDefault="00000000">
      <w:pPr>
        <w:pStyle w:val="Heading2"/>
      </w:pPr>
      <w:r>
        <w:t>13.3 Lessons Learned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440"/>
        <w:gridCol w:w="1728"/>
        <w:gridCol w:w="1656"/>
        <w:gridCol w:w="1728"/>
        <w:gridCol w:w="2016"/>
        <w:gridCol w:w="1440"/>
      </w:tblGrid>
      <w:tr w:rsidR="006A55BC" w14:paraId="48483E83" w14:textId="77777777">
        <w:trPr>
          <w:cantSplit/>
          <w:tblHeader/>
          <w:jc w:val="center"/>
        </w:trPr>
        <w:tc>
          <w:tcPr>
            <w:tcW w:w="1440" w:type="dxa"/>
            <w:shd w:val="clear" w:color="auto" w:fill="17365D"/>
            <w:tcMar>
              <w:top w:w="100" w:type="dxa"/>
              <w:left w:w="110" w:type="dxa"/>
              <w:bottom w:w="100" w:type="dxa"/>
              <w:right w:w="110" w:type="dxa"/>
            </w:tcMar>
            <w:vAlign w:val="center"/>
          </w:tcPr>
          <w:p w14:paraId="2DD77D4A" w14:textId="77777777" w:rsidR="006A55BC" w:rsidRDefault="00000000">
            <w:r>
              <w:rPr>
                <w:b/>
                <w:color w:val="FFFFFF"/>
                <w:sz w:val="14"/>
              </w:rPr>
              <w:t>Event or review</w:t>
            </w:r>
          </w:p>
        </w:tc>
        <w:tc>
          <w:tcPr>
            <w:tcW w:w="1728" w:type="dxa"/>
            <w:shd w:val="clear" w:color="auto" w:fill="17365D"/>
            <w:tcMar>
              <w:top w:w="100" w:type="dxa"/>
              <w:left w:w="110" w:type="dxa"/>
              <w:bottom w:w="100" w:type="dxa"/>
              <w:right w:w="110" w:type="dxa"/>
            </w:tcMar>
            <w:vAlign w:val="center"/>
          </w:tcPr>
          <w:p w14:paraId="3EEE5587" w14:textId="77777777" w:rsidR="006A55BC" w:rsidRDefault="00000000">
            <w:r>
              <w:rPr>
                <w:b/>
                <w:color w:val="FFFFFF"/>
                <w:sz w:val="14"/>
              </w:rPr>
              <w:t>What happened</w:t>
            </w:r>
          </w:p>
        </w:tc>
        <w:tc>
          <w:tcPr>
            <w:tcW w:w="1656" w:type="dxa"/>
            <w:shd w:val="clear" w:color="auto" w:fill="17365D"/>
            <w:tcMar>
              <w:top w:w="100" w:type="dxa"/>
              <w:left w:w="110" w:type="dxa"/>
              <w:bottom w:w="100" w:type="dxa"/>
              <w:right w:w="110" w:type="dxa"/>
            </w:tcMar>
            <w:vAlign w:val="center"/>
          </w:tcPr>
          <w:p w14:paraId="5853E71F" w14:textId="77777777" w:rsidR="006A55BC" w:rsidRDefault="00000000">
            <w:r>
              <w:rPr>
                <w:b/>
                <w:color w:val="FFFFFF"/>
                <w:sz w:val="14"/>
              </w:rPr>
              <w:t>Root cause</w:t>
            </w:r>
          </w:p>
        </w:tc>
        <w:tc>
          <w:tcPr>
            <w:tcW w:w="1728" w:type="dxa"/>
            <w:shd w:val="clear" w:color="auto" w:fill="17365D"/>
            <w:tcMar>
              <w:top w:w="100" w:type="dxa"/>
              <w:left w:w="110" w:type="dxa"/>
              <w:bottom w:w="100" w:type="dxa"/>
              <w:right w:w="110" w:type="dxa"/>
            </w:tcMar>
            <w:vAlign w:val="center"/>
          </w:tcPr>
          <w:p w14:paraId="25D66A41" w14:textId="77777777" w:rsidR="006A55BC" w:rsidRDefault="00000000">
            <w:r>
              <w:rPr>
                <w:b/>
                <w:color w:val="FFFFFF"/>
                <w:sz w:val="14"/>
              </w:rPr>
              <w:t>Control lesson</w:t>
            </w:r>
          </w:p>
        </w:tc>
        <w:tc>
          <w:tcPr>
            <w:tcW w:w="2016" w:type="dxa"/>
            <w:shd w:val="clear" w:color="auto" w:fill="17365D"/>
            <w:tcMar>
              <w:top w:w="100" w:type="dxa"/>
              <w:left w:w="110" w:type="dxa"/>
              <w:bottom w:w="100" w:type="dxa"/>
              <w:right w:w="110" w:type="dxa"/>
            </w:tcMar>
            <w:vAlign w:val="center"/>
          </w:tcPr>
          <w:p w14:paraId="2DB6F8DC" w14:textId="77777777" w:rsidR="006A55BC" w:rsidRDefault="00000000">
            <w:r>
              <w:rPr>
                <w:b/>
                <w:color w:val="FFFFFF"/>
                <w:sz w:val="14"/>
              </w:rPr>
              <w:t>Change implemented</w:t>
            </w:r>
          </w:p>
        </w:tc>
        <w:tc>
          <w:tcPr>
            <w:tcW w:w="1440" w:type="dxa"/>
            <w:shd w:val="clear" w:color="auto" w:fill="17365D"/>
            <w:tcMar>
              <w:top w:w="100" w:type="dxa"/>
              <w:left w:w="110" w:type="dxa"/>
              <w:bottom w:w="100" w:type="dxa"/>
              <w:right w:w="110" w:type="dxa"/>
            </w:tcMar>
            <w:vAlign w:val="center"/>
          </w:tcPr>
          <w:p w14:paraId="5F75E111" w14:textId="77777777" w:rsidR="006A55BC" w:rsidRDefault="00000000">
            <w:r>
              <w:rPr>
                <w:b/>
                <w:color w:val="FFFFFF"/>
                <w:sz w:val="14"/>
              </w:rPr>
              <w:t>Evidence of effectiveness</w:t>
            </w:r>
          </w:p>
        </w:tc>
      </w:tr>
      <w:tr w:rsidR="006A55BC" w14:paraId="4C250F62" w14:textId="77777777">
        <w:trPr>
          <w:cantSplit/>
          <w:jc w:val="center"/>
        </w:trPr>
        <w:tc>
          <w:tcPr>
            <w:tcW w:w="1440" w:type="dxa"/>
            <w:tcMar>
              <w:top w:w="100" w:type="dxa"/>
              <w:left w:w="110" w:type="dxa"/>
              <w:bottom w:w="100" w:type="dxa"/>
              <w:right w:w="110" w:type="dxa"/>
            </w:tcMar>
            <w:vAlign w:val="center"/>
          </w:tcPr>
          <w:p w14:paraId="169312AA"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233FCCE4"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61A40518"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6C644162" w14:textId="77777777" w:rsidR="006A55BC" w:rsidRDefault="006A55BC">
            <w:pPr>
              <w:spacing w:after="20" w:line="240" w:lineRule="auto"/>
            </w:pPr>
          </w:p>
        </w:tc>
        <w:tc>
          <w:tcPr>
            <w:tcW w:w="2016" w:type="dxa"/>
            <w:tcMar>
              <w:top w:w="100" w:type="dxa"/>
              <w:left w:w="110" w:type="dxa"/>
              <w:bottom w:w="100" w:type="dxa"/>
              <w:right w:w="110" w:type="dxa"/>
            </w:tcMar>
            <w:vAlign w:val="center"/>
          </w:tcPr>
          <w:p w14:paraId="5D2D3A5F"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2B252C66" w14:textId="77777777" w:rsidR="006A55BC" w:rsidRDefault="006A55BC">
            <w:pPr>
              <w:spacing w:after="20" w:line="240" w:lineRule="auto"/>
            </w:pPr>
          </w:p>
        </w:tc>
      </w:tr>
      <w:tr w:rsidR="006A55BC" w14:paraId="7B578E1B" w14:textId="77777777">
        <w:trPr>
          <w:cantSplit/>
          <w:jc w:val="center"/>
        </w:trPr>
        <w:tc>
          <w:tcPr>
            <w:tcW w:w="1440" w:type="dxa"/>
            <w:shd w:val="clear" w:color="auto" w:fill="F4F7FA"/>
            <w:tcMar>
              <w:top w:w="100" w:type="dxa"/>
              <w:left w:w="110" w:type="dxa"/>
              <w:bottom w:w="100" w:type="dxa"/>
              <w:right w:w="110" w:type="dxa"/>
            </w:tcMar>
            <w:vAlign w:val="center"/>
          </w:tcPr>
          <w:p w14:paraId="44CC03A2"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61B4404E"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5B13E419"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25228546" w14:textId="77777777" w:rsidR="006A55BC" w:rsidRDefault="006A55BC">
            <w:pPr>
              <w:spacing w:after="20" w:line="240" w:lineRule="auto"/>
            </w:pPr>
          </w:p>
        </w:tc>
        <w:tc>
          <w:tcPr>
            <w:tcW w:w="2016" w:type="dxa"/>
            <w:shd w:val="clear" w:color="auto" w:fill="F4F7FA"/>
            <w:tcMar>
              <w:top w:w="100" w:type="dxa"/>
              <w:left w:w="110" w:type="dxa"/>
              <w:bottom w:w="100" w:type="dxa"/>
              <w:right w:w="110" w:type="dxa"/>
            </w:tcMar>
            <w:vAlign w:val="center"/>
          </w:tcPr>
          <w:p w14:paraId="385FA160"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47BEBCA3" w14:textId="77777777" w:rsidR="006A55BC" w:rsidRDefault="006A55BC">
            <w:pPr>
              <w:spacing w:after="20" w:line="240" w:lineRule="auto"/>
            </w:pPr>
          </w:p>
        </w:tc>
      </w:tr>
      <w:tr w:rsidR="006A55BC" w14:paraId="6975FAA1" w14:textId="77777777">
        <w:trPr>
          <w:cantSplit/>
          <w:jc w:val="center"/>
        </w:trPr>
        <w:tc>
          <w:tcPr>
            <w:tcW w:w="1440" w:type="dxa"/>
            <w:tcMar>
              <w:top w:w="100" w:type="dxa"/>
              <w:left w:w="110" w:type="dxa"/>
              <w:bottom w:w="100" w:type="dxa"/>
              <w:right w:w="110" w:type="dxa"/>
            </w:tcMar>
            <w:vAlign w:val="center"/>
          </w:tcPr>
          <w:p w14:paraId="68F39A4B"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64730C15"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2CA35D7E"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124678C7" w14:textId="77777777" w:rsidR="006A55BC" w:rsidRDefault="006A55BC">
            <w:pPr>
              <w:spacing w:after="20" w:line="240" w:lineRule="auto"/>
            </w:pPr>
          </w:p>
        </w:tc>
        <w:tc>
          <w:tcPr>
            <w:tcW w:w="2016" w:type="dxa"/>
            <w:tcMar>
              <w:top w:w="100" w:type="dxa"/>
              <w:left w:w="110" w:type="dxa"/>
              <w:bottom w:w="100" w:type="dxa"/>
              <w:right w:w="110" w:type="dxa"/>
            </w:tcMar>
            <w:vAlign w:val="center"/>
          </w:tcPr>
          <w:p w14:paraId="34942124"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31C83A6B" w14:textId="77777777" w:rsidR="006A55BC" w:rsidRDefault="006A55BC">
            <w:pPr>
              <w:spacing w:after="20" w:line="240" w:lineRule="auto"/>
            </w:pPr>
          </w:p>
        </w:tc>
      </w:tr>
      <w:tr w:rsidR="006A55BC" w14:paraId="11F7C744" w14:textId="77777777">
        <w:trPr>
          <w:cantSplit/>
          <w:jc w:val="center"/>
        </w:trPr>
        <w:tc>
          <w:tcPr>
            <w:tcW w:w="1440" w:type="dxa"/>
            <w:shd w:val="clear" w:color="auto" w:fill="F4F7FA"/>
            <w:tcMar>
              <w:top w:w="100" w:type="dxa"/>
              <w:left w:w="110" w:type="dxa"/>
              <w:bottom w:w="100" w:type="dxa"/>
              <w:right w:w="110" w:type="dxa"/>
            </w:tcMar>
            <w:vAlign w:val="center"/>
          </w:tcPr>
          <w:p w14:paraId="6E1CD192"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62A0BB22"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4B37F32C"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3C78C76F" w14:textId="77777777" w:rsidR="006A55BC" w:rsidRDefault="006A55BC">
            <w:pPr>
              <w:spacing w:after="20" w:line="240" w:lineRule="auto"/>
            </w:pPr>
          </w:p>
        </w:tc>
        <w:tc>
          <w:tcPr>
            <w:tcW w:w="2016" w:type="dxa"/>
            <w:shd w:val="clear" w:color="auto" w:fill="F4F7FA"/>
            <w:tcMar>
              <w:top w:w="100" w:type="dxa"/>
              <w:left w:w="110" w:type="dxa"/>
              <w:bottom w:w="100" w:type="dxa"/>
              <w:right w:w="110" w:type="dxa"/>
            </w:tcMar>
            <w:vAlign w:val="center"/>
          </w:tcPr>
          <w:p w14:paraId="0087CF1C"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75211A38" w14:textId="77777777" w:rsidR="006A55BC" w:rsidRDefault="006A55BC">
            <w:pPr>
              <w:spacing w:after="20" w:line="240" w:lineRule="auto"/>
            </w:pPr>
          </w:p>
        </w:tc>
      </w:tr>
      <w:tr w:rsidR="006A55BC" w14:paraId="358F6664" w14:textId="77777777">
        <w:trPr>
          <w:cantSplit/>
          <w:jc w:val="center"/>
        </w:trPr>
        <w:tc>
          <w:tcPr>
            <w:tcW w:w="1440" w:type="dxa"/>
            <w:tcMar>
              <w:top w:w="100" w:type="dxa"/>
              <w:left w:w="110" w:type="dxa"/>
              <w:bottom w:w="100" w:type="dxa"/>
              <w:right w:w="110" w:type="dxa"/>
            </w:tcMar>
            <w:vAlign w:val="center"/>
          </w:tcPr>
          <w:p w14:paraId="69A43086"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5AE6870E" w14:textId="77777777" w:rsidR="006A55BC" w:rsidRDefault="006A55BC">
            <w:pPr>
              <w:spacing w:after="20" w:line="240" w:lineRule="auto"/>
            </w:pPr>
          </w:p>
        </w:tc>
        <w:tc>
          <w:tcPr>
            <w:tcW w:w="1656" w:type="dxa"/>
            <w:tcMar>
              <w:top w:w="100" w:type="dxa"/>
              <w:left w:w="110" w:type="dxa"/>
              <w:bottom w:w="100" w:type="dxa"/>
              <w:right w:w="110" w:type="dxa"/>
            </w:tcMar>
            <w:vAlign w:val="center"/>
          </w:tcPr>
          <w:p w14:paraId="58D80006"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7185BB25" w14:textId="77777777" w:rsidR="006A55BC" w:rsidRDefault="006A55BC">
            <w:pPr>
              <w:spacing w:after="20" w:line="240" w:lineRule="auto"/>
            </w:pPr>
          </w:p>
        </w:tc>
        <w:tc>
          <w:tcPr>
            <w:tcW w:w="2016" w:type="dxa"/>
            <w:tcMar>
              <w:top w:w="100" w:type="dxa"/>
              <w:left w:w="110" w:type="dxa"/>
              <w:bottom w:w="100" w:type="dxa"/>
              <w:right w:w="110" w:type="dxa"/>
            </w:tcMar>
            <w:vAlign w:val="center"/>
          </w:tcPr>
          <w:p w14:paraId="326979E5"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13761EFC" w14:textId="77777777" w:rsidR="006A55BC" w:rsidRDefault="006A55BC">
            <w:pPr>
              <w:spacing w:after="20" w:line="240" w:lineRule="auto"/>
            </w:pPr>
          </w:p>
        </w:tc>
      </w:tr>
      <w:tr w:rsidR="006A55BC" w14:paraId="1C11F829" w14:textId="77777777">
        <w:trPr>
          <w:cantSplit/>
          <w:jc w:val="center"/>
        </w:trPr>
        <w:tc>
          <w:tcPr>
            <w:tcW w:w="1440" w:type="dxa"/>
            <w:shd w:val="clear" w:color="auto" w:fill="F4F7FA"/>
            <w:tcMar>
              <w:top w:w="100" w:type="dxa"/>
              <w:left w:w="110" w:type="dxa"/>
              <w:bottom w:w="100" w:type="dxa"/>
              <w:right w:w="110" w:type="dxa"/>
            </w:tcMar>
            <w:vAlign w:val="center"/>
          </w:tcPr>
          <w:p w14:paraId="5957D0AF"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18EDB8EC" w14:textId="77777777" w:rsidR="006A55BC" w:rsidRDefault="006A55BC">
            <w:pPr>
              <w:spacing w:after="20" w:line="240" w:lineRule="auto"/>
            </w:pPr>
          </w:p>
        </w:tc>
        <w:tc>
          <w:tcPr>
            <w:tcW w:w="1656" w:type="dxa"/>
            <w:shd w:val="clear" w:color="auto" w:fill="F4F7FA"/>
            <w:tcMar>
              <w:top w:w="100" w:type="dxa"/>
              <w:left w:w="110" w:type="dxa"/>
              <w:bottom w:w="100" w:type="dxa"/>
              <w:right w:w="110" w:type="dxa"/>
            </w:tcMar>
            <w:vAlign w:val="center"/>
          </w:tcPr>
          <w:p w14:paraId="72DBE60F"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7915D3B8" w14:textId="77777777" w:rsidR="006A55BC" w:rsidRDefault="006A55BC">
            <w:pPr>
              <w:spacing w:after="20" w:line="240" w:lineRule="auto"/>
            </w:pPr>
          </w:p>
        </w:tc>
        <w:tc>
          <w:tcPr>
            <w:tcW w:w="2016" w:type="dxa"/>
            <w:shd w:val="clear" w:color="auto" w:fill="F4F7FA"/>
            <w:tcMar>
              <w:top w:w="100" w:type="dxa"/>
              <w:left w:w="110" w:type="dxa"/>
              <w:bottom w:w="100" w:type="dxa"/>
              <w:right w:w="110" w:type="dxa"/>
            </w:tcMar>
            <w:vAlign w:val="center"/>
          </w:tcPr>
          <w:p w14:paraId="556826DD"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17A7D137" w14:textId="77777777" w:rsidR="006A55BC" w:rsidRDefault="006A55BC">
            <w:pPr>
              <w:spacing w:after="20" w:line="240" w:lineRule="auto"/>
            </w:pPr>
          </w:p>
        </w:tc>
      </w:tr>
    </w:tbl>
    <w:p w14:paraId="7869F3D0" w14:textId="77777777" w:rsidR="006A55BC" w:rsidRDefault="006A55BC">
      <w:pPr>
        <w:spacing w:after="20"/>
      </w:pPr>
    </w:p>
    <w:p w14:paraId="13BB783D" w14:textId="77777777" w:rsidR="006A55BC" w:rsidRDefault="00000000">
      <w:r>
        <w:br w:type="page"/>
      </w:r>
    </w:p>
    <w:p w14:paraId="1A007170" w14:textId="77777777" w:rsidR="006A55BC" w:rsidRDefault="00000000">
      <w:pPr>
        <w:pStyle w:val="Heading1"/>
      </w:pPr>
      <w:r>
        <w:lastRenderedPageBreak/>
        <w:t>Section 14 Assessment Report Template</w:t>
      </w:r>
    </w:p>
    <w:p w14:paraId="1E0C8EC9" w14:textId="77777777" w:rsidR="006A55BC" w:rsidRDefault="00000000">
      <w:pPr>
        <w:pStyle w:val="Heading2"/>
      </w:pPr>
      <w:r>
        <w:t>14.1 Executive Summary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6A55BC" w14:paraId="348E38A1" w14:textId="77777777">
        <w:trPr>
          <w:cantSplit/>
          <w:tblHeader/>
          <w:jc w:val="center"/>
        </w:trPr>
        <w:tc>
          <w:tcPr>
            <w:tcW w:w="3168" w:type="dxa"/>
            <w:shd w:val="clear" w:color="auto" w:fill="17365D"/>
            <w:tcMar>
              <w:top w:w="100" w:type="dxa"/>
              <w:left w:w="110" w:type="dxa"/>
              <w:bottom w:w="100" w:type="dxa"/>
              <w:right w:w="110" w:type="dxa"/>
            </w:tcMar>
            <w:vAlign w:val="center"/>
          </w:tcPr>
          <w:p w14:paraId="62CE783A" w14:textId="77777777" w:rsidR="006A55BC" w:rsidRDefault="00000000">
            <w:r>
              <w:rPr>
                <w:b/>
                <w:color w:val="FFFFFF"/>
                <w:sz w:val="18"/>
              </w:rPr>
              <w:t>Field</w:t>
            </w:r>
          </w:p>
        </w:tc>
        <w:tc>
          <w:tcPr>
            <w:tcW w:w="6768" w:type="dxa"/>
            <w:shd w:val="clear" w:color="auto" w:fill="17365D"/>
            <w:tcMar>
              <w:top w:w="100" w:type="dxa"/>
              <w:left w:w="110" w:type="dxa"/>
              <w:bottom w:w="100" w:type="dxa"/>
              <w:right w:w="110" w:type="dxa"/>
            </w:tcMar>
            <w:vAlign w:val="center"/>
          </w:tcPr>
          <w:p w14:paraId="25E746A7" w14:textId="77777777" w:rsidR="006A55BC" w:rsidRDefault="00000000">
            <w:r>
              <w:rPr>
                <w:b/>
                <w:color w:val="FFFFFF"/>
                <w:sz w:val="18"/>
              </w:rPr>
              <w:t>Details</w:t>
            </w:r>
          </w:p>
        </w:tc>
      </w:tr>
      <w:tr w:rsidR="006A55BC" w14:paraId="1464D8EF" w14:textId="77777777">
        <w:trPr>
          <w:cantSplit/>
          <w:jc w:val="center"/>
        </w:trPr>
        <w:tc>
          <w:tcPr>
            <w:tcW w:w="3168" w:type="dxa"/>
            <w:tcMar>
              <w:top w:w="100" w:type="dxa"/>
              <w:left w:w="110" w:type="dxa"/>
              <w:bottom w:w="100" w:type="dxa"/>
              <w:right w:w="110" w:type="dxa"/>
            </w:tcMar>
            <w:vAlign w:val="center"/>
          </w:tcPr>
          <w:p w14:paraId="4F1F48A9" w14:textId="77777777" w:rsidR="006A55BC" w:rsidRDefault="00000000">
            <w:pPr>
              <w:spacing w:after="20" w:line="240" w:lineRule="auto"/>
            </w:pPr>
            <w:r>
              <w:rPr>
                <w:sz w:val="18"/>
              </w:rPr>
              <w:t>Assessment objective</w:t>
            </w:r>
          </w:p>
        </w:tc>
        <w:tc>
          <w:tcPr>
            <w:tcW w:w="6768" w:type="dxa"/>
            <w:tcMar>
              <w:top w:w="100" w:type="dxa"/>
              <w:left w:w="110" w:type="dxa"/>
              <w:bottom w:w="100" w:type="dxa"/>
              <w:right w:w="110" w:type="dxa"/>
            </w:tcMar>
            <w:vAlign w:val="center"/>
          </w:tcPr>
          <w:p w14:paraId="7E3362DE" w14:textId="77777777" w:rsidR="006A55BC" w:rsidRDefault="006A55BC">
            <w:pPr>
              <w:spacing w:after="20" w:line="240" w:lineRule="auto"/>
            </w:pPr>
          </w:p>
        </w:tc>
      </w:tr>
      <w:tr w:rsidR="006A55BC" w14:paraId="6B6125FD" w14:textId="77777777">
        <w:trPr>
          <w:cantSplit/>
          <w:jc w:val="center"/>
        </w:trPr>
        <w:tc>
          <w:tcPr>
            <w:tcW w:w="3168" w:type="dxa"/>
            <w:shd w:val="clear" w:color="auto" w:fill="F4F7FA"/>
            <w:tcMar>
              <w:top w:w="100" w:type="dxa"/>
              <w:left w:w="110" w:type="dxa"/>
              <w:bottom w:w="100" w:type="dxa"/>
              <w:right w:w="110" w:type="dxa"/>
            </w:tcMar>
            <w:vAlign w:val="center"/>
          </w:tcPr>
          <w:p w14:paraId="7BE30D15" w14:textId="77777777" w:rsidR="006A55BC" w:rsidRDefault="00000000">
            <w:pPr>
              <w:spacing w:after="20" w:line="240" w:lineRule="auto"/>
            </w:pPr>
            <w:r>
              <w:rPr>
                <w:sz w:val="18"/>
              </w:rPr>
              <w:t>Scope and period</w:t>
            </w:r>
          </w:p>
        </w:tc>
        <w:tc>
          <w:tcPr>
            <w:tcW w:w="6768" w:type="dxa"/>
            <w:shd w:val="clear" w:color="auto" w:fill="F4F7FA"/>
            <w:tcMar>
              <w:top w:w="100" w:type="dxa"/>
              <w:left w:w="110" w:type="dxa"/>
              <w:bottom w:w="100" w:type="dxa"/>
              <w:right w:w="110" w:type="dxa"/>
            </w:tcMar>
            <w:vAlign w:val="center"/>
          </w:tcPr>
          <w:p w14:paraId="5079CAAD" w14:textId="77777777" w:rsidR="006A55BC" w:rsidRDefault="006A55BC">
            <w:pPr>
              <w:spacing w:after="20" w:line="240" w:lineRule="auto"/>
            </w:pPr>
          </w:p>
        </w:tc>
      </w:tr>
      <w:tr w:rsidR="006A55BC" w14:paraId="2936FF7B" w14:textId="77777777">
        <w:trPr>
          <w:cantSplit/>
          <w:jc w:val="center"/>
        </w:trPr>
        <w:tc>
          <w:tcPr>
            <w:tcW w:w="3168" w:type="dxa"/>
            <w:tcMar>
              <w:top w:w="100" w:type="dxa"/>
              <w:left w:w="110" w:type="dxa"/>
              <w:bottom w:w="100" w:type="dxa"/>
              <w:right w:w="110" w:type="dxa"/>
            </w:tcMar>
            <w:vAlign w:val="center"/>
          </w:tcPr>
          <w:p w14:paraId="08FB3E45" w14:textId="77777777" w:rsidR="006A55BC" w:rsidRDefault="00000000">
            <w:pPr>
              <w:spacing w:after="20" w:line="240" w:lineRule="auto"/>
            </w:pPr>
            <w:r>
              <w:rPr>
                <w:sz w:val="18"/>
              </w:rPr>
              <w:t>Overall conclusion</w:t>
            </w:r>
          </w:p>
        </w:tc>
        <w:tc>
          <w:tcPr>
            <w:tcW w:w="6768" w:type="dxa"/>
            <w:tcMar>
              <w:top w:w="100" w:type="dxa"/>
              <w:left w:w="110" w:type="dxa"/>
              <w:bottom w:w="100" w:type="dxa"/>
              <w:right w:w="110" w:type="dxa"/>
            </w:tcMar>
            <w:vAlign w:val="center"/>
          </w:tcPr>
          <w:p w14:paraId="29908B26" w14:textId="77777777" w:rsidR="006A55BC" w:rsidRDefault="006A55BC">
            <w:pPr>
              <w:spacing w:after="20" w:line="240" w:lineRule="auto"/>
            </w:pPr>
          </w:p>
        </w:tc>
      </w:tr>
      <w:tr w:rsidR="006A55BC" w14:paraId="3B25AA9C" w14:textId="77777777">
        <w:trPr>
          <w:cantSplit/>
          <w:jc w:val="center"/>
        </w:trPr>
        <w:tc>
          <w:tcPr>
            <w:tcW w:w="3168" w:type="dxa"/>
            <w:shd w:val="clear" w:color="auto" w:fill="F4F7FA"/>
            <w:tcMar>
              <w:top w:w="100" w:type="dxa"/>
              <w:left w:w="110" w:type="dxa"/>
              <w:bottom w:w="100" w:type="dxa"/>
              <w:right w:w="110" w:type="dxa"/>
            </w:tcMar>
            <w:vAlign w:val="center"/>
          </w:tcPr>
          <w:p w14:paraId="3DF3E0E2" w14:textId="77777777" w:rsidR="006A55BC" w:rsidRDefault="00000000">
            <w:pPr>
              <w:spacing w:after="20" w:line="240" w:lineRule="auto"/>
            </w:pPr>
            <w:r>
              <w:rPr>
                <w:sz w:val="18"/>
              </w:rPr>
              <w:t>Most significant inherent risks</w:t>
            </w:r>
          </w:p>
        </w:tc>
        <w:tc>
          <w:tcPr>
            <w:tcW w:w="6768" w:type="dxa"/>
            <w:shd w:val="clear" w:color="auto" w:fill="F4F7FA"/>
            <w:tcMar>
              <w:top w:w="100" w:type="dxa"/>
              <w:left w:w="110" w:type="dxa"/>
              <w:bottom w:w="100" w:type="dxa"/>
              <w:right w:w="110" w:type="dxa"/>
            </w:tcMar>
            <w:vAlign w:val="center"/>
          </w:tcPr>
          <w:p w14:paraId="500717B7" w14:textId="77777777" w:rsidR="006A55BC" w:rsidRDefault="006A55BC">
            <w:pPr>
              <w:spacing w:after="20" w:line="240" w:lineRule="auto"/>
            </w:pPr>
          </w:p>
        </w:tc>
      </w:tr>
      <w:tr w:rsidR="006A55BC" w14:paraId="4B7E4B58" w14:textId="77777777">
        <w:trPr>
          <w:cantSplit/>
          <w:jc w:val="center"/>
        </w:trPr>
        <w:tc>
          <w:tcPr>
            <w:tcW w:w="3168" w:type="dxa"/>
            <w:tcMar>
              <w:top w:w="100" w:type="dxa"/>
              <w:left w:w="110" w:type="dxa"/>
              <w:bottom w:w="100" w:type="dxa"/>
              <w:right w:w="110" w:type="dxa"/>
            </w:tcMar>
            <w:vAlign w:val="center"/>
          </w:tcPr>
          <w:p w14:paraId="2F0F086D" w14:textId="77777777" w:rsidR="006A55BC" w:rsidRDefault="00000000">
            <w:pPr>
              <w:spacing w:after="20" w:line="240" w:lineRule="auto"/>
            </w:pPr>
            <w:r>
              <w:rPr>
                <w:sz w:val="18"/>
              </w:rPr>
              <w:t>Most significant residual risks</w:t>
            </w:r>
          </w:p>
        </w:tc>
        <w:tc>
          <w:tcPr>
            <w:tcW w:w="6768" w:type="dxa"/>
            <w:tcMar>
              <w:top w:w="100" w:type="dxa"/>
              <w:left w:w="110" w:type="dxa"/>
              <w:bottom w:w="100" w:type="dxa"/>
              <w:right w:w="110" w:type="dxa"/>
            </w:tcMar>
            <w:vAlign w:val="center"/>
          </w:tcPr>
          <w:p w14:paraId="6EC30AB2" w14:textId="77777777" w:rsidR="006A55BC" w:rsidRDefault="006A55BC">
            <w:pPr>
              <w:spacing w:after="20" w:line="240" w:lineRule="auto"/>
            </w:pPr>
          </w:p>
        </w:tc>
      </w:tr>
      <w:tr w:rsidR="006A55BC" w14:paraId="4B397C68" w14:textId="77777777">
        <w:trPr>
          <w:cantSplit/>
          <w:jc w:val="center"/>
        </w:trPr>
        <w:tc>
          <w:tcPr>
            <w:tcW w:w="3168" w:type="dxa"/>
            <w:shd w:val="clear" w:color="auto" w:fill="F4F7FA"/>
            <w:tcMar>
              <w:top w:w="100" w:type="dxa"/>
              <w:left w:w="110" w:type="dxa"/>
              <w:bottom w:w="100" w:type="dxa"/>
              <w:right w:w="110" w:type="dxa"/>
            </w:tcMar>
            <w:vAlign w:val="center"/>
          </w:tcPr>
          <w:p w14:paraId="471D5266" w14:textId="77777777" w:rsidR="006A55BC" w:rsidRDefault="00000000">
            <w:pPr>
              <w:spacing w:after="20" w:line="240" w:lineRule="auto"/>
            </w:pPr>
            <w:r>
              <w:rPr>
                <w:sz w:val="18"/>
              </w:rPr>
              <w:t>Control strengths</w:t>
            </w:r>
          </w:p>
        </w:tc>
        <w:tc>
          <w:tcPr>
            <w:tcW w:w="6768" w:type="dxa"/>
            <w:shd w:val="clear" w:color="auto" w:fill="F4F7FA"/>
            <w:tcMar>
              <w:top w:w="100" w:type="dxa"/>
              <w:left w:w="110" w:type="dxa"/>
              <w:bottom w:w="100" w:type="dxa"/>
              <w:right w:w="110" w:type="dxa"/>
            </w:tcMar>
            <w:vAlign w:val="center"/>
          </w:tcPr>
          <w:p w14:paraId="4AEEEE51" w14:textId="77777777" w:rsidR="006A55BC" w:rsidRDefault="006A55BC">
            <w:pPr>
              <w:spacing w:after="20" w:line="240" w:lineRule="auto"/>
            </w:pPr>
          </w:p>
        </w:tc>
      </w:tr>
      <w:tr w:rsidR="006A55BC" w14:paraId="73C3D4BD" w14:textId="77777777">
        <w:trPr>
          <w:cantSplit/>
          <w:jc w:val="center"/>
        </w:trPr>
        <w:tc>
          <w:tcPr>
            <w:tcW w:w="3168" w:type="dxa"/>
            <w:tcMar>
              <w:top w:w="100" w:type="dxa"/>
              <w:left w:w="110" w:type="dxa"/>
              <w:bottom w:w="100" w:type="dxa"/>
              <w:right w:w="110" w:type="dxa"/>
            </w:tcMar>
            <w:vAlign w:val="center"/>
          </w:tcPr>
          <w:p w14:paraId="77667998" w14:textId="77777777" w:rsidR="006A55BC" w:rsidRDefault="00000000">
            <w:pPr>
              <w:spacing w:after="20" w:line="240" w:lineRule="auto"/>
            </w:pPr>
            <w:r>
              <w:rPr>
                <w:sz w:val="18"/>
              </w:rPr>
              <w:t>Material weaknesses</w:t>
            </w:r>
          </w:p>
        </w:tc>
        <w:tc>
          <w:tcPr>
            <w:tcW w:w="6768" w:type="dxa"/>
            <w:tcMar>
              <w:top w:w="100" w:type="dxa"/>
              <w:left w:w="110" w:type="dxa"/>
              <w:bottom w:w="100" w:type="dxa"/>
              <w:right w:w="110" w:type="dxa"/>
            </w:tcMar>
            <w:vAlign w:val="center"/>
          </w:tcPr>
          <w:p w14:paraId="3153B7ED" w14:textId="77777777" w:rsidR="006A55BC" w:rsidRDefault="006A55BC">
            <w:pPr>
              <w:spacing w:after="20" w:line="240" w:lineRule="auto"/>
            </w:pPr>
          </w:p>
        </w:tc>
      </w:tr>
      <w:tr w:rsidR="006A55BC" w14:paraId="6FA02CAC" w14:textId="77777777">
        <w:trPr>
          <w:cantSplit/>
          <w:jc w:val="center"/>
        </w:trPr>
        <w:tc>
          <w:tcPr>
            <w:tcW w:w="3168" w:type="dxa"/>
            <w:shd w:val="clear" w:color="auto" w:fill="F4F7FA"/>
            <w:tcMar>
              <w:top w:w="100" w:type="dxa"/>
              <w:left w:w="110" w:type="dxa"/>
              <w:bottom w:w="100" w:type="dxa"/>
              <w:right w:w="110" w:type="dxa"/>
            </w:tcMar>
            <w:vAlign w:val="center"/>
          </w:tcPr>
          <w:p w14:paraId="3AC5481A" w14:textId="77777777" w:rsidR="006A55BC" w:rsidRDefault="00000000">
            <w:pPr>
              <w:spacing w:after="20" w:line="240" w:lineRule="auto"/>
            </w:pPr>
            <w:r>
              <w:rPr>
                <w:sz w:val="18"/>
              </w:rPr>
              <w:t>Risks outside appetite</w:t>
            </w:r>
          </w:p>
        </w:tc>
        <w:tc>
          <w:tcPr>
            <w:tcW w:w="6768" w:type="dxa"/>
            <w:shd w:val="clear" w:color="auto" w:fill="F4F7FA"/>
            <w:tcMar>
              <w:top w:w="100" w:type="dxa"/>
              <w:left w:w="110" w:type="dxa"/>
              <w:bottom w:w="100" w:type="dxa"/>
              <w:right w:w="110" w:type="dxa"/>
            </w:tcMar>
            <w:vAlign w:val="center"/>
          </w:tcPr>
          <w:p w14:paraId="3D6BE796" w14:textId="77777777" w:rsidR="006A55BC" w:rsidRDefault="006A55BC">
            <w:pPr>
              <w:spacing w:after="20" w:line="240" w:lineRule="auto"/>
            </w:pPr>
          </w:p>
        </w:tc>
      </w:tr>
      <w:tr w:rsidR="006A55BC" w14:paraId="2FA0BDB8" w14:textId="77777777">
        <w:trPr>
          <w:cantSplit/>
          <w:jc w:val="center"/>
        </w:trPr>
        <w:tc>
          <w:tcPr>
            <w:tcW w:w="3168" w:type="dxa"/>
            <w:tcMar>
              <w:top w:w="100" w:type="dxa"/>
              <w:left w:w="110" w:type="dxa"/>
              <w:bottom w:w="100" w:type="dxa"/>
              <w:right w:w="110" w:type="dxa"/>
            </w:tcMar>
            <w:vAlign w:val="center"/>
          </w:tcPr>
          <w:p w14:paraId="6EDEB1C0" w14:textId="77777777" w:rsidR="006A55BC" w:rsidRDefault="00000000">
            <w:pPr>
              <w:spacing w:after="20" w:line="240" w:lineRule="auto"/>
            </w:pPr>
            <w:r>
              <w:rPr>
                <w:sz w:val="18"/>
              </w:rPr>
              <w:t>Immediate decisions required</w:t>
            </w:r>
          </w:p>
        </w:tc>
        <w:tc>
          <w:tcPr>
            <w:tcW w:w="6768" w:type="dxa"/>
            <w:tcMar>
              <w:top w:w="100" w:type="dxa"/>
              <w:left w:w="110" w:type="dxa"/>
              <w:bottom w:w="100" w:type="dxa"/>
              <w:right w:w="110" w:type="dxa"/>
            </w:tcMar>
            <w:vAlign w:val="center"/>
          </w:tcPr>
          <w:p w14:paraId="705608E9" w14:textId="77777777" w:rsidR="006A55BC" w:rsidRDefault="006A55BC">
            <w:pPr>
              <w:spacing w:after="20" w:line="240" w:lineRule="auto"/>
            </w:pPr>
          </w:p>
        </w:tc>
      </w:tr>
      <w:tr w:rsidR="006A55BC" w14:paraId="2A1BF28D" w14:textId="77777777">
        <w:trPr>
          <w:cantSplit/>
          <w:jc w:val="center"/>
        </w:trPr>
        <w:tc>
          <w:tcPr>
            <w:tcW w:w="3168" w:type="dxa"/>
            <w:shd w:val="clear" w:color="auto" w:fill="F4F7FA"/>
            <w:tcMar>
              <w:top w:w="100" w:type="dxa"/>
              <w:left w:w="110" w:type="dxa"/>
              <w:bottom w:w="100" w:type="dxa"/>
              <w:right w:w="110" w:type="dxa"/>
            </w:tcMar>
            <w:vAlign w:val="center"/>
          </w:tcPr>
          <w:p w14:paraId="449B050C" w14:textId="77777777" w:rsidR="006A55BC" w:rsidRDefault="00000000">
            <w:pPr>
              <w:spacing w:after="20" w:line="240" w:lineRule="auto"/>
            </w:pPr>
            <w:r>
              <w:rPr>
                <w:sz w:val="18"/>
              </w:rPr>
              <w:t>Treatment commitment</w:t>
            </w:r>
          </w:p>
        </w:tc>
        <w:tc>
          <w:tcPr>
            <w:tcW w:w="6768" w:type="dxa"/>
            <w:shd w:val="clear" w:color="auto" w:fill="F4F7FA"/>
            <w:tcMar>
              <w:top w:w="100" w:type="dxa"/>
              <w:left w:w="110" w:type="dxa"/>
              <w:bottom w:w="100" w:type="dxa"/>
              <w:right w:w="110" w:type="dxa"/>
            </w:tcMar>
            <w:vAlign w:val="center"/>
          </w:tcPr>
          <w:p w14:paraId="0A1D88F6" w14:textId="77777777" w:rsidR="006A55BC" w:rsidRDefault="006A55BC">
            <w:pPr>
              <w:spacing w:after="20" w:line="240" w:lineRule="auto"/>
            </w:pPr>
          </w:p>
        </w:tc>
      </w:tr>
      <w:tr w:rsidR="006A55BC" w14:paraId="281F86CA" w14:textId="77777777">
        <w:trPr>
          <w:cantSplit/>
          <w:jc w:val="center"/>
        </w:trPr>
        <w:tc>
          <w:tcPr>
            <w:tcW w:w="3168" w:type="dxa"/>
            <w:tcMar>
              <w:top w:w="100" w:type="dxa"/>
              <w:left w:w="110" w:type="dxa"/>
              <w:bottom w:w="100" w:type="dxa"/>
              <w:right w:w="110" w:type="dxa"/>
            </w:tcMar>
            <w:vAlign w:val="center"/>
          </w:tcPr>
          <w:p w14:paraId="0D34D302" w14:textId="77777777" w:rsidR="006A55BC" w:rsidRDefault="00000000">
            <w:pPr>
              <w:spacing w:after="20" w:line="240" w:lineRule="auto"/>
            </w:pPr>
            <w:r>
              <w:rPr>
                <w:sz w:val="18"/>
              </w:rPr>
              <w:t>Next review</w:t>
            </w:r>
          </w:p>
        </w:tc>
        <w:tc>
          <w:tcPr>
            <w:tcW w:w="6768" w:type="dxa"/>
            <w:tcMar>
              <w:top w:w="100" w:type="dxa"/>
              <w:left w:w="110" w:type="dxa"/>
              <w:bottom w:w="100" w:type="dxa"/>
              <w:right w:w="110" w:type="dxa"/>
            </w:tcMar>
            <w:vAlign w:val="center"/>
          </w:tcPr>
          <w:p w14:paraId="3E8FA7A7" w14:textId="77777777" w:rsidR="006A55BC" w:rsidRDefault="006A55BC">
            <w:pPr>
              <w:spacing w:after="20" w:line="240" w:lineRule="auto"/>
            </w:pPr>
          </w:p>
        </w:tc>
      </w:tr>
    </w:tbl>
    <w:p w14:paraId="5C82B40B" w14:textId="77777777" w:rsidR="006A55BC" w:rsidRDefault="006A55BC">
      <w:pPr>
        <w:spacing w:after="20"/>
      </w:pPr>
    </w:p>
    <w:p w14:paraId="1D4200D6" w14:textId="77777777" w:rsidR="006A55BC" w:rsidRDefault="00000000">
      <w:pPr>
        <w:pStyle w:val="Heading2"/>
      </w:pPr>
      <w:r>
        <w:t>14.2 Methodology and Limitations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6A55BC" w14:paraId="30351D40" w14:textId="77777777">
        <w:trPr>
          <w:cantSplit/>
          <w:tblHeader/>
          <w:jc w:val="center"/>
        </w:trPr>
        <w:tc>
          <w:tcPr>
            <w:tcW w:w="3168" w:type="dxa"/>
            <w:shd w:val="clear" w:color="auto" w:fill="17365D"/>
            <w:tcMar>
              <w:top w:w="100" w:type="dxa"/>
              <w:left w:w="110" w:type="dxa"/>
              <w:bottom w:w="100" w:type="dxa"/>
              <w:right w:w="110" w:type="dxa"/>
            </w:tcMar>
            <w:vAlign w:val="center"/>
          </w:tcPr>
          <w:p w14:paraId="0826C85E" w14:textId="77777777" w:rsidR="006A55BC" w:rsidRDefault="00000000">
            <w:r>
              <w:rPr>
                <w:b/>
                <w:color w:val="FFFFFF"/>
                <w:sz w:val="18"/>
              </w:rPr>
              <w:t>Field</w:t>
            </w:r>
          </w:p>
        </w:tc>
        <w:tc>
          <w:tcPr>
            <w:tcW w:w="6768" w:type="dxa"/>
            <w:shd w:val="clear" w:color="auto" w:fill="17365D"/>
            <w:tcMar>
              <w:top w:w="100" w:type="dxa"/>
              <w:left w:w="110" w:type="dxa"/>
              <w:bottom w:w="100" w:type="dxa"/>
              <w:right w:w="110" w:type="dxa"/>
            </w:tcMar>
            <w:vAlign w:val="center"/>
          </w:tcPr>
          <w:p w14:paraId="52E18195" w14:textId="77777777" w:rsidR="006A55BC" w:rsidRDefault="00000000">
            <w:r>
              <w:rPr>
                <w:b/>
                <w:color w:val="FFFFFF"/>
                <w:sz w:val="18"/>
              </w:rPr>
              <w:t>Details</w:t>
            </w:r>
          </w:p>
        </w:tc>
      </w:tr>
      <w:tr w:rsidR="006A55BC" w14:paraId="06ECA3ED" w14:textId="77777777">
        <w:trPr>
          <w:cantSplit/>
          <w:jc w:val="center"/>
        </w:trPr>
        <w:tc>
          <w:tcPr>
            <w:tcW w:w="3168" w:type="dxa"/>
            <w:tcMar>
              <w:top w:w="100" w:type="dxa"/>
              <w:left w:w="110" w:type="dxa"/>
              <w:bottom w:w="100" w:type="dxa"/>
              <w:right w:w="110" w:type="dxa"/>
            </w:tcMar>
            <w:vAlign w:val="center"/>
          </w:tcPr>
          <w:p w14:paraId="00AFFE37" w14:textId="77777777" w:rsidR="006A55BC" w:rsidRDefault="00000000">
            <w:pPr>
              <w:spacing w:after="20" w:line="240" w:lineRule="auto"/>
            </w:pPr>
            <w:r>
              <w:rPr>
                <w:sz w:val="18"/>
              </w:rPr>
              <w:t>Assessment method</w:t>
            </w:r>
          </w:p>
        </w:tc>
        <w:tc>
          <w:tcPr>
            <w:tcW w:w="6768" w:type="dxa"/>
            <w:tcMar>
              <w:top w:w="100" w:type="dxa"/>
              <w:left w:w="110" w:type="dxa"/>
              <w:bottom w:w="100" w:type="dxa"/>
              <w:right w:w="110" w:type="dxa"/>
            </w:tcMar>
            <w:vAlign w:val="center"/>
          </w:tcPr>
          <w:p w14:paraId="7AB82EE9" w14:textId="77777777" w:rsidR="006A55BC" w:rsidRDefault="006A55BC">
            <w:pPr>
              <w:spacing w:after="20" w:line="240" w:lineRule="auto"/>
            </w:pPr>
          </w:p>
        </w:tc>
      </w:tr>
      <w:tr w:rsidR="006A55BC" w14:paraId="72E57350" w14:textId="77777777">
        <w:trPr>
          <w:cantSplit/>
          <w:jc w:val="center"/>
        </w:trPr>
        <w:tc>
          <w:tcPr>
            <w:tcW w:w="3168" w:type="dxa"/>
            <w:shd w:val="clear" w:color="auto" w:fill="F4F7FA"/>
            <w:tcMar>
              <w:top w:w="100" w:type="dxa"/>
              <w:left w:w="110" w:type="dxa"/>
              <w:bottom w:w="100" w:type="dxa"/>
              <w:right w:w="110" w:type="dxa"/>
            </w:tcMar>
            <w:vAlign w:val="center"/>
          </w:tcPr>
          <w:p w14:paraId="3F595CBE" w14:textId="77777777" w:rsidR="006A55BC" w:rsidRDefault="00000000">
            <w:pPr>
              <w:spacing w:after="20" w:line="240" w:lineRule="auto"/>
            </w:pPr>
            <w:r>
              <w:rPr>
                <w:sz w:val="18"/>
              </w:rPr>
              <w:t>Scoring criteria used</w:t>
            </w:r>
          </w:p>
        </w:tc>
        <w:tc>
          <w:tcPr>
            <w:tcW w:w="6768" w:type="dxa"/>
            <w:shd w:val="clear" w:color="auto" w:fill="F4F7FA"/>
            <w:tcMar>
              <w:top w:w="100" w:type="dxa"/>
              <w:left w:w="110" w:type="dxa"/>
              <w:bottom w:w="100" w:type="dxa"/>
              <w:right w:w="110" w:type="dxa"/>
            </w:tcMar>
            <w:vAlign w:val="center"/>
          </w:tcPr>
          <w:p w14:paraId="6247ADDA" w14:textId="77777777" w:rsidR="006A55BC" w:rsidRDefault="006A55BC">
            <w:pPr>
              <w:spacing w:after="20" w:line="240" w:lineRule="auto"/>
            </w:pPr>
          </w:p>
        </w:tc>
      </w:tr>
      <w:tr w:rsidR="006A55BC" w14:paraId="5C38D31A" w14:textId="77777777">
        <w:trPr>
          <w:cantSplit/>
          <w:jc w:val="center"/>
        </w:trPr>
        <w:tc>
          <w:tcPr>
            <w:tcW w:w="3168" w:type="dxa"/>
            <w:tcMar>
              <w:top w:w="100" w:type="dxa"/>
              <w:left w:w="110" w:type="dxa"/>
              <w:bottom w:w="100" w:type="dxa"/>
              <w:right w:w="110" w:type="dxa"/>
            </w:tcMar>
            <w:vAlign w:val="center"/>
          </w:tcPr>
          <w:p w14:paraId="6785AC36" w14:textId="77777777" w:rsidR="006A55BC" w:rsidRDefault="00000000">
            <w:pPr>
              <w:spacing w:after="20" w:line="240" w:lineRule="auto"/>
            </w:pPr>
            <w:r>
              <w:rPr>
                <w:sz w:val="18"/>
              </w:rPr>
              <w:t>Evidence reviewed</w:t>
            </w:r>
          </w:p>
        </w:tc>
        <w:tc>
          <w:tcPr>
            <w:tcW w:w="6768" w:type="dxa"/>
            <w:tcMar>
              <w:top w:w="100" w:type="dxa"/>
              <w:left w:w="110" w:type="dxa"/>
              <w:bottom w:w="100" w:type="dxa"/>
              <w:right w:w="110" w:type="dxa"/>
            </w:tcMar>
            <w:vAlign w:val="center"/>
          </w:tcPr>
          <w:p w14:paraId="0E2C800B" w14:textId="77777777" w:rsidR="006A55BC" w:rsidRDefault="006A55BC">
            <w:pPr>
              <w:spacing w:after="20" w:line="240" w:lineRule="auto"/>
            </w:pPr>
          </w:p>
        </w:tc>
      </w:tr>
      <w:tr w:rsidR="006A55BC" w14:paraId="5F9461BA" w14:textId="77777777">
        <w:trPr>
          <w:cantSplit/>
          <w:jc w:val="center"/>
        </w:trPr>
        <w:tc>
          <w:tcPr>
            <w:tcW w:w="3168" w:type="dxa"/>
            <w:shd w:val="clear" w:color="auto" w:fill="F4F7FA"/>
            <w:tcMar>
              <w:top w:w="100" w:type="dxa"/>
              <w:left w:w="110" w:type="dxa"/>
              <w:bottom w:w="100" w:type="dxa"/>
              <w:right w:w="110" w:type="dxa"/>
            </w:tcMar>
            <w:vAlign w:val="center"/>
          </w:tcPr>
          <w:p w14:paraId="0B0773A0" w14:textId="77777777" w:rsidR="006A55BC" w:rsidRDefault="00000000">
            <w:pPr>
              <w:spacing w:after="20" w:line="240" w:lineRule="auto"/>
            </w:pPr>
            <w:r>
              <w:rPr>
                <w:sz w:val="18"/>
              </w:rPr>
              <w:t>People consulted</w:t>
            </w:r>
          </w:p>
        </w:tc>
        <w:tc>
          <w:tcPr>
            <w:tcW w:w="6768" w:type="dxa"/>
            <w:shd w:val="clear" w:color="auto" w:fill="F4F7FA"/>
            <w:tcMar>
              <w:top w:w="100" w:type="dxa"/>
              <w:left w:w="110" w:type="dxa"/>
              <w:bottom w:w="100" w:type="dxa"/>
              <w:right w:w="110" w:type="dxa"/>
            </w:tcMar>
            <w:vAlign w:val="center"/>
          </w:tcPr>
          <w:p w14:paraId="37EB792C" w14:textId="77777777" w:rsidR="006A55BC" w:rsidRDefault="006A55BC">
            <w:pPr>
              <w:spacing w:after="20" w:line="240" w:lineRule="auto"/>
            </w:pPr>
          </w:p>
        </w:tc>
      </w:tr>
      <w:tr w:rsidR="006A55BC" w14:paraId="680BC7EE" w14:textId="77777777">
        <w:trPr>
          <w:cantSplit/>
          <w:jc w:val="center"/>
        </w:trPr>
        <w:tc>
          <w:tcPr>
            <w:tcW w:w="3168" w:type="dxa"/>
            <w:tcMar>
              <w:top w:w="100" w:type="dxa"/>
              <w:left w:w="110" w:type="dxa"/>
              <w:bottom w:w="100" w:type="dxa"/>
              <w:right w:w="110" w:type="dxa"/>
            </w:tcMar>
            <w:vAlign w:val="center"/>
          </w:tcPr>
          <w:p w14:paraId="5A76071E" w14:textId="77777777" w:rsidR="006A55BC" w:rsidRDefault="00000000">
            <w:pPr>
              <w:spacing w:after="20" w:line="240" w:lineRule="auto"/>
            </w:pPr>
            <w:r>
              <w:rPr>
                <w:sz w:val="18"/>
              </w:rPr>
              <w:t>Data tests completed</w:t>
            </w:r>
          </w:p>
        </w:tc>
        <w:tc>
          <w:tcPr>
            <w:tcW w:w="6768" w:type="dxa"/>
            <w:tcMar>
              <w:top w:w="100" w:type="dxa"/>
              <w:left w:w="110" w:type="dxa"/>
              <w:bottom w:w="100" w:type="dxa"/>
              <w:right w:w="110" w:type="dxa"/>
            </w:tcMar>
            <w:vAlign w:val="center"/>
          </w:tcPr>
          <w:p w14:paraId="7CFBEEF9" w14:textId="77777777" w:rsidR="006A55BC" w:rsidRDefault="006A55BC">
            <w:pPr>
              <w:spacing w:after="20" w:line="240" w:lineRule="auto"/>
            </w:pPr>
          </w:p>
        </w:tc>
      </w:tr>
      <w:tr w:rsidR="006A55BC" w14:paraId="72F87858" w14:textId="77777777">
        <w:trPr>
          <w:cantSplit/>
          <w:jc w:val="center"/>
        </w:trPr>
        <w:tc>
          <w:tcPr>
            <w:tcW w:w="3168" w:type="dxa"/>
            <w:shd w:val="clear" w:color="auto" w:fill="F4F7FA"/>
            <w:tcMar>
              <w:top w:w="100" w:type="dxa"/>
              <w:left w:w="110" w:type="dxa"/>
              <w:bottom w:w="100" w:type="dxa"/>
              <w:right w:w="110" w:type="dxa"/>
            </w:tcMar>
            <w:vAlign w:val="center"/>
          </w:tcPr>
          <w:p w14:paraId="2701F0DF" w14:textId="77777777" w:rsidR="006A55BC" w:rsidRDefault="00000000">
            <w:pPr>
              <w:spacing w:after="20" w:line="240" w:lineRule="auto"/>
            </w:pPr>
            <w:r>
              <w:rPr>
                <w:sz w:val="18"/>
              </w:rPr>
              <w:t>Samples and coverage</w:t>
            </w:r>
          </w:p>
        </w:tc>
        <w:tc>
          <w:tcPr>
            <w:tcW w:w="6768" w:type="dxa"/>
            <w:shd w:val="clear" w:color="auto" w:fill="F4F7FA"/>
            <w:tcMar>
              <w:top w:w="100" w:type="dxa"/>
              <w:left w:w="110" w:type="dxa"/>
              <w:bottom w:w="100" w:type="dxa"/>
              <w:right w:w="110" w:type="dxa"/>
            </w:tcMar>
            <w:vAlign w:val="center"/>
          </w:tcPr>
          <w:p w14:paraId="108254B6" w14:textId="77777777" w:rsidR="006A55BC" w:rsidRDefault="006A55BC">
            <w:pPr>
              <w:spacing w:after="20" w:line="240" w:lineRule="auto"/>
            </w:pPr>
          </w:p>
        </w:tc>
      </w:tr>
      <w:tr w:rsidR="006A55BC" w14:paraId="7490815F" w14:textId="77777777">
        <w:trPr>
          <w:cantSplit/>
          <w:jc w:val="center"/>
        </w:trPr>
        <w:tc>
          <w:tcPr>
            <w:tcW w:w="3168" w:type="dxa"/>
            <w:tcMar>
              <w:top w:w="100" w:type="dxa"/>
              <w:left w:w="110" w:type="dxa"/>
              <w:bottom w:w="100" w:type="dxa"/>
              <w:right w:w="110" w:type="dxa"/>
            </w:tcMar>
            <w:vAlign w:val="center"/>
          </w:tcPr>
          <w:p w14:paraId="412DCAF2" w14:textId="77777777" w:rsidR="006A55BC" w:rsidRDefault="00000000">
            <w:pPr>
              <w:spacing w:after="20" w:line="240" w:lineRule="auto"/>
            </w:pPr>
            <w:r>
              <w:rPr>
                <w:sz w:val="18"/>
              </w:rPr>
              <w:t>Limitations</w:t>
            </w:r>
          </w:p>
        </w:tc>
        <w:tc>
          <w:tcPr>
            <w:tcW w:w="6768" w:type="dxa"/>
            <w:tcMar>
              <w:top w:w="100" w:type="dxa"/>
              <w:left w:w="110" w:type="dxa"/>
              <w:bottom w:w="100" w:type="dxa"/>
              <w:right w:w="110" w:type="dxa"/>
            </w:tcMar>
            <w:vAlign w:val="center"/>
          </w:tcPr>
          <w:p w14:paraId="14CF6CE0" w14:textId="77777777" w:rsidR="006A55BC" w:rsidRDefault="006A55BC">
            <w:pPr>
              <w:spacing w:after="20" w:line="240" w:lineRule="auto"/>
            </w:pPr>
          </w:p>
        </w:tc>
      </w:tr>
      <w:tr w:rsidR="006A55BC" w14:paraId="04712127" w14:textId="77777777">
        <w:trPr>
          <w:cantSplit/>
          <w:jc w:val="center"/>
        </w:trPr>
        <w:tc>
          <w:tcPr>
            <w:tcW w:w="3168" w:type="dxa"/>
            <w:shd w:val="clear" w:color="auto" w:fill="F4F7FA"/>
            <w:tcMar>
              <w:top w:w="100" w:type="dxa"/>
              <w:left w:w="110" w:type="dxa"/>
              <w:bottom w:w="100" w:type="dxa"/>
              <w:right w:w="110" w:type="dxa"/>
            </w:tcMar>
            <w:vAlign w:val="center"/>
          </w:tcPr>
          <w:p w14:paraId="66C01BF6" w14:textId="77777777" w:rsidR="006A55BC" w:rsidRDefault="00000000">
            <w:pPr>
              <w:spacing w:after="20" w:line="240" w:lineRule="auto"/>
            </w:pPr>
            <w:r>
              <w:rPr>
                <w:sz w:val="18"/>
              </w:rPr>
              <w:t>Unresolved information gaps</w:t>
            </w:r>
          </w:p>
        </w:tc>
        <w:tc>
          <w:tcPr>
            <w:tcW w:w="6768" w:type="dxa"/>
            <w:shd w:val="clear" w:color="auto" w:fill="F4F7FA"/>
            <w:tcMar>
              <w:top w:w="100" w:type="dxa"/>
              <w:left w:w="110" w:type="dxa"/>
              <w:bottom w:w="100" w:type="dxa"/>
              <w:right w:w="110" w:type="dxa"/>
            </w:tcMar>
            <w:vAlign w:val="center"/>
          </w:tcPr>
          <w:p w14:paraId="72FD8F58" w14:textId="77777777" w:rsidR="006A55BC" w:rsidRDefault="006A55BC">
            <w:pPr>
              <w:spacing w:after="20" w:line="240" w:lineRule="auto"/>
            </w:pPr>
          </w:p>
        </w:tc>
      </w:tr>
      <w:tr w:rsidR="006A55BC" w14:paraId="0414D5FE" w14:textId="77777777">
        <w:trPr>
          <w:cantSplit/>
          <w:jc w:val="center"/>
        </w:trPr>
        <w:tc>
          <w:tcPr>
            <w:tcW w:w="3168" w:type="dxa"/>
            <w:tcMar>
              <w:top w:w="100" w:type="dxa"/>
              <w:left w:w="110" w:type="dxa"/>
              <w:bottom w:w="100" w:type="dxa"/>
              <w:right w:w="110" w:type="dxa"/>
            </w:tcMar>
            <w:vAlign w:val="center"/>
          </w:tcPr>
          <w:p w14:paraId="03118427" w14:textId="77777777" w:rsidR="006A55BC" w:rsidRDefault="00000000">
            <w:pPr>
              <w:spacing w:after="20" w:line="240" w:lineRule="auto"/>
            </w:pPr>
            <w:r>
              <w:rPr>
                <w:sz w:val="18"/>
              </w:rPr>
              <w:t>Degree of assurance</w:t>
            </w:r>
          </w:p>
        </w:tc>
        <w:tc>
          <w:tcPr>
            <w:tcW w:w="6768" w:type="dxa"/>
            <w:tcMar>
              <w:top w:w="100" w:type="dxa"/>
              <w:left w:w="110" w:type="dxa"/>
              <w:bottom w:w="100" w:type="dxa"/>
              <w:right w:w="110" w:type="dxa"/>
            </w:tcMar>
            <w:vAlign w:val="center"/>
          </w:tcPr>
          <w:p w14:paraId="52077B5F" w14:textId="77777777" w:rsidR="006A55BC" w:rsidRDefault="006A55BC">
            <w:pPr>
              <w:spacing w:after="20" w:line="240" w:lineRule="auto"/>
            </w:pPr>
          </w:p>
        </w:tc>
      </w:tr>
    </w:tbl>
    <w:p w14:paraId="2E6219A9" w14:textId="77777777" w:rsidR="006A55BC" w:rsidRDefault="006A55BC">
      <w:pPr>
        <w:spacing w:after="20"/>
      </w:pPr>
    </w:p>
    <w:p w14:paraId="047F3E91" w14:textId="77777777" w:rsidR="006A55BC" w:rsidRDefault="00000000">
      <w:pPr>
        <w:pStyle w:val="Heading2"/>
      </w:pPr>
      <w:r>
        <w:lastRenderedPageBreak/>
        <w:t>14.3 Findings Summary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2376"/>
        <w:gridCol w:w="1728"/>
        <w:gridCol w:w="792"/>
        <w:gridCol w:w="1800"/>
        <w:gridCol w:w="1800"/>
        <w:gridCol w:w="792"/>
        <w:gridCol w:w="792"/>
      </w:tblGrid>
      <w:tr w:rsidR="006A55BC" w14:paraId="741728AD" w14:textId="77777777">
        <w:trPr>
          <w:cantSplit/>
          <w:tblHeader/>
          <w:jc w:val="center"/>
        </w:trPr>
        <w:tc>
          <w:tcPr>
            <w:tcW w:w="648" w:type="dxa"/>
            <w:shd w:val="clear" w:color="auto" w:fill="17365D"/>
            <w:tcMar>
              <w:top w:w="100" w:type="dxa"/>
              <w:left w:w="110" w:type="dxa"/>
              <w:bottom w:w="100" w:type="dxa"/>
              <w:right w:w="110" w:type="dxa"/>
            </w:tcMar>
            <w:vAlign w:val="center"/>
          </w:tcPr>
          <w:p w14:paraId="208FEFCF" w14:textId="77777777" w:rsidR="006A55BC" w:rsidRDefault="00000000">
            <w:r>
              <w:rPr>
                <w:b/>
                <w:color w:val="FFFFFF"/>
                <w:sz w:val="13"/>
              </w:rPr>
              <w:t>Finding ID</w:t>
            </w:r>
          </w:p>
        </w:tc>
        <w:tc>
          <w:tcPr>
            <w:tcW w:w="2376" w:type="dxa"/>
            <w:shd w:val="clear" w:color="auto" w:fill="17365D"/>
            <w:tcMar>
              <w:top w:w="100" w:type="dxa"/>
              <w:left w:w="110" w:type="dxa"/>
              <w:bottom w:w="100" w:type="dxa"/>
              <w:right w:w="110" w:type="dxa"/>
            </w:tcMar>
            <w:vAlign w:val="center"/>
          </w:tcPr>
          <w:p w14:paraId="4CEF9557" w14:textId="77777777" w:rsidR="006A55BC" w:rsidRDefault="00000000">
            <w:r>
              <w:rPr>
                <w:b/>
                <w:color w:val="FFFFFF"/>
                <w:sz w:val="13"/>
              </w:rPr>
              <w:t>Finding and evidence</w:t>
            </w:r>
          </w:p>
        </w:tc>
        <w:tc>
          <w:tcPr>
            <w:tcW w:w="1728" w:type="dxa"/>
            <w:shd w:val="clear" w:color="auto" w:fill="17365D"/>
            <w:tcMar>
              <w:top w:w="100" w:type="dxa"/>
              <w:left w:w="110" w:type="dxa"/>
              <w:bottom w:w="100" w:type="dxa"/>
              <w:right w:w="110" w:type="dxa"/>
            </w:tcMar>
            <w:vAlign w:val="center"/>
          </w:tcPr>
          <w:p w14:paraId="1E410CD7" w14:textId="77777777" w:rsidR="006A55BC" w:rsidRDefault="00000000">
            <w:r>
              <w:rPr>
                <w:b/>
                <w:color w:val="FFFFFF"/>
                <w:sz w:val="13"/>
              </w:rPr>
              <w:t>Risk consequence</w:t>
            </w:r>
          </w:p>
        </w:tc>
        <w:tc>
          <w:tcPr>
            <w:tcW w:w="792" w:type="dxa"/>
            <w:shd w:val="clear" w:color="auto" w:fill="17365D"/>
            <w:tcMar>
              <w:top w:w="100" w:type="dxa"/>
              <w:left w:w="110" w:type="dxa"/>
              <w:bottom w:w="100" w:type="dxa"/>
              <w:right w:w="110" w:type="dxa"/>
            </w:tcMar>
            <w:vAlign w:val="center"/>
          </w:tcPr>
          <w:p w14:paraId="40964C9A" w14:textId="77777777" w:rsidR="006A55BC" w:rsidRDefault="00000000">
            <w:r>
              <w:rPr>
                <w:b/>
                <w:color w:val="FFFFFF"/>
                <w:sz w:val="13"/>
              </w:rPr>
              <w:t>Rating</w:t>
            </w:r>
          </w:p>
        </w:tc>
        <w:tc>
          <w:tcPr>
            <w:tcW w:w="1800" w:type="dxa"/>
            <w:shd w:val="clear" w:color="auto" w:fill="17365D"/>
            <w:tcMar>
              <w:top w:w="100" w:type="dxa"/>
              <w:left w:w="110" w:type="dxa"/>
              <w:bottom w:w="100" w:type="dxa"/>
              <w:right w:w="110" w:type="dxa"/>
            </w:tcMar>
            <w:vAlign w:val="center"/>
          </w:tcPr>
          <w:p w14:paraId="61058822" w14:textId="77777777" w:rsidR="006A55BC" w:rsidRDefault="00000000">
            <w:r>
              <w:rPr>
                <w:b/>
                <w:color w:val="FFFFFF"/>
                <w:sz w:val="13"/>
              </w:rPr>
              <w:t>Recommendation</w:t>
            </w:r>
          </w:p>
        </w:tc>
        <w:tc>
          <w:tcPr>
            <w:tcW w:w="1800" w:type="dxa"/>
            <w:shd w:val="clear" w:color="auto" w:fill="17365D"/>
            <w:tcMar>
              <w:top w:w="100" w:type="dxa"/>
              <w:left w:w="110" w:type="dxa"/>
              <w:bottom w:w="100" w:type="dxa"/>
              <w:right w:w="110" w:type="dxa"/>
            </w:tcMar>
            <w:vAlign w:val="center"/>
          </w:tcPr>
          <w:p w14:paraId="2C44788A" w14:textId="77777777" w:rsidR="006A55BC" w:rsidRDefault="00000000">
            <w:r>
              <w:rPr>
                <w:b/>
                <w:color w:val="FFFFFF"/>
                <w:sz w:val="13"/>
              </w:rPr>
              <w:t>Management response</w:t>
            </w:r>
          </w:p>
        </w:tc>
        <w:tc>
          <w:tcPr>
            <w:tcW w:w="792" w:type="dxa"/>
            <w:shd w:val="clear" w:color="auto" w:fill="17365D"/>
            <w:tcMar>
              <w:top w:w="100" w:type="dxa"/>
              <w:left w:w="110" w:type="dxa"/>
              <w:bottom w:w="100" w:type="dxa"/>
              <w:right w:w="110" w:type="dxa"/>
            </w:tcMar>
            <w:vAlign w:val="center"/>
          </w:tcPr>
          <w:p w14:paraId="59D10718" w14:textId="77777777" w:rsidR="006A55BC" w:rsidRDefault="00000000">
            <w:r>
              <w:rPr>
                <w:b/>
                <w:color w:val="FFFFFF"/>
                <w:sz w:val="13"/>
              </w:rPr>
              <w:t>Owner</w:t>
            </w:r>
          </w:p>
        </w:tc>
        <w:tc>
          <w:tcPr>
            <w:tcW w:w="792" w:type="dxa"/>
            <w:shd w:val="clear" w:color="auto" w:fill="17365D"/>
            <w:tcMar>
              <w:top w:w="100" w:type="dxa"/>
              <w:left w:w="110" w:type="dxa"/>
              <w:bottom w:w="100" w:type="dxa"/>
              <w:right w:w="110" w:type="dxa"/>
            </w:tcMar>
            <w:vAlign w:val="center"/>
          </w:tcPr>
          <w:p w14:paraId="430A1011" w14:textId="77777777" w:rsidR="006A55BC" w:rsidRDefault="00000000">
            <w:r>
              <w:rPr>
                <w:b/>
                <w:color w:val="FFFFFF"/>
                <w:sz w:val="13"/>
              </w:rPr>
              <w:t>Due date</w:t>
            </w:r>
          </w:p>
        </w:tc>
      </w:tr>
      <w:tr w:rsidR="006A55BC" w14:paraId="6FDDE814" w14:textId="77777777">
        <w:trPr>
          <w:cantSplit/>
          <w:jc w:val="center"/>
        </w:trPr>
        <w:tc>
          <w:tcPr>
            <w:tcW w:w="648" w:type="dxa"/>
            <w:tcMar>
              <w:top w:w="100" w:type="dxa"/>
              <w:left w:w="110" w:type="dxa"/>
              <w:bottom w:w="100" w:type="dxa"/>
              <w:right w:w="110" w:type="dxa"/>
            </w:tcMar>
            <w:vAlign w:val="center"/>
          </w:tcPr>
          <w:p w14:paraId="37806025"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52F5497A"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2710A596"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44AD4448"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4621615C"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09A0F325"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7E9C9B6B"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590354ED" w14:textId="77777777" w:rsidR="006A55BC" w:rsidRDefault="006A55BC">
            <w:pPr>
              <w:spacing w:after="20" w:line="240" w:lineRule="auto"/>
            </w:pPr>
          </w:p>
        </w:tc>
      </w:tr>
      <w:tr w:rsidR="006A55BC" w14:paraId="215965AA" w14:textId="77777777">
        <w:trPr>
          <w:cantSplit/>
          <w:jc w:val="center"/>
        </w:trPr>
        <w:tc>
          <w:tcPr>
            <w:tcW w:w="648" w:type="dxa"/>
            <w:shd w:val="clear" w:color="auto" w:fill="F4F7FA"/>
            <w:tcMar>
              <w:top w:w="100" w:type="dxa"/>
              <w:left w:w="110" w:type="dxa"/>
              <w:bottom w:w="100" w:type="dxa"/>
              <w:right w:w="110" w:type="dxa"/>
            </w:tcMar>
            <w:vAlign w:val="center"/>
          </w:tcPr>
          <w:p w14:paraId="2F1D3B42"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0F770D59"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6547D5EA"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0FE64FE5"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1193CE86"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6E66A559"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72E229C9"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6969F7EE" w14:textId="77777777" w:rsidR="006A55BC" w:rsidRDefault="006A55BC">
            <w:pPr>
              <w:spacing w:after="20" w:line="240" w:lineRule="auto"/>
            </w:pPr>
          </w:p>
        </w:tc>
      </w:tr>
      <w:tr w:rsidR="006A55BC" w14:paraId="7E04A8D6" w14:textId="77777777">
        <w:trPr>
          <w:cantSplit/>
          <w:jc w:val="center"/>
        </w:trPr>
        <w:tc>
          <w:tcPr>
            <w:tcW w:w="648" w:type="dxa"/>
            <w:tcMar>
              <w:top w:w="100" w:type="dxa"/>
              <w:left w:w="110" w:type="dxa"/>
              <w:bottom w:w="100" w:type="dxa"/>
              <w:right w:w="110" w:type="dxa"/>
            </w:tcMar>
            <w:vAlign w:val="center"/>
          </w:tcPr>
          <w:p w14:paraId="7D9DFC6D"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30E9E15A"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17770800"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4C7A945B"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159A5548"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5CC6660C"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4245D1B8"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0B8B6740" w14:textId="77777777" w:rsidR="006A55BC" w:rsidRDefault="006A55BC">
            <w:pPr>
              <w:spacing w:after="20" w:line="240" w:lineRule="auto"/>
            </w:pPr>
          </w:p>
        </w:tc>
      </w:tr>
      <w:tr w:rsidR="006A55BC" w14:paraId="054178A7" w14:textId="77777777">
        <w:trPr>
          <w:cantSplit/>
          <w:jc w:val="center"/>
        </w:trPr>
        <w:tc>
          <w:tcPr>
            <w:tcW w:w="648" w:type="dxa"/>
            <w:shd w:val="clear" w:color="auto" w:fill="F4F7FA"/>
            <w:tcMar>
              <w:top w:w="100" w:type="dxa"/>
              <w:left w:w="110" w:type="dxa"/>
              <w:bottom w:w="100" w:type="dxa"/>
              <w:right w:w="110" w:type="dxa"/>
            </w:tcMar>
            <w:vAlign w:val="center"/>
          </w:tcPr>
          <w:p w14:paraId="13CE087D"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622868DE"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434BF519"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5406A1DD"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1D7C76B3"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4AE27B95"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6DABD2B3"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73BF197B" w14:textId="77777777" w:rsidR="006A55BC" w:rsidRDefault="006A55BC">
            <w:pPr>
              <w:spacing w:after="20" w:line="240" w:lineRule="auto"/>
            </w:pPr>
          </w:p>
        </w:tc>
      </w:tr>
      <w:tr w:rsidR="006A55BC" w14:paraId="6843279C" w14:textId="77777777">
        <w:trPr>
          <w:cantSplit/>
          <w:jc w:val="center"/>
        </w:trPr>
        <w:tc>
          <w:tcPr>
            <w:tcW w:w="648" w:type="dxa"/>
            <w:tcMar>
              <w:top w:w="100" w:type="dxa"/>
              <w:left w:w="110" w:type="dxa"/>
              <w:bottom w:w="100" w:type="dxa"/>
              <w:right w:w="110" w:type="dxa"/>
            </w:tcMar>
            <w:vAlign w:val="center"/>
          </w:tcPr>
          <w:p w14:paraId="3BBE409C"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0CC18561"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77269282"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1DCF6EE1"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39DD65B6"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7D93C4E4"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28F54D80"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65AAE5EA" w14:textId="77777777" w:rsidR="006A55BC" w:rsidRDefault="006A55BC">
            <w:pPr>
              <w:spacing w:after="20" w:line="240" w:lineRule="auto"/>
            </w:pPr>
          </w:p>
        </w:tc>
      </w:tr>
      <w:tr w:rsidR="006A55BC" w14:paraId="33432F1A" w14:textId="77777777">
        <w:trPr>
          <w:cantSplit/>
          <w:jc w:val="center"/>
        </w:trPr>
        <w:tc>
          <w:tcPr>
            <w:tcW w:w="648" w:type="dxa"/>
            <w:shd w:val="clear" w:color="auto" w:fill="F4F7FA"/>
            <w:tcMar>
              <w:top w:w="100" w:type="dxa"/>
              <w:left w:w="110" w:type="dxa"/>
              <w:bottom w:w="100" w:type="dxa"/>
              <w:right w:w="110" w:type="dxa"/>
            </w:tcMar>
            <w:vAlign w:val="center"/>
          </w:tcPr>
          <w:p w14:paraId="73537132"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632A9016"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72E67ED2"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0F9C2E89"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75B1F523"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471648D5"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3CF4FCCE"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1D93341E" w14:textId="77777777" w:rsidR="006A55BC" w:rsidRDefault="006A55BC">
            <w:pPr>
              <w:spacing w:after="20" w:line="240" w:lineRule="auto"/>
            </w:pPr>
          </w:p>
        </w:tc>
      </w:tr>
      <w:tr w:rsidR="006A55BC" w14:paraId="5AD547C5" w14:textId="77777777">
        <w:trPr>
          <w:cantSplit/>
          <w:jc w:val="center"/>
        </w:trPr>
        <w:tc>
          <w:tcPr>
            <w:tcW w:w="648" w:type="dxa"/>
            <w:tcMar>
              <w:top w:w="100" w:type="dxa"/>
              <w:left w:w="110" w:type="dxa"/>
              <w:bottom w:w="100" w:type="dxa"/>
              <w:right w:w="110" w:type="dxa"/>
            </w:tcMar>
            <w:vAlign w:val="center"/>
          </w:tcPr>
          <w:p w14:paraId="3372C7DF"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556A7E2B"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71770E63"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7F6FD2D6"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7FF86B14"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7830CA89"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02D6D5BF" w14:textId="77777777" w:rsidR="006A55BC" w:rsidRDefault="006A55BC">
            <w:pPr>
              <w:spacing w:after="20" w:line="240" w:lineRule="auto"/>
            </w:pPr>
          </w:p>
        </w:tc>
        <w:tc>
          <w:tcPr>
            <w:tcW w:w="792" w:type="dxa"/>
            <w:tcMar>
              <w:top w:w="100" w:type="dxa"/>
              <w:left w:w="110" w:type="dxa"/>
              <w:bottom w:w="100" w:type="dxa"/>
              <w:right w:w="110" w:type="dxa"/>
            </w:tcMar>
            <w:vAlign w:val="center"/>
          </w:tcPr>
          <w:p w14:paraId="06D2AA20" w14:textId="77777777" w:rsidR="006A55BC" w:rsidRDefault="006A55BC">
            <w:pPr>
              <w:spacing w:after="20" w:line="240" w:lineRule="auto"/>
            </w:pPr>
          </w:p>
        </w:tc>
      </w:tr>
      <w:tr w:rsidR="006A55BC" w14:paraId="3A11E29E" w14:textId="77777777">
        <w:trPr>
          <w:cantSplit/>
          <w:jc w:val="center"/>
        </w:trPr>
        <w:tc>
          <w:tcPr>
            <w:tcW w:w="648" w:type="dxa"/>
            <w:shd w:val="clear" w:color="auto" w:fill="F4F7FA"/>
            <w:tcMar>
              <w:top w:w="100" w:type="dxa"/>
              <w:left w:w="110" w:type="dxa"/>
              <w:bottom w:w="100" w:type="dxa"/>
              <w:right w:w="110" w:type="dxa"/>
            </w:tcMar>
            <w:vAlign w:val="center"/>
          </w:tcPr>
          <w:p w14:paraId="432F3F9A"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06A7C8D9"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6DD0CE66"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7E8B0747"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36A3221C"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2B6054A1"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299B70C4" w14:textId="77777777" w:rsidR="006A55BC" w:rsidRDefault="006A55BC">
            <w:pPr>
              <w:spacing w:after="20" w:line="240" w:lineRule="auto"/>
            </w:pPr>
          </w:p>
        </w:tc>
        <w:tc>
          <w:tcPr>
            <w:tcW w:w="792" w:type="dxa"/>
            <w:shd w:val="clear" w:color="auto" w:fill="F4F7FA"/>
            <w:tcMar>
              <w:top w:w="100" w:type="dxa"/>
              <w:left w:w="110" w:type="dxa"/>
              <w:bottom w:w="100" w:type="dxa"/>
              <w:right w:w="110" w:type="dxa"/>
            </w:tcMar>
            <w:vAlign w:val="center"/>
          </w:tcPr>
          <w:p w14:paraId="4B41E598" w14:textId="77777777" w:rsidR="006A55BC" w:rsidRDefault="006A55BC">
            <w:pPr>
              <w:spacing w:after="20" w:line="240" w:lineRule="auto"/>
            </w:pPr>
          </w:p>
        </w:tc>
      </w:tr>
    </w:tbl>
    <w:p w14:paraId="5B2F9E8A" w14:textId="77777777" w:rsidR="006A55BC" w:rsidRDefault="006A55BC">
      <w:pPr>
        <w:spacing w:after="20"/>
      </w:pPr>
    </w:p>
    <w:p w14:paraId="4CE1F77D" w14:textId="77777777" w:rsidR="006A55BC" w:rsidRDefault="00000000">
      <w:pPr>
        <w:pStyle w:val="Heading2"/>
      </w:pPr>
      <w:r>
        <w:t>14.4 Positive Practices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32"/>
        <w:gridCol w:w="2448"/>
        <w:gridCol w:w="3024"/>
        <w:gridCol w:w="2232"/>
      </w:tblGrid>
      <w:tr w:rsidR="006A55BC" w14:paraId="584151A4" w14:textId="77777777">
        <w:trPr>
          <w:cantSplit/>
          <w:tblHeader/>
          <w:jc w:val="center"/>
        </w:trPr>
        <w:tc>
          <w:tcPr>
            <w:tcW w:w="2232" w:type="dxa"/>
            <w:shd w:val="clear" w:color="auto" w:fill="17365D"/>
            <w:tcMar>
              <w:top w:w="100" w:type="dxa"/>
              <w:left w:w="110" w:type="dxa"/>
              <w:bottom w:w="100" w:type="dxa"/>
              <w:right w:w="110" w:type="dxa"/>
            </w:tcMar>
            <w:vAlign w:val="center"/>
          </w:tcPr>
          <w:p w14:paraId="13E04AB5" w14:textId="77777777" w:rsidR="006A55BC" w:rsidRDefault="00000000">
            <w:r>
              <w:rPr>
                <w:b/>
                <w:color w:val="FFFFFF"/>
                <w:sz w:val="16"/>
              </w:rPr>
              <w:t>Practice</w:t>
            </w:r>
          </w:p>
        </w:tc>
        <w:tc>
          <w:tcPr>
            <w:tcW w:w="2448" w:type="dxa"/>
            <w:shd w:val="clear" w:color="auto" w:fill="17365D"/>
            <w:tcMar>
              <w:top w:w="100" w:type="dxa"/>
              <w:left w:w="110" w:type="dxa"/>
              <w:bottom w:w="100" w:type="dxa"/>
              <w:right w:w="110" w:type="dxa"/>
            </w:tcMar>
            <w:vAlign w:val="center"/>
          </w:tcPr>
          <w:p w14:paraId="1E9EC27F" w14:textId="77777777" w:rsidR="006A55BC" w:rsidRDefault="00000000">
            <w:r>
              <w:rPr>
                <w:b/>
                <w:color w:val="FFFFFF"/>
                <w:sz w:val="16"/>
              </w:rPr>
              <w:t>Evidence</w:t>
            </w:r>
          </w:p>
        </w:tc>
        <w:tc>
          <w:tcPr>
            <w:tcW w:w="3024" w:type="dxa"/>
            <w:shd w:val="clear" w:color="auto" w:fill="17365D"/>
            <w:tcMar>
              <w:top w:w="100" w:type="dxa"/>
              <w:left w:w="110" w:type="dxa"/>
              <w:bottom w:w="100" w:type="dxa"/>
              <w:right w:w="110" w:type="dxa"/>
            </w:tcMar>
            <w:vAlign w:val="center"/>
          </w:tcPr>
          <w:p w14:paraId="4B983337" w14:textId="77777777" w:rsidR="006A55BC" w:rsidRDefault="00000000">
            <w:r>
              <w:rPr>
                <w:b/>
                <w:color w:val="FFFFFF"/>
                <w:sz w:val="16"/>
              </w:rPr>
              <w:t>Why it is effective</w:t>
            </w:r>
          </w:p>
        </w:tc>
        <w:tc>
          <w:tcPr>
            <w:tcW w:w="2232" w:type="dxa"/>
            <w:shd w:val="clear" w:color="auto" w:fill="17365D"/>
            <w:tcMar>
              <w:top w:w="100" w:type="dxa"/>
              <w:left w:w="110" w:type="dxa"/>
              <w:bottom w:w="100" w:type="dxa"/>
              <w:right w:w="110" w:type="dxa"/>
            </w:tcMar>
            <w:vAlign w:val="center"/>
          </w:tcPr>
          <w:p w14:paraId="28F19DD9" w14:textId="77777777" w:rsidR="006A55BC" w:rsidRDefault="00000000">
            <w:r>
              <w:rPr>
                <w:b/>
                <w:color w:val="FFFFFF"/>
                <w:sz w:val="16"/>
              </w:rPr>
              <w:t>How it will be sustained</w:t>
            </w:r>
          </w:p>
        </w:tc>
      </w:tr>
      <w:tr w:rsidR="006A55BC" w14:paraId="1788287D" w14:textId="77777777">
        <w:trPr>
          <w:cantSplit/>
          <w:jc w:val="center"/>
        </w:trPr>
        <w:tc>
          <w:tcPr>
            <w:tcW w:w="2232" w:type="dxa"/>
            <w:tcMar>
              <w:top w:w="100" w:type="dxa"/>
              <w:left w:w="110" w:type="dxa"/>
              <w:bottom w:w="100" w:type="dxa"/>
              <w:right w:w="110" w:type="dxa"/>
            </w:tcMar>
            <w:vAlign w:val="center"/>
          </w:tcPr>
          <w:p w14:paraId="5CE5E92D"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7B2F5310" w14:textId="77777777" w:rsidR="006A55BC" w:rsidRDefault="006A55BC">
            <w:pPr>
              <w:spacing w:after="20" w:line="240" w:lineRule="auto"/>
            </w:pPr>
          </w:p>
        </w:tc>
        <w:tc>
          <w:tcPr>
            <w:tcW w:w="3024" w:type="dxa"/>
            <w:tcMar>
              <w:top w:w="100" w:type="dxa"/>
              <w:left w:w="110" w:type="dxa"/>
              <w:bottom w:w="100" w:type="dxa"/>
              <w:right w:w="110" w:type="dxa"/>
            </w:tcMar>
            <w:vAlign w:val="center"/>
          </w:tcPr>
          <w:p w14:paraId="61928658" w14:textId="77777777" w:rsidR="006A55BC" w:rsidRDefault="006A55BC">
            <w:pPr>
              <w:spacing w:after="20" w:line="240" w:lineRule="auto"/>
            </w:pPr>
          </w:p>
        </w:tc>
        <w:tc>
          <w:tcPr>
            <w:tcW w:w="2232" w:type="dxa"/>
            <w:tcMar>
              <w:top w:w="100" w:type="dxa"/>
              <w:left w:w="110" w:type="dxa"/>
              <w:bottom w:w="100" w:type="dxa"/>
              <w:right w:w="110" w:type="dxa"/>
            </w:tcMar>
            <w:vAlign w:val="center"/>
          </w:tcPr>
          <w:p w14:paraId="4D38CFC9" w14:textId="77777777" w:rsidR="006A55BC" w:rsidRDefault="006A55BC">
            <w:pPr>
              <w:spacing w:after="20" w:line="240" w:lineRule="auto"/>
            </w:pPr>
          </w:p>
        </w:tc>
      </w:tr>
      <w:tr w:rsidR="006A55BC" w14:paraId="18333CC3" w14:textId="77777777">
        <w:trPr>
          <w:cantSplit/>
          <w:jc w:val="center"/>
        </w:trPr>
        <w:tc>
          <w:tcPr>
            <w:tcW w:w="2232" w:type="dxa"/>
            <w:shd w:val="clear" w:color="auto" w:fill="F4F7FA"/>
            <w:tcMar>
              <w:top w:w="100" w:type="dxa"/>
              <w:left w:w="110" w:type="dxa"/>
              <w:bottom w:w="100" w:type="dxa"/>
              <w:right w:w="110" w:type="dxa"/>
            </w:tcMar>
            <w:vAlign w:val="center"/>
          </w:tcPr>
          <w:p w14:paraId="5D860E69" w14:textId="77777777" w:rsidR="006A55BC" w:rsidRDefault="006A55BC">
            <w:pPr>
              <w:spacing w:after="20" w:line="240" w:lineRule="auto"/>
            </w:pPr>
          </w:p>
        </w:tc>
        <w:tc>
          <w:tcPr>
            <w:tcW w:w="2448" w:type="dxa"/>
            <w:shd w:val="clear" w:color="auto" w:fill="F4F7FA"/>
            <w:tcMar>
              <w:top w:w="100" w:type="dxa"/>
              <w:left w:w="110" w:type="dxa"/>
              <w:bottom w:w="100" w:type="dxa"/>
              <w:right w:w="110" w:type="dxa"/>
            </w:tcMar>
            <w:vAlign w:val="center"/>
          </w:tcPr>
          <w:p w14:paraId="7AE3CB86" w14:textId="77777777" w:rsidR="006A55BC" w:rsidRDefault="006A55BC">
            <w:pPr>
              <w:spacing w:after="20" w:line="240" w:lineRule="auto"/>
            </w:pPr>
          </w:p>
        </w:tc>
        <w:tc>
          <w:tcPr>
            <w:tcW w:w="3024" w:type="dxa"/>
            <w:shd w:val="clear" w:color="auto" w:fill="F4F7FA"/>
            <w:tcMar>
              <w:top w:w="100" w:type="dxa"/>
              <w:left w:w="110" w:type="dxa"/>
              <w:bottom w:w="100" w:type="dxa"/>
              <w:right w:w="110" w:type="dxa"/>
            </w:tcMar>
            <w:vAlign w:val="center"/>
          </w:tcPr>
          <w:p w14:paraId="1003DDC7" w14:textId="77777777" w:rsidR="006A55BC" w:rsidRDefault="006A55BC">
            <w:pPr>
              <w:spacing w:after="20" w:line="240" w:lineRule="auto"/>
            </w:pPr>
          </w:p>
        </w:tc>
        <w:tc>
          <w:tcPr>
            <w:tcW w:w="2232" w:type="dxa"/>
            <w:shd w:val="clear" w:color="auto" w:fill="F4F7FA"/>
            <w:tcMar>
              <w:top w:w="100" w:type="dxa"/>
              <w:left w:w="110" w:type="dxa"/>
              <w:bottom w:w="100" w:type="dxa"/>
              <w:right w:w="110" w:type="dxa"/>
            </w:tcMar>
            <w:vAlign w:val="center"/>
          </w:tcPr>
          <w:p w14:paraId="7F5FC5C6" w14:textId="77777777" w:rsidR="006A55BC" w:rsidRDefault="006A55BC">
            <w:pPr>
              <w:spacing w:after="20" w:line="240" w:lineRule="auto"/>
            </w:pPr>
          </w:p>
        </w:tc>
      </w:tr>
      <w:tr w:rsidR="006A55BC" w14:paraId="39C6B1E7" w14:textId="77777777">
        <w:trPr>
          <w:cantSplit/>
          <w:jc w:val="center"/>
        </w:trPr>
        <w:tc>
          <w:tcPr>
            <w:tcW w:w="2232" w:type="dxa"/>
            <w:tcMar>
              <w:top w:w="100" w:type="dxa"/>
              <w:left w:w="110" w:type="dxa"/>
              <w:bottom w:w="100" w:type="dxa"/>
              <w:right w:w="110" w:type="dxa"/>
            </w:tcMar>
            <w:vAlign w:val="center"/>
          </w:tcPr>
          <w:p w14:paraId="00AEB3D3"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493554DB" w14:textId="77777777" w:rsidR="006A55BC" w:rsidRDefault="006A55BC">
            <w:pPr>
              <w:spacing w:after="20" w:line="240" w:lineRule="auto"/>
            </w:pPr>
          </w:p>
        </w:tc>
        <w:tc>
          <w:tcPr>
            <w:tcW w:w="3024" w:type="dxa"/>
            <w:tcMar>
              <w:top w:w="100" w:type="dxa"/>
              <w:left w:w="110" w:type="dxa"/>
              <w:bottom w:w="100" w:type="dxa"/>
              <w:right w:w="110" w:type="dxa"/>
            </w:tcMar>
            <w:vAlign w:val="center"/>
          </w:tcPr>
          <w:p w14:paraId="1E054009" w14:textId="77777777" w:rsidR="006A55BC" w:rsidRDefault="006A55BC">
            <w:pPr>
              <w:spacing w:after="20" w:line="240" w:lineRule="auto"/>
            </w:pPr>
          </w:p>
        </w:tc>
        <w:tc>
          <w:tcPr>
            <w:tcW w:w="2232" w:type="dxa"/>
            <w:tcMar>
              <w:top w:w="100" w:type="dxa"/>
              <w:left w:w="110" w:type="dxa"/>
              <w:bottom w:w="100" w:type="dxa"/>
              <w:right w:w="110" w:type="dxa"/>
            </w:tcMar>
            <w:vAlign w:val="center"/>
          </w:tcPr>
          <w:p w14:paraId="4A765C7B" w14:textId="77777777" w:rsidR="006A55BC" w:rsidRDefault="006A55BC">
            <w:pPr>
              <w:spacing w:after="20" w:line="240" w:lineRule="auto"/>
            </w:pPr>
          </w:p>
        </w:tc>
      </w:tr>
      <w:tr w:rsidR="006A55BC" w14:paraId="19FC5756" w14:textId="77777777">
        <w:trPr>
          <w:cantSplit/>
          <w:jc w:val="center"/>
        </w:trPr>
        <w:tc>
          <w:tcPr>
            <w:tcW w:w="2232" w:type="dxa"/>
            <w:shd w:val="clear" w:color="auto" w:fill="F4F7FA"/>
            <w:tcMar>
              <w:top w:w="100" w:type="dxa"/>
              <w:left w:w="110" w:type="dxa"/>
              <w:bottom w:w="100" w:type="dxa"/>
              <w:right w:w="110" w:type="dxa"/>
            </w:tcMar>
            <w:vAlign w:val="center"/>
          </w:tcPr>
          <w:p w14:paraId="16A3AEE1" w14:textId="77777777" w:rsidR="006A55BC" w:rsidRDefault="006A55BC">
            <w:pPr>
              <w:spacing w:after="20" w:line="240" w:lineRule="auto"/>
            </w:pPr>
          </w:p>
        </w:tc>
        <w:tc>
          <w:tcPr>
            <w:tcW w:w="2448" w:type="dxa"/>
            <w:shd w:val="clear" w:color="auto" w:fill="F4F7FA"/>
            <w:tcMar>
              <w:top w:w="100" w:type="dxa"/>
              <w:left w:w="110" w:type="dxa"/>
              <w:bottom w:w="100" w:type="dxa"/>
              <w:right w:w="110" w:type="dxa"/>
            </w:tcMar>
            <w:vAlign w:val="center"/>
          </w:tcPr>
          <w:p w14:paraId="2078BDEA" w14:textId="77777777" w:rsidR="006A55BC" w:rsidRDefault="006A55BC">
            <w:pPr>
              <w:spacing w:after="20" w:line="240" w:lineRule="auto"/>
            </w:pPr>
          </w:p>
        </w:tc>
        <w:tc>
          <w:tcPr>
            <w:tcW w:w="3024" w:type="dxa"/>
            <w:shd w:val="clear" w:color="auto" w:fill="F4F7FA"/>
            <w:tcMar>
              <w:top w:w="100" w:type="dxa"/>
              <w:left w:w="110" w:type="dxa"/>
              <w:bottom w:w="100" w:type="dxa"/>
              <w:right w:w="110" w:type="dxa"/>
            </w:tcMar>
            <w:vAlign w:val="center"/>
          </w:tcPr>
          <w:p w14:paraId="531A7B1F" w14:textId="77777777" w:rsidR="006A55BC" w:rsidRDefault="006A55BC">
            <w:pPr>
              <w:spacing w:after="20" w:line="240" w:lineRule="auto"/>
            </w:pPr>
          </w:p>
        </w:tc>
        <w:tc>
          <w:tcPr>
            <w:tcW w:w="2232" w:type="dxa"/>
            <w:shd w:val="clear" w:color="auto" w:fill="F4F7FA"/>
            <w:tcMar>
              <w:top w:w="100" w:type="dxa"/>
              <w:left w:w="110" w:type="dxa"/>
              <w:bottom w:w="100" w:type="dxa"/>
              <w:right w:w="110" w:type="dxa"/>
            </w:tcMar>
            <w:vAlign w:val="center"/>
          </w:tcPr>
          <w:p w14:paraId="39F2282F" w14:textId="77777777" w:rsidR="006A55BC" w:rsidRDefault="006A55BC">
            <w:pPr>
              <w:spacing w:after="20" w:line="240" w:lineRule="auto"/>
            </w:pPr>
          </w:p>
        </w:tc>
      </w:tr>
      <w:tr w:rsidR="006A55BC" w14:paraId="4BC128CC" w14:textId="77777777">
        <w:trPr>
          <w:cantSplit/>
          <w:jc w:val="center"/>
        </w:trPr>
        <w:tc>
          <w:tcPr>
            <w:tcW w:w="2232" w:type="dxa"/>
            <w:tcMar>
              <w:top w:w="100" w:type="dxa"/>
              <w:left w:w="110" w:type="dxa"/>
              <w:bottom w:w="100" w:type="dxa"/>
              <w:right w:w="110" w:type="dxa"/>
            </w:tcMar>
            <w:vAlign w:val="center"/>
          </w:tcPr>
          <w:p w14:paraId="00AF43EE"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5ECDB216" w14:textId="77777777" w:rsidR="006A55BC" w:rsidRDefault="006A55BC">
            <w:pPr>
              <w:spacing w:after="20" w:line="240" w:lineRule="auto"/>
            </w:pPr>
          </w:p>
        </w:tc>
        <w:tc>
          <w:tcPr>
            <w:tcW w:w="3024" w:type="dxa"/>
            <w:tcMar>
              <w:top w:w="100" w:type="dxa"/>
              <w:left w:w="110" w:type="dxa"/>
              <w:bottom w:w="100" w:type="dxa"/>
              <w:right w:w="110" w:type="dxa"/>
            </w:tcMar>
            <w:vAlign w:val="center"/>
          </w:tcPr>
          <w:p w14:paraId="1435F1C7" w14:textId="77777777" w:rsidR="006A55BC" w:rsidRDefault="006A55BC">
            <w:pPr>
              <w:spacing w:after="20" w:line="240" w:lineRule="auto"/>
            </w:pPr>
          </w:p>
        </w:tc>
        <w:tc>
          <w:tcPr>
            <w:tcW w:w="2232" w:type="dxa"/>
            <w:tcMar>
              <w:top w:w="100" w:type="dxa"/>
              <w:left w:w="110" w:type="dxa"/>
              <w:bottom w:w="100" w:type="dxa"/>
              <w:right w:w="110" w:type="dxa"/>
            </w:tcMar>
            <w:vAlign w:val="center"/>
          </w:tcPr>
          <w:p w14:paraId="748920ED" w14:textId="77777777" w:rsidR="006A55BC" w:rsidRDefault="006A55BC">
            <w:pPr>
              <w:spacing w:after="20" w:line="240" w:lineRule="auto"/>
            </w:pPr>
          </w:p>
        </w:tc>
      </w:tr>
    </w:tbl>
    <w:p w14:paraId="4C46E7F6" w14:textId="77777777" w:rsidR="006A55BC" w:rsidRDefault="006A55BC">
      <w:pPr>
        <w:spacing w:after="20"/>
      </w:pPr>
    </w:p>
    <w:p w14:paraId="573D97A4" w14:textId="77777777" w:rsidR="006A55BC" w:rsidRDefault="00000000">
      <w:pPr>
        <w:pStyle w:val="Heading2"/>
      </w:pPr>
      <w:r>
        <w:t>14.5 Formal Conclusion</w:t>
      </w:r>
    </w:p>
    <w:p w14:paraId="70EF4F28" w14:textId="77777777" w:rsidR="006A55BC" w:rsidRDefault="00000000">
      <w:r>
        <w:t>Overall corruption risk conclusion: ______________________________________________________________________________________________________________________________________________________________________________</w:t>
      </w:r>
    </w:p>
    <w:p w14:paraId="27BCB6E8" w14:textId="77777777" w:rsidR="006A55BC" w:rsidRDefault="00000000">
      <w:r>
        <w:t>Management acceptance and qualifications: __________________________________________________________________________________________________________________________________________________________________________</w:t>
      </w:r>
    </w:p>
    <w:p w14:paraId="0DC1A20C" w14:textId="77777777" w:rsidR="006A55BC" w:rsidRDefault="00000000">
      <w:r>
        <w:br w:type="page"/>
      </w:r>
    </w:p>
    <w:p w14:paraId="58726FF0" w14:textId="77777777" w:rsidR="006A55BC" w:rsidRDefault="00000000">
      <w:pPr>
        <w:pStyle w:val="Heading1"/>
      </w:pPr>
      <w:r>
        <w:lastRenderedPageBreak/>
        <w:t>Appendix A Workshop Agenda and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512"/>
        <w:gridCol w:w="2520"/>
        <w:gridCol w:w="5904"/>
      </w:tblGrid>
      <w:tr w:rsidR="006A55BC" w14:paraId="30ECEE57" w14:textId="77777777">
        <w:trPr>
          <w:cantSplit/>
          <w:tblHeader/>
          <w:jc w:val="center"/>
        </w:trPr>
        <w:tc>
          <w:tcPr>
            <w:tcW w:w="1512" w:type="dxa"/>
            <w:shd w:val="clear" w:color="auto" w:fill="17365D"/>
            <w:tcMar>
              <w:top w:w="100" w:type="dxa"/>
              <w:left w:w="110" w:type="dxa"/>
              <w:bottom w:w="100" w:type="dxa"/>
              <w:right w:w="110" w:type="dxa"/>
            </w:tcMar>
            <w:vAlign w:val="center"/>
          </w:tcPr>
          <w:p w14:paraId="393D3243" w14:textId="77777777" w:rsidR="006A55BC" w:rsidRDefault="00000000">
            <w:r>
              <w:rPr>
                <w:b/>
                <w:color w:val="FFFFFF"/>
                <w:sz w:val="17"/>
              </w:rPr>
              <w:t>Time</w:t>
            </w:r>
          </w:p>
        </w:tc>
        <w:tc>
          <w:tcPr>
            <w:tcW w:w="2520" w:type="dxa"/>
            <w:shd w:val="clear" w:color="auto" w:fill="17365D"/>
            <w:tcMar>
              <w:top w:w="100" w:type="dxa"/>
              <w:left w:w="110" w:type="dxa"/>
              <w:bottom w:w="100" w:type="dxa"/>
              <w:right w:w="110" w:type="dxa"/>
            </w:tcMar>
            <w:vAlign w:val="center"/>
          </w:tcPr>
          <w:p w14:paraId="7BBE19A4" w14:textId="77777777" w:rsidR="006A55BC" w:rsidRDefault="00000000">
            <w:r>
              <w:rPr>
                <w:b/>
                <w:color w:val="FFFFFF"/>
                <w:sz w:val="17"/>
              </w:rPr>
              <w:t>Activity</w:t>
            </w:r>
          </w:p>
        </w:tc>
        <w:tc>
          <w:tcPr>
            <w:tcW w:w="5904" w:type="dxa"/>
            <w:shd w:val="clear" w:color="auto" w:fill="17365D"/>
            <w:tcMar>
              <w:top w:w="100" w:type="dxa"/>
              <w:left w:w="110" w:type="dxa"/>
              <w:bottom w:w="100" w:type="dxa"/>
              <w:right w:w="110" w:type="dxa"/>
            </w:tcMar>
            <w:vAlign w:val="center"/>
          </w:tcPr>
          <w:p w14:paraId="46EA9899" w14:textId="77777777" w:rsidR="006A55BC" w:rsidRDefault="00000000">
            <w:r>
              <w:rPr>
                <w:b/>
                <w:color w:val="FFFFFF"/>
                <w:sz w:val="17"/>
              </w:rPr>
              <w:t>Purpose</w:t>
            </w:r>
          </w:p>
        </w:tc>
      </w:tr>
      <w:tr w:rsidR="006A55BC" w14:paraId="48D579BD" w14:textId="77777777">
        <w:trPr>
          <w:cantSplit/>
          <w:jc w:val="center"/>
        </w:trPr>
        <w:tc>
          <w:tcPr>
            <w:tcW w:w="1512" w:type="dxa"/>
            <w:tcMar>
              <w:top w:w="100" w:type="dxa"/>
              <w:left w:w="110" w:type="dxa"/>
              <w:bottom w:w="100" w:type="dxa"/>
              <w:right w:w="110" w:type="dxa"/>
            </w:tcMar>
            <w:vAlign w:val="center"/>
          </w:tcPr>
          <w:p w14:paraId="0C804165" w14:textId="77777777" w:rsidR="006A55BC" w:rsidRDefault="00000000">
            <w:pPr>
              <w:spacing w:after="20" w:line="240" w:lineRule="auto"/>
            </w:pPr>
            <w:r>
              <w:rPr>
                <w:sz w:val="17"/>
              </w:rPr>
              <w:t>00:00–00:15</w:t>
            </w:r>
          </w:p>
        </w:tc>
        <w:tc>
          <w:tcPr>
            <w:tcW w:w="2520" w:type="dxa"/>
            <w:tcMar>
              <w:top w:w="100" w:type="dxa"/>
              <w:left w:w="110" w:type="dxa"/>
              <w:bottom w:w="100" w:type="dxa"/>
              <w:right w:w="110" w:type="dxa"/>
            </w:tcMar>
            <w:vAlign w:val="center"/>
          </w:tcPr>
          <w:p w14:paraId="2F59859A" w14:textId="77777777" w:rsidR="006A55BC" w:rsidRDefault="00000000">
            <w:pPr>
              <w:spacing w:after="20" w:line="240" w:lineRule="auto"/>
            </w:pPr>
            <w:r>
              <w:rPr>
                <w:sz w:val="17"/>
              </w:rPr>
              <w:t>Opening and scope</w:t>
            </w:r>
          </w:p>
        </w:tc>
        <w:tc>
          <w:tcPr>
            <w:tcW w:w="5904" w:type="dxa"/>
            <w:tcMar>
              <w:top w:w="100" w:type="dxa"/>
              <w:left w:w="110" w:type="dxa"/>
              <w:bottom w:w="100" w:type="dxa"/>
              <w:right w:w="110" w:type="dxa"/>
            </w:tcMar>
            <w:vAlign w:val="center"/>
          </w:tcPr>
          <w:p w14:paraId="18672A7B" w14:textId="77777777" w:rsidR="006A55BC" w:rsidRDefault="00000000">
            <w:pPr>
              <w:spacing w:after="20" w:line="240" w:lineRule="auto"/>
            </w:pPr>
            <w:r>
              <w:rPr>
                <w:sz w:val="17"/>
              </w:rPr>
              <w:t>Confirm objectives, confidentiality, roles and decision rules.</w:t>
            </w:r>
          </w:p>
        </w:tc>
      </w:tr>
      <w:tr w:rsidR="006A55BC" w14:paraId="5869DD71" w14:textId="77777777">
        <w:trPr>
          <w:cantSplit/>
          <w:jc w:val="center"/>
        </w:trPr>
        <w:tc>
          <w:tcPr>
            <w:tcW w:w="1512" w:type="dxa"/>
            <w:shd w:val="clear" w:color="auto" w:fill="F4F7FA"/>
            <w:tcMar>
              <w:top w:w="100" w:type="dxa"/>
              <w:left w:w="110" w:type="dxa"/>
              <w:bottom w:w="100" w:type="dxa"/>
              <w:right w:w="110" w:type="dxa"/>
            </w:tcMar>
            <w:vAlign w:val="center"/>
          </w:tcPr>
          <w:p w14:paraId="40AC2552" w14:textId="77777777" w:rsidR="006A55BC" w:rsidRDefault="00000000">
            <w:pPr>
              <w:spacing w:after="20" w:line="240" w:lineRule="auto"/>
            </w:pPr>
            <w:r>
              <w:rPr>
                <w:sz w:val="17"/>
              </w:rPr>
              <w:t>00:15–00:35</w:t>
            </w:r>
          </w:p>
        </w:tc>
        <w:tc>
          <w:tcPr>
            <w:tcW w:w="2520" w:type="dxa"/>
            <w:shd w:val="clear" w:color="auto" w:fill="F4F7FA"/>
            <w:tcMar>
              <w:top w:w="100" w:type="dxa"/>
              <w:left w:w="110" w:type="dxa"/>
              <w:bottom w:w="100" w:type="dxa"/>
              <w:right w:w="110" w:type="dxa"/>
            </w:tcMar>
            <w:vAlign w:val="center"/>
          </w:tcPr>
          <w:p w14:paraId="27209694" w14:textId="77777777" w:rsidR="006A55BC" w:rsidRDefault="00000000">
            <w:pPr>
              <w:spacing w:after="20" w:line="240" w:lineRule="auto"/>
            </w:pPr>
            <w:r>
              <w:rPr>
                <w:sz w:val="17"/>
              </w:rPr>
              <w:t>Context review</w:t>
            </w:r>
          </w:p>
        </w:tc>
        <w:tc>
          <w:tcPr>
            <w:tcW w:w="5904" w:type="dxa"/>
            <w:shd w:val="clear" w:color="auto" w:fill="F4F7FA"/>
            <w:tcMar>
              <w:top w:w="100" w:type="dxa"/>
              <w:left w:w="110" w:type="dxa"/>
              <w:bottom w:w="100" w:type="dxa"/>
              <w:right w:w="110" w:type="dxa"/>
            </w:tcMar>
            <w:vAlign w:val="center"/>
          </w:tcPr>
          <w:p w14:paraId="283D72CD" w14:textId="77777777" w:rsidR="006A55BC" w:rsidRDefault="00000000">
            <w:pPr>
              <w:spacing w:after="20" w:line="240" w:lineRule="auto"/>
            </w:pPr>
            <w:r>
              <w:rPr>
                <w:sz w:val="17"/>
              </w:rPr>
              <w:t>Identify changes, external pressures and high-risk touchpoints.</w:t>
            </w:r>
          </w:p>
        </w:tc>
      </w:tr>
      <w:tr w:rsidR="006A55BC" w14:paraId="7A87BFDA" w14:textId="77777777">
        <w:trPr>
          <w:cantSplit/>
          <w:jc w:val="center"/>
        </w:trPr>
        <w:tc>
          <w:tcPr>
            <w:tcW w:w="1512" w:type="dxa"/>
            <w:tcMar>
              <w:top w:w="100" w:type="dxa"/>
              <w:left w:w="110" w:type="dxa"/>
              <w:bottom w:w="100" w:type="dxa"/>
              <w:right w:w="110" w:type="dxa"/>
            </w:tcMar>
            <w:vAlign w:val="center"/>
          </w:tcPr>
          <w:p w14:paraId="70611004" w14:textId="77777777" w:rsidR="006A55BC" w:rsidRDefault="00000000">
            <w:pPr>
              <w:spacing w:after="20" w:line="240" w:lineRule="auto"/>
            </w:pPr>
            <w:r>
              <w:rPr>
                <w:sz w:val="17"/>
              </w:rPr>
              <w:t>00:35–01:20</w:t>
            </w:r>
          </w:p>
        </w:tc>
        <w:tc>
          <w:tcPr>
            <w:tcW w:w="2520" w:type="dxa"/>
            <w:tcMar>
              <w:top w:w="100" w:type="dxa"/>
              <w:left w:w="110" w:type="dxa"/>
              <w:bottom w:w="100" w:type="dxa"/>
              <w:right w:w="110" w:type="dxa"/>
            </w:tcMar>
            <w:vAlign w:val="center"/>
          </w:tcPr>
          <w:p w14:paraId="56B04CBB" w14:textId="77777777" w:rsidR="006A55BC" w:rsidRDefault="00000000">
            <w:pPr>
              <w:spacing w:after="20" w:line="240" w:lineRule="auto"/>
            </w:pPr>
            <w:r>
              <w:rPr>
                <w:sz w:val="17"/>
              </w:rPr>
              <w:t>Scenario identification</w:t>
            </w:r>
          </w:p>
        </w:tc>
        <w:tc>
          <w:tcPr>
            <w:tcW w:w="5904" w:type="dxa"/>
            <w:tcMar>
              <w:top w:w="100" w:type="dxa"/>
              <w:left w:w="110" w:type="dxa"/>
              <w:bottom w:w="100" w:type="dxa"/>
              <w:right w:w="110" w:type="dxa"/>
            </w:tcMar>
            <w:vAlign w:val="center"/>
          </w:tcPr>
          <w:p w14:paraId="447C95B3" w14:textId="77777777" w:rsidR="006A55BC" w:rsidRDefault="00000000">
            <w:pPr>
              <w:spacing w:after="20" w:line="240" w:lineRule="auto"/>
            </w:pPr>
            <w:r>
              <w:rPr>
                <w:sz w:val="17"/>
              </w:rPr>
              <w:t>Map actors, methods, causes and consequences.</w:t>
            </w:r>
          </w:p>
        </w:tc>
      </w:tr>
      <w:tr w:rsidR="006A55BC" w14:paraId="5E90CAD4" w14:textId="77777777">
        <w:trPr>
          <w:cantSplit/>
          <w:jc w:val="center"/>
        </w:trPr>
        <w:tc>
          <w:tcPr>
            <w:tcW w:w="1512" w:type="dxa"/>
            <w:shd w:val="clear" w:color="auto" w:fill="F4F7FA"/>
            <w:tcMar>
              <w:top w:w="100" w:type="dxa"/>
              <w:left w:w="110" w:type="dxa"/>
              <w:bottom w:w="100" w:type="dxa"/>
              <w:right w:w="110" w:type="dxa"/>
            </w:tcMar>
            <w:vAlign w:val="center"/>
          </w:tcPr>
          <w:p w14:paraId="44D80781" w14:textId="77777777" w:rsidR="006A55BC" w:rsidRDefault="00000000">
            <w:pPr>
              <w:spacing w:after="20" w:line="240" w:lineRule="auto"/>
            </w:pPr>
            <w:r>
              <w:rPr>
                <w:sz w:val="17"/>
              </w:rPr>
              <w:t>01:20–01:50</w:t>
            </w:r>
          </w:p>
        </w:tc>
        <w:tc>
          <w:tcPr>
            <w:tcW w:w="2520" w:type="dxa"/>
            <w:shd w:val="clear" w:color="auto" w:fill="F4F7FA"/>
            <w:tcMar>
              <w:top w:w="100" w:type="dxa"/>
              <w:left w:w="110" w:type="dxa"/>
              <w:bottom w:w="100" w:type="dxa"/>
              <w:right w:w="110" w:type="dxa"/>
            </w:tcMar>
            <w:vAlign w:val="center"/>
          </w:tcPr>
          <w:p w14:paraId="2EA4BCB3" w14:textId="77777777" w:rsidR="006A55BC" w:rsidRDefault="00000000">
            <w:pPr>
              <w:spacing w:after="20" w:line="240" w:lineRule="auto"/>
            </w:pPr>
            <w:r>
              <w:rPr>
                <w:sz w:val="17"/>
              </w:rPr>
              <w:t>Inherent scoring</w:t>
            </w:r>
          </w:p>
        </w:tc>
        <w:tc>
          <w:tcPr>
            <w:tcW w:w="5904" w:type="dxa"/>
            <w:shd w:val="clear" w:color="auto" w:fill="F4F7FA"/>
            <w:tcMar>
              <w:top w:w="100" w:type="dxa"/>
              <w:left w:w="110" w:type="dxa"/>
              <w:bottom w:w="100" w:type="dxa"/>
              <w:right w:w="110" w:type="dxa"/>
            </w:tcMar>
            <w:vAlign w:val="center"/>
          </w:tcPr>
          <w:p w14:paraId="00E7FAE5" w14:textId="77777777" w:rsidR="006A55BC" w:rsidRDefault="00000000">
            <w:pPr>
              <w:spacing w:after="20" w:line="240" w:lineRule="auto"/>
            </w:pPr>
            <w:r>
              <w:rPr>
                <w:sz w:val="17"/>
              </w:rPr>
              <w:t>Score likelihood and impact without controls.</w:t>
            </w:r>
          </w:p>
        </w:tc>
      </w:tr>
      <w:tr w:rsidR="006A55BC" w14:paraId="1EA2BA5A" w14:textId="77777777">
        <w:trPr>
          <w:cantSplit/>
          <w:jc w:val="center"/>
        </w:trPr>
        <w:tc>
          <w:tcPr>
            <w:tcW w:w="1512" w:type="dxa"/>
            <w:tcMar>
              <w:top w:w="100" w:type="dxa"/>
              <w:left w:w="110" w:type="dxa"/>
              <w:bottom w:w="100" w:type="dxa"/>
              <w:right w:w="110" w:type="dxa"/>
            </w:tcMar>
            <w:vAlign w:val="center"/>
          </w:tcPr>
          <w:p w14:paraId="73C2043A" w14:textId="77777777" w:rsidR="006A55BC" w:rsidRDefault="00000000">
            <w:pPr>
              <w:spacing w:after="20" w:line="240" w:lineRule="auto"/>
            </w:pPr>
            <w:r>
              <w:rPr>
                <w:sz w:val="17"/>
              </w:rPr>
              <w:t>01:50–02:30</w:t>
            </w:r>
          </w:p>
        </w:tc>
        <w:tc>
          <w:tcPr>
            <w:tcW w:w="2520" w:type="dxa"/>
            <w:tcMar>
              <w:top w:w="100" w:type="dxa"/>
              <w:left w:w="110" w:type="dxa"/>
              <w:bottom w:w="100" w:type="dxa"/>
              <w:right w:w="110" w:type="dxa"/>
            </w:tcMar>
            <w:vAlign w:val="center"/>
          </w:tcPr>
          <w:p w14:paraId="752908DF" w14:textId="77777777" w:rsidR="006A55BC" w:rsidRDefault="00000000">
            <w:pPr>
              <w:spacing w:after="20" w:line="240" w:lineRule="auto"/>
            </w:pPr>
            <w:r>
              <w:rPr>
                <w:sz w:val="17"/>
              </w:rPr>
              <w:t>Control challenge</w:t>
            </w:r>
          </w:p>
        </w:tc>
        <w:tc>
          <w:tcPr>
            <w:tcW w:w="5904" w:type="dxa"/>
            <w:tcMar>
              <w:top w:w="100" w:type="dxa"/>
              <w:left w:w="110" w:type="dxa"/>
              <w:bottom w:w="100" w:type="dxa"/>
              <w:right w:w="110" w:type="dxa"/>
            </w:tcMar>
            <w:vAlign w:val="center"/>
          </w:tcPr>
          <w:p w14:paraId="4246511E" w14:textId="77777777" w:rsidR="006A55BC" w:rsidRDefault="00000000">
            <w:pPr>
              <w:spacing w:after="20" w:line="240" w:lineRule="auto"/>
            </w:pPr>
            <w:r>
              <w:rPr>
                <w:sz w:val="17"/>
              </w:rPr>
              <w:t>Identify controls and test design and evidence.</w:t>
            </w:r>
          </w:p>
        </w:tc>
      </w:tr>
      <w:tr w:rsidR="006A55BC" w14:paraId="7F66E8E8" w14:textId="77777777">
        <w:trPr>
          <w:cantSplit/>
          <w:jc w:val="center"/>
        </w:trPr>
        <w:tc>
          <w:tcPr>
            <w:tcW w:w="1512" w:type="dxa"/>
            <w:shd w:val="clear" w:color="auto" w:fill="F4F7FA"/>
            <w:tcMar>
              <w:top w:w="100" w:type="dxa"/>
              <w:left w:w="110" w:type="dxa"/>
              <w:bottom w:w="100" w:type="dxa"/>
              <w:right w:w="110" w:type="dxa"/>
            </w:tcMar>
            <w:vAlign w:val="center"/>
          </w:tcPr>
          <w:p w14:paraId="63D3C8FD" w14:textId="77777777" w:rsidR="006A55BC" w:rsidRDefault="00000000">
            <w:pPr>
              <w:spacing w:after="20" w:line="240" w:lineRule="auto"/>
            </w:pPr>
            <w:r>
              <w:rPr>
                <w:sz w:val="17"/>
              </w:rPr>
              <w:t>02:30–03:00</w:t>
            </w:r>
          </w:p>
        </w:tc>
        <w:tc>
          <w:tcPr>
            <w:tcW w:w="2520" w:type="dxa"/>
            <w:shd w:val="clear" w:color="auto" w:fill="F4F7FA"/>
            <w:tcMar>
              <w:top w:w="100" w:type="dxa"/>
              <w:left w:w="110" w:type="dxa"/>
              <w:bottom w:w="100" w:type="dxa"/>
              <w:right w:w="110" w:type="dxa"/>
            </w:tcMar>
            <w:vAlign w:val="center"/>
          </w:tcPr>
          <w:p w14:paraId="4ED277E3" w14:textId="77777777" w:rsidR="006A55BC" w:rsidRDefault="00000000">
            <w:pPr>
              <w:spacing w:after="20" w:line="240" w:lineRule="auto"/>
            </w:pPr>
            <w:r>
              <w:rPr>
                <w:sz w:val="17"/>
              </w:rPr>
              <w:t>Residual scoring</w:t>
            </w:r>
          </w:p>
        </w:tc>
        <w:tc>
          <w:tcPr>
            <w:tcW w:w="5904" w:type="dxa"/>
            <w:shd w:val="clear" w:color="auto" w:fill="F4F7FA"/>
            <w:tcMar>
              <w:top w:w="100" w:type="dxa"/>
              <w:left w:w="110" w:type="dxa"/>
              <w:bottom w:w="100" w:type="dxa"/>
              <w:right w:w="110" w:type="dxa"/>
            </w:tcMar>
            <w:vAlign w:val="center"/>
          </w:tcPr>
          <w:p w14:paraId="7B4E2178" w14:textId="77777777" w:rsidR="006A55BC" w:rsidRDefault="00000000">
            <w:pPr>
              <w:spacing w:after="20" w:line="240" w:lineRule="auto"/>
            </w:pPr>
            <w:r>
              <w:rPr>
                <w:sz w:val="17"/>
              </w:rPr>
              <w:t>Agree remaining exposure, uncertainty and appetite status.</w:t>
            </w:r>
          </w:p>
        </w:tc>
      </w:tr>
      <w:tr w:rsidR="006A55BC" w14:paraId="255FE11D" w14:textId="77777777">
        <w:trPr>
          <w:cantSplit/>
          <w:jc w:val="center"/>
        </w:trPr>
        <w:tc>
          <w:tcPr>
            <w:tcW w:w="1512" w:type="dxa"/>
            <w:tcMar>
              <w:top w:w="100" w:type="dxa"/>
              <w:left w:w="110" w:type="dxa"/>
              <w:bottom w:w="100" w:type="dxa"/>
              <w:right w:w="110" w:type="dxa"/>
            </w:tcMar>
            <w:vAlign w:val="center"/>
          </w:tcPr>
          <w:p w14:paraId="2A021746" w14:textId="77777777" w:rsidR="006A55BC" w:rsidRDefault="00000000">
            <w:pPr>
              <w:spacing w:after="20" w:line="240" w:lineRule="auto"/>
            </w:pPr>
            <w:r>
              <w:rPr>
                <w:sz w:val="17"/>
              </w:rPr>
              <w:t>03:00–03:25</w:t>
            </w:r>
          </w:p>
        </w:tc>
        <w:tc>
          <w:tcPr>
            <w:tcW w:w="2520" w:type="dxa"/>
            <w:tcMar>
              <w:top w:w="100" w:type="dxa"/>
              <w:left w:w="110" w:type="dxa"/>
              <w:bottom w:w="100" w:type="dxa"/>
              <w:right w:w="110" w:type="dxa"/>
            </w:tcMar>
            <w:vAlign w:val="center"/>
          </w:tcPr>
          <w:p w14:paraId="2D43B02C" w14:textId="77777777" w:rsidR="006A55BC" w:rsidRDefault="00000000">
            <w:pPr>
              <w:spacing w:after="20" w:line="240" w:lineRule="auto"/>
            </w:pPr>
            <w:r>
              <w:rPr>
                <w:sz w:val="17"/>
              </w:rPr>
              <w:t>Treatment</w:t>
            </w:r>
          </w:p>
        </w:tc>
        <w:tc>
          <w:tcPr>
            <w:tcW w:w="5904" w:type="dxa"/>
            <w:tcMar>
              <w:top w:w="100" w:type="dxa"/>
              <w:left w:w="110" w:type="dxa"/>
              <w:bottom w:w="100" w:type="dxa"/>
              <w:right w:w="110" w:type="dxa"/>
            </w:tcMar>
            <w:vAlign w:val="center"/>
          </w:tcPr>
          <w:p w14:paraId="18CA565D" w14:textId="77777777" w:rsidR="006A55BC" w:rsidRDefault="00000000">
            <w:pPr>
              <w:spacing w:after="20" w:line="240" w:lineRule="auto"/>
            </w:pPr>
            <w:r>
              <w:rPr>
                <w:sz w:val="17"/>
              </w:rPr>
              <w:t>Define priority actions, owners and dates.</w:t>
            </w:r>
          </w:p>
        </w:tc>
      </w:tr>
      <w:tr w:rsidR="006A55BC" w14:paraId="3BDB7CCF" w14:textId="77777777">
        <w:trPr>
          <w:cantSplit/>
          <w:jc w:val="center"/>
        </w:trPr>
        <w:tc>
          <w:tcPr>
            <w:tcW w:w="1512" w:type="dxa"/>
            <w:shd w:val="clear" w:color="auto" w:fill="F4F7FA"/>
            <w:tcMar>
              <w:top w:w="100" w:type="dxa"/>
              <w:left w:w="110" w:type="dxa"/>
              <w:bottom w:w="100" w:type="dxa"/>
              <w:right w:w="110" w:type="dxa"/>
            </w:tcMar>
            <w:vAlign w:val="center"/>
          </w:tcPr>
          <w:p w14:paraId="6A4BD945" w14:textId="77777777" w:rsidR="006A55BC" w:rsidRDefault="00000000">
            <w:pPr>
              <w:spacing w:after="20" w:line="240" w:lineRule="auto"/>
            </w:pPr>
            <w:r>
              <w:rPr>
                <w:sz w:val="17"/>
              </w:rPr>
              <w:t>03:25–03:40</w:t>
            </w:r>
          </w:p>
        </w:tc>
        <w:tc>
          <w:tcPr>
            <w:tcW w:w="2520" w:type="dxa"/>
            <w:shd w:val="clear" w:color="auto" w:fill="F4F7FA"/>
            <w:tcMar>
              <w:top w:w="100" w:type="dxa"/>
              <w:left w:w="110" w:type="dxa"/>
              <w:bottom w:w="100" w:type="dxa"/>
              <w:right w:w="110" w:type="dxa"/>
            </w:tcMar>
            <w:vAlign w:val="center"/>
          </w:tcPr>
          <w:p w14:paraId="7ADB0DB2" w14:textId="77777777" w:rsidR="006A55BC" w:rsidRDefault="00000000">
            <w:pPr>
              <w:spacing w:after="20" w:line="240" w:lineRule="auto"/>
            </w:pPr>
            <w:r>
              <w:rPr>
                <w:sz w:val="17"/>
              </w:rPr>
              <w:t>Challenge and close</w:t>
            </w:r>
          </w:p>
        </w:tc>
        <w:tc>
          <w:tcPr>
            <w:tcW w:w="5904" w:type="dxa"/>
            <w:shd w:val="clear" w:color="auto" w:fill="F4F7FA"/>
            <w:tcMar>
              <w:top w:w="100" w:type="dxa"/>
              <w:left w:w="110" w:type="dxa"/>
              <w:bottom w:w="100" w:type="dxa"/>
              <w:right w:w="110" w:type="dxa"/>
            </w:tcMar>
            <w:vAlign w:val="center"/>
          </w:tcPr>
          <w:p w14:paraId="40A95981" w14:textId="77777777" w:rsidR="006A55BC" w:rsidRDefault="00000000">
            <w:pPr>
              <w:spacing w:after="20" w:line="240" w:lineRule="auto"/>
            </w:pPr>
            <w:r>
              <w:rPr>
                <w:sz w:val="17"/>
              </w:rPr>
              <w:t>Record disagreements, approvals and next steps.</w:t>
            </w:r>
          </w:p>
        </w:tc>
      </w:tr>
    </w:tbl>
    <w:p w14:paraId="6E4FEDF5" w14:textId="77777777" w:rsidR="006A55BC" w:rsidRDefault="006A55BC">
      <w:pPr>
        <w:spacing w:after="20"/>
      </w:pPr>
    </w:p>
    <w:p w14:paraId="0B68CB44" w14:textId="77777777" w:rsidR="006A55BC" w:rsidRDefault="00000000">
      <w:pPr>
        <w:pStyle w:val="Heading2"/>
      </w:pPr>
      <w:r>
        <w:t>Attendance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016"/>
        <w:gridCol w:w="1872"/>
        <w:gridCol w:w="2304"/>
        <w:gridCol w:w="1728"/>
        <w:gridCol w:w="2016"/>
      </w:tblGrid>
      <w:tr w:rsidR="006A55BC" w14:paraId="66D02622" w14:textId="77777777">
        <w:trPr>
          <w:cantSplit/>
          <w:tblHeader/>
          <w:jc w:val="center"/>
        </w:trPr>
        <w:tc>
          <w:tcPr>
            <w:tcW w:w="2016" w:type="dxa"/>
            <w:shd w:val="clear" w:color="auto" w:fill="17365D"/>
            <w:tcMar>
              <w:top w:w="100" w:type="dxa"/>
              <w:left w:w="110" w:type="dxa"/>
              <w:bottom w:w="100" w:type="dxa"/>
              <w:right w:w="110" w:type="dxa"/>
            </w:tcMar>
            <w:vAlign w:val="center"/>
          </w:tcPr>
          <w:p w14:paraId="4E4A9B89" w14:textId="77777777" w:rsidR="006A55BC" w:rsidRDefault="00000000">
            <w:r>
              <w:rPr>
                <w:b/>
                <w:color w:val="FFFFFF"/>
                <w:sz w:val="16"/>
              </w:rPr>
              <w:t>Name</w:t>
            </w:r>
          </w:p>
        </w:tc>
        <w:tc>
          <w:tcPr>
            <w:tcW w:w="1872" w:type="dxa"/>
            <w:shd w:val="clear" w:color="auto" w:fill="17365D"/>
            <w:tcMar>
              <w:top w:w="100" w:type="dxa"/>
              <w:left w:w="110" w:type="dxa"/>
              <w:bottom w:w="100" w:type="dxa"/>
              <w:right w:w="110" w:type="dxa"/>
            </w:tcMar>
            <w:vAlign w:val="center"/>
          </w:tcPr>
          <w:p w14:paraId="1F3DBA94" w14:textId="77777777" w:rsidR="006A55BC" w:rsidRDefault="00000000">
            <w:r>
              <w:rPr>
                <w:b/>
                <w:color w:val="FFFFFF"/>
                <w:sz w:val="16"/>
              </w:rPr>
              <w:t>Role</w:t>
            </w:r>
          </w:p>
        </w:tc>
        <w:tc>
          <w:tcPr>
            <w:tcW w:w="2304" w:type="dxa"/>
            <w:shd w:val="clear" w:color="auto" w:fill="17365D"/>
            <w:tcMar>
              <w:top w:w="100" w:type="dxa"/>
              <w:left w:w="110" w:type="dxa"/>
              <w:bottom w:w="100" w:type="dxa"/>
              <w:right w:w="110" w:type="dxa"/>
            </w:tcMar>
            <w:vAlign w:val="center"/>
          </w:tcPr>
          <w:p w14:paraId="1E2B7125" w14:textId="77777777" w:rsidR="006A55BC" w:rsidRDefault="00000000">
            <w:r>
              <w:rPr>
                <w:b/>
                <w:color w:val="FFFFFF"/>
                <w:sz w:val="16"/>
              </w:rPr>
              <w:t>Business unit</w:t>
            </w:r>
          </w:p>
        </w:tc>
        <w:tc>
          <w:tcPr>
            <w:tcW w:w="1728" w:type="dxa"/>
            <w:shd w:val="clear" w:color="auto" w:fill="17365D"/>
            <w:tcMar>
              <w:top w:w="100" w:type="dxa"/>
              <w:left w:w="110" w:type="dxa"/>
              <w:bottom w:w="100" w:type="dxa"/>
              <w:right w:w="110" w:type="dxa"/>
            </w:tcMar>
            <w:vAlign w:val="center"/>
          </w:tcPr>
          <w:p w14:paraId="03A066D2" w14:textId="77777777" w:rsidR="006A55BC" w:rsidRDefault="00000000">
            <w:r>
              <w:rPr>
                <w:b/>
                <w:color w:val="FFFFFF"/>
                <w:sz w:val="16"/>
              </w:rPr>
              <w:t>Conflict declared</w:t>
            </w:r>
          </w:p>
        </w:tc>
        <w:tc>
          <w:tcPr>
            <w:tcW w:w="2016" w:type="dxa"/>
            <w:shd w:val="clear" w:color="auto" w:fill="17365D"/>
            <w:tcMar>
              <w:top w:w="100" w:type="dxa"/>
              <w:left w:w="110" w:type="dxa"/>
              <w:bottom w:w="100" w:type="dxa"/>
              <w:right w:w="110" w:type="dxa"/>
            </w:tcMar>
            <w:vAlign w:val="center"/>
          </w:tcPr>
          <w:p w14:paraId="3B95399E" w14:textId="77777777" w:rsidR="006A55BC" w:rsidRDefault="00000000">
            <w:r>
              <w:rPr>
                <w:b/>
                <w:color w:val="FFFFFF"/>
                <w:sz w:val="16"/>
              </w:rPr>
              <w:t>Signature</w:t>
            </w:r>
          </w:p>
        </w:tc>
      </w:tr>
      <w:tr w:rsidR="006A55BC" w14:paraId="79E20CA2" w14:textId="77777777">
        <w:trPr>
          <w:cantSplit/>
          <w:jc w:val="center"/>
        </w:trPr>
        <w:tc>
          <w:tcPr>
            <w:tcW w:w="2016" w:type="dxa"/>
            <w:tcMar>
              <w:top w:w="100" w:type="dxa"/>
              <w:left w:w="110" w:type="dxa"/>
              <w:bottom w:w="100" w:type="dxa"/>
              <w:right w:w="110" w:type="dxa"/>
            </w:tcMar>
            <w:vAlign w:val="center"/>
          </w:tcPr>
          <w:p w14:paraId="5A53C7FB"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5B2BDC05" w14:textId="77777777" w:rsidR="006A55BC" w:rsidRDefault="006A55BC">
            <w:pPr>
              <w:spacing w:after="20" w:line="240" w:lineRule="auto"/>
            </w:pPr>
          </w:p>
        </w:tc>
        <w:tc>
          <w:tcPr>
            <w:tcW w:w="2304" w:type="dxa"/>
            <w:tcMar>
              <w:top w:w="100" w:type="dxa"/>
              <w:left w:w="110" w:type="dxa"/>
              <w:bottom w:w="100" w:type="dxa"/>
              <w:right w:w="110" w:type="dxa"/>
            </w:tcMar>
            <w:vAlign w:val="center"/>
          </w:tcPr>
          <w:p w14:paraId="3CA4A4FA"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1359D9A6" w14:textId="77777777" w:rsidR="006A55BC" w:rsidRDefault="00000000">
            <w:pPr>
              <w:spacing w:after="20" w:line="240" w:lineRule="auto"/>
            </w:pPr>
            <w:r>
              <w:rPr>
                <w:sz w:val="16"/>
              </w:rPr>
              <w:t>Yes / No</w:t>
            </w:r>
          </w:p>
        </w:tc>
        <w:tc>
          <w:tcPr>
            <w:tcW w:w="2016" w:type="dxa"/>
            <w:tcMar>
              <w:top w:w="100" w:type="dxa"/>
              <w:left w:w="110" w:type="dxa"/>
              <w:bottom w:w="100" w:type="dxa"/>
              <w:right w:w="110" w:type="dxa"/>
            </w:tcMar>
            <w:vAlign w:val="center"/>
          </w:tcPr>
          <w:p w14:paraId="78FF6C13" w14:textId="77777777" w:rsidR="006A55BC" w:rsidRDefault="006A55BC">
            <w:pPr>
              <w:spacing w:after="20" w:line="240" w:lineRule="auto"/>
            </w:pPr>
          </w:p>
        </w:tc>
      </w:tr>
      <w:tr w:rsidR="006A55BC" w14:paraId="05A4E3D1" w14:textId="77777777">
        <w:trPr>
          <w:cantSplit/>
          <w:jc w:val="center"/>
        </w:trPr>
        <w:tc>
          <w:tcPr>
            <w:tcW w:w="2016" w:type="dxa"/>
            <w:shd w:val="clear" w:color="auto" w:fill="F4F7FA"/>
            <w:tcMar>
              <w:top w:w="100" w:type="dxa"/>
              <w:left w:w="110" w:type="dxa"/>
              <w:bottom w:w="100" w:type="dxa"/>
              <w:right w:w="110" w:type="dxa"/>
            </w:tcMar>
            <w:vAlign w:val="center"/>
          </w:tcPr>
          <w:p w14:paraId="700BAD3E"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0B02103F" w14:textId="77777777" w:rsidR="006A55BC" w:rsidRDefault="006A55BC">
            <w:pPr>
              <w:spacing w:after="20" w:line="240" w:lineRule="auto"/>
            </w:pPr>
          </w:p>
        </w:tc>
        <w:tc>
          <w:tcPr>
            <w:tcW w:w="2304" w:type="dxa"/>
            <w:shd w:val="clear" w:color="auto" w:fill="F4F7FA"/>
            <w:tcMar>
              <w:top w:w="100" w:type="dxa"/>
              <w:left w:w="110" w:type="dxa"/>
              <w:bottom w:w="100" w:type="dxa"/>
              <w:right w:w="110" w:type="dxa"/>
            </w:tcMar>
            <w:vAlign w:val="center"/>
          </w:tcPr>
          <w:p w14:paraId="693609F1"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59284036" w14:textId="77777777" w:rsidR="006A55BC" w:rsidRDefault="00000000">
            <w:pPr>
              <w:spacing w:after="20" w:line="240" w:lineRule="auto"/>
            </w:pPr>
            <w:r>
              <w:rPr>
                <w:sz w:val="16"/>
              </w:rPr>
              <w:t>Yes / No</w:t>
            </w:r>
          </w:p>
        </w:tc>
        <w:tc>
          <w:tcPr>
            <w:tcW w:w="2016" w:type="dxa"/>
            <w:shd w:val="clear" w:color="auto" w:fill="F4F7FA"/>
            <w:tcMar>
              <w:top w:w="100" w:type="dxa"/>
              <w:left w:w="110" w:type="dxa"/>
              <w:bottom w:w="100" w:type="dxa"/>
              <w:right w:w="110" w:type="dxa"/>
            </w:tcMar>
            <w:vAlign w:val="center"/>
          </w:tcPr>
          <w:p w14:paraId="78343367" w14:textId="77777777" w:rsidR="006A55BC" w:rsidRDefault="006A55BC">
            <w:pPr>
              <w:spacing w:after="20" w:line="240" w:lineRule="auto"/>
            </w:pPr>
          </w:p>
        </w:tc>
      </w:tr>
      <w:tr w:rsidR="006A55BC" w14:paraId="6892E701" w14:textId="77777777">
        <w:trPr>
          <w:cantSplit/>
          <w:jc w:val="center"/>
        </w:trPr>
        <w:tc>
          <w:tcPr>
            <w:tcW w:w="2016" w:type="dxa"/>
            <w:tcMar>
              <w:top w:w="100" w:type="dxa"/>
              <w:left w:w="110" w:type="dxa"/>
              <w:bottom w:w="100" w:type="dxa"/>
              <w:right w:w="110" w:type="dxa"/>
            </w:tcMar>
            <w:vAlign w:val="center"/>
          </w:tcPr>
          <w:p w14:paraId="21C483E6"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0B04C029" w14:textId="77777777" w:rsidR="006A55BC" w:rsidRDefault="006A55BC">
            <w:pPr>
              <w:spacing w:after="20" w:line="240" w:lineRule="auto"/>
            </w:pPr>
          </w:p>
        </w:tc>
        <w:tc>
          <w:tcPr>
            <w:tcW w:w="2304" w:type="dxa"/>
            <w:tcMar>
              <w:top w:w="100" w:type="dxa"/>
              <w:left w:w="110" w:type="dxa"/>
              <w:bottom w:w="100" w:type="dxa"/>
              <w:right w:w="110" w:type="dxa"/>
            </w:tcMar>
            <w:vAlign w:val="center"/>
          </w:tcPr>
          <w:p w14:paraId="504CA1D0"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26E875E4" w14:textId="77777777" w:rsidR="006A55BC" w:rsidRDefault="00000000">
            <w:pPr>
              <w:spacing w:after="20" w:line="240" w:lineRule="auto"/>
            </w:pPr>
            <w:r>
              <w:rPr>
                <w:sz w:val="16"/>
              </w:rPr>
              <w:t>Yes / No</w:t>
            </w:r>
          </w:p>
        </w:tc>
        <w:tc>
          <w:tcPr>
            <w:tcW w:w="2016" w:type="dxa"/>
            <w:tcMar>
              <w:top w:w="100" w:type="dxa"/>
              <w:left w:w="110" w:type="dxa"/>
              <w:bottom w:w="100" w:type="dxa"/>
              <w:right w:w="110" w:type="dxa"/>
            </w:tcMar>
            <w:vAlign w:val="center"/>
          </w:tcPr>
          <w:p w14:paraId="3EFF70B0" w14:textId="77777777" w:rsidR="006A55BC" w:rsidRDefault="006A55BC">
            <w:pPr>
              <w:spacing w:after="20" w:line="240" w:lineRule="auto"/>
            </w:pPr>
          </w:p>
        </w:tc>
      </w:tr>
      <w:tr w:rsidR="006A55BC" w14:paraId="7E80C709" w14:textId="77777777">
        <w:trPr>
          <w:cantSplit/>
          <w:jc w:val="center"/>
        </w:trPr>
        <w:tc>
          <w:tcPr>
            <w:tcW w:w="2016" w:type="dxa"/>
            <w:shd w:val="clear" w:color="auto" w:fill="F4F7FA"/>
            <w:tcMar>
              <w:top w:w="100" w:type="dxa"/>
              <w:left w:w="110" w:type="dxa"/>
              <w:bottom w:w="100" w:type="dxa"/>
              <w:right w:w="110" w:type="dxa"/>
            </w:tcMar>
            <w:vAlign w:val="center"/>
          </w:tcPr>
          <w:p w14:paraId="66B4EDBF"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4611B72A" w14:textId="77777777" w:rsidR="006A55BC" w:rsidRDefault="006A55BC">
            <w:pPr>
              <w:spacing w:after="20" w:line="240" w:lineRule="auto"/>
            </w:pPr>
          </w:p>
        </w:tc>
        <w:tc>
          <w:tcPr>
            <w:tcW w:w="2304" w:type="dxa"/>
            <w:shd w:val="clear" w:color="auto" w:fill="F4F7FA"/>
            <w:tcMar>
              <w:top w:w="100" w:type="dxa"/>
              <w:left w:w="110" w:type="dxa"/>
              <w:bottom w:w="100" w:type="dxa"/>
              <w:right w:w="110" w:type="dxa"/>
            </w:tcMar>
            <w:vAlign w:val="center"/>
          </w:tcPr>
          <w:p w14:paraId="30ACACFC"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6B751A82" w14:textId="77777777" w:rsidR="006A55BC" w:rsidRDefault="00000000">
            <w:pPr>
              <w:spacing w:after="20" w:line="240" w:lineRule="auto"/>
            </w:pPr>
            <w:r>
              <w:rPr>
                <w:sz w:val="16"/>
              </w:rPr>
              <w:t>Yes / No</w:t>
            </w:r>
          </w:p>
        </w:tc>
        <w:tc>
          <w:tcPr>
            <w:tcW w:w="2016" w:type="dxa"/>
            <w:shd w:val="clear" w:color="auto" w:fill="F4F7FA"/>
            <w:tcMar>
              <w:top w:w="100" w:type="dxa"/>
              <w:left w:w="110" w:type="dxa"/>
              <w:bottom w:w="100" w:type="dxa"/>
              <w:right w:w="110" w:type="dxa"/>
            </w:tcMar>
            <w:vAlign w:val="center"/>
          </w:tcPr>
          <w:p w14:paraId="0686DAB3" w14:textId="77777777" w:rsidR="006A55BC" w:rsidRDefault="006A55BC">
            <w:pPr>
              <w:spacing w:after="20" w:line="240" w:lineRule="auto"/>
            </w:pPr>
          </w:p>
        </w:tc>
      </w:tr>
      <w:tr w:rsidR="006A55BC" w14:paraId="659C2E75" w14:textId="77777777">
        <w:trPr>
          <w:cantSplit/>
          <w:jc w:val="center"/>
        </w:trPr>
        <w:tc>
          <w:tcPr>
            <w:tcW w:w="2016" w:type="dxa"/>
            <w:tcMar>
              <w:top w:w="100" w:type="dxa"/>
              <w:left w:w="110" w:type="dxa"/>
              <w:bottom w:w="100" w:type="dxa"/>
              <w:right w:w="110" w:type="dxa"/>
            </w:tcMar>
            <w:vAlign w:val="center"/>
          </w:tcPr>
          <w:p w14:paraId="2D60A573"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6FB7E5F2" w14:textId="77777777" w:rsidR="006A55BC" w:rsidRDefault="006A55BC">
            <w:pPr>
              <w:spacing w:after="20" w:line="240" w:lineRule="auto"/>
            </w:pPr>
          </w:p>
        </w:tc>
        <w:tc>
          <w:tcPr>
            <w:tcW w:w="2304" w:type="dxa"/>
            <w:tcMar>
              <w:top w:w="100" w:type="dxa"/>
              <w:left w:w="110" w:type="dxa"/>
              <w:bottom w:w="100" w:type="dxa"/>
              <w:right w:w="110" w:type="dxa"/>
            </w:tcMar>
            <w:vAlign w:val="center"/>
          </w:tcPr>
          <w:p w14:paraId="7CFD6574"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202A0CC0" w14:textId="77777777" w:rsidR="006A55BC" w:rsidRDefault="00000000">
            <w:pPr>
              <w:spacing w:after="20" w:line="240" w:lineRule="auto"/>
            </w:pPr>
            <w:r>
              <w:rPr>
                <w:sz w:val="16"/>
              </w:rPr>
              <w:t>Yes / No</w:t>
            </w:r>
          </w:p>
        </w:tc>
        <w:tc>
          <w:tcPr>
            <w:tcW w:w="2016" w:type="dxa"/>
            <w:tcMar>
              <w:top w:w="100" w:type="dxa"/>
              <w:left w:w="110" w:type="dxa"/>
              <w:bottom w:w="100" w:type="dxa"/>
              <w:right w:w="110" w:type="dxa"/>
            </w:tcMar>
            <w:vAlign w:val="center"/>
          </w:tcPr>
          <w:p w14:paraId="0837F41A" w14:textId="77777777" w:rsidR="006A55BC" w:rsidRDefault="006A55BC">
            <w:pPr>
              <w:spacing w:after="20" w:line="240" w:lineRule="auto"/>
            </w:pPr>
          </w:p>
        </w:tc>
      </w:tr>
      <w:tr w:rsidR="006A55BC" w14:paraId="758BDD7B" w14:textId="77777777">
        <w:trPr>
          <w:cantSplit/>
          <w:jc w:val="center"/>
        </w:trPr>
        <w:tc>
          <w:tcPr>
            <w:tcW w:w="2016" w:type="dxa"/>
            <w:shd w:val="clear" w:color="auto" w:fill="F4F7FA"/>
            <w:tcMar>
              <w:top w:w="100" w:type="dxa"/>
              <w:left w:w="110" w:type="dxa"/>
              <w:bottom w:w="100" w:type="dxa"/>
              <w:right w:w="110" w:type="dxa"/>
            </w:tcMar>
            <w:vAlign w:val="center"/>
          </w:tcPr>
          <w:p w14:paraId="33AF345E"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6378C945" w14:textId="77777777" w:rsidR="006A55BC" w:rsidRDefault="006A55BC">
            <w:pPr>
              <w:spacing w:after="20" w:line="240" w:lineRule="auto"/>
            </w:pPr>
          </w:p>
        </w:tc>
        <w:tc>
          <w:tcPr>
            <w:tcW w:w="2304" w:type="dxa"/>
            <w:shd w:val="clear" w:color="auto" w:fill="F4F7FA"/>
            <w:tcMar>
              <w:top w:w="100" w:type="dxa"/>
              <w:left w:w="110" w:type="dxa"/>
              <w:bottom w:w="100" w:type="dxa"/>
              <w:right w:w="110" w:type="dxa"/>
            </w:tcMar>
            <w:vAlign w:val="center"/>
          </w:tcPr>
          <w:p w14:paraId="2BCE5514"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25A2A128" w14:textId="77777777" w:rsidR="006A55BC" w:rsidRDefault="00000000">
            <w:pPr>
              <w:spacing w:after="20" w:line="240" w:lineRule="auto"/>
            </w:pPr>
            <w:r>
              <w:rPr>
                <w:sz w:val="16"/>
              </w:rPr>
              <w:t>Yes / No</w:t>
            </w:r>
          </w:p>
        </w:tc>
        <w:tc>
          <w:tcPr>
            <w:tcW w:w="2016" w:type="dxa"/>
            <w:shd w:val="clear" w:color="auto" w:fill="F4F7FA"/>
            <w:tcMar>
              <w:top w:w="100" w:type="dxa"/>
              <w:left w:w="110" w:type="dxa"/>
              <w:bottom w:w="100" w:type="dxa"/>
              <w:right w:w="110" w:type="dxa"/>
            </w:tcMar>
            <w:vAlign w:val="center"/>
          </w:tcPr>
          <w:p w14:paraId="6B0D3A8B" w14:textId="77777777" w:rsidR="006A55BC" w:rsidRDefault="006A55BC">
            <w:pPr>
              <w:spacing w:after="20" w:line="240" w:lineRule="auto"/>
            </w:pPr>
          </w:p>
        </w:tc>
      </w:tr>
      <w:tr w:rsidR="006A55BC" w14:paraId="34958419" w14:textId="77777777">
        <w:trPr>
          <w:cantSplit/>
          <w:jc w:val="center"/>
        </w:trPr>
        <w:tc>
          <w:tcPr>
            <w:tcW w:w="2016" w:type="dxa"/>
            <w:tcMar>
              <w:top w:w="100" w:type="dxa"/>
              <w:left w:w="110" w:type="dxa"/>
              <w:bottom w:w="100" w:type="dxa"/>
              <w:right w:w="110" w:type="dxa"/>
            </w:tcMar>
            <w:vAlign w:val="center"/>
          </w:tcPr>
          <w:p w14:paraId="11BCA29C"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0CB6F5F2" w14:textId="77777777" w:rsidR="006A55BC" w:rsidRDefault="006A55BC">
            <w:pPr>
              <w:spacing w:after="20" w:line="240" w:lineRule="auto"/>
            </w:pPr>
          </w:p>
        </w:tc>
        <w:tc>
          <w:tcPr>
            <w:tcW w:w="2304" w:type="dxa"/>
            <w:tcMar>
              <w:top w:w="100" w:type="dxa"/>
              <w:left w:w="110" w:type="dxa"/>
              <w:bottom w:w="100" w:type="dxa"/>
              <w:right w:w="110" w:type="dxa"/>
            </w:tcMar>
            <w:vAlign w:val="center"/>
          </w:tcPr>
          <w:p w14:paraId="6205EC06" w14:textId="77777777" w:rsidR="006A55BC" w:rsidRDefault="006A55BC">
            <w:pPr>
              <w:spacing w:after="20" w:line="240" w:lineRule="auto"/>
            </w:pPr>
          </w:p>
        </w:tc>
        <w:tc>
          <w:tcPr>
            <w:tcW w:w="1728" w:type="dxa"/>
            <w:tcMar>
              <w:top w:w="100" w:type="dxa"/>
              <w:left w:w="110" w:type="dxa"/>
              <w:bottom w:w="100" w:type="dxa"/>
              <w:right w:w="110" w:type="dxa"/>
            </w:tcMar>
            <w:vAlign w:val="center"/>
          </w:tcPr>
          <w:p w14:paraId="183C9B57" w14:textId="77777777" w:rsidR="006A55BC" w:rsidRDefault="00000000">
            <w:pPr>
              <w:spacing w:after="20" w:line="240" w:lineRule="auto"/>
            </w:pPr>
            <w:r>
              <w:rPr>
                <w:sz w:val="16"/>
              </w:rPr>
              <w:t>Yes / No</w:t>
            </w:r>
          </w:p>
        </w:tc>
        <w:tc>
          <w:tcPr>
            <w:tcW w:w="2016" w:type="dxa"/>
            <w:tcMar>
              <w:top w:w="100" w:type="dxa"/>
              <w:left w:w="110" w:type="dxa"/>
              <w:bottom w:w="100" w:type="dxa"/>
              <w:right w:w="110" w:type="dxa"/>
            </w:tcMar>
            <w:vAlign w:val="center"/>
          </w:tcPr>
          <w:p w14:paraId="6820276E" w14:textId="77777777" w:rsidR="006A55BC" w:rsidRDefault="006A55BC">
            <w:pPr>
              <w:spacing w:after="20" w:line="240" w:lineRule="auto"/>
            </w:pPr>
          </w:p>
        </w:tc>
      </w:tr>
      <w:tr w:rsidR="006A55BC" w14:paraId="352812EF" w14:textId="77777777">
        <w:trPr>
          <w:cantSplit/>
          <w:jc w:val="center"/>
        </w:trPr>
        <w:tc>
          <w:tcPr>
            <w:tcW w:w="2016" w:type="dxa"/>
            <w:shd w:val="clear" w:color="auto" w:fill="F4F7FA"/>
            <w:tcMar>
              <w:top w:w="100" w:type="dxa"/>
              <w:left w:w="110" w:type="dxa"/>
              <w:bottom w:w="100" w:type="dxa"/>
              <w:right w:w="110" w:type="dxa"/>
            </w:tcMar>
            <w:vAlign w:val="center"/>
          </w:tcPr>
          <w:p w14:paraId="66F98474"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0D5B3A06" w14:textId="77777777" w:rsidR="006A55BC" w:rsidRDefault="006A55BC">
            <w:pPr>
              <w:spacing w:after="20" w:line="240" w:lineRule="auto"/>
            </w:pPr>
          </w:p>
        </w:tc>
        <w:tc>
          <w:tcPr>
            <w:tcW w:w="2304" w:type="dxa"/>
            <w:shd w:val="clear" w:color="auto" w:fill="F4F7FA"/>
            <w:tcMar>
              <w:top w:w="100" w:type="dxa"/>
              <w:left w:w="110" w:type="dxa"/>
              <w:bottom w:w="100" w:type="dxa"/>
              <w:right w:w="110" w:type="dxa"/>
            </w:tcMar>
            <w:vAlign w:val="center"/>
          </w:tcPr>
          <w:p w14:paraId="7FCDB086" w14:textId="77777777" w:rsidR="006A55BC" w:rsidRDefault="006A55BC">
            <w:pPr>
              <w:spacing w:after="20" w:line="240" w:lineRule="auto"/>
            </w:pPr>
          </w:p>
        </w:tc>
        <w:tc>
          <w:tcPr>
            <w:tcW w:w="1728" w:type="dxa"/>
            <w:shd w:val="clear" w:color="auto" w:fill="F4F7FA"/>
            <w:tcMar>
              <w:top w:w="100" w:type="dxa"/>
              <w:left w:w="110" w:type="dxa"/>
              <w:bottom w:w="100" w:type="dxa"/>
              <w:right w:w="110" w:type="dxa"/>
            </w:tcMar>
            <w:vAlign w:val="center"/>
          </w:tcPr>
          <w:p w14:paraId="10F9F54D" w14:textId="77777777" w:rsidR="006A55BC" w:rsidRDefault="00000000">
            <w:pPr>
              <w:spacing w:after="20" w:line="240" w:lineRule="auto"/>
            </w:pPr>
            <w:r>
              <w:rPr>
                <w:sz w:val="16"/>
              </w:rPr>
              <w:t>Yes / No</w:t>
            </w:r>
          </w:p>
        </w:tc>
        <w:tc>
          <w:tcPr>
            <w:tcW w:w="2016" w:type="dxa"/>
            <w:shd w:val="clear" w:color="auto" w:fill="F4F7FA"/>
            <w:tcMar>
              <w:top w:w="100" w:type="dxa"/>
              <w:left w:w="110" w:type="dxa"/>
              <w:bottom w:w="100" w:type="dxa"/>
              <w:right w:w="110" w:type="dxa"/>
            </w:tcMar>
            <w:vAlign w:val="center"/>
          </w:tcPr>
          <w:p w14:paraId="60443EBF" w14:textId="77777777" w:rsidR="006A55BC" w:rsidRDefault="006A55BC">
            <w:pPr>
              <w:spacing w:after="20" w:line="240" w:lineRule="auto"/>
            </w:pPr>
          </w:p>
        </w:tc>
      </w:tr>
    </w:tbl>
    <w:p w14:paraId="5D6B23BA" w14:textId="77777777" w:rsidR="006A55BC" w:rsidRDefault="006A55BC">
      <w:pPr>
        <w:spacing w:after="20"/>
      </w:pPr>
    </w:p>
    <w:p w14:paraId="72468CA8" w14:textId="77777777" w:rsidR="006A55BC" w:rsidRDefault="00000000">
      <w:pPr>
        <w:pStyle w:val="Heading2"/>
      </w:pPr>
      <w:r>
        <w:t>Decisions and Disagreements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864"/>
        <w:gridCol w:w="4320"/>
        <w:gridCol w:w="2160"/>
        <w:gridCol w:w="1296"/>
        <w:gridCol w:w="1296"/>
      </w:tblGrid>
      <w:tr w:rsidR="006A55BC" w14:paraId="6AC62419" w14:textId="77777777">
        <w:trPr>
          <w:cantSplit/>
          <w:tblHeader/>
          <w:jc w:val="center"/>
        </w:trPr>
        <w:tc>
          <w:tcPr>
            <w:tcW w:w="864" w:type="dxa"/>
            <w:shd w:val="clear" w:color="auto" w:fill="17365D"/>
            <w:tcMar>
              <w:top w:w="100" w:type="dxa"/>
              <w:left w:w="110" w:type="dxa"/>
              <w:bottom w:w="100" w:type="dxa"/>
              <w:right w:w="110" w:type="dxa"/>
            </w:tcMar>
            <w:vAlign w:val="center"/>
          </w:tcPr>
          <w:p w14:paraId="178EED10" w14:textId="77777777" w:rsidR="006A55BC" w:rsidRDefault="00000000">
            <w:r>
              <w:rPr>
                <w:b/>
                <w:color w:val="FFFFFF"/>
                <w:sz w:val="16"/>
              </w:rPr>
              <w:t>Item</w:t>
            </w:r>
          </w:p>
        </w:tc>
        <w:tc>
          <w:tcPr>
            <w:tcW w:w="4320" w:type="dxa"/>
            <w:shd w:val="clear" w:color="auto" w:fill="17365D"/>
            <w:tcMar>
              <w:top w:w="100" w:type="dxa"/>
              <w:left w:w="110" w:type="dxa"/>
              <w:bottom w:w="100" w:type="dxa"/>
              <w:right w:w="110" w:type="dxa"/>
            </w:tcMar>
            <w:vAlign w:val="center"/>
          </w:tcPr>
          <w:p w14:paraId="6129452B" w14:textId="77777777" w:rsidR="006A55BC" w:rsidRDefault="00000000">
            <w:r>
              <w:rPr>
                <w:b/>
                <w:color w:val="FFFFFF"/>
                <w:sz w:val="16"/>
              </w:rPr>
              <w:t>Decision or disagreement</w:t>
            </w:r>
          </w:p>
        </w:tc>
        <w:tc>
          <w:tcPr>
            <w:tcW w:w="2160" w:type="dxa"/>
            <w:shd w:val="clear" w:color="auto" w:fill="17365D"/>
            <w:tcMar>
              <w:top w:w="100" w:type="dxa"/>
              <w:left w:w="110" w:type="dxa"/>
              <w:bottom w:w="100" w:type="dxa"/>
              <w:right w:w="110" w:type="dxa"/>
            </w:tcMar>
            <w:vAlign w:val="center"/>
          </w:tcPr>
          <w:p w14:paraId="074F71F8" w14:textId="77777777" w:rsidR="006A55BC" w:rsidRDefault="00000000">
            <w:r>
              <w:rPr>
                <w:b/>
                <w:color w:val="FFFFFF"/>
                <w:sz w:val="16"/>
              </w:rPr>
              <w:t>Evidence required</w:t>
            </w:r>
          </w:p>
        </w:tc>
        <w:tc>
          <w:tcPr>
            <w:tcW w:w="1296" w:type="dxa"/>
            <w:shd w:val="clear" w:color="auto" w:fill="17365D"/>
            <w:tcMar>
              <w:top w:w="100" w:type="dxa"/>
              <w:left w:w="110" w:type="dxa"/>
              <w:bottom w:w="100" w:type="dxa"/>
              <w:right w:w="110" w:type="dxa"/>
            </w:tcMar>
            <w:vAlign w:val="center"/>
          </w:tcPr>
          <w:p w14:paraId="0DD3E76D" w14:textId="77777777" w:rsidR="006A55BC" w:rsidRDefault="00000000">
            <w:r>
              <w:rPr>
                <w:b/>
                <w:color w:val="FFFFFF"/>
                <w:sz w:val="16"/>
              </w:rPr>
              <w:t>Owner</w:t>
            </w:r>
          </w:p>
        </w:tc>
        <w:tc>
          <w:tcPr>
            <w:tcW w:w="1296" w:type="dxa"/>
            <w:shd w:val="clear" w:color="auto" w:fill="17365D"/>
            <w:tcMar>
              <w:top w:w="100" w:type="dxa"/>
              <w:left w:w="110" w:type="dxa"/>
              <w:bottom w:w="100" w:type="dxa"/>
              <w:right w:w="110" w:type="dxa"/>
            </w:tcMar>
            <w:vAlign w:val="center"/>
          </w:tcPr>
          <w:p w14:paraId="1561FA25" w14:textId="77777777" w:rsidR="006A55BC" w:rsidRDefault="00000000">
            <w:r>
              <w:rPr>
                <w:b/>
                <w:color w:val="FFFFFF"/>
                <w:sz w:val="16"/>
              </w:rPr>
              <w:t>Due date</w:t>
            </w:r>
          </w:p>
        </w:tc>
      </w:tr>
      <w:tr w:rsidR="006A55BC" w14:paraId="37055558" w14:textId="77777777">
        <w:trPr>
          <w:cantSplit/>
          <w:jc w:val="center"/>
        </w:trPr>
        <w:tc>
          <w:tcPr>
            <w:tcW w:w="864" w:type="dxa"/>
            <w:tcMar>
              <w:top w:w="100" w:type="dxa"/>
              <w:left w:w="110" w:type="dxa"/>
              <w:bottom w:w="100" w:type="dxa"/>
              <w:right w:w="110" w:type="dxa"/>
            </w:tcMar>
            <w:vAlign w:val="center"/>
          </w:tcPr>
          <w:p w14:paraId="4E63B7EF" w14:textId="77777777" w:rsidR="006A55BC" w:rsidRDefault="006A55BC">
            <w:pPr>
              <w:spacing w:after="20" w:line="240" w:lineRule="auto"/>
            </w:pPr>
          </w:p>
        </w:tc>
        <w:tc>
          <w:tcPr>
            <w:tcW w:w="4320" w:type="dxa"/>
            <w:tcMar>
              <w:top w:w="100" w:type="dxa"/>
              <w:left w:w="110" w:type="dxa"/>
              <w:bottom w:w="100" w:type="dxa"/>
              <w:right w:w="110" w:type="dxa"/>
            </w:tcMar>
            <w:vAlign w:val="center"/>
          </w:tcPr>
          <w:p w14:paraId="6294388B"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6B4A1BD6"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151ADDCD"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42BBBB18" w14:textId="77777777" w:rsidR="006A55BC" w:rsidRDefault="006A55BC">
            <w:pPr>
              <w:spacing w:after="20" w:line="240" w:lineRule="auto"/>
            </w:pPr>
          </w:p>
        </w:tc>
      </w:tr>
      <w:tr w:rsidR="006A55BC" w14:paraId="2FB26609" w14:textId="77777777">
        <w:trPr>
          <w:cantSplit/>
          <w:jc w:val="center"/>
        </w:trPr>
        <w:tc>
          <w:tcPr>
            <w:tcW w:w="864" w:type="dxa"/>
            <w:shd w:val="clear" w:color="auto" w:fill="F4F7FA"/>
            <w:tcMar>
              <w:top w:w="100" w:type="dxa"/>
              <w:left w:w="110" w:type="dxa"/>
              <w:bottom w:w="100" w:type="dxa"/>
              <w:right w:w="110" w:type="dxa"/>
            </w:tcMar>
            <w:vAlign w:val="center"/>
          </w:tcPr>
          <w:p w14:paraId="62A7F1B3" w14:textId="77777777" w:rsidR="006A55BC" w:rsidRDefault="006A55BC">
            <w:pPr>
              <w:spacing w:after="20" w:line="240" w:lineRule="auto"/>
            </w:pPr>
          </w:p>
        </w:tc>
        <w:tc>
          <w:tcPr>
            <w:tcW w:w="4320" w:type="dxa"/>
            <w:shd w:val="clear" w:color="auto" w:fill="F4F7FA"/>
            <w:tcMar>
              <w:top w:w="100" w:type="dxa"/>
              <w:left w:w="110" w:type="dxa"/>
              <w:bottom w:w="100" w:type="dxa"/>
              <w:right w:w="110" w:type="dxa"/>
            </w:tcMar>
            <w:vAlign w:val="center"/>
          </w:tcPr>
          <w:p w14:paraId="5FF04CF9"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20C5CA58"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5EF05C4C"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4611B0A4" w14:textId="77777777" w:rsidR="006A55BC" w:rsidRDefault="006A55BC">
            <w:pPr>
              <w:spacing w:after="20" w:line="240" w:lineRule="auto"/>
            </w:pPr>
          </w:p>
        </w:tc>
      </w:tr>
      <w:tr w:rsidR="006A55BC" w14:paraId="570E6975" w14:textId="77777777">
        <w:trPr>
          <w:cantSplit/>
          <w:jc w:val="center"/>
        </w:trPr>
        <w:tc>
          <w:tcPr>
            <w:tcW w:w="864" w:type="dxa"/>
            <w:tcMar>
              <w:top w:w="100" w:type="dxa"/>
              <w:left w:w="110" w:type="dxa"/>
              <w:bottom w:w="100" w:type="dxa"/>
              <w:right w:w="110" w:type="dxa"/>
            </w:tcMar>
            <w:vAlign w:val="center"/>
          </w:tcPr>
          <w:p w14:paraId="6A0134AB" w14:textId="77777777" w:rsidR="006A55BC" w:rsidRDefault="006A55BC">
            <w:pPr>
              <w:spacing w:after="20" w:line="240" w:lineRule="auto"/>
            </w:pPr>
          </w:p>
        </w:tc>
        <w:tc>
          <w:tcPr>
            <w:tcW w:w="4320" w:type="dxa"/>
            <w:tcMar>
              <w:top w:w="100" w:type="dxa"/>
              <w:left w:w="110" w:type="dxa"/>
              <w:bottom w:w="100" w:type="dxa"/>
              <w:right w:w="110" w:type="dxa"/>
            </w:tcMar>
            <w:vAlign w:val="center"/>
          </w:tcPr>
          <w:p w14:paraId="4B4E7650"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1C1DAE03"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39A95F7D"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31C1134E" w14:textId="77777777" w:rsidR="006A55BC" w:rsidRDefault="006A55BC">
            <w:pPr>
              <w:spacing w:after="20" w:line="240" w:lineRule="auto"/>
            </w:pPr>
          </w:p>
        </w:tc>
      </w:tr>
      <w:tr w:rsidR="006A55BC" w14:paraId="0B3855BC" w14:textId="77777777">
        <w:trPr>
          <w:cantSplit/>
          <w:jc w:val="center"/>
        </w:trPr>
        <w:tc>
          <w:tcPr>
            <w:tcW w:w="864" w:type="dxa"/>
            <w:shd w:val="clear" w:color="auto" w:fill="F4F7FA"/>
            <w:tcMar>
              <w:top w:w="100" w:type="dxa"/>
              <w:left w:w="110" w:type="dxa"/>
              <w:bottom w:w="100" w:type="dxa"/>
              <w:right w:w="110" w:type="dxa"/>
            </w:tcMar>
            <w:vAlign w:val="center"/>
          </w:tcPr>
          <w:p w14:paraId="5EF08A57" w14:textId="77777777" w:rsidR="006A55BC" w:rsidRDefault="006A55BC">
            <w:pPr>
              <w:spacing w:after="20" w:line="240" w:lineRule="auto"/>
            </w:pPr>
          </w:p>
        </w:tc>
        <w:tc>
          <w:tcPr>
            <w:tcW w:w="4320" w:type="dxa"/>
            <w:shd w:val="clear" w:color="auto" w:fill="F4F7FA"/>
            <w:tcMar>
              <w:top w:w="100" w:type="dxa"/>
              <w:left w:w="110" w:type="dxa"/>
              <w:bottom w:w="100" w:type="dxa"/>
              <w:right w:w="110" w:type="dxa"/>
            </w:tcMar>
            <w:vAlign w:val="center"/>
          </w:tcPr>
          <w:p w14:paraId="4CF80778"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62435498"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4C11286E"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4948DC4D" w14:textId="77777777" w:rsidR="006A55BC" w:rsidRDefault="006A55BC">
            <w:pPr>
              <w:spacing w:after="20" w:line="240" w:lineRule="auto"/>
            </w:pPr>
          </w:p>
        </w:tc>
      </w:tr>
      <w:tr w:rsidR="006A55BC" w14:paraId="37A31FC3" w14:textId="77777777">
        <w:trPr>
          <w:cantSplit/>
          <w:jc w:val="center"/>
        </w:trPr>
        <w:tc>
          <w:tcPr>
            <w:tcW w:w="864" w:type="dxa"/>
            <w:tcMar>
              <w:top w:w="100" w:type="dxa"/>
              <w:left w:w="110" w:type="dxa"/>
              <w:bottom w:w="100" w:type="dxa"/>
              <w:right w:w="110" w:type="dxa"/>
            </w:tcMar>
            <w:vAlign w:val="center"/>
          </w:tcPr>
          <w:p w14:paraId="0B3DC605" w14:textId="77777777" w:rsidR="006A55BC" w:rsidRDefault="006A55BC">
            <w:pPr>
              <w:spacing w:after="20" w:line="240" w:lineRule="auto"/>
            </w:pPr>
          </w:p>
        </w:tc>
        <w:tc>
          <w:tcPr>
            <w:tcW w:w="4320" w:type="dxa"/>
            <w:tcMar>
              <w:top w:w="100" w:type="dxa"/>
              <w:left w:w="110" w:type="dxa"/>
              <w:bottom w:w="100" w:type="dxa"/>
              <w:right w:w="110" w:type="dxa"/>
            </w:tcMar>
            <w:vAlign w:val="center"/>
          </w:tcPr>
          <w:p w14:paraId="5BE2748C"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199E0AAF"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5F0C9DA9"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02093E2E" w14:textId="77777777" w:rsidR="006A55BC" w:rsidRDefault="006A55BC">
            <w:pPr>
              <w:spacing w:after="20" w:line="240" w:lineRule="auto"/>
            </w:pPr>
          </w:p>
        </w:tc>
      </w:tr>
      <w:tr w:rsidR="006A55BC" w14:paraId="1DCE0476" w14:textId="77777777">
        <w:trPr>
          <w:cantSplit/>
          <w:jc w:val="center"/>
        </w:trPr>
        <w:tc>
          <w:tcPr>
            <w:tcW w:w="864" w:type="dxa"/>
            <w:shd w:val="clear" w:color="auto" w:fill="F4F7FA"/>
            <w:tcMar>
              <w:top w:w="100" w:type="dxa"/>
              <w:left w:w="110" w:type="dxa"/>
              <w:bottom w:w="100" w:type="dxa"/>
              <w:right w:w="110" w:type="dxa"/>
            </w:tcMar>
            <w:vAlign w:val="center"/>
          </w:tcPr>
          <w:p w14:paraId="08064666" w14:textId="77777777" w:rsidR="006A55BC" w:rsidRDefault="006A55BC">
            <w:pPr>
              <w:spacing w:after="20" w:line="240" w:lineRule="auto"/>
            </w:pPr>
          </w:p>
        </w:tc>
        <w:tc>
          <w:tcPr>
            <w:tcW w:w="4320" w:type="dxa"/>
            <w:shd w:val="clear" w:color="auto" w:fill="F4F7FA"/>
            <w:tcMar>
              <w:top w:w="100" w:type="dxa"/>
              <w:left w:w="110" w:type="dxa"/>
              <w:bottom w:w="100" w:type="dxa"/>
              <w:right w:w="110" w:type="dxa"/>
            </w:tcMar>
            <w:vAlign w:val="center"/>
          </w:tcPr>
          <w:p w14:paraId="73C77744"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46375F18"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5547EB11"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4311D2BA" w14:textId="77777777" w:rsidR="006A55BC" w:rsidRDefault="006A55BC">
            <w:pPr>
              <w:spacing w:after="20" w:line="240" w:lineRule="auto"/>
            </w:pPr>
          </w:p>
        </w:tc>
      </w:tr>
    </w:tbl>
    <w:p w14:paraId="038DE303" w14:textId="77777777" w:rsidR="006A55BC" w:rsidRDefault="006A55BC">
      <w:pPr>
        <w:spacing w:after="20"/>
      </w:pPr>
    </w:p>
    <w:p w14:paraId="754A89C8" w14:textId="77777777" w:rsidR="006A55BC" w:rsidRDefault="00000000">
      <w:r>
        <w:br w:type="page"/>
      </w:r>
    </w:p>
    <w:p w14:paraId="4794B77D" w14:textId="77777777" w:rsidR="006A55BC" w:rsidRDefault="00000000">
      <w:pPr>
        <w:pStyle w:val="Heading1"/>
      </w:pPr>
      <w:r>
        <w:lastRenderedPageBreak/>
        <w:t>Appendix B Interview Guide</w:t>
      </w:r>
    </w:p>
    <w:p w14:paraId="2F501DBD" w14:textId="77777777" w:rsidR="006A55BC" w:rsidRDefault="00000000">
      <w:pPr>
        <w:pStyle w:val="ListNumber"/>
        <w:spacing w:after="60"/>
      </w:pPr>
      <w:r>
        <w:t>What decisions in your area create the greatest opportunity for improper influence?</w:t>
      </w:r>
    </w:p>
    <w:p w14:paraId="2F91A1A5" w14:textId="77777777" w:rsidR="006A55BC" w:rsidRDefault="00000000">
      <w:pPr>
        <w:pStyle w:val="ListNumber"/>
        <w:spacing w:after="60"/>
      </w:pPr>
      <w:r>
        <w:t>Where can rules be overridden, exceptions approved or records changed?</w:t>
      </w:r>
    </w:p>
    <w:p w14:paraId="00F30373" w14:textId="77777777" w:rsidR="006A55BC" w:rsidRDefault="00000000">
      <w:pPr>
        <w:pStyle w:val="ListNumber"/>
        <w:spacing w:after="60"/>
      </w:pPr>
      <w:r>
        <w:t>Which targets, deadlines or incentives create pressure to take shortcuts?</w:t>
      </w:r>
    </w:p>
    <w:p w14:paraId="05D7F15A" w14:textId="77777777" w:rsidR="006A55BC" w:rsidRDefault="00000000">
      <w:pPr>
        <w:pStyle w:val="ListNumber"/>
        <w:spacing w:after="60"/>
      </w:pPr>
      <w:r>
        <w:t>Which employees, officials, customers or third parties can influence outcomes?</w:t>
      </w:r>
    </w:p>
    <w:p w14:paraId="4852C15E" w14:textId="77777777" w:rsidR="006A55BC" w:rsidRDefault="00000000">
      <w:pPr>
        <w:pStyle w:val="ListNumber"/>
        <w:spacing w:after="60"/>
      </w:pPr>
      <w:r>
        <w:t>What conflicts of interest are most difficult to identify?</w:t>
      </w:r>
    </w:p>
    <w:p w14:paraId="29D116EA" w14:textId="77777777" w:rsidR="006A55BC" w:rsidRDefault="00000000">
      <w:pPr>
        <w:pStyle w:val="ListNumber"/>
        <w:spacing w:after="60"/>
      </w:pPr>
      <w:r>
        <w:t>Describe how a corrupt transaction could be initiated, approved, paid and concealed.</w:t>
      </w:r>
    </w:p>
    <w:p w14:paraId="5568C87A" w14:textId="77777777" w:rsidR="006A55BC" w:rsidRDefault="00000000">
      <w:pPr>
        <w:pStyle w:val="ListNumber"/>
        <w:spacing w:after="60"/>
      </w:pPr>
      <w:r>
        <w:t>Which existing control is strongest, and what evidence demonstrates that it works?</w:t>
      </w:r>
    </w:p>
    <w:p w14:paraId="2FDFD660" w14:textId="77777777" w:rsidR="006A55BC" w:rsidRDefault="00000000">
      <w:pPr>
        <w:pStyle w:val="ListNumber"/>
        <w:spacing w:after="60"/>
      </w:pPr>
      <w:r>
        <w:t>Which control is most often bypassed or treated as a formality?</w:t>
      </w:r>
    </w:p>
    <w:p w14:paraId="392FE37D" w14:textId="77777777" w:rsidR="006A55BC" w:rsidRDefault="00000000">
      <w:pPr>
        <w:pStyle w:val="ListNumber"/>
        <w:spacing w:after="60"/>
      </w:pPr>
      <w:r>
        <w:t>What unusual transactions, complaints or patterns have you observed?</w:t>
      </w:r>
    </w:p>
    <w:p w14:paraId="7D36F83D" w14:textId="77777777" w:rsidR="006A55BC" w:rsidRDefault="00000000">
      <w:pPr>
        <w:pStyle w:val="ListNumber"/>
        <w:spacing w:after="60"/>
      </w:pPr>
      <w:r>
        <w:t>Would employees report concerns? What could stop them?</w:t>
      </w:r>
    </w:p>
    <w:p w14:paraId="40DE4774" w14:textId="77777777" w:rsidR="006A55BC" w:rsidRDefault="00000000">
      <w:pPr>
        <w:pStyle w:val="ListNumber"/>
        <w:spacing w:after="60"/>
      </w:pPr>
      <w:r>
        <w:t>How are high performers or senior leaders treated when concerns arise?</w:t>
      </w:r>
    </w:p>
    <w:p w14:paraId="2A67FA65" w14:textId="77777777" w:rsidR="006A55BC" w:rsidRDefault="00000000">
      <w:pPr>
        <w:pStyle w:val="ListNumber"/>
        <w:spacing w:after="60"/>
      </w:pPr>
      <w:r>
        <w:t>What changed in the last year that could increase exposure?</w:t>
      </w:r>
    </w:p>
    <w:p w14:paraId="71FDB294" w14:textId="77777777" w:rsidR="006A55BC" w:rsidRDefault="00000000">
      <w:pPr>
        <w:pStyle w:val="ListNumber"/>
        <w:spacing w:after="60"/>
      </w:pPr>
      <w:r>
        <w:t>What one improvement would most reduce risk in this area?</w:t>
      </w:r>
    </w:p>
    <w:p w14:paraId="2CB8D951" w14:textId="77777777" w:rsidR="006A55BC" w:rsidRDefault="00000000">
      <w:pPr>
        <w:pStyle w:val="Heading2"/>
      </w:pPr>
      <w:r>
        <w:t>Interview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6A55BC" w14:paraId="698F40FB" w14:textId="77777777">
        <w:trPr>
          <w:cantSplit/>
          <w:tblHeader/>
          <w:jc w:val="center"/>
        </w:trPr>
        <w:tc>
          <w:tcPr>
            <w:tcW w:w="3168" w:type="dxa"/>
            <w:shd w:val="clear" w:color="auto" w:fill="17365D"/>
            <w:tcMar>
              <w:top w:w="100" w:type="dxa"/>
              <w:left w:w="110" w:type="dxa"/>
              <w:bottom w:w="100" w:type="dxa"/>
              <w:right w:w="110" w:type="dxa"/>
            </w:tcMar>
            <w:vAlign w:val="center"/>
          </w:tcPr>
          <w:p w14:paraId="4A75D483" w14:textId="77777777" w:rsidR="006A55BC" w:rsidRDefault="00000000">
            <w:r>
              <w:rPr>
                <w:b/>
                <w:color w:val="FFFFFF"/>
                <w:sz w:val="18"/>
              </w:rPr>
              <w:t>Field</w:t>
            </w:r>
          </w:p>
        </w:tc>
        <w:tc>
          <w:tcPr>
            <w:tcW w:w="6768" w:type="dxa"/>
            <w:shd w:val="clear" w:color="auto" w:fill="17365D"/>
            <w:tcMar>
              <w:top w:w="100" w:type="dxa"/>
              <w:left w:w="110" w:type="dxa"/>
              <w:bottom w:w="100" w:type="dxa"/>
              <w:right w:w="110" w:type="dxa"/>
            </w:tcMar>
            <w:vAlign w:val="center"/>
          </w:tcPr>
          <w:p w14:paraId="2566887F" w14:textId="77777777" w:rsidR="006A55BC" w:rsidRDefault="00000000">
            <w:r>
              <w:rPr>
                <w:b/>
                <w:color w:val="FFFFFF"/>
                <w:sz w:val="18"/>
              </w:rPr>
              <w:t>Details</w:t>
            </w:r>
          </w:p>
        </w:tc>
      </w:tr>
      <w:tr w:rsidR="006A55BC" w14:paraId="7D0D6526" w14:textId="77777777">
        <w:trPr>
          <w:cantSplit/>
          <w:jc w:val="center"/>
        </w:trPr>
        <w:tc>
          <w:tcPr>
            <w:tcW w:w="3168" w:type="dxa"/>
            <w:tcMar>
              <w:top w:w="100" w:type="dxa"/>
              <w:left w:w="110" w:type="dxa"/>
              <w:bottom w:w="100" w:type="dxa"/>
              <w:right w:w="110" w:type="dxa"/>
            </w:tcMar>
            <w:vAlign w:val="center"/>
          </w:tcPr>
          <w:p w14:paraId="37BCDD03" w14:textId="77777777" w:rsidR="006A55BC" w:rsidRDefault="00000000">
            <w:pPr>
              <w:spacing w:after="20" w:line="240" w:lineRule="auto"/>
            </w:pPr>
            <w:r>
              <w:rPr>
                <w:sz w:val="18"/>
              </w:rPr>
              <w:t>Interviewee</w:t>
            </w:r>
          </w:p>
        </w:tc>
        <w:tc>
          <w:tcPr>
            <w:tcW w:w="6768" w:type="dxa"/>
            <w:tcMar>
              <w:top w:w="100" w:type="dxa"/>
              <w:left w:w="110" w:type="dxa"/>
              <w:bottom w:w="100" w:type="dxa"/>
              <w:right w:w="110" w:type="dxa"/>
            </w:tcMar>
            <w:vAlign w:val="center"/>
          </w:tcPr>
          <w:p w14:paraId="63779148" w14:textId="77777777" w:rsidR="006A55BC" w:rsidRDefault="006A55BC">
            <w:pPr>
              <w:spacing w:after="20" w:line="240" w:lineRule="auto"/>
            </w:pPr>
          </w:p>
        </w:tc>
      </w:tr>
      <w:tr w:rsidR="006A55BC" w14:paraId="5C172EFE" w14:textId="77777777">
        <w:trPr>
          <w:cantSplit/>
          <w:jc w:val="center"/>
        </w:trPr>
        <w:tc>
          <w:tcPr>
            <w:tcW w:w="3168" w:type="dxa"/>
            <w:shd w:val="clear" w:color="auto" w:fill="F4F7FA"/>
            <w:tcMar>
              <w:top w:w="100" w:type="dxa"/>
              <w:left w:w="110" w:type="dxa"/>
              <w:bottom w:w="100" w:type="dxa"/>
              <w:right w:w="110" w:type="dxa"/>
            </w:tcMar>
            <w:vAlign w:val="center"/>
          </w:tcPr>
          <w:p w14:paraId="05EE5586" w14:textId="77777777" w:rsidR="006A55BC" w:rsidRDefault="00000000">
            <w:pPr>
              <w:spacing w:after="20" w:line="240" w:lineRule="auto"/>
            </w:pPr>
            <w:r>
              <w:rPr>
                <w:sz w:val="18"/>
              </w:rPr>
              <w:t>Role</w:t>
            </w:r>
          </w:p>
        </w:tc>
        <w:tc>
          <w:tcPr>
            <w:tcW w:w="6768" w:type="dxa"/>
            <w:shd w:val="clear" w:color="auto" w:fill="F4F7FA"/>
            <w:tcMar>
              <w:top w:w="100" w:type="dxa"/>
              <w:left w:w="110" w:type="dxa"/>
              <w:bottom w:w="100" w:type="dxa"/>
              <w:right w:w="110" w:type="dxa"/>
            </w:tcMar>
            <w:vAlign w:val="center"/>
          </w:tcPr>
          <w:p w14:paraId="2353ACC1" w14:textId="77777777" w:rsidR="006A55BC" w:rsidRDefault="006A55BC">
            <w:pPr>
              <w:spacing w:after="20" w:line="240" w:lineRule="auto"/>
            </w:pPr>
          </w:p>
        </w:tc>
      </w:tr>
      <w:tr w:rsidR="006A55BC" w14:paraId="57D8E211" w14:textId="77777777">
        <w:trPr>
          <w:cantSplit/>
          <w:jc w:val="center"/>
        </w:trPr>
        <w:tc>
          <w:tcPr>
            <w:tcW w:w="3168" w:type="dxa"/>
            <w:tcMar>
              <w:top w:w="100" w:type="dxa"/>
              <w:left w:w="110" w:type="dxa"/>
              <w:bottom w:w="100" w:type="dxa"/>
              <w:right w:w="110" w:type="dxa"/>
            </w:tcMar>
            <w:vAlign w:val="center"/>
          </w:tcPr>
          <w:p w14:paraId="0072C009" w14:textId="77777777" w:rsidR="006A55BC" w:rsidRDefault="00000000">
            <w:pPr>
              <w:spacing w:after="20" w:line="240" w:lineRule="auto"/>
            </w:pPr>
            <w:r>
              <w:rPr>
                <w:sz w:val="18"/>
              </w:rPr>
              <w:t>Date</w:t>
            </w:r>
          </w:p>
        </w:tc>
        <w:tc>
          <w:tcPr>
            <w:tcW w:w="6768" w:type="dxa"/>
            <w:tcMar>
              <w:top w:w="100" w:type="dxa"/>
              <w:left w:w="110" w:type="dxa"/>
              <w:bottom w:w="100" w:type="dxa"/>
              <w:right w:w="110" w:type="dxa"/>
            </w:tcMar>
            <w:vAlign w:val="center"/>
          </w:tcPr>
          <w:p w14:paraId="4D3DD31D" w14:textId="77777777" w:rsidR="006A55BC" w:rsidRDefault="006A55BC">
            <w:pPr>
              <w:spacing w:after="20" w:line="240" w:lineRule="auto"/>
            </w:pPr>
          </w:p>
        </w:tc>
      </w:tr>
      <w:tr w:rsidR="006A55BC" w14:paraId="08061B45" w14:textId="77777777">
        <w:trPr>
          <w:cantSplit/>
          <w:jc w:val="center"/>
        </w:trPr>
        <w:tc>
          <w:tcPr>
            <w:tcW w:w="3168" w:type="dxa"/>
            <w:shd w:val="clear" w:color="auto" w:fill="F4F7FA"/>
            <w:tcMar>
              <w:top w:w="100" w:type="dxa"/>
              <w:left w:w="110" w:type="dxa"/>
              <w:bottom w:w="100" w:type="dxa"/>
              <w:right w:w="110" w:type="dxa"/>
            </w:tcMar>
            <w:vAlign w:val="center"/>
          </w:tcPr>
          <w:p w14:paraId="36658603" w14:textId="77777777" w:rsidR="006A55BC" w:rsidRDefault="00000000">
            <w:pPr>
              <w:spacing w:after="20" w:line="240" w:lineRule="auto"/>
            </w:pPr>
            <w:r>
              <w:rPr>
                <w:sz w:val="18"/>
              </w:rPr>
              <w:t>Interviewers</w:t>
            </w:r>
          </w:p>
        </w:tc>
        <w:tc>
          <w:tcPr>
            <w:tcW w:w="6768" w:type="dxa"/>
            <w:shd w:val="clear" w:color="auto" w:fill="F4F7FA"/>
            <w:tcMar>
              <w:top w:w="100" w:type="dxa"/>
              <w:left w:w="110" w:type="dxa"/>
              <w:bottom w:w="100" w:type="dxa"/>
              <w:right w:w="110" w:type="dxa"/>
            </w:tcMar>
            <w:vAlign w:val="center"/>
          </w:tcPr>
          <w:p w14:paraId="6FD2E0C7" w14:textId="77777777" w:rsidR="006A55BC" w:rsidRDefault="006A55BC">
            <w:pPr>
              <w:spacing w:after="20" w:line="240" w:lineRule="auto"/>
            </w:pPr>
          </w:p>
        </w:tc>
      </w:tr>
      <w:tr w:rsidR="006A55BC" w14:paraId="5849BB1D" w14:textId="77777777">
        <w:trPr>
          <w:cantSplit/>
          <w:jc w:val="center"/>
        </w:trPr>
        <w:tc>
          <w:tcPr>
            <w:tcW w:w="3168" w:type="dxa"/>
            <w:tcMar>
              <w:top w:w="100" w:type="dxa"/>
              <w:left w:w="110" w:type="dxa"/>
              <w:bottom w:w="100" w:type="dxa"/>
              <w:right w:w="110" w:type="dxa"/>
            </w:tcMar>
            <w:vAlign w:val="center"/>
          </w:tcPr>
          <w:p w14:paraId="6D50EBF9" w14:textId="77777777" w:rsidR="006A55BC" w:rsidRDefault="00000000">
            <w:pPr>
              <w:spacing w:after="20" w:line="240" w:lineRule="auto"/>
            </w:pPr>
            <w:r>
              <w:rPr>
                <w:sz w:val="18"/>
              </w:rPr>
              <w:t>Consent and confidentiality explained</w:t>
            </w:r>
          </w:p>
        </w:tc>
        <w:tc>
          <w:tcPr>
            <w:tcW w:w="6768" w:type="dxa"/>
            <w:tcMar>
              <w:top w:w="100" w:type="dxa"/>
              <w:left w:w="110" w:type="dxa"/>
              <w:bottom w:w="100" w:type="dxa"/>
              <w:right w:w="110" w:type="dxa"/>
            </w:tcMar>
            <w:vAlign w:val="center"/>
          </w:tcPr>
          <w:p w14:paraId="54799B5A" w14:textId="77777777" w:rsidR="006A55BC" w:rsidRDefault="006A55BC">
            <w:pPr>
              <w:spacing w:after="20" w:line="240" w:lineRule="auto"/>
            </w:pPr>
          </w:p>
        </w:tc>
      </w:tr>
      <w:tr w:rsidR="006A55BC" w14:paraId="2AB5B9AD" w14:textId="77777777">
        <w:trPr>
          <w:cantSplit/>
          <w:jc w:val="center"/>
        </w:trPr>
        <w:tc>
          <w:tcPr>
            <w:tcW w:w="3168" w:type="dxa"/>
            <w:shd w:val="clear" w:color="auto" w:fill="F4F7FA"/>
            <w:tcMar>
              <w:top w:w="100" w:type="dxa"/>
              <w:left w:w="110" w:type="dxa"/>
              <w:bottom w:w="100" w:type="dxa"/>
              <w:right w:w="110" w:type="dxa"/>
            </w:tcMar>
            <w:vAlign w:val="center"/>
          </w:tcPr>
          <w:p w14:paraId="1F9C2533" w14:textId="77777777" w:rsidR="006A55BC" w:rsidRDefault="00000000">
            <w:pPr>
              <w:spacing w:after="20" w:line="240" w:lineRule="auto"/>
            </w:pPr>
            <w:r>
              <w:rPr>
                <w:sz w:val="18"/>
              </w:rPr>
              <w:t>Key facts</w:t>
            </w:r>
          </w:p>
        </w:tc>
        <w:tc>
          <w:tcPr>
            <w:tcW w:w="6768" w:type="dxa"/>
            <w:shd w:val="clear" w:color="auto" w:fill="F4F7FA"/>
            <w:tcMar>
              <w:top w:w="100" w:type="dxa"/>
              <w:left w:w="110" w:type="dxa"/>
              <w:bottom w:w="100" w:type="dxa"/>
              <w:right w:w="110" w:type="dxa"/>
            </w:tcMar>
            <w:vAlign w:val="center"/>
          </w:tcPr>
          <w:p w14:paraId="444BCAF4" w14:textId="77777777" w:rsidR="006A55BC" w:rsidRDefault="006A55BC">
            <w:pPr>
              <w:spacing w:after="20" w:line="240" w:lineRule="auto"/>
            </w:pPr>
          </w:p>
        </w:tc>
      </w:tr>
      <w:tr w:rsidR="006A55BC" w14:paraId="4508AF1C" w14:textId="77777777">
        <w:trPr>
          <w:cantSplit/>
          <w:jc w:val="center"/>
        </w:trPr>
        <w:tc>
          <w:tcPr>
            <w:tcW w:w="3168" w:type="dxa"/>
            <w:tcMar>
              <w:top w:w="100" w:type="dxa"/>
              <w:left w:w="110" w:type="dxa"/>
              <w:bottom w:w="100" w:type="dxa"/>
              <w:right w:w="110" w:type="dxa"/>
            </w:tcMar>
            <w:vAlign w:val="center"/>
          </w:tcPr>
          <w:p w14:paraId="18A0DCD2" w14:textId="77777777" w:rsidR="006A55BC" w:rsidRDefault="00000000">
            <w:pPr>
              <w:spacing w:after="20" w:line="240" w:lineRule="auto"/>
            </w:pPr>
            <w:r>
              <w:rPr>
                <w:sz w:val="18"/>
              </w:rPr>
              <w:t>Risks identified</w:t>
            </w:r>
          </w:p>
        </w:tc>
        <w:tc>
          <w:tcPr>
            <w:tcW w:w="6768" w:type="dxa"/>
            <w:tcMar>
              <w:top w:w="100" w:type="dxa"/>
              <w:left w:w="110" w:type="dxa"/>
              <w:bottom w:w="100" w:type="dxa"/>
              <w:right w:w="110" w:type="dxa"/>
            </w:tcMar>
            <w:vAlign w:val="center"/>
          </w:tcPr>
          <w:p w14:paraId="6E4415E4" w14:textId="77777777" w:rsidR="006A55BC" w:rsidRDefault="006A55BC">
            <w:pPr>
              <w:spacing w:after="20" w:line="240" w:lineRule="auto"/>
            </w:pPr>
          </w:p>
        </w:tc>
      </w:tr>
      <w:tr w:rsidR="006A55BC" w14:paraId="0E8CF362" w14:textId="77777777">
        <w:trPr>
          <w:cantSplit/>
          <w:jc w:val="center"/>
        </w:trPr>
        <w:tc>
          <w:tcPr>
            <w:tcW w:w="3168" w:type="dxa"/>
            <w:shd w:val="clear" w:color="auto" w:fill="F4F7FA"/>
            <w:tcMar>
              <w:top w:w="100" w:type="dxa"/>
              <w:left w:w="110" w:type="dxa"/>
              <w:bottom w:w="100" w:type="dxa"/>
              <w:right w:w="110" w:type="dxa"/>
            </w:tcMar>
            <w:vAlign w:val="center"/>
          </w:tcPr>
          <w:p w14:paraId="79329292" w14:textId="77777777" w:rsidR="006A55BC" w:rsidRDefault="00000000">
            <w:pPr>
              <w:spacing w:after="20" w:line="240" w:lineRule="auto"/>
            </w:pPr>
            <w:r>
              <w:rPr>
                <w:sz w:val="18"/>
              </w:rPr>
              <w:t>Controls identified</w:t>
            </w:r>
          </w:p>
        </w:tc>
        <w:tc>
          <w:tcPr>
            <w:tcW w:w="6768" w:type="dxa"/>
            <w:shd w:val="clear" w:color="auto" w:fill="F4F7FA"/>
            <w:tcMar>
              <w:top w:w="100" w:type="dxa"/>
              <w:left w:w="110" w:type="dxa"/>
              <w:bottom w:w="100" w:type="dxa"/>
              <w:right w:w="110" w:type="dxa"/>
            </w:tcMar>
            <w:vAlign w:val="center"/>
          </w:tcPr>
          <w:p w14:paraId="242DDD3B" w14:textId="77777777" w:rsidR="006A55BC" w:rsidRDefault="006A55BC">
            <w:pPr>
              <w:spacing w:after="20" w:line="240" w:lineRule="auto"/>
            </w:pPr>
          </w:p>
        </w:tc>
      </w:tr>
      <w:tr w:rsidR="006A55BC" w14:paraId="22B9FC51" w14:textId="77777777">
        <w:trPr>
          <w:cantSplit/>
          <w:jc w:val="center"/>
        </w:trPr>
        <w:tc>
          <w:tcPr>
            <w:tcW w:w="3168" w:type="dxa"/>
            <w:tcMar>
              <w:top w:w="100" w:type="dxa"/>
              <w:left w:w="110" w:type="dxa"/>
              <w:bottom w:w="100" w:type="dxa"/>
              <w:right w:w="110" w:type="dxa"/>
            </w:tcMar>
            <w:vAlign w:val="center"/>
          </w:tcPr>
          <w:p w14:paraId="5061AD00" w14:textId="77777777" w:rsidR="006A55BC" w:rsidRDefault="00000000">
            <w:pPr>
              <w:spacing w:after="20" w:line="240" w:lineRule="auto"/>
            </w:pPr>
            <w:r>
              <w:rPr>
                <w:sz w:val="18"/>
              </w:rPr>
              <w:t>Documents requested</w:t>
            </w:r>
          </w:p>
        </w:tc>
        <w:tc>
          <w:tcPr>
            <w:tcW w:w="6768" w:type="dxa"/>
            <w:tcMar>
              <w:top w:w="100" w:type="dxa"/>
              <w:left w:w="110" w:type="dxa"/>
              <w:bottom w:w="100" w:type="dxa"/>
              <w:right w:w="110" w:type="dxa"/>
            </w:tcMar>
            <w:vAlign w:val="center"/>
          </w:tcPr>
          <w:p w14:paraId="4E36ADE5" w14:textId="77777777" w:rsidR="006A55BC" w:rsidRDefault="006A55BC">
            <w:pPr>
              <w:spacing w:after="20" w:line="240" w:lineRule="auto"/>
            </w:pPr>
          </w:p>
        </w:tc>
      </w:tr>
      <w:tr w:rsidR="006A55BC" w14:paraId="35D94ADF" w14:textId="77777777">
        <w:trPr>
          <w:cantSplit/>
          <w:jc w:val="center"/>
        </w:trPr>
        <w:tc>
          <w:tcPr>
            <w:tcW w:w="3168" w:type="dxa"/>
            <w:shd w:val="clear" w:color="auto" w:fill="F4F7FA"/>
            <w:tcMar>
              <w:top w:w="100" w:type="dxa"/>
              <w:left w:w="110" w:type="dxa"/>
              <w:bottom w:w="100" w:type="dxa"/>
              <w:right w:w="110" w:type="dxa"/>
            </w:tcMar>
            <w:vAlign w:val="center"/>
          </w:tcPr>
          <w:p w14:paraId="541165E6" w14:textId="77777777" w:rsidR="006A55BC" w:rsidRDefault="00000000">
            <w:pPr>
              <w:spacing w:after="20" w:line="240" w:lineRule="auto"/>
            </w:pPr>
            <w:r>
              <w:rPr>
                <w:sz w:val="18"/>
              </w:rPr>
              <w:t>Follow-up action</w:t>
            </w:r>
          </w:p>
        </w:tc>
        <w:tc>
          <w:tcPr>
            <w:tcW w:w="6768" w:type="dxa"/>
            <w:shd w:val="clear" w:color="auto" w:fill="F4F7FA"/>
            <w:tcMar>
              <w:top w:w="100" w:type="dxa"/>
              <w:left w:w="110" w:type="dxa"/>
              <w:bottom w:w="100" w:type="dxa"/>
              <w:right w:w="110" w:type="dxa"/>
            </w:tcMar>
            <w:vAlign w:val="center"/>
          </w:tcPr>
          <w:p w14:paraId="3A7F046B" w14:textId="77777777" w:rsidR="006A55BC" w:rsidRDefault="006A55BC">
            <w:pPr>
              <w:spacing w:after="20" w:line="240" w:lineRule="auto"/>
            </w:pPr>
          </w:p>
        </w:tc>
      </w:tr>
      <w:tr w:rsidR="006A55BC" w14:paraId="26129D32" w14:textId="77777777">
        <w:trPr>
          <w:cantSplit/>
          <w:jc w:val="center"/>
        </w:trPr>
        <w:tc>
          <w:tcPr>
            <w:tcW w:w="3168" w:type="dxa"/>
            <w:tcMar>
              <w:top w:w="100" w:type="dxa"/>
              <w:left w:w="110" w:type="dxa"/>
              <w:bottom w:w="100" w:type="dxa"/>
              <w:right w:w="110" w:type="dxa"/>
            </w:tcMar>
            <w:vAlign w:val="center"/>
          </w:tcPr>
          <w:p w14:paraId="6C1A2A38" w14:textId="77777777" w:rsidR="006A55BC" w:rsidRDefault="00000000">
            <w:pPr>
              <w:spacing w:after="20" w:line="240" w:lineRule="auto"/>
            </w:pPr>
            <w:r>
              <w:rPr>
                <w:sz w:val="18"/>
              </w:rPr>
              <w:t>Reliability or limitation</w:t>
            </w:r>
          </w:p>
        </w:tc>
        <w:tc>
          <w:tcPr>
            <w:tcW w:w="6768" w:type="dxa"/>
            <w:tcMar>
              <w:top w:w="100" w:type="dxa"/>
              <w:left w:w="110" w:type="dxa"/>
              <w:bottom w:w="100" w:type="dxa"/>
              <w:right w:w="110" w:type="dxa"/>
            </w:tcMar>
            <w:vAlign w:val="center"/>
          </w:tcPr>
          <w:p w14:paraId="42D2A50C" w14:textId="77777777" w:rsidR="006A55BC" w:rsidRDefault="006A55BC">
            <w:pPr>
              <w:spacing w:after="20" w:line="240" w:lineRule="auto"/>
            </w:pPr>
          </w:p>
        </w:tc>
      </w:tr>
    </w:tbl>
    <w:p w14:paraId="332546DB" w14:textId="77777777" w:rsidR="006A55BC" w:rsidRDefault="006A55BC">
      <w:pPr>
        <w:spacing w:after="20"/>
      </w:pPr>
    </w:p>
    <w:p w14:paraId="381C022C" w14:textId="77777777" w:rsidR="006A55BC" w:rsidRDefault="00000000">
      <w:r>
        <w:br w:type="page"/>
      </w:r>
    </w:p>
    <w:p w14:paraId="258C17D2" w14:textId="77777777" w:rsidR="006A55BC" w:rsidRDefault="00000000">
      <w:pPr>
        <w:pStyle w:val="Heading1"/>
      </w:pPr>
      <w:r>
        <w:lastRenderedPageBreak/>
        <w:t>Appendix C Control Testing Worksheet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168"/>
        <w:gridCol w:w="6768"/>
      </w:tblGrid>
      <w:tr w:rsidR="006A55BC" w14:paraId="26784896" w14:textId="77777777">
        <w:trPr>
          <w:cantSplit/>
          <w:tblHeader/>
          <w:jc w:val="center"/>
        </w:trPr>
        <w:tc>
          <w:tcPr>
            <w:tcW w:w="3168" w:type="dxa"/>
            <w:shd w:val="clear" w:color="auto" w:fill="17365D"/>
            <w:tcMar>
              <w:top w:w="100" w:type="dxa"/>
              <w:left w:w="110" w:type="dxa"/>
              <w:bottom w:w="100" w:type="dxa"/>
              <w:right w:w="110" w:type="dxa"/>
            </w:tcMar>
            <w:vAlign w:val="center"/>
          </w:tcPr>
          <w:p w14:paraId="0A7A91DC" w14:textId="77777777" w:rsidR="006A55BC" w:rsidRDefault="00000000">
            <w:r>
              <w:rPr>
                <w:b/>
                <w:color w:val="FFFFFF"/>
                <w:sz w:val="18"/>
              </w:rPr>
              <w:t>Field</w:t>
            </w:r>
          </w:p>
        </w:tc>
        <w:tc>
          <w:tcPr>
            <w:tcW w:w="6768" w:type="dxa"/>
            <w:shd w:val="clear" w:color="auto" w:fill="17365D"/>
            <w:tcMar>
              <w:top w:w="100" w:type="dxa"/>
              <w:left w:w="110" w:type="dxa"/>
              <w:bottom w:w="100" w:type="dxa"/>
              <w:right w:w="110" w:type="dxa"/>
            </w:tcMar>
            <w:vAlign w:val="center"/>
          </w:tcPr>
          <w:p w14:paraId="1B3A4BBD" w14:textId="77777777" w:rsidR="006A55BC" w:rsidRDefault="00000000">
            <w:r>
              <w:rPr>
                <w:b/>
                <w:color w:val="FFFFFF"/>
                <w:sz w:val="18"/>
              </w:rPr>
              <w:t>Details</w:t>
            </w:r>
          </w:p>
        </w:tc>
      </w:tr>
      <w:tr w:rsidR="006A55BC" w14:paraId="441956B0" w14:textId="77777777">
        <w:trPr>
          <w:cantSplit/>
          <w:jc w:val="center"/>
        </w:trPr>
        <w:tc>
          <w:tcPr>
            <w:tcW w:w="3168" w:type="dxa"/>
            <w:tcMar>
              <w:top w:w="100" w:type="dxa"/>
              <w:left w:w="110" w:type="dxa"/>
              <w:bottom w:w="100" w:type="dxa"/>
              <w:right w:w="110" w:type="dxa"/>
            </w:tcMar>
            <w:vAlign w:val="center"/>
          </w:tcPr>
          <w:p w14:paraId="6F855B6F" w14:textId="77777777" w:rsidR="006A55BC" w:rsidRDefault="00000000">
            <w:pPr>
              <w:spacing w:after="20" w:line="240" w:lineRule="auto"/>
            </w:pPr>
            <w:r>
              <w:rPr>
                <w:sz w:val="18"/>
              </w:rPr>
              <w:t>Control ID</w:t>
            </w:r>
          </w:p>
        </w:tc>
        <w:tc>
          <w:tcPr>
            <w:tcW w:w="6768" w:type="dxa"/>
            <w:tcMar>
              <w:top w:w="100" w:type="dxa"/>
              <w:left w:w="110" w:type="dxa"/>
              <w:bottom w:w="100" w:type="dxa"/>
              <w:right w:w="110" w:type="dxa"/>
            </w:tcMar>
            <w:vAlign w:val="center"/>
          </w:tcPr>
          <w:p w14:paraId="6A11B353" w14:textId="77777777" w:rsidR="006A55BC" w:rsidRDefault="006A55BC">
            <w:pPr>
              <w:spacing w:after="20" w:line="240" w:lineRule="auto"/>
            </w:pPr>
          </w:p>
        </w:tc>
      </w:tr>
      <w:tr w:rsidR="006A55BC" w14:paraId="15F40FF9" w14:textId="77777777">
        <w:trPr>
          <w:cantSplit/>
          <w:jc w:val="center"/>
        </w:trPr>
        <w:tc>
          <w:tcPr>
            <w:tcW w:w="3168" w:type="dxa"/>
            <w:shd w:val="clear" w:color="auto" w:fill="F4F7FA"/>
            <w:tcMar>
              <w:top w:w="100" w:type="dxa"/>
              <w:left w:w="110" w:type="dxa"/>
              <w:bottom w:w="100" w:type="dxa"/>
              <w:right w:w="110" w:type="dxa"/>
            </w:tcMar>
            <w:vAlign w:val="center"/>
          </w:tcPr>
          <w:p w14:paraId="1B1F681E" w14:textId="77777777" w:rsidR="006A55BC" w:rsidRDefault="00000000">
            <w:pPr>
              <w:spacing w:after="20" w:line="240" w:lineRule="auto"/>
            </w:pPr>
            <w:r>
              <w:rPr>
                <w:sz w:val="18"/>
              </w:rPr>
              <w:t>Related risk ID</w:t>
            </w:r>
          </w:p>
        </w:tc>
        <w:tc>
          <w:tcPr>
            <w:tcW w:w="6768" w:type="dxa"/>
            <w:shd w:val="clear" w:color="auto" w:fill="F4F7FA"/>
            <w:tcMar>
              <w:top w:w="100" w:type="dxa"/>
              <w:left w:w="110" w:type="dxa"/>
              <w:bottom w:w="100" w:type="dxa"/>
              <w:right w:w="110" w:type="dxa"/>
            </w:tcMar>
            <w:vAlign w:val="center"/>
          </w:tcPr>
          <w:p w14:paraId="1EEA19FF" w14:textId="77777777" w:rsidR="006A55BC" w:rsidRDefault="006A55BC">
            <w:pPr>
              <w:spacing w:after="20" w:line="240" w:lineRule="auto"/>
            </w:pPr>
          </w:p>
        </w:tc>
      </w:tr>
      <w:tr w:rsidR="006A55BC" w14:paraId="6A395CC9" w14:textId="77777777">
        <w:trPr>
          <w:cantSplit/>
          <w:jc w:val="center"/>
        </w:trPr>
        <w:tc>
          <w:tcPr>
            <w:tcW w:w="3168" w:type="dxa"/>
            <w:tcMar>
              <w:top w:w="100" w:type="dxa"/>
              <w:left w:w="110" w:type="dxa"/>
              <w:bottom w:w="100" w:type="dxa"/>
              <w:right w:w="110" w:type="dxa"/>
            </w:tcMar>
            <w:vAlign w:val="center"/>
          </w:tcPr>
          <w:p w14:paraId="4F15901C" w14:textId="77777777" w:rsidR="006A55BC" w:rsidRDefault="00000000">
            <w:pPr>
              <w:spacing w:after="20" w:line="240" w:lineRule="auto"/>
            </w:pPr>
            <w:r>
              <w:rPr>
                <w:sz w:val="18"/>
              </w:rPr>
              <w:t>Control objective</w:t>
            </w:r>
          </w:p>
        </w:tc>
        <w:tc>
          <w:tcPr>
            <w:tcW w:w="6768" w:type="dxa"/>
            <w:tcMar>
              <w:top w:w="100" w:type="dxa"/>
              <w:left w:w="110" w:type="dxa"/>
              <w:bottom w:w="100" w:type="dxa"/>
              <w:right w:w="110" w:type="dxa"/>
            </w:tcMar>
            <w:vAlign w:val="center"/>
          </w:tcPr>
          <w:p w14:paraId="0946550C" w14:textId="77777777" w:rsidR="006A55BC" w:rsidRDefault="006A55BC">
            <w:pPr>
              <w:spacing w:after="20" w:line="240" w:lineRule="auto"/>
            </w:pPr>
          </w:p>
        </w:tc>
      </w:tr>
      <w:tr w:rsidR="006A55BC" w14:paraId="633C64D4" w14:textId="77777777">
        <w:trPr>
          <w:cantSplit/>
          <w:jc w:val="center"/>
        </w:trPr>
        <w:tc>
          <w:tcPr>
            <w:tcW w:w="3168" w:type="dxa"/>
            <w:shd w:val="clear" w:color="auto" w:fill="F4F7FA"/>
            <w:tcMar>
              <w:top w:w="100" w:type="dxa"/>
              <w:left w:w="110" w:type="dxa"/>
              <w:bottom w:w="100" w:type="dxa"/>
              <w:right w:w="110" w:type="dxa"/>
            </w:tcMar>
            <w:vAlign w:val="center"/>
          </w:tcPr>
          <w:p w14:paraId="35A98A66" w14:textId="77777777" w:rsidR="006A55BC" w:rsidRDefault="00000000">
            <w:pPr>
              <w:spacing w:after="20" w:line="240" w:lineRule="auto"/>
            </w:pPr>
            <w:r>
              <w:rPr>
                <w:sz w:val="18"/>
              </w:rPr>
              <w:t>Control owner</w:t>
            </w:r>
          </w:p>
        </w:tc>
        <w:tc>
          <w:tcPr>
            <w:tcW w:w="6768" w:type="dxa"/>
            <w:shd w:val="clear" w:color="auto" w:fill="F4F7FA"/>
            <w:tcMar>
              <w:top w:w="100" w:type="dxa"/>
              <w:left w:w="110" w:type="dxa"/>
              <w:bottom w:w="100" w:type="dxa"/>
              <w:right w:w="110" w:type="dxa"/>
            </w:tcMar>
            <w:vAlign w:val="center"/>
          </w:tcPr>
          <w:p w14:paraId="442F3CCD" w14:textId="77777777" w:rsidR="006A55BC" w:rsidRDefault="006A55BC">
            <w:pPr>
              <w:spacing w:after="20" w:line="240" w:lineRule="auto"/>
            </w:pPr>
          </w:p>
        </w:tc>
      </w:tr>
      <w:tr w:rsidR="006A55BC" w14:paraId="0AE8D4CF" w14:textId="77777777">
        <w:trPr>
          <w:cantSplit/>
          <w:jc w:val="center"/>
        </w:trPr>
        <w:tc>
          <w:tcPr>
            <w:tcW w:w="3168" w:type="dxa"/>
            <w:tcMar>
              <w:top w:w="100" w:type="dxa"/>
              <w:left w:w="110" w:type="dxa"/>
              <w:bottom w:w="100" w:type="dxa"/>
              <w:right w:w="110" w:type="dxa"/>
            </w:tcMar>
            <w:vAlign w:val="center"/>
          </w:tcPr>
          <w:p w14:paraId="1EF5097C" w14:textId="77777777" w:rsidR="006A55BC" w:rsidRDefault="00000000">
            <w:pPr>
              <w:spacing w:after="20" w:line="240" w:lineRule="auto"/>
            </w:pPr>
            <w:r>
              <w:rPr>
                <w:sz w:val="18"/>
              </w:rPr>
              <w:t>Frequency</w:t>
            </w:r>
          </w:p>
        </w:tc>
        <w:tc>
          <w:tcPr>
            <w:tcW w:w="6768" w:type="dxa"/>
            <w:tcMar>
              <w:top w:w="100" w:type="dxa"/>
              <w:left w:w="110" w:type="dxa"/>
              <w:bottom w:w="100" w:type="dxa"/>
              <w:right w:w="110" w:type="dxa"/>
            </w:tcMar>
            <w:vAlign w:val="center"/>
          </w:tcPr>
          <w:p w14:paraId="3979A62D" w14:textId="77777777" w:rsidR="006A55BC" w:rsidRDefault="006A55BC">
            <w:pPr>
              <w:spacing w:after="20" w:line="240" w:lineRule="auto"/>
            </w:pPr>
          </w:p>
        </w:tc>
      </w:tr>
      <w:tr w:rsidR="006A55BC" w14:paraId="7CF68B7E" w14:textId="77777777">
        <w:trPr>
          <w:cantSplit/>
          <w:jc w:val="center"/>
        </w:trPr>
        <w:tc>
          <w:tcPr>
            <w:tcW w:w="3168" w:type="dxa"/>
            <w:shd w:val="clear" w:color="auto" w:fill="F4F7FA"/>
            <w:tcMar>
              <w:top w:w="100" w:type="dxa"/>
              <w:left w:w="110" w:type="dxa"/>
              <w:bottom w:w="100" w:type="dxa"/>
              <w:right w:w="110" w:type="dxa"/>
            </w:tcMar>
            <w:vAlign w:val="center"/>
          </w:tcPr>
          <w:p w14:paraId="2138AF1D" w14:textId="77777777" w:rsidR="006A55BC" w:rsidRDefault="00000000">
            <w:pPr>
              <w:spacing w:after="20" w:line="240" w:lineRule="auto"/>
            </w:pPr>
            <w:r>
              <w:rPr>
                <w:sz w:val="18"/>
              </w:rPr>
              <w:t>Population</w:t>
            </w:r>
          </w:p>
        </w:tc>
        <w:tc>
          <w:tcPr>
            <w:tcW w:w="6768" w:type="dxa"/>
            <w:shd w:val="clear" w:color="auto" w:fill="F4F7FA"/>
            <w:tcMar>
              <w:top w:w="100" w:type="dxa"/>
              <w:left w:w="110" w:type="dxa"/>
              <w:bottom w:w="100" w:type="dxa"/>
              <w:right w:w="110" w:type="dxa"/>
            </w:tcMar>
            <w:vAlign w:val="center"/>
          </w:tcPr>
          <w:p w14:paraId="16A2C1EE" w14:textId="77777777" w:rsidR="006A55BC" w:rsidRDefault="006A55BC">
            <w:pPr>
              <w:spacing w:after="20" w:line="240" w:lineRule="auto"/>
            </w:pPr>
          </w:p>
        </w:tc>
      </w:tr>
      <w:tr w:rsidR="006A55BC" w14:paraId="43BD3EF8" w14:textId="77777777">
        <w:trPr>
          <w:cantSplit/>
          <w:jc w:val="center"/>
        </w:trPr>
        <w:tc>
          <w:tcPr>
            <w:tcW w:w="3168" w:type="dxa"/>
            <w:tcMar>
              <w:top w:w="100" w:type="dxa"/>
              <w:left w:w="110" w:type="dxa"/>
              <w:bottom w:w="100" w:type="dxa"/>
              <w:right w:w="110" w:type="dxa"/>
            </w:tcMar>
            <w:vAlign w:val="center"/>
          </w:tcPr>
          <w:p w14:paraId="19525E48" w14:textId="77777777" w:rsidR="006A55BC" w:rsidRDefault="00000000">
            <w:pPr>
              <w:spacing w:after="20" w:line="240" w:lineRule="auto"/>
            </w:pPr>
            <w:r>
              <w:rPr>
                <w:sz w:val="18"/>
              </w:rPr>
              <w:t>Test period</w:t>
            </w:r>
          </w:p>
        </w:tc>
        <w:tc>
          <w:tcPr>
            <w:tcW w:w="6768" w:type="dxa"/>
            <w:tcMar>
              <w:top w:w="100" w:type="dxa"/>
              <w:left w:w="110" w:type="dxa"/>
              <w:bottom w:w="100" w:type="dxa"/>
              <w:right w:w="110" w:type="dxa"/>
            </w:tcMar>
            <w:vAlign w:val="center"/>
          </w:tcPr>
          <w:p w14:paraId="07F7AD3A" w14:textId="77777777" w:rsidR="006A55BC" w:rsidRDefault="006A55BC">
            <w:pPr>
              <w:spacing w:after="20" w:line="240" w:lineRule="auto"/>
            </w:pPr>
          </w:p>
        </w:tc>
      </w:tr>
      <w:tr w:rsidR="006A55BC" w14:paraId="0A02C331" w14:textId="77777777">
        <w:trPr>
          <w:cantSplit/>
          <w:jc w:val="center"/>
        </w:trPr>
        <w:tc>
          <w:tcPr>
            <w:tcW w:w="3168" w:type="dxa"/>
            <w:shd w:val="clear" w:color="auto" w:fill="F4F7FA"/>
            <w:tcMar>
              <w:top w:w="100" w:type="dxa"/>
              <w:left w:w="110" w:type="dxa"/>
              <w:bottom w:w="100" w:type="dxa"/>
              <w:right w:w="110" w:type="dxa"/>
            </w:tcMar>
            <w:vAlign w:val="center"/>
          </w:tcPr>
          <w:p w14:paraId="4E259313" w14:textId="77777777" w:rsidR="006A55BC" w:rsidRDefault="00000000">
            <w:pPr>
              <w:spacing w:after="20" w:line="240" w:lineRule="auto"/>
            </w:pPr>
            <w:r>
              <w:rPr>
                <w:sz w:val="18"/>
              </w:rPr>
              <w:t>Tester</w:t>
            </w:r>
          </w:p>
        </w:tc>
        <w:tc>
          <w:tcPr>
            <w:tcW w:w="6768" w:type="dxa"/>
            <w:shd w:val="clear" w:color="auto" w:fill="F4F7FA"/>
            <w:tcMar>
              <w:top w:w="100" w:type="dxa"/>
              <w:left w:w="110" w:type="dxa"/>
              <w:bottom w:w="100" w:type="dxa"/>
              <w:right w:w="110" w:type="dxa"/>
            </w:tcMar>
            <w:vAlign w:val="center"/>
          </w:tcPr>
          <w:p w14:paraId="128817B9" w14:textId="77777777" w:rsidR="006A55BC" w:rsidRDefault="006A55BC">
            <w:pPr>
              <w:spacing w:after="20" w:line="240" w:lineRule="auto"/>
            </w:pPr>
          </w:p>
        </w:tc>
      </w:tr>
    </w:tbl>
    <w:p w14:paraId="2706DE02" w14:textId="77777777" w:rsidR="006A55BC" w:rsidRDefault="006A55BC">
      <w:pPr>
        <w:spacing w:after="20"/>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648"/>
        <w:gridCol w:w="1944"/>
        <w:gridCol w:w="2160"/>
        <w:gridCol w:w="2160"/>
        <w:gridCol w:w="1800"/>
        <w:gridCol w:w="1224"/>
      </w:tblGrid>
      <w:tr w:rsidR="006A55BC" w14:paraId="7957259C" w14:textId="77777777">
        <w:trPr>
          <w:cantSplit/>
          <w:tblHeader/>
          <w:jc w:val="center"/>
        </w:trPr>
        <w:tc>
          <w:tcPr>
            <w:tcW w:w="648" w:type="dxa"/>
            <w:shd w:val="clear" w:color="auto" w:fill="17365D"/>
            <w:tcMar>
              <w:top w:w="100" w:type="dxa"/>
              <w:left w:w="110" w:type="dxa"/>
              <w:bottom w:w="100" w:type="dxa"/>
              <w:right w:w="110" w:type="dxa"/>
            </w:tcMar>
            <w:vAlign w:val="center"/>
          </w:tcPr>
          <w:p w14:paraId="4D7FB6D6" w14:textId="77777777" w:rsidR="006A55BC" w:rsidRDefault="00000000">
            <w:r>
              <w:rPr>
                <w:b/>
                <w:color w:val="FFFFFF"/>
                <w:sz w:val="15"/>
              </w:rPr>
              <w:t>Test step</w:t>
            </w:r>
          </w:p>
        </w:tc>
        <w:tc>
          <w:tcPr>
            <w:tcW w:w="1944" w:type="dxa"/>
            <w:shd w:val="clear" w:color="auto" w:fill="17365D"/>
            <w:tcMar>
              <w:top w:w="100" w:type="dxa"/>
              <w:left w:w="110" w:type="dxa"/>
              <w:bottom w:w="100" w:type="dxa"/>
              <w:right w:w="110" w:type="dxa"/>
            </w:tcMar>
            <w:vAlign w:val="center"/>
          </w:tcPr>
          <w:p w14:paraId="37960DDA" w14:textId="77777777" w:rsidR="006A55BC" w:rsidRDefault="00000000">
            <w:r>
              <w:rPr>
                <w:b/>
                <w:color w:val="FFFFFF"/>
                <w:sz w:val="15"/>
              </w:rPr>
              <w:t>Sample or evidence</w:t>
            </w:r>
          </w:p>
        </w:tc>
        <w:tc>
          <w:tcPr>
            <w:tcW w:w="2160" w:type="dxa"/>
            <w:shd w:val="clear" w:color="auto" w:fill="17365D"/>
            <w:tcMar>
              <w:top w:w="100" w:type="dxa"/>
              <w:left w:w="110" w:type="dxa"/>
              <w:bottom w:w="100" w:type="dxa"/>
              <w:right w:w="110" w:type="dxa"/>
            </w:tcMar>
            <w:vAlign w:val="center"/>
          </w:tcPr>
          <w:p w14:paraId="129E436F" w14:textId="77777777" w:rsidR="006A55BC" w:rsidRDefault="00000000">
            <w:r>
              <w:rPr>
                <w:b/>
                <w:color w:val="FFFFFF"/>
                <w:sz w:val="15"/>
              </w:rPr>
              <w:t>Expected result</w:t>
            </w:r>
          </w:p>
        </w:tc>
        <w:tc>
          <w:tcPr>
            <w:tcW w:w="2160" w:type="dxa"/>
            <w:shd w:val="clear" w:color="auto" w:fill="17365D"/>
            <w:tcMar>
              <w:top w:w="100" w:type="dxa"/>
              <w:left w:w="110" w:type="dxa"/>
              <w:bottom w:w="100" w:type="dxa"/>
              <w:right w:w="110" w:type="dxa"/>
            </w:tcMar>
            <w:vAlign w:val="center"/>
          </w:tcPr>
          <w:p w14:paraId="5C8DA7A1" w14:textId="77777777" w:rsidR="006A55BC" w:rsidRDefault="00000000">
            <w:r>
              <w:rPr>
                <w:b/>
                <w:color w:val="FFFFFF"/>
                <w:sz w:val="15"/>
              </w:rPr>
              <w:t>Actual result</w:t>
            </w:r>
          </w:p>
        </w:tc>
        <w:tc>
          <w:tcPr>
            <w:tcW w:w="1800" w:type="dxa"/>
            <w:shd w:val="clear" w:color="auto" w:fill="17365D"/>
            <w:tcMar>
              <w:top w:w="100" w:type="dxa"/>
              <w:left w:w="110" w:type="dxa"/>
              <w:bottom w:w="100" w:type="dxa"/>
              <w:right w:w="110" w:type="dxa"/>
            </w:tcMar>
            <w:vAlign w:val="center"/>
          </w:tcPr>
          <w:p w14:paraId="4164AF11" w14:textId="77777777" w:rsidR="006A55BC" w:rsidRDefault="00000000">
            <w:r>
              <w:rPr>
                <w:b/>
                <w:color w:val="FFFFFF"/>
                <w:sz w:val="15"/>
              </w:rPr>
              <w:t>Exception</w:t>
            </w:r>
          </w:p>
        </w:tc>
        <w:tc>
          <w:tcPr>
            <w:tcW w:w="1224" w:type="dxa"/>
            <w:shd w:val="clear" w:color="auto" w:fill="17365D"/>
            <w:tcMar>
              <w:top w:w="100" w:type="dxa"/>
              <w:left w:w="110" w:type="dxa"/>
              <w:bottom w:w="100" w:type="dxa"/>
              <w:right w:w="110" w:type="dxa"/>
            </w:tcMar>
            <w:vAlign w:val="center"/>
          </w:tcPr>
          <w:p w14:paraId="4E9D0860" w14:textId="77777777" w:rsidR="006A55BC" w:rsidRDefault="00000000">
            <w:r>
              <w:rPr>
                <w:b/>
                <w:color w:val="FFFFFF"/>
                <w:sz w:val="15"/>
              </w:rPr>
              <w:t>Conclusion</w:t>
            </w:r>
          </w:p>
        </w:tc>
      </w:tr>
      <w:tr w:rsidR="006A55BC" w14:paraId="72734A4E" w14:textId="77777777">
        <w:trPr>
          <w:cantSplit/>
          <w:jc w:val="center"/>
        </w:trPr>
        <w:tc>
          <w:tcPr>
            <w:tcW w:w="648" w:type="dxa"/>
            <w:tcMar>
              <w:top w:w="100" w:type="dxa"/>
              <w:left w:w="110" w:type="dxa"/>
              <w:bottom w:w="100" w:type="dxa"/>
              <w:right w:w="110" w:type="dxa"/>
            </w:tcMar>
            <w:vAlign w:val="center"/>
          </w:tcPr>
          <w:p w14:paraId="1F4AD09A"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14317266"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47FE6D59"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06B5D550"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08C519B6"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0C77FEB6" w14:textId="77777777" w:rsidR="006A55BC" w:rsidRDefault="006A55BC">
            <w:pPr>
              <w:spacing w:after="20" w:line="240" w:lineRule="auto"/>
            </w:pPr>
          </w:p>
        </w:tc>
      </w:tr>
      <w:tr w:rsidR="006A55BC" w14:paraId="167291AE" w14:textId="77777777">
        <w:trPr>
          <w:cantSplit/>
          <w:jc w:val="center"/>
        </w:trPr>
        <w:tc>
          <w:tcPr>
            <w:tcW w:w="648" w:type="dxa"/>
            <w:shd w:val="clear" w:color="auto" w:fill="F4F7FA"/>
            <w:tcMar>
              <w:top w:w="100" w:type="dxa"/>
              <w:left w:w="110" w:type="dxa"/>
              <w:bottom w:w="100" w:type="dxa"/>
              <w:right w:w="110" w:type="dxa"/>
            </w:tcMar>
            <w:vAlign w:val="center"/>
          </w:tcPr>
          <w:p w14:paraId="4BF68966"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4C01D9A8"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7E07E66F"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10201974"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3A7D249F"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6DF2CB6A" w14:textId="77777777" w:rsidR="006A55BC" w:rsidRDefault="006A55BC">
            <w:pPr>
              <w:spacing w:after="20" w:line="240" w:lineRule="auto"/>
            </w:pPr>
          </w:p>
        </w:tc>
      </w:tr>
      <w:tr w:rsidR="006A55BC" w14:paraId="4E38CDF2" w14:textId="77777777">
        <w:trPr>
          <w:cantSplit/>
          <w:jc w:val="center"/>
        </w:trPr>
        <w:tc>
          <w:tcPr>
            <w:tcW w:w="648" w:type="dxa"/>
            <w:tcMar>
              <w:top w:w="100" w:type="dxa"/>
              <w:left w:w="110" w:type="dxa"/>
              <w:bottom w:w="100" w:type="dxa"/>
              <w:right w:w="110" w:type="dxa"/>
            </w:tcMar>
            <w:vAlign w:val="center"/>
          </w:tcPr>
          <w:p w14:paraId="444B708A"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1D293E0B"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523DF2A7"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2D92D586"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75163BE2"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710454DE" w14:textId="77777777" w:rsidR="006A55BC" w:rsidRDefault="006A55BC">
            <w:pPr>
              <w:spacing w:after="20" w:line="240" w:lineRule="auto"/>
            </w:pPr>
          </w:p>
        </w:tc>
      </w:tr>
      <w:tr w:rsidR="006A55BC" w14:paraId="1A144AF4" w14:textId="77777777">
        <w:trPr>
          <w:cantSplit/>
          <w:jc w:val="center"/>
        </w:trPr>
        <w:tc>
          <w:tcPr>
            <w:tcW w:w="648" w:type="dxa"/>
            <w:shd w:val="clear" w:color="auto" w:fill="F4F7FA"/>
            <w:tcMar>
              <w:top w:w="100" w:type="dxa"/>
              <w:left w:w="110" w:type="dxa"/>
              <w:bottom w:w="100" w:type="dxa"/>
              <w:right w:w="110" w:type="dxa"/>
            </w:tcMar>
            <w:vAlign w:val="center"/>
          </w:tcPr>
          <w:p w14:paraId="74419C25"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1410327A"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4C6D2FB0"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13CB43B7"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77F16F9C"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0453B35B" w14:textId="77777777" w:rsidR="006A55BC" w:rsidRDefault="006A55BC">
            <w:pPr>
              <w:spacing w:after="20" w:line="240" w:lineRule="auto"/>
            </w:pPr>
          </w:p>
        </w:tc>
      </w:tr>
      <w:tr w:rsidR="006A55BC" w14:paraId="44CF5B75" w14:textId="77777777">
        <w:trPr>
          <w:cantSplit/>
          <w:jc w:val="center"/>
        </w:trPr>
        <w:tc>
          <w:tcPr>
            <w:tcW w:w="648" w:type="dxa"/>
            <w:tcMar>
              <w:top w:w="100" w:type="dxa"/>
              <w:left w:w="110" w:type="dxa"/>
              <w:bottom w:w="100" w:type="dxa"/>
              <w:right w:w="110" w:type="dxa"/>
            </w:tcMar>
            <w:vAlign w:val="center"/>
          </w:tcPr>
          <w:p w14:paraId="178C4284"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7AE08D8D"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13A364FE"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7E662708"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2FF4580A"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4BE25478" w14:textId="77777777" w:rsidR="006A55BC" w:rsidRDefault="006A55BC">
            <w:pPr>
              <w:spacing w:after="20" w:line="240" w:lineRule="auto"/>
            </w:pPr>
          </w:p>
        </w:tc>
      </w:tr>
      <w:tr w:rsidR="006A55BC" w14:paraId="5645BBAD" w14:textId="77777777">
        <w:trPr>
          <w:cantSplit/>
          <w:jc w:val="center"/>
        </w:trPr>
        <w:tc>
          <w:tcPr>
            <w:tcW w:w="648" w:type="dxa"/>
            <w:shd w:val="clear" w:color="auto" w:fill="F4F7FA"/>
            <w:tcMar>
              <w:top w:w="100" w:type="dxa"/>
              <w:left w:w="110" w:type="dxa"/>
              <w:bottom w:w="100" w:type="dxa"/>
              <w:right w:w="110" w:type="dxa"/>
            </w:tcMar>
            <w:vAlign w:val="center"/>
          </w:tcPr>
          <w:p w14:paraId="61F46581"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77E6E312"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6FA2283D"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3AEEB25B"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723D332F"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30E18205" w14:textId="77777777" w:rsidR="006A55BC" w:rsidRDefault="006A55BC">
            <w:pPr>
              <w:spacing w:after="20" w:line="240" w:lineRule="auto"/>
            </w:pPr>
          </w:p>
        </w:tc>
      </w:tr>
      <w:tr w:rsidR="006A55BC" w14:paraId="62633ACB" w14:textId="77777777">
        <w:trPr>
          <w:cantSplit/>
          <w:jc w:val="center"/>
        </w:trPr>
        <w:tc>
          <w:tcPr>
            <w:tcW w:w="648" w:type="dxa"/>
            <w:tcMar>
              <w:top w:w="100" w:type="dxa"/>
              <w:left w:w="110" w:type="dxa"/>
              <w:bottom w:w="100" w:type="dxa"/>
              <w:right w:w="110" w:type="dxa"/>
            </w:tcMar>
            <w:vAlign w:val="center"/>
          </w:tcPr>
          <w:p w14:paraId="4C3DCF16" w14:textId="77777777" w:rsidR="006A55BC" w:rsidRDefault="006A55BC">
            <w:pPr>
              <w:spacing w:after="20" w:line="240" w:lineRule="auto"/>
            </w:pPr>
          </w:p>
        </w:tc>
        <w:tc>
          <w:tcPr>
            <w:tcW w:w="1944" w:type="dxa"/>
            <w:tcMar>
              <w:top w:w="100" w:type="dxa"/>
              <w:left w:w="110" w:type="dxa"/>
              <w:bottom w:w="100" w:type="dxa"/>
              <w:right w:w="110" w:type="dxa"/>
            </w:tcMar>
            <w:vAlign w:val="center"/>
          </w:tcPr>
          <w:p w14:paraId="7A3E66C4"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46F95CFF" w14:textId="77777777" w:rsidR="006A55BC" w:rsidRDefault="006A55BC">
            <w:pPr>
              <w:spacing w:after="20" w:line="240" w:lineRule="auto"/>
            </w:pPr>
          </w:p>
        </w:tc>
        <w:tc>
          <w:tcPr>
            <w:tcW w:w="2160" w:type="dxa"/>
            <w:tcMar>
              <w:top w:w="100" w:type="dxa"/>
              <w:left w:w="110" w:type="dxa"/>
              <w:bottom w:w="100" w:type="dxa"/>
              <w:right w:w="110" w:type="dxa"/>
            </w:tcMar>
            <w:vAlign w:val="center"/>
          </w:tcPr>
          <w:p w14:paraId="67717CC6" w14:textId="77777777" w:rsidR="006A55BC" w:rsidRDefault="006A55BC">
            <w:pPr>
              <w:spacing w:after="20" w:line="240" w:lineRule="auto"/>
            </w:pPr>
          </w:p>
        </w:tc>
        <w:tc>
          <w:tcPr>
            <w:tcW w:w="1800" w:type="dxa"/>
            <w:tcMar>
              <w:top w:w="100" w:type="dxa"/>
              <w:left w:w="110" w:type="dxa"/>
              <w:bottom w:w="100" w:type="dxa"/>
              <w:right w:w="110" w:type="dxa"/>
            </w:tcMar>
            <w:vAlign w:val="center"/>
          </w:tcPr>
          <w:p w14:paraId="07CCA57B"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50F5023A" w14:textId="77777777" w:rsidR="006A55BC" w:rsidRDefault="006A55BC">
            <w:pPr>
              <w:spacing w:after="20" w:line="240" w:lineRule="auto"/>
            </w:pPr>
          </w:p>
        </w:tc>
      </w:tr>
      <w:tr w:rsidR="006A55BC" w14:paraId="3E948AE7" w14:textId="77777777">
        <w:trPr>
          <w:cantSplit/>
          <w:jc w:val="center"/>
        </w:trPr>
        <w:tc>
          <w:tcPr>
            <w:tcW w:w="648" w:type="dxa"/>
            <w:shd w:val="clear" w:color="auto" w:fill="F4F7FA"/>
            <w:tcMar>
              <w:top w:w="100" w:type="dxa"/>
              <w:left w:w="110" w:type="dxa"/>
              <w:bottom w:w="100" w:type="dxa"/>
              <w:right w:w="110" w:type="dxa"/>
            </w:tcMar>
            <w:vAlign w:val="center"/>
          </w:tcPr>
          <w:p w14:paraId="13D361C7" w14:textId="77777777" w:rsidR="006A55BC" w:rsidRDefault="006A55BC">
            <w:pPr>
              <w:spacing w:after="20" w:line="240" w:lineRule="auto"/>
            </w:pPr>
          </w:p>
        </w:tc>
        <w:tc>
          <w:tcPr>
            <w:tcW w:w="1944" w:type="dxa"/>
            <w:shd w:val="clear" w:color="auto" w:fill="F4F7FA"/>
            <w:tcMar>
              <w:top w:w="100" w:type="dxa"/>
              <w:left w:w="110" w:type="dxa"/>
              <w:bottom w:w="100" w:type="dxa"/>
              <w:right w:w="110" w:type="dxa"/>
            </w:tcMar>
            <w:vAlign w:val="center"/>
          </w:tcPr>
          <w:p w14:paraId="2F5AD594"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4AC050C7" w14:textId="77777777" w:rsidR="006A55BC" w:rsidRDefault="006A55BC">
            <w:pPr>
              <w:spacing w:after="20" w:line="240" w:lineRule="auto"/>
            </w:pPr>
          </w:p>
        </w:tc>
        <w:tc>
          <w:tcPr>
            <w:tcW w:w="2160" w:type="dxa"/>
            <w:shd w:val="clear" w:color="auto" w:fill="F4F7FA"/>
            <w:tcMar>
              <w:top w:w="100" w:type="dxa"/>
              <w:left w:w="110" w:type="dxa"/>
              <w:bottom w:w="100" w:type="dxa"/>
              <w:right w:w="110" w:type="dxa"/>
            </w:tcMar>
            <w:vAlign w:val="center"/>
          </w:tcPr>
          <w:p w14:paraId="4EE7BD1B" w14:textId="77777777" w:rsidR="006A55BC" w:rsidRDefault="006A55BC">
            <w:pPr>
              <w:spacing w:after="20" w:line="240" w:lineRule="auto"/>
            </w:pPr>
          </w:p>
        </w:tc>
        <w:tc>
          <w:tcPr>
            <w:tcW w:w="1800" w:type="dxa"/>
            <w:shd w:val="clear" w:color="auto" w:fill="F4F7FA"/>
            <w:tcMar>
              <w:top w:w="100" w:type="dxa"/>
              <w:left w:w="110" w:type="dxa"/>
              <w:bottom w:w="100" w:type="dxa"/>
              <w:right w:w="110" w:type="dxa"/>
            </w:tcMar>
            <w:vAlign w:val="center"/>
          </w:tcPr>
          <w:p w14:paraId="2B4E9458"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009DBE27" w14:textId="77777777" w:rsidR="006A55BC" w:rsidRDefault="006A55BC">
            <w:pPr>
              <w:spacing w:after="20" w:line="240" w:lineRule="auto"/>
            </w:pPr>
          </w:p>
        </w:tc>
      </w:tr>
    </w:tbl>
    <w:p w14:paraId="63A18440" w14:textId="77777777" w:rsidR="006A55BC" w:rsidRDefault="006A55BC">
      <w:pPr>
        <w:spacing w:after="20"/>
      </w:pPr>
    </w:p>
    <w:p w14:paraId="465B89BB" w14:textId="77777777" w:rsidR="006A55BC" w:rsidRDefault="00000000">
      <w:pPr>
        <w:pStyle w:val="Heading2"/>
      </w:pPr>
      <w:r>
        <w:t>Sampling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584"/>
        <w:gridCol w:w="1440"/>
        <w:gridCol w:w="2448"/>
        <w:gridCol w:w="2448"/>
        <w:gridCol w:w="2016"/>
      </w:tblGrid>
      <w:tr w:rsidR="006A55BC" w14:paraId="4078A306" w14:textId="77777777">
        <w:trPr>
          <w:cantSplit/>
          <w:tblHeader/>
          <w:jc w:val="center"/>
        </w:trPr>
        <w:tc>
          <w:tcPr>
            <w:tcW w:w="1584" w:type="dxa"/>
            <w:shd w:val="clear" w:color="auto" w:fill="17365D"/>
            <w:tcMar>
              <w:top w:w="100" w:type="dxa"/>
              <w:left w:w="110" w:type="dxa"/>
              <w:bottom w:w="100" w:type="dxa"/>
              <w:right w:w="110" w:type="dxa"/>
            </w:tcMar>
            <w:vAlign w:val="center"/>
          </w:tcPr>
          <w:p w14:paraId="40BF95CA" w14:textId="77777777" w:rsidR="006A55BC" w:rsidRDefault="00000000">
            <w:r>
              <w:rPr>
                <w:b/>
                <w:color w:val="FFFFFF"/>
                <w:sz w:val="16"/>
              </w:rPr>
              <w:t>Population size</w:t>
            </w:r>
          </w:p>
        </w:tc>
        <w:tc>
          <w:tcPr>
            <w:tcW w:w="1440" w:type="dxa"/>
            <w:shd w:val="clear" w:color="auto" w:fill="17365D"/>
            <w:tcMar>
              <w:top w:w="100" w:type="dxa"/>
              <w:left w:w="110" w:type="dxa"/>
              <w:bottom w:w="100" w:type="dxa"/>
              <w:right w:w="110" w:type="dxa"/>
            </w:tcMar>
            <w:vAlign w:val="center"/>
          </w:tcPr>
          <w:p w14:paraId="10E22B78" w14:textId="77777777" w:rsidR="006A55BC" w:rsidRDefault="00000000">
            <w:r>
              <w:rPr>
                <w:b/>
                <w:color w:val="FFFFFF"/>
                <w:sz w:val="16"/>
              </w:rPr>
              <w:t>Sample size</w:t>
            </w:r>
          </w:p>
        </w:tc>
        <w:tc>
          <w:tcPr>
            <w:tcW w:w="2448" w:type="dxa"/>
            <w:shd w:val="clear" w:color="auto" w:fill="17365D"/>
            <w:tcMar>
              <w:top w:w="100" w:type="dxa"/>
              <w:left w:w="110" w:type="dxa"/>
              <w:bottom w:w="100" w:type="dxa"/>
              <w:right w:w="110" w:type="dxa"/>
            </w:tcMar>
            <w:vAlign w:val="center"/>
          </w:tcPr>
          <w:p w14:paraId="4FAA6034" w14:textId="77777777" w:rsidR="006A55BC" w:rsidRDefault="00000000">
            <w:r>
              <w:rPr>
                <w:b/>
                <w:color w:val="FFFFFF"/>
                <w:sz w:val="16"/>
              </w:rPr>
              <w:t>Selection method</w:t>
            </w:r>
          </w:p>
        </w:tc>
        <w:tc>
          <w:tcPr>
            <w:tcW w:w="2448" w:type="dxa"/>
            <w:shd w:val="clear" w:color="auto" w:fill="17365D"/>
            <w:tcMar>
              <w:top w:w="100" w:type="dxa"/>
              <w:left w:w="110" w:type="dxa"/>
              <w:bottom w:w="100" w:type="dxa"/>
              <w:right w:w="110" w:type="dxa"/>
            </w:tcMar>
            <w:vAlign w:val="center"/>
          </w:tcPr>
          <w:p w14:paraId="56397AEA" w14:textId="77777777" w:rsidR="006A55BC" w:rsidRDefault="00000000">
            <w:r>
              <w:rPr>
                <w:b/>
                <w:color w:val="FFFFFF"/>
                <w:sz w:val="16"/>
              </w:rPr>
              <w:t>Coverage limitation</w:t>
            </w:r>
          </w:p>
        </w:tc>
        <w:tc>
          <w:tcPr>
            <w:tcW w:w="2016" w:type="dxa"/>
            <w:shd w:val="clear" w:color="auto" w:fill="17365D"/>
            <w:tcMar>
              <w:top w:w="100" w:type="dxa"/>
              <w:left w:w="110" w:type="dxa"/>
              <w:bottom w:w="100" w:type="dxa"/>
              <w:right w:w="110" w:type="dxa"/>
            </w:tcMar>
            <w:vAlign w:val="center"/>
          </w:tcPr>
          <w:p w14:paraId="762D3C8B" w14:textId="77777777" w:rsidR="006A55BC" w:rsidRDefault="00000000">
            <w:r>
              <w:rPr>
                <w:b/>
                <w:color w:val="FFFFFF"/>
                <w:sz w:val="16"/>
              </w:rPr>
              <w:t>Rationale</w:t>
            </w:r>
          </w:p>
        </w:tc>
      </w:tr>
      <w:tr w:rsidR="006A55BC" w14:paraId="1A19547A" w14:textId="77777777">
        <w:trPr>
          <w:cantSplit/>
          <w:jc w:val="center"/>
        </w:trPr>
        <w:tc>
          <w:tcPr>
            <w:tcW w:w="1584" w:type="dxa"/>
            <w:tcMar>
              <w:top w:w="100" w:type="dxa"/>
              <w:left w:w="110" w:type="dxa"/>
              <w:bottom w:w="100" w:type="dxa"/>
              <w:right w:w="110" w:type="dxa"/>
            </w:tcMar>
            <w:vAlign w:val="center"/>
          </w:tcPr>
          <w:p w14:paraId="6F12E0D6"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424872C5"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7067C14F" w14:textId="77777777" w:rsidR="006A55BC" w:rsidRDefault="006A55BC">
            <w:pPr>
              <w:spacing w:after="20" w:line="240" w:lineRule="auto"/>
            </w:pPr>
          </w:p>
        </w:tc>
        <w:tc>
          <w:tcPr>
            <w:tcW w:w="2448" w:type="dxa"/>
            <w:tcMar>
              <w:top w:w="100" w:type="dxa"/>
              <w:left w:w="110" w:type="dxa"/>
              <w:bottom w:w="100" w:type="dxa"/>
              <w:right w:w="110" w:type="dxa"/>
            </w:tcMar>
            <w:vAlign w:val="center"/>
          </w:tcPr>
          <w:p w14:paraId="576FFA6B" w14:textId="77777777" w:rsidR="006A55BC" w:rsidRDefault="006A55BC">
            <w:pPr>
              <w:spacing w:after="20" w:line="240" w:lineRule="auto"/>
            </w:pPr>
          </w:p>
        </w:tc>
        <w:tc>
          <w:tcPr>
            <w:tcW w:w="2016" w:type="dxa"/>
            <w:tcMar>
              <w:top w:w="100" w:type="dxa"/>
              <w:left w:w="110" w:type="dxa"/>
              <w:bottom w:w="100" w:type="dxa"/>
              <w:right w:w="110" w:type="dxa"/>
            </w:tcMar>
            <w:vAlign w:val="center"/>
          </w:tcPr>
          <w:p w14:paraId="7DE6CB7C" w14:textId="77777777" w:rsidR="006A55BC" w:rsidRDefault="006A55BC">
            <w:pPr>
              <w:spacing w:after="20" w:line="240" w:lineRule="auto"/>
            </w:pPr>
          </w:p>
        </w:tc>
      </w:tr>
    </w:tbl>
    <w:p w14:paraId="58CA8CAF" w14:textId="77777777" w:rsidR="006A55BC" w:rsidRDefault="006A55BC">
      <w:pPr>
        <w:spacing w:after="20"/>
      </w:pPr>
    </w:p>
    <w:p w14:paraId="6D83F089" w14:textId="77777777" w:rsidR="006A55BC" w:rsidRDefault="00000000">
      <w:pPr>
        <w:pStyle w:val="Heading2"/>
      </w:pPr>
      <w:r>
        <w:t>Conclusion</w:t>
      </w:r>
    </w:p>
    <w:p w14:paraId="79AFA53D" w14:textId="77777777" w:rsidR="006A55BC" w:rsidRDefault="00000000">
      <w:r>
        <w:t>☐ Effective — control can be relied upon for the assessed period.</w:t>
      </w:r>
    </w:p>
    <w:p w14:paraId="6262FD89" w14:textId="77777777" w:rsidR="006A55BC" w:rsidRDefault="00000000">
      <w:r>
        <w:t>☐ Partially effective — reliance is limited; remediation required.</w:t>
      </w:r>
    </w:p>
    <w:p w14:paraId="0AA54BA9" w14:textId="77777777" w:rsidR="006A55BC" w:rsidRDefault="00000000">
      <w:r>
        <w:t>☐ Ineffective — do not rely on this control for residual-risk reduction.</w:t>
      </w:r>
    </w:p>
    <w:p w14:paraId="0254528A" w14:textId="77777777" w:rsidR="006A55BC" w:rsidRDefault="00000000">
      <w:r>
        <w:lastRenderedPageBreak/>
        <w:t>☐ Not tested — insufficient evidence to conclude.</w:t>
      </w:r>
    </w:p>
    <w:p w14:paraId="77EF17D3" w14:textId="77777777" w:rsidR="006A55BC" w:rsidRDefault="00000000">
      <w:r>
        <w:t>Conclusion rationale and recommended action: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936"/>
      </w:tblGrid>
      <w:tr w:rsidR="006A55BC" w14:paraId="7096DA4C" w14:textId="77777777">
        <w:trPr>
          <w:cantSplit/>
          <w:tblHeader/>
          <w:jc w:val="center"/>
        </w:trPr>
        <w:tc>
          <w:tcPr>
            <w:tcW w:w="9936" w:type="dxa"/>
            <w:shd w:val="clear" w:color="auto" w:fill="17365D"/>
            <w:tcMar>
              <w:top w:w="100" w:type="dxa"/>
              <w:left w:w="110" w:type="dxa"/>
              <w:bottom w:w="100" w:type="dxa"/>
              <w:right w:w="110" w:type="dxa"/>
            </w:tcMar>
            <w:vAlign w:val="center"/>
          </w:tcPr>
          <w:p w14:paraId="2A71F37D" w14:textId="77777777" w:rsidR="006A55BC" w:rsidRDefault="00000000">
            <w:r>
              <w:rPr>
                <w:b/>
                <w:color w:val="FFFFFF"/>
                <w:sz w:val="17"/>
              </w:rPr>
              <w:t>Details</w:t>
            </w:r>
          </w:p>
        </w:tc>
      </w:tr>
      <w:tr w:rsidR="006A55BC" w14:paraId="7D7BF9F7" w14:textId="77777777">
        <w:trPr>
          <w:cantSplit/>
          <w:jc w:val="center"/>
        </w:trPr>
        <w:tc>
          <w:tcPr>
            <w:tcW w:w="9936" w:type="dxa"/>
            <w:tcMar>
              <w:top w:w="100" w:type="dxa"/>
              <w:left w:w="110" w:type="dxa"/>
              <w:bottom w:w="100" w:type="dxa"/>
              <w:right w:w="110" w:type="dxa"/>
            </w:tcMar>
            <w:vAlign w:val="center"/>
          </w:tcPr>
          <w:p w14:paraId="66419848" w14:textId="77777777" w:rsidR="006A55BC" w:rsidRDefault="006A55BC">
            <w:pPr>
              <w:spacing w:after="20" w:line="240" w:lineRule="auto"/>
            </w:pPr>
          </w:p>
        </w:tc>
      </w:tr>
      <w:tr w:rsidR="006A55BC" w14:paraId="39C5FF81" w14:textId="77777777">
        <w:trPr>
          <w:cantSplit/>
          <w:jc w:val="center"/>
        </w:trPr>
        <w:tc>
          <w:tcPr>
            <w:tcW w:w="9936" w:type="dxa"/>
            <w:shd w:val="clear" w:color="auto" w:fill="F4F7FA"/>
            <w:tcMar>
              <w:top w:w="100" w:type="dxa"/>
              <w:left w:w="110" w:type="dxa"/>
              <w:bottom w:w="100" w:type="dxa"/>
              <w:right w:w="110" w:type="dxa"/>
            </w:tcMar>
            <w:vAlign w:val="center"/>
          </w:tcPr>
          <w:p w14:paraId="18316395" w14:textId="77777777" w:rsidR="006A55BC" w:rsidRDefault="006A55BC">
            <w:pPr>
              <w:spacing w:after="20" w:line="240" w:lineRule="auto"/>
            </w:pPr>
          </w:p>
        </w:tc>
      </w:tr>
      <w:tr w:rsidR="006A55BC" w14:paraId="0733DA44" w14:textId="77777777">
        <w:trPr>
          <w:cantSplit/>
          <w:jc w:val="center"/>
        </w:trPr>
        <w:tc>
          <w:tcPr>
            <w:tcW w:w="9936" w:type="dxa"/>
            <w:tcMar>
              <w:top w:w="100" w:type="dxa"/>
              <w:left w:w="110" w:type="dxa"/>
              <w:bottom w:w="100" w:type="dxa"/>
              <w:right w:w="110" w:type="dxa"/>
            </w:tcMar>
            <w:vAlign w:val="center"/>
          </w:tcPr>
          <w:p w14:paraId="7BE7D06D" w14:textId="77777777" w:rsidR="006A55BC" w:rsidRDefault="006A55BC">
            <w:pPr>
              <w:spacing w:after="20" w:line="240" w:lineRule="auto"/>
            </w:pPr>
          </w:p>
        </w:tc>
      </w:tr>
    </w:tbl>
    <w:p w14:paraId="6B490F22" w14:textId="77777777" w:rsidR="006A55BC" w:rsidRDefault="006A55BC">
      <w:pPr>
        <w:spacing w:after="20"/>
      </w:pPr>
    </w:p>
    <w:p w14:paraId="6CD68089" w14:textId="77777777" w:rsidR="006A55BC" w:rsidRDefault="00000000">
      <w:r>
        <w:br w:type="page"/>
      </w:r>
    </w:p>
    <w:p w14:paraId="7C0E0B44" w14:textId="77777777" w:rsidR="006A55BC" w:rsidRDefault="00000000">
      <w:pPr>
        <w:pStyle w:val="Heading1"/>
      </w:pPr>
      <w:r>
        <w:lastRenderedPageBreak/>
        <w:t>Appendix D Data Analytics Exception Log</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20"/>
        <w:gridCol w:w="1224"/>
        <w:gridCol w:w="1872"/>
        <w:gridCol w:w="936"/>
        <w:gridCol w:w="2088"/>
        <w:gridCol w:w="1008"/>
        <w:gridCol w:w="1296"/>
        <w:gridCol w:w="1080"/>
      </w:tblGrid>
      <w:tr w:rsidR="006A55BC" w14:paraId="7047F077" w14:textId="77777777">
        <w:trPr>
          <w:cantSplit/>
          <w:tblHeader/>
          <w:jc w:val="center"/>
        </w:trPr>
        <w:tc>
          <w:tcPr>
            <w:tcW w:w="720" w:type="dxa"/>
            <w:shd w:val="clear" w:color="auto" w:fill="17365D"/>
            <w:tcMar>
              <w:top w:w="100" w:type="dxa"/>
              <w:left w:w="110" w:type="dxa"/>
              <w:bottom w:w="100" w:type="dxa"/>
              <w:right w:w="110" w:type="dxa"/>
            </w:tcMar>
            <w:vAlign w:val="center"/>
          </w:tcPr>
          <w:p w14:paraId="41D32784" w14:textId="77777777" w:rsidR="006A55BC" w:rsidRDefault="00000000">
            <w:r>
              <w:rPr>
                <w:b/>
                <w:color w:val="FFFFFF"/>
                <w:sz w:val="14"/>
              </w:rPr>
              <w:t>Exception ID</w:t>
            </w:r>
          </w:p>
        </w:tc>
        <w:tc>
          <w:tcPr>
            <w:tcW w:w="1224" w:type="dxa"/>
            <w:shd w:val="clear" w:color="auto" w:fill="17365D"/>
            <w:tcMar>
              <w:top w:w="100" w:type="dxa"/>
              <w:left w:w="110" w:type="dxa"/>
              <w:bottom w:w="100" w:type="dxa"/>
              <w:right w:w="110" w:type="dxa"/>
            </w:tcMar>
            <w:vAlign w:val="center"/>
          </w:tcPr>
          <w:p w14:paraId="5C9FB783" w14:textId="77777777" w:rsidR="006A55BC" w:rsidRDefault="00000000">
            <w:r>
              <w:rPr>
                <w:b/>
                <w:color w:val="FFFFFF"/>
                <w:sz w:val="14"/>
              </w:rPr>
              <w:t>Test</w:t>
            </w:r>
          </w:p>
        </w:tc>
        <w:tc>
          <w:tcPr>
            <w:tcW w:w="1872" w:type="dxa"/>
            <w:shd w:val="clear" w:color="auto" w:fill="17365D"/>
            <w:tcMar>
              <w:top w:w="100" w:type="dxa"/>
              <w:left w:w="110" w:type="dxa"/>
              <w:bottom w:w="100" w:type="dxa"/>
              <w:right w:w="110" w:type="dxa"/>
            </w:tcMar>
            <w:vAlign w:val="center"/>
          </w:tcPr>
          <w:p w14:paraId="764FFE25" w14:textId="77777777" w:rsidR="006A55BC" w:rsidRDefault="00000000">
            <w:r>
              <w:rPr>
                <w:b/>
                <w:color w:val="FFFFFF"/>
                <w:sz w:val="14"/>
              </w:rPr>
              <w:t>Transaction or party</w:t>
            </w:r>
          </w:p>
        </w:tc>
        <w:tc>
          <w:tcPr>
            <w:tcW w:w="936" w:type="dxa"/>
            <w:shd w:val="clear" w:color="auto" w:fill="17365D"/>
            <w:tcMar>
              <w:top w:w="100" w:type="dxa"/>
              <w:left w:w="110" w:type="dxa"/>
              <w:bottom w:w="100" w:type="dxa"/>
              <w:right w:w="110" w:type="dxa"/>
            </w:tcMar>
            <w:vAlign w:val="center"/>
          </w:tcPr>
          <w:p w14:paraId="75D5BE4F" w14:textId="77777777" w:rsidR="006A55BC" w:rsidRDefault="00000000">
            <w:r>
              <w:rPr>
                <w:b/>
                <w:color w:val="FFFFFF"/>
                <w:sz w:val="14"/>
              </w:rPr>
              <w:t>Value</w:t>
            </w:r>
          </w:p>
        </w:tc>
        <w:tc>
          <w:tcPr>
            <w:tcW w:w="2088" w:type="dxa"/>
            <w:shd w:val="clear" w:color="auto" w:fill="17365D"/>
            <w:tcMar>
              <w:top w:w="100" w:type="dxa"/>
              <w:left w:w="110" w:type="dxa"/>
              <w:bottom w:w="100" w:type="dxa"/>
              <w:right w:w="110" w:type="dxa"/>
            </w:tcMar>
            <w:vAlign w:val="center"/>
          </w:tcPr>
          <w:p w14:paraId="23F2DA0E" w14:textId="77777777" w:rsidR="006A55BC" w:rsidRDefault="00000000">
            <w:r>
              <w:rPr>
                <w:b/>
                <w:color w:val="FFFFFF"/>
                <w:sz w:val="14"/>
              </w:rPr>
              <w:t>Reason flagged</w:t>
            </w:r>
          </w:p>
        </w:tc>
        <w:tc>
          <w:tcPr>
            <w:tcW w:w="1008" w:type="dxa"/>
            <w:shd w:val="clear" w:color="auto" w:fill="17365D"/>
            <w:tcMar>
              <w:top w:w="100" w:type="dxa"/>
              <w:left w:w="110" w:type="dxa"/>
              <w:bottom w:w="100" w:type="dxa"/>
              <w:right w:w="110" w:type="dxa"/>
            </w:tcMar>
            <w:vAlign w:val="center"/>
          </w:tcPr>
          <w:p w14:paraId="36A42094" w14:textId="77777777" w:rsidR="006A55BC" w:rsidRDefault="00000000">
            <w:r>
              <w:rPr>
                <w:b/>
                <w:color w:val="FFFFFF"/>
                <w:sz w:val="14"/>
              </w:rPr>
              <w:t>Reviewer</w:t>
            </w:r>
          </w:p>
        </w:tc>
        <w:tc>
          <w:tcPr>
            <w:tcW w:w="1296" w:type="dxa"/>
            <w:shd w:val="clear" w:color="auto" w:fill="17365D"/>
            <w:tcMar>
              <w:top w:w="100" w:type="dxa"/>
              <w:left w:w="110" w:type="dxa"/>
              <w:bottom w:w="100" w:type="dxa"/>
              <w:right w:w="110" w:type="dxa"/>
            </w:tcMar>
            <w:vAlign w:val="center"/>
          </w:tcPr>
          <w:p w14:paraId="5182B145" w14:textId="77777777" w:rsidR="006A55BC" w:rsidRDefault="00000000">
            <w:r>
              <w:rPr>
                <w:b/>
                <w:color w:val="FFFFFF"/>
                <w:sz w:val="14"/>
              </w:rPr>
              <w:t>Disposition</w:t>
            </w:r>
          </w:p>
        </w:tc>
        <w:tc>
          <w:tcPr>
            <w:tcW w:w="1080" w:type="dxa"/>
            <w:shd w:val="clear" w:color="auto" w:fill="17365D"/>
            <w:tcMar>
              <w:top w:w="100" w:type="dxa"/>
              <w:left w:w="110" w:type="dxa"/>
              <w:bottom w:w="100" w:type="dxa"/>
              <w:right w:w="110" w:type="dxa"/>
            </w:tcMar>
            <w:vAlign w:val="center"/>
          </w:tcPr>
          <w:p w14:paraId="1DD7864D" w14:textId="77777777" w:rsidR="006A55BC" w:rsidRDefault="00000000">
            <w:r>
              <w:rPr>
                <w:b/>
                <w:color w:val="FFFFFF"/>
                <w:sz w:val="14"/>
              </w:rPr>
              <w:t>Risk or action ref</w:t>
            </w:r>
          </w:p>
        </w:tc>
      </w:tr>
      <w:tr w:rsidR="006A55BC" w14:paraId="31CFC49B" w14:textId="77777777">
        <w:trPr>
          <w:cantSplit/>
          <w:jc w:val="center"/>
        </w:trPr>
        <w:tc>
          <w:tcPr>
            <w:tcW w:w="720" w:type="dxa"/>
            <w:tcMar>
              <w:top w:w="100" w:type="dxa"/>
              <w:left w:w="110" w:type="dxa"/>
              <w:bottom w:w="100" w:type="dxa"/>
              <w:right w:w="110" w:type="dxa"/>
            </w:tcMar>
            <w:vAlign w:val="center"/>
          </w:tcPr>
          <w:p w14:paraId="12E103CA"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5D5B07EA"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084B8A4E"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5059432"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52133567"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45F49832"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537F7F98"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5D4EC45B" w14:textId="77777777" w:rsidR="006A55BC" w:rsidRDefault="006A55BC">
            <w:pPr>
              <w:spacing w:after="20" w:line="240" w:lineRule="auto"/>
            </w:pPr>
          </w:p>
        </w:tc>
      </w:tr>
      <w:tr w:rsidR="006A55BC" w14:paraId="24C1562A" w14:textId="77777777">
        <w:trPr>
          <w:cantSplit/>
          <w:jc w:val="center"/>
        </w:trPr>
        <w:tc>
          <w:tcPr>
            <w:tcW w:w="720" w:type="dxa"/>
            <w:shd w:val="clear" w:color="auto" w:fill="F4F7FA"/>
            <w:tcMar>
              <w:top w:w="100" w:type="dxa"/>
              <w:left w:w="110" w:type="dxa"/>
              <w:bottom w:w="100" w:type="dxa"/>
              <w:right w:w="110" w:type="dxa"/>
            </w:tcMar>
            <w:vAlign w:val="center"/>
          </w:tcPr>
          <w:p w14:paraId="0AB63738"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0B7108B5"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0A67C56C"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4A0D8684"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03EE5E55"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6AA59754"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6DAB510C"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605129E6" w14:textId="77777777" w:rsidR="006A55BC" w:rsidRDefault="006A55BC">
            <w:pPr>
              <w:spacing w:after="20" w:line="240" w:lineRule="auto"/>
            </w:pPr>
          </w:p>
        </w:tc>
      </w:tr>
      <w:tr w:rsidR="006A55BC" w14:paraId="5BE38591" w14:textId="77777777">
        <w:trPr>
          <w:cantSplit/>
          <w:jc w:val="center"/>
        </w:trPr>
        <w:tc>
          <w:tcPr>
            <w:tcW w:w="720" w:type="dxa"/>
            <w:tcMar>
              <w:top w:w="100" w:type="dxa"/>
              <w:left w:w="110" w:type="dxa"/>
              <w:bottom w:w="100" w:type="dxa"/>
              <w:right w:w="110" w:type="dxa"/>
            </w:tcMar>
            <w:vAlign w:val="center"/>
          </w:tcPr>
          <w:p w14:paraId="28135B88"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09AB34D2"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0816098D"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0790E9C"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4F324CD7"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57BAA999"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2F093617"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0F6CCC3A" w14:textId="77777777" w:rsidR="006A55BC" w:rsidRDefault="006A55BC">
            <w:pPr>
              <w:spacing w:after="20" w:line="240" w:lineRule="auto"/>
            </w:pPr>
          </w:p>
        </w:tc>
      </w:tr>
      <w:tr w:rsidR="006A55BC" w14:paraId="6677FFDE" w14:textId="77777777">
        <w:trPr>
          <w:cantSplit/>
          <w:jc w:val="center"/>
        </w:trPr>
        <w:tc>
          <w:tcPr>
            <w:tcW w:w="720" w:type="dxa"/>
            <w:shd w:val="clear" w:color="auto" w:fill="F4F7FA"/>
            <w:tcMar>
              <w:top w:w="100" w:type="dxa"/>
              <w:left w:w="110" w:type="dxa"/>
              <w:bottom w:w="100" w:type="dxa"/>
              <w:right w:w="110" w:type="dxa"/>
            </w:tcMar>
            <w:vAlign w:val="center"/>
          </w:tcPr>
          <w:p w14:paraId="4287E3DE"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723D8D78"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3E691BEC"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6160F2CA"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5F4F2937"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7AED0A27"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72AB7EF0"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3831B84C" w14:textId="77777777" w:rsidR="006A55BC" w:rsidRDefault="006A55BC">
            <w:pPr>
              <w:spacing w:after="20" w:line="240" w:lineRule="auto"/>
            </w:pPr>
          </w:p>
        </w:tc>
      </w:tr>
      <w:tr w:rsidR="006A55BC" w14:paraId="3DEC3B29" w14:textId="77777777">
        <w:trPr>
          <w:cantSplit/>
          <w:jc w:val="center"/>
        </w:trPr>
        <w:tc>
          <w:tcPr>
            <w:tcW w:w="720" w:type="dxa"/>
            <w:tcMar>
              <w:top w:w="100" w:type="dxa"/>
              <w:left w:w="110" w:type="dxa"/>
              <w:bottom w:w="100" w:type="dxa"/>
              <w:right w:w="110" w:type="dxa"/>
            </w:tcMar>
            <w:vAlign w:val="center"/>
          </w:tcPr>
          <w:p w14:paraId="249FD3B2"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22892AA8"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03364474"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53ECCC50"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3E66FF6B"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10617B00"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06B85B49"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6992C068" w14:textId="77777777" w:rsidR="006A55BC" w:rsidRDefault="006A55BC">
            <w:pPr>
              <w:spacing w:after="20" w:line="240" w:lineRule="auto"/>
            </w:pPr>
          </w:p>
        </w:tc>
      </w:tr>
      <w:tr w:rsidR="006A55BC" w14:paraId="514C686A" w14:textId="77777777">
        <w:trPr>
          <w:cantSplit/>
          <w:jc w:val="center"/>
        </w:trPr>
        <w:tc>
          <w:tcPr>
            <w:tcW w:w="720" w:type="dxa"/>
            <w:shd w:val="clear" w:color="auto" w:fill="F4F7FA"/>
            <w:tcMar>
              <w:top w:w="100" w:type="dxa"/>
              <w:left w:w="110" w:type="dxa"/>
              <w:bottom w:w="100" w:type="dxa"/>
              <w:right w:w="110" w:type="dxa"/>
            </w:tcMar>
            <w:vAlign w:val="center"/>
          </w:tcPr>
          <w:p w14:paraId="2AA66485"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4C6B06E0"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40F3A0EF"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D71B755"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6E930ECB"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1AAB7690"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3EF02CAF"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1EEEFC29" w14:textId="77777777" w:rsidR="006A55BC" w:rsidRDefault="006A55BC">
            <w:pPr>
              <w:spacing w:after="20" w:line="240" w:lineRule="auto"/>
            </w:pPr>
          </w:p>
        </w:tc>
      </w:tr>
      <w:tr w:rsidR="006A55BC" w14:paraId="130C5B18" w14:textId="77777777">
        <w:trPr>
          <w:cantSplit/>
          <w:jc w:val="center"/>
        </w:trPr>
        <w:tc>
          <w:tcPr>
            <w:tcW w:w="720" w:type="dxa"/>
            <w:tcMar>
              <w:top w:w="100" w:type="dxa"/>
              <w:left w:w="110" w:type="dxa"/>
              <w:bottom w:w="100" w:type="dxa"/>
              <w:right w:w="110" w:type="dxa"/>
            </w:tcMar>
            <w:vAlign w:val="center"/>
          </w:tcPr>
          <w:p w14:paraId="7B4E9B32"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11A4D490"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7B7B547A"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4564C70E"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46352BF1"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00E39DD0"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3729DF33"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5C646891" w14:textId="77777777" w:rsidR="006A55BC" w:rsidRDefault="006A55BC">
            <w:pPr>
              <w:spacing w:after="20" w:line="240" w:lineRule="auto"/>
            </w:pPr>
          </w:p>
        </w:tc>
      </w:tr>
      <w:tr w:rsidR="006A55BC" w14:paraId="6971B418" w14:textId="77777777">
        <w:trPr>
          <w:cantSplit/>
          <w:jc w:val="center"/>
        </w:trPr>
        <w:tc>
          <w:tcPr>
            <w:tcW w:w="720" w:type="dxa"/>
            <w:shd w:val="clear" w:color="auto" w:fill="F4F7FA"/>
            <w:tcMar>
              <w:top w:w="100" w:type="dxa"/>
              <w:left w:w="110" w:type="dxa"/>
              <w:bottom w:w="100" w:type="dxa"/>
              <w:right w:w="110" w:type="dxa"/>
            </w:tcMar>
            <w:vAlign w:val="center"/>
          </w:tcPr>
          <w:p w14:paraId="5C0F6815"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5618C897"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0FD43654"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5B34F674"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19DF93FD"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313D0E34"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0E56AAB3"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2DDF4548" w14:textId="77777777" w:rsidR="006A55BC" w:rsidRDefault="006A55BC">
            <w:pPr>
              <w:spacing w:after="20" w:line="240" w:lineRule="auto"/>
            </w:pPr>
          </w:p>
        </w:tc>
      </w:tr>
      <w:tr w:rsidR="006A55BC" w14:paraId="4D02877B" w14:textId="77777777">
        <w:trPr>
          <w:cantSplit/>
          <w:jc w:val="center"/>
        </w:trPr>
        <w:tc>
          <w:tcPr>
            <w:tcW w:w="720" w:type="dxa"/>
            <w:tcMar>
              <w:top w:w="100" w:type="dxa"/>
              <w:left w:w="110" w:type="dxa"/>
              <w:bottom w:w="100" w:type="dxa"/>
              <w:right w:w="110" w:type="dxa"/>
            </w:tcMar>
            <w:vAlign w:val="center"/>
          </w:tcPr>
          <w:p w14:paraId="4A16EDDC"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6CAFF566"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35663A26"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2DD19374"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5C12A633"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527EE34B"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68E29C3F"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5890FB38" w14:textId="77777777" w:rsidR="006A55BC" w:rsidRDefault="006A55BC">
            <w:pPr>
              <w:spacing w:after="20" w:line="240" w:lineRule="auto"/>
            </w:pPr>
          </w:p>
        </w:tc>
      </w:tr>
      <w:tr w:rsidR="006A55BC" w14:paraId="7C05963B" w14:textId="77777777">
        <w:trPr>
          <w:cantSplit/>
          <w:jc w:val="center"/>
        </w:trPr>
        <w:tc>
          <w:tcPr>
            <w:tcW w:w="720" w:type="dxa"/>
            <w:shd w:val="clear" w:color="auto" w:fill="F4F7FA"/>
            <w:tcMar>
              <w:top w:w="100" w:type="dxa"/>
              <w:left w:w="110" w:type="dxa"/>
              <w:bottom w:w="100" w:type="dxa"/>
              <w:right w:w="110" w:type="dxa"/>
            </w:tcMar>
            <w:vAlign w:val="center"/>
          </w:tcPr>
          <w:p w14:paraId="7514685A"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2AF42967"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73E50CB0"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3524A596"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59F149D3"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18AA17CB"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505F8F0D"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7CFFCA6C" w14:textId="77777777" w:rsidR="006A55BC" w:rsidRDefault="006A55BC">
            <w:pPr>
              <w:spacing w:after="20" w:line="240" w:lineRule="auto"/>
            </w:pPr>
          </w:p>
        </w:tc>
      </w:tr>
      <w:tr w:rsidR="006A55BC" w14:paraId="31B6F867" w14:textId="77777777">
        <w:trPr>
          <w:cantSplit/>
          <w:jc w:val="center"/>
        </w:trPr>
        <w:tc>
          <w:tcPr>
            <w:tcW w:w="720" w:type="dxa"/>
            <w:tcMar>
              <w:top w:w="100" w:type="dxa"/>
              <w:left w:w="110" w:type="dxa"/>
              <w:bottom w:w="100" w:type="dxa"/>
              <w:right w:w="110" w:type="dxa"/>
            </w:tcMar>
            <w:vAlign w:val="center"/>
          </w:tcPr>
          <w:p w14:paraId="7D613F27" w14:textId="77777777" w:rsidR="006A55BC" w:rsidRDefault="006A55BC">
            <w:pPr>
              <w:spacing w:after="20" w:line="240" w:lineRule="auto"/>
            </w:pPr>
          </w:p>
        </w:tc>
        <w:tc>
          <w:tcPr>
            <w:tcW w:w="1224" w:type="dxa"/>
            <w:tcMar>
              <w:top w:w="100" w:type="dxa"/>
              <w:left w:w="110" w:type="dxa"/>
              <w:bottom w:w="100" w:type="dxa"/>
              <w:right w:w="110" w:type="dxa"/>
            </w:tcMar>
            <w:vAlign w:val="center"/>
          </w:tcPr>
          <w:p w14:paraId="16C0C6C3" w14:textId="77777777" w:rsidR="006A55BC" w:rsidRDefault="006A55BC">
            <w:pPr>
              <w:spacing w:after="20" w:line="240" w:lineRule="auto"/>
            </w:pPr>
          </w:p>
        </w:tc>
        <w:tc>
          <w:tcPr>
            <w:tcW w:w="1872" w:type="dxa"/>
            <w:tcMar>
              <w:top w:w="100" w:type="dxa"/>
              <w:left w:w="110" w:type="dxa"/>
              <w:bottom w:w="100" w:type="dxa"/>
              <w:right w:w="110" w:type="dxa"/>
            </w:tcMar>
            <w:vAlign w:val="center"/>
          </w:tcPr>
          <w:p w14:paraId="7C95E999" w14:textId="77777777" w:rsidR="006A55BC" w:rsidRDefault="006A55BC">
            <w:pPr>
              <w:spacing w:after="20" w:line="240" w:lineRule="auto"/>
            </w:pPr>
          </w:p>
        </w:tc>
        <w:tc>
          <w:tcPr>
            <w:tcW w:w="936" w:type="dxa"/>
            <w:tcMar>
              <w:top w:w="100" w:type="dxa"/>
              <w:left w:w="110" w:type="dxa"/>
              <w:bottom w:w="100" w:type="dxa"/>
              <w:right w:w="110" w:type="dxa"/>
            </w:tcMar>
            <w:vAlign w:val="center"/>
          </w:tcPr>
          <w:p w14:paraId="1E2F8CB8" w14:textId="77777777" w:rsidR="006A55BC" w:rsidRDefault="006A55BC">
            <w:pPr>
              <w:spacing w:after="20" w:line="240" w:lineRule="auto"/>
            </w:pPr>
          </w:p>
        </w:tc>
        <w:tc>
          <w:tcPr>
            <w:tcW w:w="2088" w:type="dxa"/>
            <w:tcMar>
              <w:top w:w="100" w:type="dxa"/>
              <w:left w:w="110" w:type="dxa"/>
              <w:bottom w:w="100" w:type="dxa"/>
              <w:right w:w="110" w:type="dxa"/>
            </w:tcMar>
            <w:vAlign w:val="center"/>
          </w:tcPr>
          <w:p w14:paraId="21362552" w14:textId="77777777" w:rsidR="006A55BC" w:rsidRDefault="006A55BC">
            <w:pPr>
              <w:spacing w:after="20" w:line="240" w:lineRule="auto"/>
            </w:pPr>
          </w:p>
        </w:tc>
        <w:tc>
          <w:tcPr>
            <w:tcW w:w="1008" w:type="dxa"/>
            <w:tcMar>
              <w:top w:w="100" w:type="dxa"/>
              <w:left w:w="110" w:type="dxa"/>
              <w:bottom w:w="100" w:type="dxa"/>
              <w:right w:w="110" w:type="dxa"/>
            </w:tcMar>
            <w:vAlign w:val="center"/>
          </w:tcPr>
          <w:p w14:paraId="3542704A" w14:textId="77777777" w:rsidR="006A55BC" w:rsidRDefault="006A55BC">
            <w:pPr>
              <w:spacing w:after="20" w:line="240" w:lineRule="auto"/>
            </w:pPr>
          </w:p>
        </w:tc>
        <w:tc>
          <w:tcPr>
            <w:tcW w:w="1296" w:type="dxa"/>
            <w:tcMar>
              <w:top w:w="100" w:type="dxa"/>
              <w:left w:w="110" w:type="dxa"/>
              <w:bottom w:w="100" w:type="dxa"/>
              <w:right w:w="110" w:type="dxa"/>
            </w:tcMar>
            <w:vAlign w:val="center"/>
          </w:tcPr>
          <w:p w14:paraId="50DA94E2" w14:textId="77777777" w:rsidR="006A55BC" w:rsidRDefault="006A55BC">
            <w:pPr>
              <w:spacing w:after="20" w:line="240" w:lineRule="auto"/>
            </w:pPr>
          </w:p>
        </w:tc>
        <w:tc>
          <w:tcPr>
            <w:tcW w:w="1080" w:type="dxa"/>
            <w:tcMar>
              <w:top w:w="100" w:type="dxa"/>
              <w:left w:w="110" w:type="dxa"/>
              <w:bottom w:w="100" w:type="dxa"/>
              <w:right w:w="110" w:type="dxa"/>
            </w:tcMar>
            <w:vAlign w:val="center"/>
          </w:tcPr>
          <w:p w14:paraId="6C8E7F4F" w14:textId="77777777" w:rsidR="006A55BC" w:rsidRDefault="006A55BC">
            <w:pPr>
              <w:spacing w:after="20" w:line="240" w:lineRule="auto"/>
            </w:pPr>
          </w:p>
        </w:tc>
      </w:tr>
      <w:tr w:rsidR="006A55BC" w14:paraId="7D356EC1" w14:textId="77777777">
        <w:trPr>
          <w:cantSplit/>
          <w:jc w:val="center"/>
        </w:trPr>
        <w:tc>
          <w:tcPr>
            <w:tcW w:w="720" w:type="dxa"/>
            <w:shd w:val="clear" w:color="auto" w:fill="F4F7FA"/>
            <w:tcMar>
              <w:top w:w="100" w:type="dxa"/>
              <w:left w:w="110" w:type="dxa"/>
              <w:bottom w:w="100" w:type="dxa"/>
              <w:right w:w="110" w:type="dxa"/>
            </w:tcMar>
            <w:vAlign w:val="center"/>
          </w:tcPr>
          <w:p w14:paraId="53646740" w14:textId="77777777" w:rsidR="006A55BC" w:rsidRDefault="006A55BC">
            <w:pPr>
              <w:spacing w:after="20" w:line="240" w:lineRule="auto"/>
            </w:pPr>
          </w:p>
        </w:tc>
        <w:tc>
          <w:tcPr>
            <w:tcW w:w="1224" w:type="dxa"/>
            <w:shd w:val="clear" w:color="auto" w:fill="F4F7FA"/>
            <w:tcMar>
              <w:top w:w="100" w:type="dxa"/>
              <w:left w:w="110" w:type="dxa"/>
              <w:bottom w:w="100" w:type="dxa"/>
              <w:right w:w="110" w:type="dxa"/>
            </w:tcMar>
            <w:vAlign w:val="center"/>
          </w:tcPr>
          <w:p w14:paraId="4DD9E84D" w14:textId="77777777" w:rsidR="006A55BC" w:rsidRDefault="006A55BC">
            <w:pPr>
              <w:spacing w:after="20" w:line="240" w:lineRule="auto"/>
            </w:pPr>
          </w:p>
        </w:tc>
        <w:tc>
          <w:tcPr>
            <w:tcW w:w="1872" w:type="dxa"/>
            <w:shd w:val="clear" w:color="auto" w:fill="F4F7FA"/>
            <w:tcMar>
              <w:top w:w="100" w:type="dxa"/>
              <w:left w:w="110" w:type="dxa"/>
              <w:bottom w:w="100" w:type="dxa"/>
              <w:right w:w="110" w:type="dxa"/>
            </w:tcMar>
            <w:vAlign w:val="center"/>
          </w:tcPr>
          <w:p w14:paraId="3BB1BAF3" w14:textId="77777777" w:rsidR="006A55BC" w:rsidRDefault="006A55BC">
            <w:pPr>
              <w:spacing w:after="20" w:line="240" w:lineRule="auto"/>
            </w:pPr>
          </w:p>
        </w:tc>
        <w:tc>
          <w:tcPr>
            <w:tcW w:w="936" w:type="dxa"/>
            <w:shd w:val="clear" w:color="auto" w:fill="F4F7FA"/>
            <w:tcMar>
              <w:top w:w="100" w:type="dxa"/>
              <w:left w:w="110" w:type="dxa"/>
              <w:bottom w:w="100" w:type="dxa"/>
              <w:right w:w="110" w:type="dxa"/>
            </w:tcMar>
            <w:vAlign w:val="center"/>
          </w:tcPr>
          <w:p w14:paraId="2C5DC21D" w14:textId="77777777" w:rsidR="006A55BC" w:rsidRDefault="006A55BC">
            <w:pPr>
              <w:spacing w:after="20" w:line="240" w:lineRule="auto"/>
            </w:pPr>
          </w:p>
        </w:tc>
        <w:tc>
          <w:tcPr>
            <w:tcW w:w="2088" w:type="dxa"/>
            <w:shd w:val="clear" w:color="auto" w:fill="F4F7FA"/>
            <w:tcMar>
              <w:top w:w="100" w:type="dxa"/>
              <w:left w:w="110" w:type="dxa"/>
              <w:bottom w:w="100" w:type="dxa"/>
              <w:right w:w="110" w:type="dxa"/>
            </w:tcMar>
            <w:vAlign w:val="center"/>
          </w:tcPr>
          <w:p w14:paraId="23EC911A" w14:textId="77777777" w:rsidR="006A55BC" w:rsidRDefault="006A55BC">
            <w:pPr>
              <w:spacing w:after="20" w:line="240" w:lineRule="auto"/>
            </w:pPr>
          </w:p>
        </w:tc>
        <w:tc>
          <w:tcPr>
            <w:tcW w:w="1008" w:type="dxa"/>
            <w:shd w:val="clear" w:color="auto" w:fill="F4F7FA"/>
            <w:tcMar>
              <w:top w:w="100" w:type="dxa"/>
              <w:left w:w="110" w:type="dxa"/>
              <w:bottom w:w="100" w:type="dxa"/>
              <w:right w:w="110" w:type="dxa"/>
            </w:tcMar>
            <w:vAlign w:val="center"/>
          </w:tcPr>
          <w:p w14:paraId="45875F9F" w14:textId="77777777" w:rsidR="006A55BC" w:rsidRDefault="006A55BC">
            <w:pPr>
              <w:spacing w:after="20" w:line="240" w:lineRule="auto"/>
            </w:pPr>
          </w:p>
        </w:tc>
        <w:tc>
          <w:tcPr>
            <w:tcW w:w="1296" w:type="dxa"/>
            <w:shd w:val="clear" w:color="auto" w:fill="F4F7FA"/>
            <w:tcMar>
              <w:top w:w="100" w:type="dxa"/>
              <w:left w:w="110" w:type="dxa"/>
              <w:bottom w:w="100" w:type="dxa"/>
              <w:right w:w="110" w:type="dxa"/>
            </w:tcMar>
            <w:vAlign w:val="center"/>
          </w:tcPr>
          <w:p w14:paraId="756C340B" w14:textId="77777777" w:rsidR="006A55BC" w:rsidRDefault="006A55BC">
            <w:pPr>
              <w:spacing w:after="20" w:line="240" w:lineRule="auto"/>
            </w:pPr>
          </w:p>
        </w:tc>
        <w:tc>
          <w:tcPr>
            <w:tcW w:w="1080" w:type="dxa"/>
            <w:shd w:val="clear" w:color="auto" w:fill="F4F7FA"/>
            <w:tcMar>
              <w:top w:w="100" w:type="dxa"/>
              <w:left w:w="110" w:type="dxa"/>
              <w:bottom w:w="100" w:type="dxa"/>
              <w:right w:w="110" w:type="dxa"/>
            </w:tcMar>
            <w:vAlign w:val="center"/>
          </w:tcPr>
          <w:p w14:paraId="53158FAB" w14:textId="77777777" w:rsidR="006A55BC" w:rsidRDefault="006A55BC">
            <w:pPr>
              <w:spacing w:after="20" w:line="240" w:lineRule="auto"/>
            </w:pPr>
          </w:p>
        </w:tc>
      </w:tr>
    </w:tbl>
    <w:p w14:paraId="05E6E7F0" w14:textId="77777777" w:rsidR="006A55BC" w:rsidRDefault="006A55BC">
      <w:pPr>
        <w:spacing w:after="20"/>
      </w:pPr>
    </w:p>
    <w:p w14:paraId="065CA58D" w14:textId="77777777" w:rsidR="006A55BC" w:rsidRDefault="00000000">
      <w:pPr>
        <w:pStyle w:val="Heading2"/>
      </w:pPr>
      <w:r>
        <w:t>Disposition Definitions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992"/>
      </w:tblGrid>
      <w:tr w:rsidR="006A55BC" w14:paraId="593962E8" w14:textId="77777777">
        <w:trPr>
          <w:cantSplit/>
          <w:tblHeader/>
          <w:jc w:val="center"/>
        </w:trPr>
        <w:tc>
          <w:tcPr>
            <w:tcW w:w="1944" w:type="dxa"/>
            <w:shd w:val="clear" w:color="auto" w:fill="17365D"/>
            <w:tcMar>
              <w:top w:w="100" w:type="dxa"/>
              <w:left w:w="110" w:type="dxa"/>
              <w:bottom w:w="100" w:type="dxa"/>
              <w:right w:w="110" w:type="dxa"/>
            </w:tcMar>
            <w:vAlign w:val="center"/>
          </w:tcPr>
          <w:p w14:paraId="2B47D104" w14:textId="77777777" w:rsidR="006A55BC" w:rsidRDefault="00000000">
            <w:r>
              <w:rPr>
                <w:b/>
                <w:color w:val="FFFFFF"/>
                <w:sz w:val="17"/>
              </w:rPr>
              <w:t>Disposition</w:t>
            </w:r>
          </w:p>
        </w:tc>
        <w:tc>
          <w:tcPr>
            <w:tcW w:w="7992" w:type="dxa"/>
            <w:shd w:val="clear" w:color="auto" w:fill="17365D"/>
            <w:tcMar>
              <w:top w:w="100" w:type="dxa"/>
              <w:left w:w="110" w:type="dxa"/>
              <w:bottom w:w="100" w:type="dxa"/>
              <w:right w:w="110" w:type="dxa"/>
            </w:tcMar>
            <w:vAlign w:val="center"/>
          </w:tcPr>
          <w:p w14:paraId="7D2A422B" w14:textId="77777777" w:rsidR="006A55BC" w:rsidRDefault="00000000">
            <w:r>
              <w:rPr>
                <w:b/>
                <w:color w:val="FFFFFF"/>
                <w:sz w:val="17"/>
              </w:rPr>
              <w:t>Meaning</w:t>
            </w:r>
          </w:p>
        </w:tc>
      </w:tr>
      <w:tr w:rsidR="006A55BC" w14:paraId="2AF8E698" w14:textId="77777777">
        <w:trPr>
          <w:cantSplit/>
          <w:jc w:val="center"/>
        </w:trPr>
        <w:tc>
          <w:tcPr>
            <w:tcW w:w="1944" w:type="dxa"/>
            <w:tcMar>
              <w:top w:w="100" w:type="dxa"/>
              <w:left w:w="110" w:type="dxa"/>
              <w:bottom w:w="100" w:type="dxa"/>
              <w:right w:w="110" w:type="dxa"/>
            </w:tcMar>
            <w:vAlign w:val="center"/>
          </w:tcPr>
          <w:p w14:paraId="09943EB8" w14:textId="77777777" w:rsidR="006A55BC" w:rsidRDefault="00000000">
            <w:pPr>
              <w:spacing w:after="20" w:line="240" w:lineRule="auto"/>
            </w:pPr>
            <w:r>
              <w:rPr>
                <w:sz w:val="17"/>
              </w:rPr>
              <w:t>Explained</w:t>
            </w:r>
          </w:p>
        </w:tc>
        <w:tc>
          <w:tcPr>
            <w:tcW w:w="7992" w:type="dxa"/>
            <w:tcMar>
              <w:top w:w="100" w:type="dxa"/>
              <w:left w:w="110" w:type="dxa"/>
              <w:bottom w:w="100" w:type="dxa"/>
              <w:right w:w="110" w:type="dxa"/>
            </w:tcMar>
            <w:vAlign w:val="center"/>
          </w:tcPr>
          <w:p w14:paraId="1736C38E" w14:textId="77777777" w:rsidR="006A55BC" w:rsidRDefault="00000000">
            <w:pPr>
              <w:spacing w:after="20" w:line="240" w:lineRule="auto"/>
            </w:pPr>
            <w:r>
              <w:rPr>
                <w:sz w:val="17"/>
              </w:rPr>
              <w:t>Evidence supports a legitimate transaction and no control gap remains.</w:t>
            </w:r>
          </w:p>
        </w:tc>
      </w:tr>
      <w:tr w:rsidR="006A55BC" w14:paraId="7C03AD78" w14:textId="77777777">
        <w:trPr>
          <w:cantSplit/>
          <w:jc w:val="center"/>
        </w:trPr>
        <w:tc>
          <w:tcPr>
            <w:tcW w:w="1944" w:type="dxa"/>
            <w:shd w:val="clear" w:color="auto" w:fill="F4F7FA"/>
            <w:tcMar>
              <w:top w:w="100" w:type="dxa"/>
              <w:left w:w="110" w:type="dxa"/>
              <w:bottom w:w="100" w:type="dxa"/>
              <w:right w:w="110" w:type="dxa"/>
            </w:tcMar>
            <w:vAlign w:val="center"/>
          </w:tcPr>
          <w:p w14:paraId="29B31E0D" w14:textId="77777777" w:rsidR="006A55BC" w:rsidRDefault="00000000">
            <w:pPr>
              <w:spacing w:after="20" w:line="240" w:lineRule="auto"/>
            </w:pPr>
            <w:r>
              <w:rPr>
                <w:sz w:val="17"/>
              </w:rPr>
              <w:t>Control issue</w:t>
            </w:r>
          </w:p>
        </w:tc>
        <w:tc>
          <w:tcPr>
            <w:tcW w:w="7992" w:type="dxa"/>
            <w:shd w:val="clear" w:color="auto" w:fill="F4F7FA"/>
            <w:tcMar>
              <w:top w:w="100" w:type="dxa"/>
              <w:left w:w="110" w:type="dxa"/>
              <w:bottom w:w="100" w:type="dxa"/>
              <w:right w:w="110" w:type="dxa"/>
            </w:tcMar>
            <w:vAlign w:val="center"/>
          </w:tcPr>
          <w:p w14:paraId="5794A17A" w14:textId="77777777" w:rsidR="006A55BC" w:rsidRDefault="00000000">
            <w:pPr>
              <w:spacing w:after="20" w:line="240" w:lineRule="auto"/>
            </w:pPr>
            <w:r>
              <w:rPr>
                <w:sz w:val="17"/>
              </w:rPr>
              <w:t>Transaction may be legitimate, but a control failed or was bypassed.</w:t>
            </w:r>
          </w:p>
        </w:tc>
      </w:tr>
      <w:tr w:rsidR="006A55BC" w14:paraId="27551600" w14:textId="77777777">
        <w:trPr>
          <w:cantSplit/>
          <w:jc w:val="center"/>
        </w:trPr>
        <w:tc>
          <w:tcPr>
            <w:tcW w:w="1944" w:type="dxa"/>
            <w:tcMar>
              <w:top w:w="100" w:type="dxa"/>
              <w:left w:w="110" w:type="dxa"/>
              <w:bottom w:w="100" w:type="dxa"/>
              <w:right w:w="110" w:type="dxa"/>
            </w:tcMar>
            <w:vAlign w:val="center"/>
          </w:tcPr>
          <w:p w14:paraId="3422C0DE" w14:textId="77777777" w:rsidR="006A55BC" w:rsidRDefault="00000000">
            <w:pPr>
              <w:spacing w:after="20" w:line="240" w:lineRule="auto"/>
            </w:pPr>
            <w:r>
              <w:rPr>
                <w:sz w:val="17"/>
              </w:rPr>
              <w:t>Further review</w:t>
            </w:r>
          </w:p>
        </w:tc>
        <w:tc>
          <w:tcPr>
            <w:tcW w:w="7992" w:type="dxa"/>
            <w:tcMar>
              <w:top w:w="100" w:type="dxa"/>
              <w:left w:w="110" w:type="dxa"/>
              <w:bottom w:w="100" w:type="dxa"/>
              <w:right w:w="110" w:type="dxa"/>
            </w:tcMar>
            <w:vAlign w:val="center"/>
          </w:tcPr>
          <w:p w14:paraId="344DCA42" w14:textId="77777777" w:rsidR="006A55BC" w:rsidRDefault="00000000">
            <w:pPr>
              <w:spacing w:after="20" w:line="240" w:lineRule="auto"/>
            </w:pPr>
            <w:r>
              <w:rPr>
                <w:sz w:val="17"/>
              </w:rPr>
              <w:t>Additional evidence or specialist assessment is required.</w:t>
            </w:r>
          </w:p>
        </w:tc>
      </w:tr>
      <w:tr w:rsidR="006A55BC" w14:paraId="70E8181E" w14:textId="77777777">
        <w:trPr>
          <w:cantSplit/>
          <w:jc w:val="center"/>
        </w:trPr>
        <w:tc>
          <w:tcPr>
            <w:tcW w:w="1944" w:type="dxa"/>
            <w:shd w:val="clear" w:color="auto" w:fill="F4F7FA"/>
            <w:tcMar>
              <w:top w:w="100" w:type="dxa"/>
              <w:left w:w="110" w:type="dxa"/>
              <w:bottom w:w="100" w:type="dxa"/>
              <w:right w:w="110" w:type="dxa"/>
            </w:tcMar>
            <w:vAlign w:val="center"/>
          </w:tcPr>
          <w:p w14:paraId="0639D78B" w14:textId="77777777" w:rsidR="006A55BC" w:rsidRDefault="00000000">
            <w:pPr>
              <w:spacing w:after="20" w:line="240" w:lineRule="auto"/>
            </w:pPr>
            <w:r>
              <w:rPr>
                <w:sz w:val="17"/>
              </w:rPr>
              <w:t>Investigation referral</w:t>
            </w:r>
          </w:p>
        </w:tc>
        <w:tc>
          <w:tcPr>
            <w:tcW w:w="7992" w:type="dxa"/>
            <w:shd w:val="clear" w:color="auto" w:fill="F4F7FA"/>
            <w:tcMar>
              <w:top w:w="100" w:type="dxa"/>
              <w:left w:w="110" w:type="dxa"/>
              <w:bottom w:w="100" w:type="dxa"/>
              <w:right w:w="110" w:type="dxa"/>
            </w:tcMar>
            <w:vAlign w:val="center"/>
          </w:tcPr>
          <w:p w14:paraId="740EA54B" w14:textId="77777777" w:rsidR="006A55BC" w:rsidRDefault="00000000">
            <w:pPr>
              <w:spacing w:after="20" w:line="240" w:lineRule="auto"/>
            </w:pPr>
            <w:r>
              <w:rPr>
                <w:sz w:val="17"/>
              </w:rPr>
              <w:t>Facts meet the organisation’s threshold for authorised investigation.</w:t>
            </w:r>
          </w:p>
        </w:tc>
      </w:tr>
      <w:tr w:rsidR="006A55BC" w14:paraId="333CE92F" w14:textId="77777777">
        <w:trPr>
          <w:cantSplit/>
          <w:jc w:val="center"/>
        </w:trPr>
        <w:tc>
          <w:tcPr>
            <w:tcW w:w="1944" w:type="dxa"/>
            <w:tcMar>
              <w:top w:w="100" w:type="dxa"/>
              <w:left w:w="110" w:type="dxa"/>
              <w:bottom w:w="100" w:type="dxa"/>
              <w:right w:w="110" w:type="dxa"/>
            </w:tcMar>
            <w:vAlign w:val="center"/>
          </w:tcPr>
          <w:p w14:paraId="12F22A11" w14:textId="77777777" w:rsidR="006A55BC" w:rsidRDefault="00000000">
            <w:pPr>
              <w:spacing w:after="20" w:line="240" w:lineRule="auto"/>
            </w:pPr>
            <w:r>
              <w:rPr>
                <w:sz w:val="17"/>
              </w:rPr>
              <w:t>Risk update</w:t>
            </w:r>
          </w:p>
        </w:tc>
        <w:tc>
          <w:tcPr>
            <w:tcW w:w="7992" w:type="dxa"/>
            <w:tcMar>
              <w:top w:w="100" w:type="dxa"/>
              <w:left w:w="110" w:type="dxa"/>
              <w:bottom w:w="100" w:type="dxa"/>
              <w:right w:w="110" w:type="dxa"/>
            </w:tcMar>
            <w:vAlign w:val="center"/>
          </w:tcPr>
          <w:p w14:paraId="6F4488B1" w14:textId="77777777" w:rsidR="006A55BC" w:rsidRDefault="00000000">
            <w:pPr>
              <w:spacing w:after="20" w:line="240" w:lineRule="auto"/>
            </w:pPr>
            <w:r>
              <w:rPr>
                <w:sz w:val="17"/>
              </w:rPr>
              <w:t>Exception changes likelihood, impact, control assessment or treatment priority.</w:t>
            </w:r>
          </w:p>
        </w:tc>
      </w:tr>
    </w:tbl>
    <w:p w14:paraId="42CA85B8" w14:textId="77777777" w:rsidR="006A55BC" w:rsidRDefault="006A55BC">
      <w:pPr>
        <w:spacing w:after="20"/>
      </w:pPr>
    </w:p>
    <w:p w14:paraId="6E78AEEB" w14:textId="77777777" w:rsidR="006A55BC" w:rsidRDefault="00000000">
      <w:r>
        <w:br w:type="page"/>
      </w:r>
    </w:p>
    <w:p w14:paraId="26DB6DBA" w14:textId="77777777" w:rsidR="006A55BC" w:rsidRDefault="00000000">
      <w:pPr>
        <w:pStyle w:val="Heading1"/>
      </w:pPr>
      <w:r>
        <w:lastRenderedPageBreak/>
        <w:t>Appendix E Glossary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088"/>
        <w:gridCol w:w="7848"/>
      </w:tblGrid>
      <w:tr w:rsidR="006A55BC" w14:paraId="2F1941C5" w14:textId="77777777">
        <w:trPr>
          <w:cantSplit/>
          <w:tblHeader/>
          <w:jc w:val="center"/>
        </w:trPr>
        <w:tc>
          <w:tcPr>
            <w:tcW w:w="2088" w:type="dxa"/>
            <w:shd w:val="clear" w:color="auto" w:fill="17365D"/>
            <w:tcMar>
              <w:top w:w="100" w:type="dxa"/>
              <w:left w:w="110" w:type="dxa"/>
              <w:bottom w:w="100" w:type="dxa"/>
              <w:right w:w="110" w:type="dxa"/>
            </w:tcMar>
            <w:vAlign w:val="center"/>
          </w:tcPr>
          <w:p w14:paraId="4B0D31E4" w14:textId="77777777" w:rsidR="006A55BC" w:rsidRDefault="00000000">
            <w:r>
              <w:rPr>
                <w:b/>
                <w:color w:val="FFFFFF"/>
                <w:sz w:val="17"/>
              </w:rPr>
              <w:t>Term</w:t>
            </w:r>
          </w:p>
        </w:tc>
        <w:tc>
          <w:tcPr>
            <w:tcW w:w="7848" w:type="dxa"/>
            <w:shd w:val="clear" w:color="auto" w:fill="17365D"/>
            <w:tcMar>
              <w:top w:w="100" w:type="dxa"/>
              <w:left w:w="110" w:type="dxa"/>
              <w:bottom w:w="100" w:type="dxa"/>
              <w:right w:w="110" w:type="dxa"/>
            </w:tcMar>
            <w:vAlign w:val="center"/>
          </w:tcPr>
          <w:p w14:paraId="543FCFF1" w14:textId="77777777" w:rsidR="006A55BC" w:rsidRDefault="00000000">
            <w:r>
              <w:rPr>
                <w:b/>
                <w:color w:val="FFFFFF"/>
                <w:sz w:val="17"/>
              </w:rPr>
              <w:t>Working definition</w:t>
            </w:r>
          </w:p>
        </w:tc>
      </w:tr>
      <w:tr w:rsidR="006A55BC" w14:paraId="1036EEE5" w14:textId="77777777">
        <w:trPr>
          <w:cantSplit/>
          <w:jc w:val="center"/>
        </w:trPr>
        <w:tc>
          <w:tcPr>
            <w:tcW w:w="2088" w:type="dxa"/>
            <w:tcMar>
              <w:top w:w="100" w:type="dxa"/>
              <w:left w:w="110" w:type="dxa"/>
              <w:bottom w:w="100" w:type="dxa"/>
              <w:right w:w="110" w:type="dxa"/>
            </w:tcMar>
            <w:vAlign w:val="center"/>
          </w:tcPr>
          <w:p w14:paraId="76FCE7A6" w14:textId="77777777" w:rsidR="006A55BC" w:rsidRDefault="00000000">
            <w:pPr>
              <w:spacing w:after="20" w:line="240" w:lineRule="auto"/>
            </w:pPr>
            <w:r>
              <w:rPr>
                <w:sz w:val="17"/>
              </w:rPr>
              <w:t>Bribery</w:t>
            </w:r>
          </w:p>
        </w:tc>
        <w:tc>
          <w:tcPr>
            <w:tcW w:w="7848" w:type="dxa"/>
            <w:tcMar>
              <w:top w:w="100" w:type="dxa"/>
              <w:left w:w="110" w:type="dxa"/>
              <w:bottom w:w="100" w:type="dxa"/>
              <w:right w:w="110" w:type="dxa"/>
            </w:tcMar>
            <w:vAlign w:val="center"/>
          </w:tcPr>
          <w:p w14:paraId="5F4FB746" w14:textId="77777777" w:rsidR="006A55BC" w:rsidRDefault="00000000">
            <w:pPr>
              <w:spacing w:after="20" w:line="240" w:lineRule="auto"/>
            </w:pPr>
            <w:r>
              <w:rPr>
                <w:sz w:val="17"/>
              </w:rPr>
              <w:t>Offering, promising, giving, requesting or accepting an improper advantage to influence an action or decision.</w:t>
            </w:r>
          </w:p>
        </w:tc>
      </w:tr>
      <w:tr w:rsidR="006A55BC" w14:paraId="7243EC67" w14:textId="77777777">
        <w:trPr>
          <w:cantSplit/>
          <w:jc w:val="center"/>
        </w:trPr>
        <w:tc>
          <w:tcPr>
            <w:tcW w:w="2088" w:type="dxa"/>
            <w:shd w:val="clear" w:color="auto" w:fill="F4F7FA"/>
            <w:tcMar>
              <w:top w:w="100" w:type="dxa"/>
              <w:left w:w="110" w:type="dxa"/>
              <w:bottom w:w="100" w:type="dxa"/>
              <w:right w:w="110" w:type="dxa"/>
            </w:tcMar>
            <w:vAlign w:val="center"/>
          </w:tcPr>
          <w:p w14:paraId="26778156" w14:textId="77777777" w:rsidR="006A55BC" w:rsidRDefault="00000000">
            <w:pPr>
              <w:spacing w:after="20" w:line="240" w:lineRule="auto"/>
            </w:pPr>
            <w:r>
              <w:rPr>
                <w:sz w:val="17"/>
              </w:rPr>
              <w:t>Commercial bribery</w:t>
            </w:r>
          </w:p>
        </w:tc>
        <w:tc>
          <w:tcPr>
            <w:tcW w:w="7848" w:type="dxa"/>
            <w:shd w:val="clear" w:color="auto" w:fill="F4F7FA"/>
            <w:tcMar>
              <w:top w:w="100" w:type="dxa"/>
              <w:left w:w="110" w:type="dxa"/>
              <w:bottom w:w="100" w:type="dxa"/>
              <w:right w:w="110" w:type="dxa"/>
            </w:tcMar>
            <w:vAlign w:val="center"/>
          </w:tcPr>
          <w:p w14:paraId="51A99848" w14:textId="77777777" w:rsidR="006A55BC" w:rsidRDefault="00000000">
            <w:pPr>
              <w:spacing w:after="20" w:line="240" w:lineRule="auto"/>
            </w:pPr>
            <w:r>
              <w:rPr>
                <w:sz w:val="17"/>
              </w:rPr>
              <w:t>Bribery involving private-sector parties rather than, or in addition to, public officials.</w:t>
            </w:r>
          </w:p>
        </w:tc>
      </w:tr>
      <w:tr w:rsidR="006A55BC" w14:paraId="2ED83BDC" w14:textId="77777777">
        <w:trPr>
          <w:cantSplit/>
          <w:jc w:val="center"/>
        </w:trPr>
        <w:tc>
          <w:tcPr>
            <w:tcW w:w="2088" w:type="dxa"/>
            <w:tcMar>
              <w:top w:w="100" w:type="dxa"/>
              <w:left w:w="110" w:type="dxa"/>
              <w:bottom w:w="100" w:type="dxa"/>
              <w:right w:w="110" w:type="dxa"/>
            </w:tcMar>
            <w:vAlign w:val="center"/>
          </w:tcPr>
          <w:p w14:paraId="32D11AFD" w14:textId="77777777" w:rsidR="006A55BC" w:rsidRDefault="00000000">
            <w:pPr>
              <w:spacing w:after="20" w:line="240" w:lineRule="auto"/>
            </w:pPr>
            <w:r>
              <w:rPr>
                <w:sz w:val="17"/>
              </w:rPr>
              <w:t>Conflict of interest</w:t>
            </w:r>
          </w:p>
        </w:tc>
        <w:tc>
          <w:tcPr>
            <w:tcW w:w="7848" w:type="dxa"/>
            <w:tcMar>
              <w:top w:w="100" w:type="dxa"/>
              <w:left w:w="110" w:type="dxa"/>
              <w:bottom w:w="100" w:type="dxa"/>
              <w:right w:w="110" w:type="dxa"/>
            </w:tcMar>
            <w:vAlign w:val="center"/>
          </w:tcPr>
          <w:p w14:paraId="1B052139" w14:textId="77777777" w:rsidR="006A55BC" w:rsidRDefault="00000000">
            <w:pPr>
              <w:spacing w:after="20" w:line="240" w:lineRule="auto"/>
            </w:pPr>
            <w:r>
              <w:rPr>
                <w:sz w:val="17"/>
              </w:rPr>
              <w:t>A situation in which personal, financial or other interests could improperly influence professional judgement or duties.</w:t>
            </w:r>
          </w:p>
        </w:tc>
      </w:tr>
      <w:tr w:rsidR="006A55BC" w14:paraId="480EED58" w14:textId="77777777">
        <w:trPr>
          <w:cantSplit/>
          <w:jc w:val="center"/>
        </w:trPr>
        <w:tc>
          <w:tcPr>
            <w:tcW w:w="2088" w:type="dxa"/>
            <w:shd w:val="clear" w:color="auto" w:fill="F4F7FA"/>
            <w:tcMar>
              <w:top w:w="100" w:type="dxa"/>
              <w:left w:w="110" w:type="dxa"/>
              <w:bottom w:w="100" w:type="dxa"/>
              <w:right w:w="110" w:type="dxa"/>
            </w:tcMar>
            <w:vAlign w:val="center"/>
          </w:tcPr>
          <w:p w14:paraId="387D2A95" w14:textId="77777777" w:rsidR="006A55BC" w:rsidRDefault="00000000">
            <w:pPr>
              <w:spacing w:after="20" w:line="240" w:lineRule="auto"/>
            </w:pPr>
            <w:r>
              <w:rPr>
                <w:sz w:val="17"/>
              </w:rPr>
              <w:t>Control</w:t>
            </w:r>
          </w:p>
        </w:tc>
        <w:tc>
          <w:tcPr>
            <w:tcW w:w="7848" w:type="dxa"/>
            <w:shd w:val="clear" w:color="auto" w:fill="F4F7FA"/>
            <w:tcMar>
              <w:top w:w="100" w:type="dxa"/>
              <w:left w:w="110" w:type="dxa"/>
              <w:bottom w:w="100" w:type="dxa"/>
              <w:right w:w="110" w:type="dxa"/>
            </w:tcMar>
            <w:vAlign w:val="center"/>
          </w:tcPr>
          <w:p w14:paraId="34D770CB" w14:textId="77777777" w:rsidR="006A55BC" w:rsidRDefault="00000000">
            <w:pPr>
              <w:spacing w:after="20" w:line="240" w:lineRule="auto"/>
            </w:pPr>
            <w:r>
              <w:rPr>
                <w:sz w:val="17"/>
              </w:rPr>
              <w:t>A measure that modifies risk by preventing, detecting or correcting an event or its consequences.</w:t>
            </w:r>
          </w:p>
        </w:tc>
      </w:tr>
      <w:tr w:rsidR="006A55BC" w14:paraId="762CC14C" w14:textId="77777777">
        <w:trPr>
          <w:cantSplit/>
          <w:jc w:val="center"/>
        </w:trPr>
        <w:tc>
          <w:tcPr>
            <w:tcW w:w="2088" w:type="dxa"/>
            <w:tcMar>
              <w:top w:w="100" w:type="dxa"/>
              <w:left w:w="110" w:type="dxa"/>
              <w:bottom w:w="100" w:type="dxa"/>
              <w:right w:w="110" w:type="dxa"/>
            </w:tcMar>
            <w:vAlign w:val="center"/>
          </w:tcPr>
          <w:p w14:paraId="7FB41B63" w14:textId="77777777" w:rsidR="006A55BC" w:rsidRDefault="00000000">
            <w:pPr>
              <w:spacing w:after="20" w:line="240" w:lineRule="auto"/>
            </w:pPr>
            <w:r>
              <w:rPr>
                <w:sz w:val="17"/>
              </w:rPr>
              <w:t>Corruption</w:t>
            </w:r>
          </w:p>
        </w:tc>
        <w:tc>
          <w:tcPr>
            <w:tcW w:w="7848" w:type="dxa"/>
            <w:tcMar>
              <w:top w:w="100" w:type="dxa"/>
              <w:left w:w="110" w:type="dxa"/>
              <w:bottom w:w="100" w:type="dxa"/>
              <w:right w:w="110" w:type="dxa"/>
            </w:tcMar>
            <w:vAlign w:val="center"/>
          </w:tcPr>
          <w:p w14:paraId="3B8B9DAD" w14:textId="77777777" w:rsidR="006A55BC" w:rsidRDefault="00000000">
            <w:pPr>
              <w:spacing w:after="20" w:line="240" w:lineRule="auto"/>
            </w:pPr>
            <w:r>
              <w:rPr>
                <w:sz w:val="17"/>
              </w:rPr>
              <w:t>Abuse of entrusted power or position for private or improper benefit.</w:t>
            </w:r>
          </w:p>
        </w:tc>
      </w:tr>
      <w:tr w:rsidR="006A55BC" w14:paraId="1C2862DA" w14:textId="77777777">
        <w:trPr>
          <w:cantSplit/>
          <w:jc w:val="center"/>
        </w:trPr>
        <w:tc>
          <w:tcPr>
            <w:tcW w:w="2088" w:type="dxa"/>
            <w:shd w:val="clear" w:color="auto" w:fill="F4F7FA"/>
            <w:tcMar>
              <w:top w:w="100" w:type="dxa"/>
              <w:left w:w="110" w:type="dxa"/>
              <w:bottom w:w="100" w:type="dxa"/>
              <w:right w:w="110" w:type="dxa"/>
            </w:tcMar>
            <w:vAlign w:val="center"/>
          </w:tcPr>
          <w:p w14:paraId="2E007D71" w14:textId="77777777" w:rsidR="006A55BC" w:rsidRDefault="00000000">
            <w:pPr>
              <w:spacing w:after="20" w:line="240" w:lineRule="auto"/>
            </w:pPr>
            <w:r>
              <w:rPr>
                <w:sz w:val="17"/>
              </w:rPr>
              <w:t>Facilitation payment</w:t>
            </w:r>
          </w:p>
        </w:tc>
        <w:tc>
          <w:tcPr>
            <w:tcW w:w="7848" w:type="dxa"/>
            <w:shd w:val="clear" w:color="auto" w:fill="F4F7FA"/>
            <w:tcMar>
              <w:top w:w="100" w:type="dxa"/>
              <w:left w:w="110" w:type="dxa"/>
              <w:bottom w:w="100" w:type="dxa"/>
              <w:right w:w="110" w:type="dxa"/>
            </w:tcMar>
            <w:vAlign w:val="center"/>
          </w:tcPr>
          <w:p w14:paraId="63D92334" w14:textId="77777777" w:rsidR="006A55BC" w:rsidRDefault="00000000">
            <w:pPr>
              <w:spacing w:after="20" w:line="240" w:lineRule="auto"/>
            </w:pPr>
            <w:r>
              <w:rPr>
                <w:sz w:val="17"/>
              </w:rPr>
              <w:t>A small unofficial payment intended to secure or accelerate a routine action; it may be illegal and is commonly prohibited.</w:t>
            </w:r>
          </w:p>
        </w:tc>
      </w:tr>
      <w:tr w:rsidR="006A55BC" w14:paraId="0313E185" w14:textId="77777777">
        <w:trPr>
          <w:cantSplit/>
          <w:jc w:val="center"/>
        </w:trPr>
        <w:tc>
          <w:tcPr>
            <w:tcW w:w="2088" w:type="dxa"/>
            <w:tcMar>
              <w:top w:w="100" w:type="dxa"/>
              <w:left w:w="110" w:type="dxa"/>
              <w:bottom w:w="100" w:type="dxa"/>
              <w:right w:w="110" w:type="dxa"/>
            </w:tcMar>
            <w:vAlign w:val="center"/>
          </w:tcPr>
          <w:p w14:paraId="5464FA52" w14:textId="77777777" w:rsidR="006A55BC" w:rsidRDefault="00000000">
            <w:pPr>
              <w:spacing w:after="20" w:line="240" w:lineRule="auto"/>
            </w:pPr>
            <w:r>
              <w:rPr>
                <w:sz w:val="17"/>
              </w:rPr>
              <w:t>Inherent risk</w:t>
            </w:r>
          </w:p>
        </w:tc>
        <w:tc>
          <w:tcPr>
            <w:tcW w:w="7848" w:type="dxa"/>
            <w:tcMar>
              <w:top w:w="100" w:type="dxa"/>
              <w:left w:w="110" w:type="dxa"/>
              <w:bottom w:w="100" w:type="dxa"/>
              <w:right w:w="110" w:type="dxa"/>
            </w:tcMar>
            <w:vAlign w:val="center"/>
          </w:tcPr>
          <w:p w14:paraId="40E3ED50" w14:textId="77777777" w:rsidR="006A55BC" w:rsidRDefault="00000000">
            <w:pPr>
              <w:spacing w:after="20" w:line="240" w:lineRule="auto"/>
            </w:pPr>
            <w:r>
              <w:rPr>
                <w:sz w:val="17"/>
              </w:rPr>
              <w:t>Exposure before considering the effect of controls.</w:t>
            </w:r>
          </w:p>
        </w:tc>
      </w:tr>
      <w:tr w:rsidR="006A55BC" w14:paraId="0F265330" w14:textId="77777777">
        <w:trPr>
          <w:cantSplit/>
          <w:jc w:val="center"/>
        </w:trPr>
        <w:tc>
          <w:tcPr>
            <w:tcW w:w="2088" w:type="dxa"/>
            <w:shd w:val="clear" w:color="auto" w:fill="F4F7FA"/>
            <w:tcMar>
              <w:top w:w="100" w:type="dxa"/>
              <w:left w:w="110" w:type="dxa"/>
              <w:bottom w:w="100" w:type="dxa"/>
              <w:right w:w="110" w:type="dxa"/>
            </w:tcMar>
            <w:vAlign w:val="center"/>
          </w:tcPr>
          <w:p w14:paraId="2CBF5B6C" w14:textId="77777777" w:rsidR="006A55BC" w:rsidRDefault="00000000">
            <w:pPr>
              <w:spacing w:after="20" w:line="240" w:lineRule="auto"/>
            </w:pPr>
            <w:r>
              <w:rPr>
                <w:sz w:val="17"/>
              </w:rPr>
              <w:t>Kickback</w:t>
            </w:r>
          </w:p>
        </w:tc>
        <w:tc>
          <w:tcPr>
            <w:tcW w:w="7848" w:type="dxa"/>
            <w:shd w:val="clear" w:color="auto" w:fill="F4F7FA"/>
            <w:tcMar>
              <w:top w:w="100" w:type="dxa"/>
              <w:left w:w="110" w:type="dxa"/>
              <w:bottom w:w="100" w:type="dxa"/>
              <w:right w:w="110" w:type="dxa"/>
            </w:tcMar>
            <w:vAlign w:val="center"/>
          </w:tcPr>
          <w:p w14:paraId="4423093D" w14:textId="77777777" w:rsidR="006A55BC" w:rsidRDefault="00000000">
            <w:pPr>
              <w:spacing w:after="20" w:line="240" w:lineRule="auto"/>
            </w:pPr>
            <w:r>
              <w:rPr>
                <w:sz w:val="17"/>
              </w:rPr>
              <w:t>An improper return of part of a payment or benefit in exchange for favourable treatment.</w:t>
            </w:r>
          </w:p>
        </w:tc>
      </w:tr>
      <w:tr w:rsidR="006A55BC" w14:paraId="07A83667" w14:textId="77777777">
        <w:trPr>
          <w:cantSplit/>
          <w:jc w:val="center"/>
        </w:trPr>
        <w:tc>
          <w:tcPr>
            <w:tcW w:w="2088" w:type="dxa"/>
            <w:tcMar>
              <w:top w:w="100" w:type="dxa"/>
              <w:left w:w="110" w:type="dxa"/>
              <w:bottom w:w="100" w:type="dxa"/>
              <w:right w:w="110" w:type="dxa"/>
            </w:tcMar>
            <w:vAlign w:val="center"/>
          </w:tcPr>
          <w:p w14:paraId="4C520CBD" w14:textId="77777777" w:rsidR="006A55BC" w:rsidRDefault="00000000">
            <w:pPr>
              <w:spacing w:after="20" w:line="240" w:lineRule="auto"/>
            </w:pPr>
            <w:r>
              <w:rPr>
                <w:sz w:val="17"/>
              </w:rPr>
              <w:t>Public official</w:t>
            </w:r>
          </w:p>
        </w:tc>
        <w:tc>
          <w:tcPr>
            <w:tcW w:w="7848" w:type="dxa"/>
            <w:tcMar>
              <w:top w:w="100" w:type="dxa"/>
              <w:left w:w="110" w:type="dxa"/>
              <w:bottom w:w="100" w:type="dxa"/>
              <w:right w:w="110" w:type="dxa"/>
            </w:tcMar>
            <w:vAlign w:val="center"/>
          </w:tcPr>
          <w:p w14:paraId="02BF8043" w14:textId="77777777" w:rsidR="006A55BC" w:rsidRDefault="00000000">
            <w:pPr>
              <w:spacing w:after="20" w:line="240" w:lineRule="auto"/>
            </w:pPr>
            <w:r>
              <w:rPr>
                <w:sz w:val="17"/>
              </w:rPr>
              <w:t>A person holding a legislative, administrative, judicial, government, state-owned-enterprise, political-party or public-international-organisation role, as defined by applicable law and policy.</w:t>
            </w:r>
          </w:p>
        </w:tc>
      </w:tr>
      <w:tr w:rsidR="006A55BC" w14:paraId="68F3D0E4" w14:textId="77777777">
        <w:trPr>
          <w:cantSplit/>
          <w:jc w:val="center"/>
        </w:trPr>
        <w:tc>
          <w:tcPr>
            <w:tcW w:w="2088" w:type="dxa"/>
            <w:shd w:val="clear" w:color="auto" w:fill="F4F7FA"/>
            <w:tcMar>
              <w:top w:w="100" w:type="dxa"/>
              <w:left w:w="110" w:type="dxa"/>
              <w:bottom w:w="100" w:type="dxa"/>
              <w:right w:w="110" w:type="dxa"/>
            </w:tcMar>
            <w:vAlign w:val="center"/>
          </w:tcPr>
          <w:p w14:paraId="5B3BB967" w14:textId="77777777" w:rsidR="006A55BC" w:rsidRDefault="00000000">
            <w:pPr>
              <w:spacing w:after="20" w:line="240" w:lineRule="auto"/>
            </w:pPr>
            <w:r>
              <w:rPr>
                <w:sz w:val="17"/>
              </w:rPr>
              <w:t>Red flag</w:t>
            </w:r>
          </w:p>
        </w:tc>
        <w:tc>
          <w:tcPr>
            <w:tcW w:w="7848" w:type="dxa"/>
            <w:shd w:val="clear" w:color="auto" w:fill="F4F7FA"/>
            <w:tcMar>
              <w:top w:w="100" w:type="dxa"/>
              <w:left w:w="110" w:type="dxa"/>
              <w:bottom w:w="100" w:type="dxa"/>
              <w:right w:w="110" w:type="dxa"/>
            </w:tcMar>
            <w:vAlign w:val="center"/>
          </w:tcPr>
          <w:p w14:paraId="1D4486CB" w14:textId="77777777" w:rsidR="006A55BC" w:rsidRDefault="00000000">
            <w:pPr>
              <w:spacing w:after="20" w:line="240" w:lineRule="auto"/>
            </w:pPr>
            <w:r>
              <w:rPr>
                <w:sz w:val="17"/>
              </w:rPr>
              <w:t>A fact or pattern indicating heightened concern that requires inquiry, not automatic proof of misconduct.</w:t>
            </w:r>
          </w:p>
        </w:tc>
      </w:tr>
      <w:tr w:rsidR="006A55BC" w14:paraId="4EDB1FCC" w14:textId="77777777">
        <w:trPr>
          <w:cantSplit/>
          <w:jc w:val="center"/>
        </w:trPr>
        <w:tc>
          <w:tcPr>
            <w:tcW w:w="2088" w:type="dxa"/>
            <w:tcMar>
              <w:top w:w="100" w:type="dxa"/>
              <w:left w:w="110" w:type="dxa"/>
              <w:bottom w:w="100" w:type="dxa"/>
              <w:right w:w="110" w:type="dxa"/>
            </w:tcMar>
            <w:vAlign w:val="center"/>
          </w:tcPr>
          <w:p w14:paraId="6CA1AF0A" w14:textId="77777777" w:rsidR="006A55BC" w:rsidRDefault="00000000">
            <w:pPr>
              <w:spacing w:after="20" w:line="240" w:lineRule="auto"/>
            </w:pPr>
            <w:r>
              <w:rPr>
                <w:sz w:val="17"/>
              </w:rPr>
              <w:t>Residual risk</w:t>
            </w:r>
          </w:p>
        </w:tc>
        <w:tc>
          <w:tcPr>
            <w:tcW w:w="7848" w:type="dxa"/>
            <w:tcMar>
              <w:top w:w="100" w:type="dxa"/>
              <w:left w:w="110" w:type="dxa"/>
              <w:bottom w:w="100" w:type="dxa"/>
              <w:right w:w="110" w:type="dxa"/>
            </w:tcMar>
            <w:vAlign w:val="center"/>
          </w:tcPr>
          <w:p w14:paraId="11C50846" w14:textId="77777777" w:rsidR="006A55BC" w:rsidRDefault="00000000">
            <w:pPr>
              <w:spacing w:after="20" w:line="240" w:lineRule="auto"/>
            </w:pPr>
            <w:r>
              <w:rPr>
                <w:sz w:val="17"/>
              </w:rPr>
              <w:t>Exposure remaining after considering relevant and effective controls.</w:t>
            </w:r>
          </w:p>
        </w:tc>
      </w:tr>
      <w:tr w:rsidR="006A55BC" w14:paraId="228ECACA" w14:textId="77777777">
        <w:trPr>
          <w:cantSplit/>
          <w:jc w:val="center"/>
        </w:trPr>
        <w:tc>
          <w:tcPr>
            <w:tcW w:w="2088" w:type="dxa"/>
            <w:shd w:val="clear" w:color="auto" w:fill="F4F7FA"/>
            <w:tcMar>
              <w:top w:w="100" w:type="dxa"/>
              <w:left w:w="110" w:type="dxa"/>
              <w:bottom w:w="100" w:type="dxa"/>
              <w:right w:w="110" w:type="dxa"/>
            </w:tcMar>
            <w:vAlign w:val="center"/>
          </w:tcPr>
          <w:p w14:paraId="475FC20E" w14:textId="77777777" w:rsidR="006A55BC" w:rsidRDefault="00000000">
            <w:pPr>
              <w:spacing w:after="20" w:line="240" w:lineRule="auto"/>
            </w:pPr>
            <w:r>
              <w:rPr>
                <w:sz w:val="17"/>
              </w:rPr>
              <w:t>Risk appetite</w:t>
            </w:r>
          </w:p>
        </w:tc>
        <w:tc>
          <w:tcPr>
            <w:tcW w:w="7848" w:type="dxa"/>
            <w:shd w:val="clear" w:color="auto" w:fill="F4F7FA"/>
            <w:tcMar>
              <w:top w:w="100" w:type="dxa"/>
              <w:left w:w="110" w:type="dxa"/>
              <w:bottom w:w="100" w:type="dxa"/>
              <w:right w:w="110" w:type="dxa"/>
            </w:tcMar>
            <w:vAlign w:val="center"/>
          </w:tcPr>
          <w:p w14:paraId="3FA470F9" w14:textId="77777777" w:rsidR="006A55BC" w:rsidRDefault="00000000">
            <w:pPr>
              <w:spacing w:after="20" w:line="240" w:lineRule="auto"/>
            </w:pPr>
            <w:r>
              <w:rPr>
                <w:sz w:val="17"/>
              </w:rPr>
              <w:t>The amount and type of risk an organisation is willing to pursue or retain within approved boundaries.</w:t>
            </w:r>
          </w:p>
        </w:tc>
      </w:tr>
      <w:tr w:rsidR="006A55BC" w14:paraId="6F72051C" w14:textId="77777777">
        <w:trPr>
          <w:cantSplit/>
          <w:jc w:val="center"/>
        </w:trPr>
        <w:tc>
          <w:tcPr>
            <w:tcW w:w="2088" w:type="dxa"/>
            <w:tcMar>
              <w:top w:w="100" w:type="dxa"/>
              <w:left w:w="110" w:type="dxa"/>
              <w:bottom w:w="100" w:type="dxa"/>
              <w:right w:w="110" w:type="dxa"/>
            </w:tcMar>
            <w:vAlign w:val="center"/>
          </w:tcPr>
          <w:p w14:paraId="5B06620D" w14:textId="77777777" w:rsidR="006A55BC" w:rsidRDefault="00000000">
            <w:pPr>
              <w:spacing w:after="20" w:line="240" w:lineRule="auto"/>
            </w:pPr>
            <w:r>
              <w:rPr>
                <w:sz w:val="17"/>
              </w:rPr>
              <w:t>Risk owner</w:t>
            </w:r>
          </w:p>
        </w:tc>
        <w:tc>
          <w:tcPr>
            <w:tcW w:w="7848" w:type="dxa"/>
            <w:tcMar>
              <w:top w:w="100" w:type="dxa"/>
              <w:left w:w="110" w:type="dxa"/>
              <w:bottom w:w="100" w:type="dxa"/>
              <w:right w:w="110" w:type="dxa"/>
            </w:tcMar>
            <w:vAlign w:val="center"/>
          </w:tcPr>
          <w:p w14:paraId="1EEC6F2E" w14:textId="77777777" w:rsidR="006A55BC" w:rsidRDefault="00000000">
            <w:pPr>
              <w:spacing w:after="20" w:line="240" w:lineRule="auto"/>
            </w:pPr>
            <w:r>
              <w:rPr>
                <w:sz w:val="17"/>
              </w:rPr>
              <w:t>The person with authority and accountability to manage a risk.</w:t>
            </w:r>
          </w:p>
        </w:tc>
      </w:tr>
      <w:tr w:rsidR="006A55BC" w14:paraId="10D8B9B3" w14:textId="77777777">
        <w:trPr>
          <w:cantSplit/>
          <w:jc w:val="center"/>
        </w:trPr>
        <w:tc>
          <w:tcPr>
            <w:tcW w:w="2088" w:type="dxa"/>
            <w:shd w:val="clear" w:color="auto" w:fill="F4F7FA"/>
            <w:tcMar>
              <w:top w:w="100" w:type="dxa"/>
              <w:left w:w="110" w:type="dxa"/>
              <w:bottom w:w="100" w:type="dxa"/>
              <w:right w:w="110" w:type="dxa"/>
            </w:tcMar>
            <w:vAlign w:val="center"/>
          </w:tcPr>
          <w:p w14:paraId="043AF55E" w14:textId="77777777" w:rsidR="006A55BC" w:rsidRDefault="00000000">
            <w:pPr>
              <w:spacing w:after="20" w:line="240" w:lineRule="auto"/>
            </w:pPr>
            <w:r>
              <w:rPr>
                <w:sz w:val="17"/>
              </w:rPr>
              <w:t>Third party</w:t>
            </w:r>
          </w:p>
        </w:tc>
        <w:tc>
          <w:tcPr>
            <w:tcW w:w="7848" w:type="dxa"/>
            <w:shd w:val="clear" w:color="auto" w:fill="F4F7FA"/>
            <w:tcMar>
              <w:top w:w="100" w:type="dxa"/>
              <w:left w:w="110" w:type="dxa"/>
              <w:bottom w:w="100" w:type="dxa"/>
              <w:right w:w="110" w:type="dxa"/>
            </w:tcMar>
            <w:vAlign w:val="center"/>
          </w:tcPr>
          <w:p w14:paraId="64E3C3BB" w14:textId="77777777" w:rsidR="006A55BC" w:rsidRDefault="00000000">
            <w:pPr>
              <w:spacing w:after="20" w:line="240" w:lineRule="auto"/>
            </w:pPr>
            <w:r>
              <w:rPr>
                <w:sz w:val="17"/>
              </w:rPr>
              <w:t>An external person or organisation acting for, with or on behalf of the organisation, or otherwise creating relevant exposure.</w:t>
            </w:r>
          </w:p>
        </w:tc>
      </w:tr>
    </w:tbl>
    <w:p w14:paraId="6558B68E" w14:textId="77777777" w:rsidR="006A55BC" w:rsidRDefault="006A55BC">
      <w:pPr>
        <w:spacing w:after="20"/>
      </w:pPr>
    </w:p>
    <w:p w14:paraId="17605E13" w14:textId="77777777" w:rsidR="006A55BC" w:rsidRDefault="00000000">
      <w:r>
        <w:br w:type="page"/>
      </w:r>
    </w:p>
    <w:p w14:paraId="6705B560" w14:textId="77777777" w:rsidR="006A55BC" w:rsidRDefault="00000000">
      <w:pPr>
        <w:pStyle w:val="Heading1"/>
      </w:pPr>
      <w:r>
        <w:lastRenderedPageBreak/>
        <w:t>Appendix F Final Quality Review Checklist</w:t>
      </w:r>
    </w:p>
    <w:p w14:paraId="610BFFBC" w14:textId="77777777" w:rsidR="006A55BC" w:rsidRDefault="00000000">
      <w:r>
        <w:t>☐ Scope, exclusions and assumptions are explicit.</w:t>
      </w:r>
    </w:p>
    <w:p w14:paraId="245EC3AA" w14:textId="77777777" w:rsidR="006A55BC" w:rsidRDefault="00000000">
      <w:r>
        <w:t>☐ Relevant legal entities, locations, functions and third parties are covered.</w:t>
      </w:r>
    </w:p>
    <w:p w14:paraId="6285079B" w14:textId="77777777" w:rsidR="006A55BC" w:rsidRDefault="00000000">
      <w:r>
        <w:t>☐ Risk statements identify causes, actors, events, methods and consequences.</w:t>
      </w:r>
    </w:p>
    <w:p w14:paraId="24819DA7" w14:textId="77777777" w:rsidR="006A55BC" w:rsidRDefault="00000000">
      <w:r>
        <w:t>☐ Inherent scores were assigned without credit for controls.</w:t>
      </w:r>
    </w:p>
    <w:p w14:paraId="1B89C911" w14:textId="77777777" w:rsidR="006A55BC" w:rsidRDefault="00000000">
      <w:r>
        <w:t>☐ Impact considered legal, financial, operational, people, reputation and strategy dimensions.</w:t>
      </w:r>
    </w:p>
    <w:p w14:paraId="0FF349E6" w14:textId="77777777" w:rsidR="006A55BC" w:rsidRDefault="00000000">
      <w:r>
        <w:t>☐ Control ratings are supported by design review and operating evidence.</w:t>
      </w:r>
    </w:p>
    <w:p w14:paraId="0366C34B" w14:textId="77777777" w:rsidR="006A55BC" w:rsidRDefault="00000000">
      <w:r>
        <w:t>☐ Residual scores are reasoned rather than mechanically calculated.</w:t>
      </w:r>
    </w:p>
    <w:p w14:paraId="185EB358" w14:textId="77777777" w:rsidR="006A55BC" w:rsidRDefault="00000000">
      <w:r>
        <w:t>☐ Disagreements and uncertainty are documented.</w:t>
      </w:r>
    </w:p>
    <w:p w14:paraId="0412F90F" w14:textId="77777777" w:rsidR="006A55BC" w:rsidRDefault="00000000">
      <w:r>
        <w:t>☐ Risks outside appetite are clearly escalated.</w:t>
      </w:r>
    </w:p>
    <w:p w14:paraId="66E96FDE" w14:textId="77777777" w:rsidR="006A55BC" w:rsidRDefault="00000000">
      <w:r>
        <w:t>☐ Treatment actions address root causes and have owners, resources and deadlines.</w:t>
      </w:r>
    </w:p>
    <w:p w14:paraId="24757310" w14:textId="77777777" w:rsidR="006A55BC" w:rsidRDefault="00000000">
      <w:r>
        <w:t>☐ Interim safeguards exist for material open risks.</w:t>
      </w:r>
    </w:p>
    <w:p w14:paraId="48CBF75E" w14:textId="77777777" w:rsidR="006A55BC" w:rsidRDefault="00000000">
      <w:r>
        <w:t>☐ Action closure requires evidence and verification.</w:t>
      </w:r>
    </w:p>
    <w:p w14:paraId="53DDA0B9" w14:textId="77777777" w:rsidR="006A55BC" w:rsidRDefault="00000000">
      <w:r>
        <w:t>☐ Indicators and reassessment triggers are defined.</w:t>
      </w:r>
    </w:p>
    <w:p w14:paraId="786BAF4C" w14:textId="77777777" w:rsidR="006A55BC" w:rsidRDefault="00000000">
      <w:r>
        <w:t>☐ Sensitive information is protected and conflicts are managed.</w:t>
      </w:r>
    </w:p>
    <w:p w14:paraId="5630EB7F" w14:textId="77777777" w:rsidR="006A55BC" w:rsidRDefault="00000000">
      <w:r>
        <w:t>☐ Required approvals and next review date are recorded.</w:t>
      </w:r>
    </w:p>
    <w:p w14:paraId="2DC74EC4" w14:textId="77777777" w:rsidR="006A55BC" w:rsidRDefault="00000000">
      <w:pPr>
        <w:pStyle w:val="Heading2"/>
      </w:pPr>
      <w:r>
        <w:t>Final Review Sign-off</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160"/>
        <w:gridCol w:w="1656"/>
        <w:gridCol w:w="2376"/>
        <w:gridCol w:w="2088"/>
        <w:gridCol w:w="1440"/>
      </w:tblGrid>
      <w:tr w:rsidR="006A55BC" w14:paraId="7B98D943" w14:textId="77777777">
        <w:trPr>
          <w:cantSplit/>
          <w:tblHeader/>
          <w:jc w:val="center"/>
        </w:trPr>
        <w:tc>
          <w:tcPr>
            <w:tcW w:w="2160" w:type="dxa"/>
            <w:shd w:val="clear" w:color="auto" w:fill="17365D"/>
            <w:tcMar>
              <w:top w:w="100" w:type="dxa"/>
              <w:left w:w="110" w:type="dxa"/>
              <w:bottom w:w="100" w:type="dxa"/>
              <w:right w:w="110" w:type="dxa"/>
            </w:tcMar>
            <w:vAlign w:val="center"/>
          </w:tcPr>
          <w:p w14:paraId="522570B2" w14:textId="77777777" w:rsidR="006A55BC" w:rsidRDefault="00000000">
            <w:r>
              <w:rPr>
                <w:b/>
                <w:color w:val="FFFFFF"/>
                <w:sz w:val="16"/>
              </w:rPr>
              <w:t>Role</w:t>
            </w:r>
          </w:p>
        </w:tc>
        <w:tc>
          <w:tcPr>
            <w:tcW w:w="1656" w:type="dxa"/>
            <w:shd w:val="clear" w:color="auto" w:fill="17365D"/>
            <w:tcMar>
              <w:top w:w="100" w:type="dxa"/>
              <w:left w:w="110" w:type="dxa"/>
              <w:bottom w:w="100" w:type="dxa"/>
              <w:right w:w="110" w:type="dxa"/>
            </w:tcMar>
            <w:vAlign w:val="center"/>
          </w:tcPr>
          <w:p w14:paraId="01613F0D" w14:textId="77777777" w:rsidR="006A55BC" w:rsidRDefault="00000000">
            <w:r>
              <w:rPr>
                <w:b/>
                <w:color w:val="FFFFFF"/>
                <w:sz w:val="16"/>
              </w:rPr>
              <w:t>Name</w:t>
            </w:r>
          </w:p>
        </w:tc>
        <w:tc>
          <w:tcPr>
            <w:tcW w:w="2376" w:type="dxa"/>
            <w:shd w:val="clear" w:color="auto" w:fill="17365D"/>
            <w:tcMar>
              <w:top w:w="100" w:type="dxa"/>
              <w:left w:w="110" w:type="dxa"/>
              <w:bottom w:w="100" w:type="dxa"/>
              <w:right w:w="110" w:type="dxa"/>
            </w:tcMar>
            <w:vAlign w:val="center"/>
          </w:tcPr>
          <w:p w14:paraId="0ABC75CC" w14:textId="77777777" w:rsidR="006A55BC" w:rsidRDefault="00000000">
            <w:r>
              <w:rPr>
                <w:b/>
                <w:color w:val="FFFFFF"/>
                <w:sz w:val="16"/>
              </w:rPr>
              <w:t>Conclusion</w:t>
            </w:r>
          </w:p>
        </w:tc>
        <w:tc>
          <w:tcPr>
            <w:tcW w:w="2088" w:type="dxa"/>
            <w:shd w:val="clear" w:color="auto" w:fill="17365D"/>
            <w:tcMar>
              <w:top w:w="100" w:type="dxa"/>
              <w:left w:w="110" w:type="dxa"/>
              <w:bottom w:w="100" w:type="dxa"/>
              <w:right w:w="110" w:type="dxa"/>
            </w:tcMar>
            <w:vAlign w:val="center"/>
          </w:tcPr>
          <w:p w14:paraId="7AFFBCB1" w14:textId="77777777" w:rsidR="006A55BC" w:rsidRDefault="00000000">
            <w:r>
              <w:rPr>
                <w:b/>
                <w:color w:val="FFFFFF"/>
                <w:sz w:val="16"/>
              </w:rPr>
              <w:t>Signature</w:t>
            </w:r>
          </w:p>
        </w:tc>
        <w:tc>
          <w:tcPr>
            <w:tcW w:w="1440" w:type="dxa"/>
            <w:shd w:val="clear" w:color="auto" w:fill="17365D"/>
            <w:tcMar>
              <w:top w:w="100" w:type="dxa"/>
              <w:left w:w="110" w:type="dxa"/>
              <w:bottom w:w="100" w:type="dxa"/>
              <w:right w:w="110" w:type="dxa"/>
            </w:tcMar>
            <w:vAlign w:val="center"/>
          </w:tcPr>
          <w:p w14:paraId="3FF6D6BD" w14:textId="77777777" w:rsidR="006A55BC" w:rsidRDefault="00000000">
            <w:r>
              <w:rPr>
                <w:b/>
                <w:color w:val="FFFFFF"/>
                <w:sz w:val="16"/>
              </w:rPr>
              <w:t>Date</w:t>
            </w:r>
          </w:p>
        </w:tc>
      </w:tr>
      <w:tr w:rsidR="006A55BC" w14:paraId="3C254B39" w14:textId="77777777">
        <w:trPr>
          <w:cantSplit/>
          <w:jc w:val="center"/>
        </w:trPr>
        <w:tc>
          <w:tcPr>
            <w:tcW w:w="2160" w:type="dxa"/>
            <w:tcMar>
              <w:top w:w="100" w:type="dxa"/>
              <w:left w:w="110" w:type="dxa"/>
              <w:bottom w:w="100" w:type="dxa"/>
              <w:right w:w="110" w:type="dxa"/>
            </w:tcMar>
            <w:vAlign w:val="center"/>
          </w:tcPr>
          <w:p w14:paraId="31D3DFEB" w14:textId="77777777" w:rsidR="006A55BC" w:rsidRDefault="00000000">
            <w:pPr>
              <w:spacing w:after="20" w:line="240" w:lineRule="auto"/>
            </w:pPr>
            <w:r>
              <w:rPr>
                <w:sz w:val="16"/>
              </w:rPr>
              <w:t>Assessment lead</w:t>
            </w:r>
          </w:p>
        </w:tc>
        <w:tc>
          <w:tcPr>
            <w:tcW w:w="1656" w:type="dxa"/>
            <w:tcMar>
              <w:top w:w="100" w:type="dxa"/>
              <w:left w:w="110" w:type="dxa"/>
              <w:bottom w:w="100" w:type="dxa"/>
              <w:right w:w="110" w:type="dxa"/>
            </w:tcMar>
            <w:vAlign w:val="center"/>
          </w:tcPr>
          <w:p w14:paraId="28420886"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084DC178" w14:textId="77777777" w:rsidR="006A55BC" w:rsidRDefault="00000000">
            <w:pPr>
              <w:spacing w:after="20" w:line="240" w:lineRule="auto"/>
            </w:pPr>
            <w:r>
              <w:rPr>
                <w:sz w:val="16"/>
              </w:rPr>
              <w:t>Complete / Incomplete</w:t>
            </w:r>
          </w:p>
        </w:tc>
        <w:tc>
          <w:tcPr>
            <w:tcW w:w="2088" w:type="dxa"/>
            <w:tcMar>
              <w:top w:w="100" w:type="dxa"/>
              <w:left w:w="110" w:type="dxa"/>
              <w:bottom w:w="100" w:type="dxa"/>
              <w:right w:w="110" w:type="dxa"/>
            </w:tcMar>
            <w:vAlign w:val="center"/>
          </w:tcPr>
          <w:p w14:paraId="2A03C255"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6D42F105" w14:textId="77777777" w:rsidR="006A55BC" w:rsidRDefault="006A55BC">
            <w:pPr>
              <w:spacing w:after="20" w:line="240" w:lineRule="auto"/>
            </w:pPr>
          </w:p>
        </w:tc>
      </w:tr>
      <w:tr w:rsidR="006A55BC" w14:paraId="1EB73D15" w14:textId="77777777">
        <w:trPr>
          <w:cantSplit/>
          <w:jc w:val="center"/>
        </w:trPr>
        <w:tc>
          <w:tcPr>
            <w:tcW w:w="2160" w:type="dxa"/>
            <w:shd w:val="clear" w:color="auto" w:fill="F4F7FA"/>
            <w:tcMar>
              <w:top w:w="100" w:type="dxa"/>
              <w:left w:w="110" w:type="dxa"/>
              <w:bottom w:w="100" w:type="dxa"/>
              <w:right w:w="110" w:type="dxa"/>
            </w:tcMar>
            <w:vAlign w:val="center"/>
          </w:tcPr>
          <w:p w14:paraId="7DC38DAA" w14:textId="77777777" w:rsidR="006A55BC" w:rsidRDefault="00000000">
            <w:pPr>
              <w:spacing w:after="20" w:line="240" w:lineRule="auto"/>
            </w:pPr>
            <w:r>
              <w:rPr>
                <w:sz w:val="16"/>
              </w:rPr>
              <w:t>Compliance or ethics</w:t>
            </w:r>
          </w:p>
        </w:tc>
        <w:tc>
          <w:tcPr>
            <w:tcW w:w="1656" w:type="dxa"/>
            <w:shd w:val="clear" w:color="auto" w:fill="F4F7FA"/>
            <w:tcMar>
              <w:top w:w="100" w:type="dxa"/>
              <w:left w:w="110" w:type="dxa"/>
              <w:bottom w:w="100" w:type="dxa"/>
              <w:right w:w="110" w:type="dxa"/>
            </w:tcMar>
            <w:vAlign w:val="center"/>
          </w:tcPr>
          <w:p w14:paraId="521EA94B"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7D5189DE" w14:textId="77777777" w:rsidR="006A55BC" w:rsidRDefault="00000000">
            <w:pPr>
              <w:spacing w:after="20" w:line="240" w:lineRule="auto"/>
            </w:pPr>
            <w:r>
              <w:rPr>
                <w:sz w:val="16"/>
              </w:rPr>
              <w:t>Satisfactory / Qualified</w:t>
            </w:r>
          </w:p>
        </w:tc>
        <w:tc>
          <w:tcPr>
            <w:tcW w:w="2088" w:type="dxa"/>
            <w:shd w:val="clear" w:color="auto" w:fill="F4F7FA"/>
            <w:tcMar>
              <w:top w:w="100" w:type="dxa"/>
              <w:left w:w="110" w:type="dxa"/>
              <w:bottom w:w="100" w:type="dxa"/>
              <w:right w:w="110" w:type="dxa"/>
            </w:tcMar>
            <w:vAlign w:val="center"/>
          </w:tcPr>
          <w:p w14:paraId="3C2311DE"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2871542E" w14:textId="77777777" w:rsidR="006A55BC" w:rsidRDefault="006A55BC">
            <w:pPr>
              <w:spacing w:after="20" w:line="240" w:lineRule="auto"/>
            </w:pPr>
          </w:p>
        </w:tc>
      </w:tr>
      <w:tr w:rsidR="006A55BC" w14:paraId="68214CBD" w14:textId="77777777">
        <w:trPr>
          <w:cantSplit/>
          <w:jc w:val="center"/>
        </w:trPr>
        <w:tc>
          <w:tcPr>
            <w:tcW w:w="2160" w:type="dxa"/>
            <w:tcMar>
              <w:top w:w="100" w:type="dxa"/>
              <w:left w:w="110" w:type="dxa"/>
              <w:bottom w:w="100" w:type="dxa"/>
              <w:right w:w="110" w:type="dxa"/>
            </w:tcMar>
            <w:vAlign w:val="center"/>
          </w:tcPr>
          <w:p w14:paraId="76AF1655" w14:textId="77777777" w:rsidR="006A55BC" w:rsidRDefault="00000000">
            <w:pPr>
              <w:spacing w:after="20" w:line="240" w:lineRule="auto"/>
            </w:pPr>
            <w:r>
              <w:rPr>
                <w:sz w:val="16"/>
              </w:rPr>
              <w:t>Risk owner</w:t>
            </w:r>
          </w:p>
        </w:tc>
        <w:tc>
          <w:tcPr>
            <w:tcW w:w="1656" w:type="dxa"/>
            <w:tcMar>
              <w:top w:w="100" w:type="dxa"/>
              <w:left w:w="110" w:type="dxa"/>
              <w:bottom w:w="100" w:type="dxa"/>
              <w:right w:w="110" w:type="dxa"/>
            </w:tcMar>
            <w:vAlign w:val="center"/>
          </w:tcPr>
          <w:p w14:paraId="35F8B490"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2133D18E" w14:textId="77777777" w:rsidR="006A55BC" w:rsidRDefault="00000000">
            <w:pPr>
              <w:spacing w:after="20" w:line="240" w:lineRule="auto"/>
            </w:pPr>
            <w:r>
              <w:rPr>
                <w:sz w:val="16"/>
              </w:rPr>
              <w:t>Accepted / Disputed</w:t>
            </w:r>
          </w:p>
        </w:tc>
        <w:tc>
          <w:tcPr>
            <w:tcW w:w="2088" w:type="dxa"/>
            <w:tcMar>
              <w:top w:w="100" w:type="dxa"/>
              <w:left w:w="110" w:type="dxa"/>
              <w:bottom w:w="100" w:type="dxa"/>
              <w:right w:w="110" w:type="dxa"/>
            </w:tcMar>
            <w:vAlign w:val="center"/>
          </w:tcPr>
          <w:p w14:paraId="5BFAF4DF"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4591095F" w14:textId="77777777" w:rsidR="006A55BC" w:rsidRDefault="006A55BC">
            <w:pPr>
              <w:spacing w:after="20" w:line="240" w:lineRule="auto"/>
            </w:pPr>
          </w:p>
        </w:tc>
      </w:tr>
      <w:tr w:rsidR="006A55BC" w14:paraId="5E41B5EA" w14:textId="77777777">
        <w:trPr>
          <w:cantSplit/>
          <w:jc w:val="center"/>
        </w:trPr>
        <w:tc>
          <w:tcPr>
            <w:tcW w:w="2160" w:type="dxa"/>
            <w:shd w:val="clear" w:color="auto" w:fill="F4F7FA"/>
            <w:tcMar>
              <w:top w:w="100" w:type="dxa"/>
              <w:left w:w="110" w:type="dxa"/>
              <w:bottom w:w="100" w:type="dxa"/>
              <w:right w:w="110" w:type="dxa"/>
            </w:tcMar>
            <w:vAlign w:val="center"/>
          </w:tcPr>
          <w:p w14:paraId="6089D696" w14:textId="77777777" w:rsidR="006A55BC" w:rsidRDefault="00000000">
            <w:pPr>
              <w:spacing w:after="20" w:line="240" w:lineRule="auto"/>
            </w:pPr>
            <w:r>
              <w:rPr>
                <w:sz w:val="16"/>
              </w:rPr>
              <w:t>Independent reviewer</w:t>
            </w:r>
          </w:p>
        </w:tc>
        <w:tc>
          <w:tcPr>
            <w:tcW w:w="1656" w:type="dxa"/>
            <w:shd w:val="clear" w:color="auto" w:fill="F4F7FA"/>
            <w:tcMar>
              <w:top w:w="100" w:type="dxa"/>
              <w:left w:w="110" w:type="dxa"/>
              <w:bottom w:w="100" w:type="dxa"/>
              <w:right w:w="110" w:type="dxa"/>
            </w:tcMar>
            <w:vAlign w:val="center"/>
          </w:tcPr>
          <w:p w14:paraId="22FA0FDC" w14:textId="77777777" w:rsidR="006A55BC" w:rsidRDefault="006A55BC">
            <w:pPr>
              <w:spacing w:after="20" w:line="240" w:lineRule="auto"/>
            </w:pPr>
          </w:p>
        </w:tc>
        <w:tc>
          <w:tcPr>
            <w:tcW w:w="2376" w:type="dxa"/>
            <w:shd w:val="clear" w:color="auto" w:fill="F4F7FA"/>
            <w:tcMar>
              <w:top w:w="100" w:type="dxa"/>
              <w:left w:w="110" w:type="dxa"/>
              <w:bottom w:w="100" w:type="dxa"/>
              <w:right w:w="110" w:type="dxa"/>
            </w:tcMar>
            <w:vAlign w:val="center"/>
          </w:tcPr>
          <w:p w14:paraId="6E3F3CD1" w14:textId="77777777" w:rsidR="006A55BC" w:rsidRDefault="00000000">
            <w:pPr>
              <w:spacing w:after="20" w:line="240" w:lineRule="auto"/>
            </w:pPr>
            <w:r>
              <w:rPr>
                <w:sz w:val="16"/>
              </w:rPr>
              <w:t>Satisfactory / Qualified</w:t>
            </w:r>
          </w:p>
        </w:tc>
        <w:tc>
          <w:tcPr>
            <w:tcW w:w="2088" w:type="dxa"/>
            <w:shd w:val="clear" w:color="auto" w:fill="F4F7FA"/>
            <w:tcMar>
              <w:top w:w="100" w:type="dxa"/>
              <w:left w:w="110" w:type="dxa"/>
              <w:bottom w:w="100" w:type="dxa"/>
              <w:right w:w="110" w:type="dxa"/>
            </w:tcMar>
            <w:vAlign w:val="center"/>
          </w:tcPr>
          <w:p w14:paraId="0B0D0C39" w14:textId="77777777" w:rsidR="006A55BC" w:rsidRDefault="006A55BC">
            <w:pPr>
              <w:spacing w:after="20" w:line="240" w:lineRule="auto"/>
            </w:pPr>
          </w:p>
        </w:tc>
        <w:tc>
          <w:tcPr>
            <w:tcW w:w="1440" w:type="dxa"/>
            <w:shd w:val="clear" w:color="auto" w:fill="F4F7FA"/>
            <w:tcMar>
              <w:top w:w="100" w:type="dxa"/>
              <w:left w:w="110" w:type="dxa"/>
              <w:bottom w:w="100" w:type="dxa"/>
              <w:right w:w="110" w:type="dxa"/>
            </w:tcMar>
            <w:vAlign w:val="center"/>
          </w:tcPr>
          <w:p w14:paraId="0E9AA893" w14:textId="77777777" w:rsidR="006A55BC" w:rsidRDefault="006A55BC">
            <w:pPr>
              <w:spacing w:after="20" w:line="240" w:lineRule="auto"/>
            </w:pPr>
          </w:p>
        </w:tc>
      </w:tr>
      <w:tr w:rsidR="006A55BC" w14:paraId="2C7AC551" w14:textId="77777777">
        <w:trPr>
          <w:cantSplit/>
          <w:jc w:val="center"/>
        </w:trPr>
        <w:tc>
          <w:tcPr>
            <w:tcW w:w="2160" w:type="dxa"/>
            <w:tcMar>
              <w:top w:w="100" w:type="dxa"/>
              <w:left w:w="110" w:type="dxa"/>
              <w:bottom w:w="100" w:type="dxa"/>
              <w:right w:w="110" w:type="dxa"/>
            </w:tcMar>
            <w:vAlign w:val="center"/>
          </w:tcPr>
          <w:p w14:paraId="19ECB9C9" w14:textId="77777777" w:rsidR="006A55BC" w:rsidRDefault="00000000">
            <w:pPr>
              <w:spacing w:after="20" w:line="240" w:lineRule="auto"/>
            </w:pPr>
            <w:r>
              <w:rPr>
                <w:sz w:val="16"/>
              </w:rPr>
              <w:t>Approving authority</w:t>
            </w:r>
          </w:p>
        </w:tc>
        <w:tc>
          <w:tcPr>
            <w:tcW w:w="1656" w:type="dxa"/>
            <w:tcMar>
              <w:top w:w="100" w:type="dxa"/>
              <w:left w:w="110" w:type="dxa"/>
              <w:bottom w:w="100" w:type="dxa"/>
              <w:right w:w="110" w:type="dxa"/>
            </w:tcMar>
            <w:vAlign w:val="center"/>
          </w:tcPr>
          <w:p w14:paraId="29A01D73" w14:textId="77777777" w:rsidR="006A55BC" w:rsidRDefault="006A55BC">
            <w:pPr>
              <w:spacing w:after="20" w:line="240" w:lineRule="auto"/>
            </w:pPr>
          </w:p>
        </w:tc>
        <w:tc>
          <w:tcPr>
            <w:tcW w:w="2376" w:type="dxa"/>
            <w:tcMar>
              <w:top w:w="100" w:type="dxa"/>
              <w:left w:w="110" w:type="dxa"/>
              <w:bottom w:w="100" w:type="dxa"/>
              <w:right w:w="110" w:type="dxa"/>
            </w:tcMar>
            <w:vAlign w:val="center"/>
          </w:tcPr>
          <w:p w14:paraId="7E969EEA" w14:textId="77777777" w:rsidR="006A55BC" w:rsidRDefault="00000000">
            <w:pPr>
              <w:spacing w:after="20" w:line="240" w:lineRule="auto"/>
            </w:pPr>
            <w:r>
              <w:rPr>
                <w:sz w:val="16"/>
              </w:rPr>
              <w:t>Approved / Returned</w:t>
            </w:r>
          </w:p>
        </w:tc>
        <w:tc>
          <w:tcPr>
            <w:tcW w:w="2088" w:type="dxa"/>
            <w:tcMar>
              <w:top w:w="100" w:type="dxa"/>
              <w:left w:w="110" w:type="dxa"/>
              <w:bottom w:w="100" w:type="dxa"/>
              <w:right w:w="110" w:type="dxa"/>
            </w:tcMar>
            <w:vAlign w:val="center"/>
          </w:tcPr>
          <w:p w14:paraId="735B648D" w14:textId="77777777" w:rsidR="006A55BC" w:rsidRDefault="006A55BC">
            <w:pPr>
              <w:spacing w:after="20" w:line="240" w:lineRule="auto"/>
            </w:pPr>
          </w:p>
        </w:tc>
        <w:tc>
          <w:tcPr>
            <w:tcW w:w="1440" w:type="dxa"/>
            <w:tcMar>
              <w:top w:w="100" w:type="dxa"/>
              <w:left w:w="110" w:type="dxa"/>
              <w:bottom w:w="100" w:type="dxa"/>
              <w:right w:w="110" w:type="dxa"/>
            </w:tcMar>
            <w:vAlign w:val="center"/>
          </w:tcPr>
          <w:p w14:paraId="142D64A5" w14:textId="77777777" w:rsidR="006A55BC" w:rsidRDefault="006A55BC">
            <w:pPr>
              <w:spacing w:after="20" w:line="240" w:lineRule="auto"/>
            </w:pPr>
          </w:p>
        </w:tc>
      </w:tr>
    </w:tbl>
    <w:p w14:paraId="7CF070D1" w14:textId="77777777" w:rsidR="006A55BC" w:rsidRDefault="006A55BC">
      <w:pPr>
        <w:spacing w:after="20"/>
      </w:pPr>
    </w:p>
    <w:sectPr w:rsidR="006A55BC" w:rsidSect="00034616">
      <w:headerReference w:type="default" r:id="rId8"/>
      <w:footerReference w:type="default" r:id="rId9"/>
      <w:pgSz w:w="12240" w:h="15840"/>
      <w:pgMar w:top="1008"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5DC78" w14:textId="77777777" w:rsidR="00DF3F9C" w:rsidRDefault="00DF3F9C">
      <w:pPr>
        <w:spacing w:after="0" w:line="240" w:lineRule="auto"/>
      </w:pPr>
      <w:r>
        <w:separator/>
      </w:r>
    </w:p>
  </w:endnote>
  <w:endnote w:type="continuationSeparator" w:id="0">
    <w:p w14:paraId="619502F8" w14:textId="77777777" w:rsidR="00DF3F9C" w:rsidRDefault="00DF3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7A0DD" w14:textId="77777777" w:rsidR="006A55BC" w:rsidRDefault="00000000">
    <w:pPr>
      <w:pStyle w:val="Footer"/>
      <w:jc w:val="center"/>
    </w:pPr>
    <w:r>
      <w:rPr>
        <w:color w:val="646464"/>
        <w:sz w:val="16"/>
      </w:rPr>
      <w:t xml:space="preserve">Confidential | </w:t>
    </w:r>
    <w:r>
      <w:fldChar w:fldCharType="begin"/>
    </w:r>
    <w:r>
      <w:instrText>PAGE</w:instrText>
    </w:r>
    <w:r>
      <w:fldChar w:fldCharType="separate"/>
    </w:r>
    <w:r w:rsidR="00E935B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B1F37" w14:textId="77777777" w:rsidR="00DF3F9C" w:rsidRDefault="00DF3F9C">
      <w:pPr>
        <w:spacing w:after="0" w:line="240" w:lineRule="auto"/>
      </w:pPr>
      <w:r>
        <w:separator/>
      </w:r>
    </w:p>
  </w:footnote>
  <w:footnote w:type="continuationSeparator" w:id="0">
    <w:p w14:paraId="6187963B" w14:textId="77777777" w:rsidR="00DF3F9C" w:rsidRDefault="00DF3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6E9EE" w14:textId="77777777" w:rsidR="006A55BC" w:rsidRDefault="00000000">
    <w:pPr>
      <w:pStyle w:val="Header"/>
      <w:jc w:val="right"/>
    </w:pPr>
    <w:r>
      <w:rPr>
        <w:color w:val="646464"/>
        <w:sz w:val="15"/>
      </w:rPr>
      <w:t>ORGANISATIONAL CORRUPTION RISK ASSESSMENT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7118559">
    <w:abstractNumId w:val="8"/>
  </w:num>
  <w:num w:numId="2" w16cid:durableId="1558390897">
    <w:abstractNumId w:val="6"/>
  </w:num>
  <w:num w:numId="3" w16cid:durableId="964432665">
    <w:abstractNumId w:val="5"/>
  </w:num>
  <w:num w:numId="4" w16cid:durableId="2147161666">
    <w:abstractNumId w:val="4"/>
  </w:num>
  <w:num w:numId="5" w16cid:durableId="1744333254">
    <w:abstractNumId w:val="7"/>
  </w:num>
  <w:num w:numId="6" w16cid:durableId="1910653466">
    <w:abstractNumId w:val="3"/>
  </w:num>
  <w:num w:numId="7" w16cid:durableId="805582169">
    <w:abstractNumId w:val="2"/>
  </w:num>
  <w:num w:numId="8" w16cid:durableId="1594244787">
    <w:abstractNumId w:val="1"/>
  </w:num>
  <w:num w:numId="9" w16cid:durableId="628121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A55BC"/>
    <w:rsid w:val="00965CA4"/>
    <w:rsid w:val="00AA1D8D"/>
    <w:rsid w:val="00B47730"/>
    <w:rsid w:val="00CB0664"/>
    <w:rsid w:val="00DF3F9C"/>
    <w:rsid w:val="00E935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4EC1C4"/>
  <w14:defaultImageDpi w14:val="300"/>
  <w15:docId w15:val="{473CC531-E306-400A-8783-D5EB2D34C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 Text"/>
    <w:pPr>
      <w:spacing w:after="60"/>
    </w:pPr>
    <w:rPr>
      <w:rFonts w:ascii="Aptos" w:hAnsi="Aptos"/>
      <w:color w:val="46464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6882</Words>
  <Characters>39232</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Organisational Corruption Risk Assessment Template</dc:title>
  <dc:subject>Comprehensive organisational template for assessing corruption risk</dc:subject>
  <dc:creator/>
  <cp:keywords>corruption risk assessment, anti-bribery, compliance, governance, risk register</cp:keywords>
  <dc:description>generated by python-docx</dc:description>
  <cp:lastModifiedBy>Korede Olafimihan</cp:lastModifiedBy>
  <cp:revision>2</cp:revision>
  <dcterms:created xsi:type="dcterms:W3CDTF">2013-12-23T23:15:00Z</dcterms:created>
  <dcterms:modified xsi:type="dcterms:W3CDTF">2026-09-16T11:02:00Z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2026-09-16T11:02:35Z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336ab9dc-ff80-46c0-94f6-35a0a4e4a0f3</vt:lpwstr>
  </property>
  <property fmtid="{D5CDD505-2E9C-101B-9397-08002B2CF9AE}" pid="7" name="MSIP_Label_defa4170-0d19-0005-0004-bc88714345d2_ActionId">
    <vt:lpwstr>54b3f181-8bc8-4aaa-9929-e8a45a9d1da8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