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760"/>
        <w:jc w:val="center"/>
      </w:pPr>
      <w:r>
        <w:rPr>
          <w:b/>
          <w:color w:val="17365D"/>
          <w:sz w:val="30"/>
        </w:rPr>
        <w:t>ETHICS AND GOVERNANCE FORM</w:t>
      </w:r>
    </w:p>
    <w:p>
      <w:pPr>
        <w:pStyle w:val="Title"/>
        <w:jc w:val="center"/>
      </w:pPr>
      <w:r>
        <w:t>Conflict of Interest Declaration Form</w:t>
      </w:r>
    </w:p>
    <w:p>
      <w:pPr>
        <w:pStyle w:val="Subtitle"/>
        <w:jc w:val="center"/>
      </w:pPr>
      <w:r>
        <w:t>Comprehensive disclosure assessment management recusal review and annual certification template</w:t>
      </w:r>
    </w:p>
    <w:p>
      <w:pPr>
        <w:spacing w:before="760"/>
        <w:jc w:val="center"/>
      </w:pPr>
      <w:r>
        <w:rPr>
          <w:b/>
        </w:rPr>
        <w:t>Organisation name</w:t>
        <w:br/>
      </w:r>
      <w:r>
        <w:t>__________________________________________________</w:t>
        <w:br/>
        <w:br/>
      </w:r>
      <w:r>
        <w:rPr>
          <w:b/>
        </w:rPr>
        <w:t>Declarant name</w:t>
        <w:br/>
      </w:r>
      <w:r>
        <w:t>__________________________________________________</w:t>
        <w:br/>
        <w:br/>
      </w:r>
      <w:r>
        <w:rPr>
          <w:b/>
        </w:rPr>
        <w:t>Department or board</w:t>
        <w:br/>
      </w:r>
      <w:r>
        <w:t>__________________________________________________</w:t>
        <w:br/>
        <w:br/>
      </w:r>
      <w:r>
        <w:rPr>
          <w:b/>
        </w:rPr>
        <w:t>Declaration period</w:t>
        <w:br/>
      </w:r>
      <w:r>
        <w:t>__________________________________________________</w:t>
        <w:br/>
        <w:br/>
      </w:r>
    </w:p>
    <w:p>
      <w:pPr>
        <w:spacing w:before="760"/>
        <w:jc w:val="center"/>
      </w:pPr>
      <w:r>
        <w:rPr>
          <w:i/>
        </w:rPr>
        <w:t>Confidentiality classification: ______________________________</w:t>
      </w:r>
    </w:p>
    <w:p>
      <w:r>
        <w:br w:type="page"/>
      </w:r>
    </w:p>
    <w:p>
      <w:pPr>
        <w:pStyle w:val="Heading1"/>
      </w:pPr>
      <w:r>
        <w:t>Document Control</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12"/>
        <w:gridCol w:w="5112"/>
      </w:tblGrid>
      <w:tr>
        <w:trPr>
          <w:tblHeader w:val="true"/>
          <w:cantSplit/>
        </w:trPr>
        <w:tc>
          <w:tcPr>
            <w:tcW w:type="dxa" w:w="3240"/>
            <w:shd w:fill="17365D"/>
            <w:tcMar>
              <w:top w:w="95" w:type="dxa"/>
              <w:start w:w="95" w:type="dxa"/>
              <w:bottom w:w="95" w:type="dxa"/>
              <w:end w:w="95" w:type="dxa"/>
            </w:tcMar>
            <w:vAlign w:val="center"/>
          </w:tcPr>
          <w:p>
            <w:r>
              <w:rPr>
                <w:b/>
                <w:color w:val="FFFFFF"/>
                <w:sz w:val="18"/>
              </w:rPr>
              <w:t>Field</w:t>
            </w:r>
          </w:p>
        </w:tc>
        <w:tc>
          <w:tcPr>
            <w:tcW w:type="dxa" w:w="6696"/>
            <w:shd w:fill="17365D"/>
            <w:tcMar>
              <w:top w:w="95" w:type="dxa"/>
              <w:start w:w="95" w:type="dxa"/>
              <w:bottom w:w="95" w:type="dxa"/>
              <w:end w:w="95" w:type="dxa"/>
            </w:tcMar>
            <w:vAlign w:val="center"/>
          </w:tcPr>
          <w:p>
            <w:r>
              <w:rPr>
                <w:b/>
                <w:color w:val="FFFFFF"/>
                <w:sz w:val="18"/>
              </w:rPr>
              <w:t>Declaration</w:t>
            </w:r>
          </w:p>
        </w:tc>
      </w:tr>
      <w:tr>
        <w:trPr>
          <w:cantSplit/>
        </w:trPr>
        <w:tc>
          <w:tcPr>
            <w:tcW w:type="dxa" w:w="3240"/>
            <w:tcMar>
              <w:top w:w="95" w:type="dxa"/>
              <w:start w:w="95" w:type="dxa"/>
              <w:bottom w:w="95" w:type="dxa"/>
              <w:end w:w="95" w:type="dxa"/>
            </w:tcMar>
            <w:vAlign w:val="center"/>
          </w:tcPr>
          <w:p>
            <w:pPr>
              <w:spacing w:after="20" w:line="240" w:lineRule="auto"/>
            </w:pPr>
            <w:r>
              <w:rPr>
                <w:sz w:val="18"/>
              </w:rPr>
              <w:t>Document reference</w:t>
            </w:r>
          </w:p>
        </w:tc>
        <w:tc>
          <w:tcPr>
            <w:tcW w:type="dxa" w:w="6696"/>
            <w:tcMar>
              <w:top w:w="95" w:type="dxa"/>
              <w:start w:w="95" w:type="dxa"/>
              <w:bottom w:w="95" w:type="dxa"/>
              <w:end w:w="95" w:type="dxa"/>
            </w:tcMar>
            <w:vAlign w:val="center"/>
          </w:tcPr>
          <w:p>
            <w:pPr>
              <w:spacing w:after="20" w:line="240" w:lineRule="auto"/>
            </w:pPr>
            <w:r>
              <w:rPr>
                <w:sz w:val="18"/>
              </w:rPr>
            </w:r>
          </w:p>
        </w:tc>
      </w:tr>
      <w:tr>
        <w:trPr>
          <w:cantSplit/>
        </w:trPr>
        <w:tc>
          <w:tcPr>
            <w:tcW w:type="dxa" w:w="3240"/>
            <w:tcMar>
              <w:top w:w="95" w:type="dxa"/>
              <w:start w:w="95" w:type="dxa"/>
              <w:bottom w:w="95" w:type="dxa"/>
              <w:end w:w="95" w:type="dxa"/>
            </w:tcMar>
            <w:vAlign w:val="center"/>
            <w:shd w:fill="F4F7FA"/>
          </w:tcPr>
          <w:p>
            <w:pPr>
              <w:spacing w:after="20" w:line="240" w:lineRule="auto"/>
            </w:pPr>
            <w:r>
              <w:rPr>
                <w:sz w:val="18"/>
              </w:rPr>
              <w:t>Version</w:t>
            </w:r>
          </w:p>
        </w:tc>
        <w:tc>
          <w:tcPr>
            <w:tcW w:type="dxa" w:w="6696"/>
            <w:tcMar>
              <w:top w:w="95" w:type="dxa"/>
              <w:start w:w="95" w:type="dxa"/>
              <w:bottom w:w="95" w:type="dxa"/>
              <w:end w:w="95" w:type="dxa"/>
            </w:tcMar>
            <w:vAlign w:val="center"/>
            <w:shd w:fill="F4F7FA"/>
          </w:tcPr>
          <w:p>
            <w:pPr>
              <w:spacing w:after="20" w:line="240" w:lineRule="auto"/>
            </w:pPr>
            <w:r>
              <w:rPr>
                <w:sz w:val="18"/>
              </w:rPr>
            </w:r>
          </w:p>
        </w:tc>
      </w:tr>
      <w:tr>
        <w:trPr>
          <w:cantSplit/>
        </w:trPr>
        <w:tc>
          <w:tcPr>
            <w:tcW w:type="dxa" w:w="3240"/>
            <w:tcMar>
              <w:top w:w="95" w:type="dxa"/>
              <w:start w:w="95" w:type="dxa"/>
              <w:bottom w:w="95" w:type="dxa"/>
              <w:end w:w="95" w:type="dxa"/>
            </w:tcMar>
            <w:vAlign w:val="center"/>
          </w:tcPr>
          <w:p>
            <w:pPr>
              <w:spacing w:after="20" w:line="240" w:lineRule="auto"/>
            </w:pPr>
            <w:r>
              <w:rPr>
                <w:sz w:val="18"/>
              </w:rPr>
              <w:t>Status</w:t>
            </w:r>
          </w:p>
        </w:tc>
        <w:tc>
          <w:tcPr>
            <w:tcW w:type="dxa" w:w="6696"/>
            <w:tcMar>
              <w:top w:w="95" w:type="dxa"/>
              <w:start w:w="95" w:type="dxa"/>
              <w:bottom w:w="95" w:type="dxa"/>
              <w:end w:w="95" w:type="dxa"/>
            </w:tcMar>
            <w:vAlign w:val="center"/>
          </w:tcPr>
          <w:p>
            <w:pPr>
              <w:spacing w:after="20" w:line="240" w:lineRule="auto"/>
            </w:pPr>
            <w:r>
              <w:rPr>
                <w:sz w:val="18"/>
              </w:rPr>
            </w:r>
          </w:p>
        </w:tc>
      </w:tr>
      <w:tr>
        <w:trPr>
          <w:cantSplit/>
        </w:trPr>
        <w:tc>
          <w:tcPr>
            <w:tcW w:type="dxa" w:w="3240"/>
            <w:tcMar>
              <w:top w:w="95" w:type="dxa"/>
              <w:start w:w="95" w:type="dxa"/>
              <w:bottom w:w="95" w:type="dxa"/>
              <w:end w:w="95" w:type="dxa"/>
            </w:tcMar>
            <w:vAlign w:val="center"/>
            <w:shd w:fill="F4F7FA"/>
          </w:tcPr>
          <w:p>
            <w:pPr>
              <w:spacing w:after="20" w:line="240" w:lineRule="auto"/>
            </w:pPr>
            <w:r>
              <w:rPr>
                <w:sz w:val="18"/>
              </w:rPr>
              <w:t>Document owner</w:t>
            </w:r>
          </w:p>
        </w:tc>
        <w:tc>
          <w:tcPr>
            <w:tcW w:type="dxa" w:w="6696"/>
            <w:tcMar>
              <w:top w:w="95" w:type="dxa"/>
              <w:start w:w="95" w:type="dxa"/>
              <w:bottom w:w="95" w:type="dxa"/>
              <w:end w:w="95" w:type="dxa"/>
            </w:tcMar>
            <w:vAlign w:val="center"/>
            <w:shd w:fill="F4F7FA"/>
          </w:tcPr>
          <w:p>
            <w:pPr>
              <w:spacing w:after="20" w:line="240" w:lineRule="auto"/>
            </w:pPr>
            <w:r>
              <w:rPr>
                <w:sz w:val="18"/>
              </w:rPr>
            </w:r>
          </w:p>
        </w:tc>
      </w:tr>
      <w:tr>
        <w:trPr>
          <w:cantSplit/>
        </w:trPr>
        <w:tc>
          <w:tcPr>
            <w:tcW w:type="dxa" w:w="3240"/>
            <w:tcMar>
              <w:top w:w="95" w:type="dxa"/>
              <w:start w:w="95" w:type="dxa"/>
              <w:bottom w:w="95" w:type="dxa"/>
              <w:end w:w="95" w:type="dxa"/>
            </w:tcMar>
            <w:vAlign w:val="center"/>
          </w:tcPr>
          <w:p>
            <w:pPr>
              <w:spacing w:after="20" w:line="240" w:lineRule="auto"/>
            </w:pPr>
            <w:r>
              <w:rPr>
                <w:sz w:val="18"/>
              </w:rPr>
              <w:t>Approved by</w:t>
            </w:r>
          </w:p>
        </w:tc>
        <w:tc>
          <w:tcPr>
            <w:tcW w:type="dxa" w:w="6696"/>
            <w:tcMar>
              <w:top w:w="95" w:type="dxa"/>
              <w:start w:w="95" w:type="dxa"/>
              <w:bottom w:w="95" w:type="dxa"/>
              <w:end w:w="95" w:type="dxa"/>
            </w:tcMar>
            <w:vAlign w:val="center"/>
          </w:tcPr>
          <w:p>
            <w:pPr>
              <w:spacing w:after="20" w:line="240" w:lineRule="auto"/>
            </w:pPr>
            <w:r>
              <w:rPr>
                <w:sz w:val="18"/>
              </w:rPr>
            </w:r>
          </w:p>
        </w:tc>
      </w:tr>
      <w:tr>
        <w:trPr>
          <w:cantSplit/>
        </w:trPr>
        <w:tc>
          <w:tcPr>
            <w:tcW w:type="dxa" w:w="3240"/>
            <w:tcMar>
              <w:top w:w="95" w:type="dxa"/>
              <w:start w:w="95" w:type="dxa"/>
              <w:bottom w:w="95" w:type="dxa"/>
              <w:end w:w="95" w:type="dxa"/>
            </w:tcMar>
            <w:vAlign w:val="center"/>
            <w:shd w:fill="F4F7FA"/>
          </w:tcPr>
          <w:p>
            <w:pPr>
              <w:spacing w:after="20" w:line="240" w:lineRule="auto"/>
            </w:pPr>
            <w:r>
              <w:rPr>
                <w:sz w:val="18"/>
              </w:rPr>
              <w:t>Approval date</w:t>
            </w:r>
          </w:p>
        </w:tc>
        <w:tc>
          <w:tcPr>
            <w:tcW w:type="dxa" w:w="6696"/>
            <w:tcMar>
              <w:top w:w="95" w:type="dxa"/>
              <w:start w:w="95" w:type="dxa"/>
              <w:bottom w:w="95" w:type="dxa"/>
              <w:end w:w="95" w:type="dxa"/>
            </w:tcMar>
            <w:vAlign w:val="center"/>
            <w:shd w:fill="F4F7FA"/>
          </w:tcPr>
          <w:p>
            <w:pPr>
              <w:spacing w:after="20" w:line="240" w:lineRule="auto"/>
            </w:pPr>
            <w:r>
              <w:rPr>
                <w:sz w:val="18"/>
              </w:rPr>
            </w:r>
          </w:p>
        </w:tc>
      </w:tr>
      <w:tr>
        <w:trPr>
          <w:cantSplit/>
        </w:trPr>
        <w:tc>
          <w:tcPr>
            <w:tcW w:type="dxa" w:w="3240"/>
            <w:tcMar>
              <w:top w:w="95" w:type="dxa"/>
              <w:start w:w="95" w:type="dxa"/>
              <w:bottom w:w="95" w:type="dxa"/>
              <w:end w:w="95" w:type="dxa"/>
            </w:tcMar>
            <w:vAlign w:val="center"/>
          </w:tcPr>
          <w:p>
            <w:pPr>
              <w:spacing w:after="20" w:line="240" w:lineRule="auto"/>
            </w:pPr>
            <w:r>
              <w:rPr>
                <w:sz w:val="18"/>
              </w:rPr>
              <w:t>Next review date</w:t>
            </w:r>
          </w:p>
        </w:tc>
        <w:tc>
          <w:tcPr>
            <w:tcW w:type="dxa" w:w="6696"/>
            <w:tcMar>
              <w:top w:w="95" w:type="dxa"/>
              <w:start w:w="95" w:type="dxa"/>
              <w:bottom w:w="95" w:type="dxa"/>
              <w:end w:w="95" w:type="dxa"/>
            </w:tcMar>
            <w:vAlign w:val="center"/>
          </w:tcPr>
          <w:p>
            <w:pPr>
              <w:spacing w:after="20" w:line="240" w:lineRule="auto"/>
            </w:pPr>
            <w:r>
              <w:rPr>
                <w:sz w:val="18"/>
              </w:rPr>
            </w:r>
          </w:p>
        </w:tc>
      </w:tr>
      <w:tr>
        <w:trPr>
          <w:cantSplit/>
        </w:trPr>
        <w:tc>
          <w:tcPr>
            <w:tcW w:type="dxa" w:w="3240"/>
            <w:tcMar>
              <w:top w:w="95" w:type="dxa"/>
              <w:start w:w="95" w:type="dxa"/>
              <w:bottom w:w="95" w:type="dxa"/>
              <w:end w:w="95" w:type="dxa"/>
            </w:tcMar>
            <w:vAlign w:val="center"/>
            <w:shd w:fill="F4F7FA"/>
          </w:tcPr>
          <w:p>
            <w:pPr>
              <w:spacing w:after="20" w:line="240" w:lineRule="auto"/>
            </w:pPr>
            <w:r>
              <w:rPr>
                <w:sz w:val="18"/>
              </w:rPr>
              <w:t>Storage location</w:t>
            </w:r>
          </w:p>
        </w:tc>
        <w:tc>
          <w:tcPr>
            <w:tcW w:type="dxa" w:w="6696"/>
            <w:tcMar>
              <w:top w:w="95" w:type="dxa"/>
              <w:start w:w="95" w:type="dxa"/>
              <w:bottom w:w="95" w:type="dxa"/>
              <w:end w:w="95" w:type="dxa"/>
            </w:tcMar>
            <w:vAlign w:val="center"/>
            <w:shd w:fill="F4F7FA"/>
          </w:tcPr>
          <w:p>
            <w:pPr>
              <w:spacing w:after="20" w:line="240" w:lineRule="auto"/>
            </w:pPr>
            <w:r>
              <w:rPr>
                <w:sz w:val="18"/>
              </w:rPr>
            </w:r>
          </w:p>
        </w:tc>
      </w:tr>
      <w:tr>
        <w:trPr>
          <w:cantSplit/>
        </w:trPr>
        <w:tc>
          <w:tcPr>
            <w:tcW w:type="dxa" w:w="3240"/>
            <w:tcMar>
              <w:top w:w="95" w:type="dxa"/>
              <w:start w:w="95" w:type="dxa"/>
              <w:bottom w:w="95" w:type="dxa"/>
              <w:end w:w="95" w:type="dxa"/>
            </w:tcMar>
            <w:vAlign w:val="center"/>
          </w:tcPr>
          <w:p>
            <w:pPr>
              <w:spacing w:after="20" w:line="240" w:lineRule="auto"/>
            </w:pPr>
            <w:r>
              <w:rPr>
                <w:sz w:val="18"/>
              </w:rPr>
              <w:t>Confidentiality classification</w:t>
            </w:r>
          </w:p>
        </w:tc>
        <w:tc>
          <w:tcPr>
            <w:tcW w:type="dxa" w:w="6696"/>
            <w:tcMar>
              <w:top w:w="95" w:type="dxa"/>
              <w:start w:w="95" w:type="dxa"/>
              <w:bottom w:w="95" w:type="dxa"/>
              <w:end w:w="95" w:type="dxa"/>
            </w:tcMar>
            <w:vAlign w:val="center"/>
          </w:tcPr>
          <w:p>
            <w:pPr>
              <w:spacing w:after="20" w:line="240" w:lineRule="auto"/>
            </w:pPr>
            <w:r>
              <w:rPr>
                <w:sz w:val="18"/>
              </w:rPr>
            </w:r>
          </w:p>
        </w:tc>
      </w:tr>
    </w:tbl>
    <w:p>
      <w:pPr>
        <w:spacing w:after="20"/>
      </w:pPr>
    </w:p>
    <w:p>
      <w:pPr>
        <w:pStyle w:val="Heading2"/>
      </w:pPr>
      <w:r>
        <w:t>Version History</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045"/>
        <w:gridCol w:w="2045"/>
        <w:gridCol w:w="2045"/>
        <w:gridCol w:w="2045"/>
        <w:gridCol w:w="2045"/>
      </w:tblGrid>
      <w:tr>
        <w:trPr>
          <w:tblHeader w:val="true"/>
          <w:cantSplit/>
        </w:trPr>
        <w:tc>
          <w:tcPr>
            <w:tcW w:type="dxa" w:w="936"/>
            <w:shd w:fill="17365D"/>
            <w:tcMar>
              <w:top w:w="95" w:type="dxa"/>
              <w:start w:w="95" w:type="dxa"/>
              <w:bottom w:w="95" w:type="dxa"/>
              <w:end w:w="95" w:type="dxa"/>
            </w:tcMar>
            <w:vAlign w:val="center"/>
          </w:tcPr>
          <w:p>
            <w:r>
              <w:rPr>
                <w:b/>
                <w:color w:val="FFFFFF"/>
                <w:sz w:val="16"/>
              </w:rPr>
              <w:t>Version</w:t>
            </w:r>
          </w:p>
        </w:tc>
        <w:tc>
          <w:tcPr>
            <w:tcW w:type="dxa" w:w="1152"/>
            <w:shd w:fill="17365D"/>
            <w:tcMar>
              <w:top w:w="95" w:type="dxa"/>
              <w:start w:w="95" w:type="dxa"/>
              <w:bottom w:w="95" w:type="dxa"/>
              <w:end w:w="95" w:type="dxa"/>
            </w:tcMar>
            <w:vAlign w:val="center"/>
          </w:tcPr>
          <w:p>
            <w:r>
              <w:rPr>
                <w:b/>
                <w:color w:val="FFFFFF"/>
                <w:sz w:val="16"/>
              </w:rPr>
              <w:t>Date</w:t>
            </w:r>
          </w:p>
        </w:tc>
        <w:tc>
          <w:tcPr>
            <w:tcW w:type="dxa" w:w="1656"/>
            <w:shd w:fill="17365D"/>
            <w:tcMar>
              <w:top w:w="95" w:type="dxa"/>
              <w:start w:w="95" w:type="dxa"/>
              <w:bottom w:w="95" w:type="dxa"/>
              <w:end w:w="95" w:type="dxa"/>
            </w:tcMar>
            <w:vAlign w:val="center"/>
          </w:tcPr>
          <w:p>
            <w:r>
              <w:rPr>
                <w:b/>
                <w:color w:val="FFFFFF"/>
                <w:sz w:val="16"/>
              </w:rPr>
              <w:t>Author</w:t>
            </w:r>
          </w:p>
        </w:tc>
        <w:tc>
          <w:tcPr>
            <w:tcW w:type="dxa" w:w="4896"/>
            <w:shd w:fill="17365D"/>
            <w:tcMar>
              <w:top w:w="95" w:type="dxa"/>
              <w:start w:w="95" w:type="dxa"/>
              <w:bottom w:w="95" w:type="dxa"/>
              <w:end w:w="95" w:type="dxa"/>
            </w:tcMar>
            <w:vAlign w:val="center"/>
          </w:tcPr>
          <w:p>
            <w:r>
              <w:rPr>
                <w:b/>
                <w:color w:val="FFFFFF"/>
                <w:sz w:val="16"/>
              </w:rPr>
              <w:t>Change</w:t>
            </w:r>
          </w:p>
        </w:tc>
        <w:tc>
          <w:tcPr>
            <w:tcW w:type="dxa" w:w="1296"/>
            <w:shd w:fill="17365D"/>
            <w:tcMar>
              <w:top w:w="95" w:type="dxa"/>
              <w:start w:w="95" w:type="dxa"/>
              <w:bottom w:w="95" w:type="dxa"/>
              <w:end w:w="95" w:type="dxa"/>
            </w:tcMar>
            <w:vAlign w:val="center"/>
          </w:tcPr>
          <w:p>
            <w:r>
              <w:rPr>
                <w:b/>
                <w:color w:val="FFFFFF"/>
                <w:sz w:val="16"/>
              </w:rPr>
              <w:t>Approval</w:t>
            </w:r>
          </w:p>
        </w:tc>
      </w:tr>
      <w:tr>
        <w:trPr>
          <w:cantSplit/>
        </w:trPr>
        <w:tc>
          <w:tcPr>
            <w:tcW w:type="dxa" w:w="936"/>
            <w:tcMar>
              <w:top w:w="95" w:type="dxa"/>
              <w:start w:w="95" w:type="dxa"/>
              <w:bottom w:w="95" w:type="dxa"/>
              <w:end w:w="95" w:type="dxa"/>
            </w:tcMar>
            <w:vAlign w:val="center"/>
          </w:tcPr>
          <w:p>
            <w:pPr>
              <w:spacing w:after="20" w:line="240" w:lineRule="auto"/>
            </w:pPr>
            <w:r>
              <w:rPr>
                <w:sz w:val="16"/>
              </w:rPr>
            </w:r>
          </w:p>
        </w:tc>
        <w:tc>
          <w:tcPr>
            <w:tcW w:type="dxa" w:w="1152"/>
            <w:tcMar>
              <w:top w:w="95" w:type="dxa"/>
              <w:start w:w="95" w:type="dxa"/>
              <w:bottom w:w="95" w:type="dxa"/>
              <w:end w:w="95" w:type="dxa"/>
            </w:tcMar>
            <w:vAlign w:val="center"/>
          </w:tcPr>
          <w:p>
            <w:pPr>
              <w:spacing w:after="20" w:line="240" w:lineRule="auto"/>
            </w:pPr>
            <w:r>
              <w:rPr>
                <w:sz w:val="16"/>
              </w:rPr>
            </w:r>
          </w:p>
        </w:tc>
        <w:tc>
          <w:tcPr>
            <w:tcW w:type="dxa" w:w="1656"/>
            <w:tcMar>
              <w:top w:w="95" w:type="dxa"/>
              <w:start w:w="95" w:type="dxa"/>
              <w:bottom w:w="95" w:type="dxa"/>
              <w:end w:w="95" w:type="dxa"/>
            </w:tcMar>
            <w:vAlign w:val="center"/>
          </w:tcPr>
          <w:p>
            <w:pPr>
              <w:spacing w:after="20" w:line="240" w:lineRule="auto"/>
            </w:pPr>
            <w:r>
              <w:rPr>
                <w:sz w:val="16"/>
              </w:rPr>
            </w:r>
          </w:p>
        </w:tc>
        <w:tc>
          <w:tcPr>
            <w:tcW w:type="dxa" w:w="4896"/>
            <w:tcMar>
              <w:top w:w="95" w:type="dxa"/>
              <w:start w:w="95" w:type="dxa"/>
              <w:bottom w:w="95" w:type="dxa"/>
              <w:end w:w="95" w:type="dxa"/>
            </w:tcMar>
            <w:vAlign w:val="center"/>
          </w:tcPr>
          <w:p>
            <w:pPr>
              <w:spacing w:after="20" w:line="240" w:lineRule="auto"/>
            </w:pPr>
            <w:r>
              <w:rPr>
                <w:sz w:val="16"/>
              </w:rPr>
            </w:r>
          </w:p>
        </w:tc>
        <w:tc>
          <w:tcPr>
            <w:tcW w:type="dxa" w:w="1296"/>
            <w:tcMar>
              <w:top w:w="95" w:type="dxa"/>
              <w:start w:w="95" w:type="dxa"/>
              <w:bottom w:w="95" w:type="dxa"/>
              <w:end w:w="95" w:type="dxa"/>
            </w:tcMar>
            <w:vAlign w:val="center"/>
          </w:tcPr>
          <w:p>
            <w:pPr>
              <w:spacing w:after="20" w:line="240" w:lineRule="auto"/>
            </w:pPr>
            <w:r>
              <w:rPr>
                <w:sz w:val="16"/>
              </w:rPr>
            </w:r>
          </w:p>
        </w:tc>
      </w:tr>
      <w:tr>
        <w:trPr>
          <w:cantSplit/>
        </w:trPr>
        <w:tc>
          <w:tcPr>
            <w:tcW w:type="dxa" w:w="936"/>
            <w:tcMar>
              <w:top w:w="95" w:type="dxa"/>
              <w:start w:w="95" w:type="dxa"/>
              <w:bottom w:w="95" w:type="dxa"/>
              <w:end w:w="95" w:type="dxa"/>
            </w:tcMar>
            <w:vAlign w:val="center"/>
            <w:shd w:fill="F4F7FA"/>
          </w:tcPr>
          <w:p>
            <w:pPr>
              <w:spacing w:after="20" w:line="240" w:lineRule="auto"/>
            </w:pPr>
            <w:r>
              <w:rPr>
                <w:sz w:val="16"/>
              </w:rPr>
            </w:r>
          </w:p>
        </w:tc>
        <w:tc>
          <w:tcPr>
            <w:tcW w:type="dxa" w:w="1152"/>
            <w:tcMar>
              <w:top w:w="95" w:type="dxa"/>
              <w:start w:w="95" w:type="dxa"/>
              <w:bottom w:w="95" w:type="dxa"/>
              <w:end w:w="95" w:type="dxa"/>
            </w:tcMar>
            <w:vAlign w:val="center"/>
            <w:shd w:fill="F4F7FA"/>
          </w:tcPr>
          <w:p>
            <w:pPr>
              <w:spacing w:after="20" w:line="240" w:lineRule="auto"/>
            </w:pPr>
            <w:r>
              <w:rPr>
                <w:sz w:val="16"/>
              </w:rPr>
            </w:r>
          </w:p>
        </w:tc>
        <w:tc>
          <w:tcPr>
            <w:tcW w:type="dxa" w:w="1656"/>
            <w:tcMar>
              <w:top w:w="95" w:type="dxa"/>
              <w:start w:w="95" w:type="dxa"/>
              <w:bottom w:w="95" w:type="dxa"/>
              <w:end w:w="95" w:type="dxa"/>
            </w:tcMar>
            <w:vAlign w:val="center"/>
            <w:shd w:fill="F4F7FA"/>
          </w:tcPr>
          <w:p>
            <w:pPr>
              <w:spacing w:after="20" w:line="240" w:lineRule="auto"/>
            </w:pPr>
            <w:r>
              <w:rPr>
                <w:sz w:val="16"/>
              </w:rPr>
            </w:r>
          </w:p>
        </w:tc>
        <w:tc>
          <w:tcPr>
            <w:tcW w:type="dxa" w:w="4896"/>
            <w:tcMar>
              <w:top w:w="95" w:type="dxa"/>
              <w:start w:w="95" w:type="dxa"/>
              <w:bottom w:w="95" w:type="dxa"/>
              <w:end w:w="95" w:type="dxa"/>
            </w:tcMar>
            <w:vAlign w:val="center"/>
            <w:shd w:fill="F4F7FA"/>
          </w:tcPr>
          <w:p>
            <w:pPr>
              <w:spacing w:after="20" w:line="240" w:lineRule="auto"/>
            </w:pPr>
            <w:r>
              <w:rPr>
                <w:sz w:val="16"/>
              </w:rPr>
            </w:r>
          </w:p>
        </w:tc>
        <w:tc>
          <w:tcPr>
            <w:tcW w:type="dxa" w:w="1296"/>
            <w:tcMar>
              <w:top w:w="95" w:type="dxa"/>
              <w:start w:w="95" w:type="dxa"/>
              <w:bottom w:w="95" w:type="dxa"/>
              <w:end w:w="95" w:type="dxa"/>
            </w:tcMar>
            <w:vAlign w:val="center"/>
            <w:shd w:fill="F4F7FA"/>
          </w:tcPr>
          <w:p>
            <w:pPr>
              <w:spacing w:after="20" w:line="240" w:lineRule="auto"/>
            </w:pPr>
            <w:r>
              <w:rPr>
                <w:sz w:val="16"/>
              </w:rPr>
            </w:r>
          </w:p>
        </w:tc>
      </w:tr>
      <w:tr>
        <w:trPr>
          <w:cantSplit/>
        </w:trPr>
        <w:tc>
          <w:tcPr>
            <w:tcW w:type="dxa" w:w="936"/>
            <w:tcMar>
              <w:top w:w="95" w:type="dxa"/>
              <w:start w:w="95" w:type="dxa"/>
              <w:bottom w:w="95" w:type="dxa"/>
              <w:end w:w="95" w:type="dxa"/>
            </w:tcMar>
            <w:vAlign w:val="center"/>
          </w:tcPr>
          <w:p>
            <w:pPr>
              <w:spacing w:after="20" w:line="240" w:lineRule="auto"/>
            </w:pPr>
            <w:r>
              <w:rPr>
                <w:sz w:val="16"/>
              </w:rPr>
            </w:r>
          </w:p>
        </w:tc>
        <w:tc>
          <w:tcPr>
            <w:tcW w:type="dxa" w:w="1152"/>
            <w:tcMar>
              <w:top w:w="95" w:type="dxa"/>
              <w:start w:w="95" w:type="dxa"/>
              <w:bottom w:w="95" w:type="dxa"/>
              <w:end w:w="95" w:type="dxa"/>
            </w:tcMar>
            <w:vAlign w:val="center"/>
          </w:tcPr>
          <w:p>
            <w:pPr>
              <w:spacing w:after="20" w:line="240" w:lineRule="auto"/>
            </w:pPr>
            <w:r>
              <w:rPr>
                <w:sz w:val="16"/>
              </w:rPr>
            </w:r>
          </w:p>
        </w:tc>
        <w:tc>
          <w:tcPr>
            <w:tcW w:type="dxa" w:w="1656"/>
            <w:tcMar>
              <w:top w:w="95" w:type="dxa"/>
              <w:start w:w="95" w:type="dxa"/>
              <w:bottom w:w="95" w:type="dxa"/>
              <w:end w:w="95" w:type="dxa"/>
            </w:tcMar>
            <w:vAlign w:val="center"/>
          </w:tcPr>
          <w:p>
            <w:pPr>
              <w:spacing w:after="20" w:line="240" w:lineRule="auto"/>
            </w:pPr>
            <w:r>
              <w:rPr>
                <w:sz w:val="16"/>
              </w:rPr>
            </w:r>
          </w:p>
        </w:tc>
        <w:tc>
          <w:tcPr>
            <w:tcW w:type="dxa" w:w="4896"/>
            <w:tcMar>
              <w:top w:w="95" w:type="dxa"/>
              <w:start w:w="95" w:type="dxa"/>
              <w:bottom w:w="95" w:type="dxa"/>
              <w:end w:w="95" w:type="dxa"/>
            </w:tcMar>
            <w:vAlign w:val="center"/>
          </w:tcPr>
          <w:p>
            <w:pPr>
              <w:spacing w:after="20" w:line="240" w:lineRule="auto"/>
            </w:pPr>
            <w:r>
              <w:rPr>
                <w:sz w:val="16"/>
              </w:rPr>
            </w:r>
          </w:p>
        </w:tc>
        <w:tc>
          <w:tcPr>
            <w:tcW w:type="dxa" w:w="1296"/>
            <w:tcMar>
              <w:top w:w="95" w:type="dxa"/>
              <w:start w:w="95" w:type="dxa"/>
              <w:bottom w:w="95" w:type="dxa"/>
              <w:end w:w="95" w:type="dxa"/>
            </w:tcMar>
            <w:vAlign w:val="center"/>
          </w:tcPr>
          <w:p>
            <w:pPr>
              <w:spacing w:after="20" w:line="240" w:lineRule="auto"/>
            </w:pPr>
            <w:r>
              <w:rPr>
                <w:sz w:val="16"/>
              </w:rPr>
            </w:r>
          </w:p>
        </w:tc>
      </w:tr>
      <w:tr>
        <w:trPr>
          <w:cantSplit/>
        </w:trPr>
        <w:tc>
          <w:tcPr>
            <w:tcW w:type="dxa" w:w="936"/>
            <w:tcMar>
              <w:top w:w="95" w:type="dxa"/>
              <w:start w:w="95" w:type="dxa"/>
              <w:bottom w:w="95" w:type="dxa"/>
              <w:end w:w="95" w:type="dxa"/>
            </w:tcMar>
            <w:vAlign w:val="center"/>
            <w:shd w:fill="F4F7FA"/>
          </w:tcPr>
          <w:p>
            <w:pPr>
              <w:spacing w:after="20" w:line="240" w:lineRule="auto"/>
            </w:pPr>
            <w:r>
              <w:rPr>
                <w:sz w:val="16"/>
              </w:rPr>
            </w:r>
          </w:p>
        </w:tc>
        <w:tc>
          <w:tcPr>
            <w:tcW w:type="dxa" w:w="1152"/>
            <w:tcMar>
              <w:top w:w="95" w:type="dxa"/>
              <w:start w:w="95" w:type="dxa"/>
              <w:bottom w:w="95" w:type="dxa"/>
              <w:end w:w="95" w:type="dxa"/>
            </w:tcMar>
            <w:vAlign w:val="center"/>
            <w:shd w:fill="F4F7FA"/>
          </w:tcPr>
          <w:p>
            <w:pPr>
              <w:spacing w:after="20" w:line="240" w:lineRule="auto"/>
            </w:pPr>
            <w:r>
              <w:rPr>
                <w:sz w:val="16"/>
              </w:rPr>
            </w:r>
          </w:p>
        </w:tc>
        <w:tc>
          <w:tcPr>
            <w:tcW w:type="dxa" w:w="1656"/>
            <w:tcMar>
              <w:top w:w="95" w:type="dxa"/>
              <w:start w:w="95" w:type="dxa"/>
              <w:bottom w:w="95" w:type="dxa"/>
              <w:end w:w="95" w:type="dxa"/>
            </w:tcMar>
            <w:vAlign w:val="center"/>
            <w:shd w:fill="F4F7FA"/>
          </w:tcPr>
          <w:p>
            <w:pPr>
              <w:spacing w:after="20" w:line="240" w:lineRule="auto"/>
            </w:pPr>
            <w:r>
              <w:rPr>
                <w:sz w:val="16"/>
              </w:rPr>
            </w:r>
          </w:p>
        </w:tc>
        <w:tc>
          <w:tcPr>
            <w:tcW w:type="dxa" w:w="4896"/>
            <w:tcMar>
              <w:top w:w="95" w:type="dxa"/>
              <w:start w:w="95" w:type="dxa"/>
              <w:bottom w:w="95" w:type="dxa"/>
              <w:end w:w="95" w:type="dxa"/>
            </w:tcMar>
            <w:vAlign w:val="center"/>
            <w:shd w:fill="F4F7FA"/>
          </w:tcPr>
          <w:p>
            <w:pPr>
              <w:spacing w:after="20" w:line="240" w:lineRule="auto"/>
            </w:pPr>
            <w:r>
              <w:rPr>
                <w:sz w:val="16"/>
              </w:rPr>
            </w:r>
          </w:p>
        </w:tc>
        <w:tc>
          <w:tcPr>
            <w:tcW w:type="dxa" w:w="1296"/>
            <w:tcMar>
              <w:top w:w="95" w:type="dxa"/>
              <w:start w:w="95" w:type="dxa"/>
              <w:bottom w:w="95" w:type="dxa"/>
              <w:end w:w="95" w:type="dxa"/>
            </w:tcMar>
            <w:vAlign w:val="center"/>
            <w:shd w:fill="F4F7FA"/>
          </w:tcPr>
          <w:p>
            <w:pPr>
              <w:spacing w:after="20" w:line="240" w:lineRule="auto"/>
            </w:pPr>
            <w:r>
              <w:rPr>
                <w:sz w:val="16"/>
              </w:rPr>
            </w:r>
          </w:p>
        </w:tc>
      </w:tr>
      <w:tr>
        <w:trPr>
          <w:cantSplit/>
        </w:trPr>
        <w:tc>
          <w:tcPr>
            <w:tcW w:type="dxa" w:w="936"/>
            <w:tcMar>
              <w:top w:w="95" w:type="dxa"/>
              <w:start w:w="95" w:type="dxa"/>
              <w:bottom w:w="95" w:type="dxa"/>
              <w:end w:w="95" w:type="dxa"/>
            </w:tcMar>
            <w:vAlign w:val="center"/>
          </w:tcPr>
          <w:p>
            <w:pPr>
              <w:spacing w:after="20" w:line="240" w:lineRule="auto"/>
            </w:pPr>
            <w:r>
              <w:rPr>
                <w:sz w:val="16"/>
              </w:rPr>
            </w:r>
          </w:p>
        </w:tc>
        <w:tc>
          <w:tcPr>
            <w:tcW w:type="dxa" w:w="1152"/>
            <w:tcMar>
              <w:top w:w="95" w:type="dxa"/>
              <w:start w:w="95" w:type="dxa"/>
              <w:bottom w:w="95" w:type="dxa"/>
              <w:end w:w="95" w:type="dxa"/>
            </w:tcMar>
            <w:vAlign w:val="center"/>
          </w:tcPr>
          <w:p>
            <w:pPr>
              <w:spacing w:after="20" w:line="240" w:lineRule="auto"/>
            </w:pPr>
            <w:r>
              <w:rPr>
                <w:sz w:val="16"/>
              </w:rPr>
            </w:r>
          </w:p>
        </w:tc>
        <w:tc>
          <w:tcPr>
            <w:tcW w:type="dxa" w:w="1656"/>
            <w:tcMar>
              <w:top w:w="95" w:type="dxa"/>
              <w:start w:w="95" w:type="dxa"/>
              <w:bottom w:w="95" w:type="dxa"/>
              <w:end w:w="95" w:type="dxa"/>
            </w:tcMar>
            <w:vAlign w:val="center"/>
          </w:tcPr>
          <w:p>
            <w:pPr>
              <w:spacing w:after="20" w:line="240" w:lineRule="auto"/>
            </w:pPr>
            <w:r>
              <w:rPr>
                <w:sz w:val="16"/>
              </w:rPr>
            </w:r>
          </w:p>
        </w:tc>
        <w:tc>
          <w:tcPr>
            <w:tcW w:type="dxa" w:w="4896"/>
            <w:tcMar>
              <w:top w:w="95" w:type="dxa"/>
              <w:start w:w="95" w:type="dxa"/>
              <w:bottom w:w="95" w:type="dxa"/>
              <w:end w:w="95" w:type="dxa"/>
            </w:tcMar>
            <w:vAlign w:val="center"/>
          </w:tcPr>
          <w:p>
            <w:pPr>
              <w:spacing w:after="20" w:line="240" w:lineRule="auto"/>
            </w:pPr>
            <w:r>
              <w:rPr>
                <w:sz w:val="16"/>
              </w:rPr>
            </w:r>
          </w:p>
        </w:tc>
        <w:tc>
          <w:tcPr>
            <w:tcW w:type="dxa" w:w="1296"/>
            <w:tcMar>
              <w:top w:w="95" w:type="dxa"/>
              <w:start w:w="95" w:type="dxa"/>
              <w:bottom w:w="95" w:type="dxa"/>
              <w:end w:w="95" w:type="dxa"/>
            </w:tcMar>
            <w:vAlign w:val="center"/>
          </w:tcPr>
          <w:p>
            <w:pPr>
              <w:spacing w:after="20" w:line="240" w:lineRule="auto"/>
            </w:pPr>
            <w:r>
              <w:rPr>
                <w:sz w:val="16"/>
              </w:rPr>
            </w:r>
          </w:p>
        </w:tc>
      </w:tr>
    </w:tbl>
    <w:p>
      <w:pPr>
        <w:spacing w:after="20"/>
      </w:pPr>
    </w:p>
    <w:p>
      <w:pPr>
        <w:pStyle w:val="Heading2"/>
      </w:pPr>
      <w:r>
        <w:t>Approval</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556"/>
        <w:gridCol w:w="2556"/>
        <w:gridCol w:w="2556"/>
        <w:gridCol w:w="2556"/>
      </w:tblGrid>
      <w:tr>
        <w:trPr>
          <w:tblHeader w:val="true"/>
          <w:cantSplit/>
        </w:trPr>
        <w:tc>
          <w:tcPr>
            <w:tcW w:type="dxa" w:w="3168"/>
            <w:shd w:fill="17365D"/>
            <w:tcMar>
              <w:top w:w="95" w:type="dxa"/>
              <w:start w:w="95" w:type="dxa"/>
              <w:bottom w:w="95" w:type="dxa"/>
              <w:end w:w="95" w:type="dxa"/>
            </w:tcMar>
            <w:vAlign w:val="center"/>
          </w:tcPr>
          <w:p>
            <w:r>
              <w:rPr>
                <w:b/>
                <w:color w:val="FFFFFF"/>
                <w:sz w:val="16"/>
              </w:rPr>
              <w:t>Role</w:t>
            </w:r>
          </w:p>
        </w:tc>
        <w:tc>
          <w:tcPr>
            <w:tcW w:type="dxa" w:w="2376"/>
            <w:shd w:fill="17365D"/>
            <w:tcMar>
              <w:top w:w="95" w:type="dxa"/>
              <w:start w:w="95" w:type="dxa"/>
              <w:bottom w:w="95" w:type="dxa"/>
              <w:end w:w="95" w:type="dxa"/>
            </w:tcMar>
            <w:vAlign w:val="center"/>
          </w:tcPr>
          <w:p>
            <w:r>
              <w:rPr>
                <w:b/>
                <w:color w:val="FFFFFF"/>
                <w:sz w:val="16"/>
              </w:rPr>
              <w:t>Name</w:t>
            </w:r>
          </w:p>
        </w:tc>
        <w:tc>
          <w:tcPr>
            <w:tcW w:type="dxa" w:w="2808"/>
            <w:shd w:fill="17365D"/>
            <w:tcMar>
              <w:top w:w="95" w:type="dxa"/>
              <w:start w:w="95" w:type="dxa"/>
              <w:bottom w:w="95" w:type="dxa"/>
              <w:end w:w="95" w:type="dxa"/>
            </w:tcMar>
            <w:vAlign w:val="center"/>
          </w:tcPr>
          <w:p>
            <w:r>
              <w:rPr>
                <w:b/>
                <w:color w:val="FFFFFF"/>
                <w:sz w:val="16"/>
              </w:rPr>
              <w:t>Signature</w:t>
            </w:r>
          </w:p>
        </w:tc>
        <w:tc>
          <w:tcPr>
            <w:tcW w:type="dxa" w:w="1584"/>
            <w:shd w:fill="17365D"/>
            <w:tcMar>
              <w:top w:w="95" w:type="dxa"/>
              <w:start w:w="95" w:type="dxa"/>
              <w:bottom w:w="95" w:type="dxa"/>
              <w:end w:w="95" w:type="dxa"/>
            </w:tcMar>
            <w:vAlign w:val="center"/>
          </w:tcPr>
          <w:p>
            <w:r>
              <w:rPr>
                <w:b/>
                <w:color w:val="FFFFFF"/>
                <w:sz w:val="16"/>
              </w:rPr>
              <w:t>Date</w:t>
            </w:r>
          </w:p>
        </w:tc>
      </w:tr>
      <w:tr>
        <w:trPr>
          <w:cantSplit/>
        </w:trPr>
        <w:tc>
          <w:tcPr>
            <w:tcW w:type="dxa" w:w="3168"/>
            <w:tcMar>
              <w:top w:w="95" w:type="dxa"/>
              <w:start w:w="95" w:type="dxa"/>
              <w:bottom w:w="95" w:type="dxa"/>
              <w:end w:w="95" w:type="dxa"/>
            </w:tcMar>
            <w:vAlign w:val="center"/>
          </w:tcPr>
          <w:p>
            <w:pPr>
              <w:spacing w:after="20" w:line="240" w:lineRule="auto"/>
            </w:pPr>
            <w:r>
              <w:rPr>
                <w:sz w:val="16"/>
              </w:rPr>
              <w:t>Ethics or compliance owner</w:t>
            </w:r>
          </w:p>
        </w:tc>
        <w:tc>
          <w:tcPr>
            <w:tcW w:type="dxa" w:w="2376"/>
            <w:tcMar>
              <w:top w:w="95" w:type="dxa"/>
              <w:start w:w="95" w:type="dxa"/>
              <w:bottom w:w="95" w:type="dxa"/>
              <w:end w:w="95" w:type="dxa"/>
            </w:tcMar>
            <w:vAlign w:val="center"/>
          </w:tcPr>
          <w:p>
            <w:pPr>
              <w:spacing w:after="20" w:line="240" w:lineRule="auto"/>
            </w:pPr>
            <w:r>
              <w:rPr>
                <w:sz w:val="16"/>
              </w:rPr>
            </w:r>
          </w:p>
        </w:tc>
        <w:tc>
          <w:tcPr>
            <w:tcW w:type="dxa" w:w="2808"/>
            <w:tcMar>
              <w:top w:w="95" w:type="dxa"/>
              <w:start w:w="95" w:type="dxa"/>
              <w:bottom w:w="95" w:type="dxa"/>
              <w:end w:w="95" w:type="dxa"/>
            </w:tcMar>
            <w:vAlign w:val="center"/>
          </w:tcPr>
          <w:p>
            <w:pPr>
              <w:spacing w:after="20" w:line="240" w:lineRule="auto"/>
            </w:pPr>
            <w:r>
              <w:rPr>
                <w:sz w:val="16"/>
              </w:rPr>
            </w:r>
          </w:p>
        </w:tc>
        <w:tc>
          <w:tcPr>
            <w:tcW w:type="dxa" w:w="1584"/>
            <w:tcMar>
              <w:top w:w="95" w:type="dxa"/>
              <w:start w:w="95" w:type="dxa"/>
              <w:bottom w:w="95" w:type="dxa"/>
              <w:end w:w="95" w:type="dxa"/>
            </w:tcMar>
            <w:vAlign w:val="center"/>
          </w:tcPr>
          <w:p>
            <w:pPr>
              <w:spacing w:after="20" w:line="240" w:lineRule="auto"/>
            </w:pPr>
            <w:r>
              <w:rPr>
                <w:sz w:val="16"/>
              </w:rPr>
            </w:r>
          </w:p>
        </w:tc>
      </w:tr>
      <w:tr>
        <w:trPr>
          <w:cantSplit/>
        </w:trPr>
        <w:tc>
          <w:tcPr>
            <w:tcW w:type="dxa" w:w="3168"/>
            <w:tcMar>
              <w:top w:w="95" w:type="dxa"/>
              <w:start w:w="95" w:type="dxa"/>
              <w:bottom w:w="95" w:type="dxa"/>
              <w:end w:w="95" w:type="dxa"/>
            </w:tcMar>
            <w:vAlign w:val="center"/>
            <w:shd w:fill="F4F7FA"/>
          </w:tcPr>
          <w:p>
            <w:pPr>
              <w:spacing w:after="20" w:line="240" w:lineRule="auto"/>
            </w:pPr>
            <w:r>
              <w:rPr>
                <w:sz w:val="16"/>
              </w:rPr>
              <w:t>HR or company secretary</w:t>
            </w:r>
          </w:p>
        </w:tc>
        <w:tc>
          <w:tcPr>
            <w:tcW w:type="dxa" w:w="2376"/>
            <w:tcMar>
              <w:top w:w="95" w:type="dxa"/>
              <w:start w:w="95" w:type="dxa"/>
              <w:bottom w:w="95" w:type="dxa"/>
              <w:end w:w="95" w:type="dxa"/>
            </w:tcMar>
            <w:vAlign w:val="center"/>
            <w:shd w:fill="F4F7FA"/>
          </w:tcPr>
          <w:p>
            <w:pPr>
              <w:spacing w:after="20" w:line="240" w:lineRule="auto"/>
            </w:pPr>
            <w:r>
              <w:rPr>
                <w:sz w:val="16"/>
              </w:rPr>
            </w:r>
          </w:p>
        </w:tc>
        <w:tc>
          <w:tcPr>
            <w:tcW w:type="dxa" w:w="2808"/>
            <w:tcMar>
              <w:top w:w="95" w:type="dxa"/>
              <w:start w:w="95" w:type="dxa"/>
              <w:bottom w:w="95" w:type="dxa"/>
              <w:end w:w="95" w:type="dxa"/>
            </w:tcMar>
            <w:vAlign w:val="center"/>
            <w:shd w:fill="F4F7FA"/>
          </w:tcPr>
          <w:p>
            <w:pPr>
              <w:spacing w:after="20" w:line="240" w:lineRule="auto"/>
            </w:pPr>
            <w:r>
              <w:rPr>
                <w:sz w:val="16"/>
              </w:rPr>
            </w:r>
          </w:p>
        </w:tc>
        <w:tc>
          <w:tcPr>
            <w:tcW w:type="dxa" w:w="1584"/>
            <w:tcMar>
              <w:top w:w="95" w:type="dxa"/>
              <w:start w:w="95" w:type="dxa"/>
              <w:bottom w:w="95" w:type="dxa"/>
              <w:end w:w="95" w:type="dxa"/>
            </w:tcMar>
            <w:vAlign w:val="center"/>
            <w:shd w:fill="F4F7FA"/>
          </w:tcPr>
          <w:p>
            <w:pPr>
              <w:spacing w:after="20" w:line="240" w:lineRule="auto"/>
            </w:pPr>
            <w:r>
              <w:rPr>
                <w:sz w:val="16"/>
              </w:rPr>
            </w:r>
          </w:p>
        </w:tc>
      </w:tr>
      <w:tr>
        <w:trPr>
          <w:cantSplit/>
        </w:trPr>
        <w:tc>
          <w:tcPr>
            <w:tcW w:type="dxa" w:w="3168"/>
            <w:tcMar>
              <w:top w:w="95" w:type="dxa"/>
              <w:start w:w="95" w:type="dxa"/>
              <w:bottom w:w="95" w:type="dxa"/>
              <w:end w:w="95" w:type="dxa"/>
            </w:tcMar>
            <w:vAlign w:val="center"/>
          </w:tcPr>
          <w:p>
            <w:pPr>
              <w:spacing w:after="20" w:line="240" w:lineRule="auto"/>
            </w:pPr>
            <w:r>
              <w:rPr>
                <w:sz w:val="16"/>
              </w:rPr>
              <w:t>Approving authority</w:t>
            </w:r>
          </w:p>
        </w:tc>
        <w:tc>
          <w:tcPr>
            <w:tcW w:type="dxa" w:w="2376"/>
            <w:tcMar>
              <w:top w:w="95" w:type="dxa"/>
              <w:start w:w="95" w:type="dxa"/>
              <w:bottom w:w="95" w:type="dxa"/>
              <w:end w:w="95" w:type="dxa"/>
            </w:tcMar>
            <w:vAlign w:val="center"/>
          </w:tcPr>
          <w:p>
            <w:pPr>
              <w:spacing w:after="20" w:line="240" w:lineRule="auto"/>
            </w:pPr>
            <w:r>
              <w:rPr>
                <w:sz w:val="16"/>
              </w:rPr>
            </w:r>
          </w:p>
        </w:tc>
        <w:tc>
          <w:tcPr>
            <w:tcW w:type="dxa" w:w="2808"/>
            <w:tcMar>
              <w:top w:w="95" w:type="dxa"/>
              <w:start w:w="95" w:type="dxa"/>
              <w:bottom w:w="95" w:type="dxa"/>
              <w:end w:w="95" w:type="dxa"/>
            </w:tcMar>
            <w:vAlign w:val="center"/>
          </w:tcPr>
          <w:p>
            <w:pPr>
              <w:spacing w:after="20" w:line="240" w:lineRule="auto"/>
            </w:pPr>
            <w:r>
              <w:rPr>
                <w:sz w:val="16"/>
              </w:rPr>
            </w:r>
          </w:p>
        </w:tc>
        <w:tc>
          <w:tcPr>
            <w:tcW w:type="dxa" w:w="1584"/>
            <w:tcMar>
              <w:top w:w="95" w:type="dxa"/>
              <w:start w:w="95" w:type="dxa"/>
              <w:bottom w:w="95" w:type="dxa"/>
              <w:end w:w="95" w:type="dxa"/>
            </w:tcMar>
            <w:vAlign w:val="center"/>
          </w:tcPr>
          <w:p>
            <w:pPr>
              <w:spacing w:after="20" w:line="240" w:lineRule="auto"/>
            </w:pPr>
            <w:r>
              <w:rPr>
                <w:sz w:val="16"/>
              </w:rPr>
            </w:r>
          </w:p>
        </w:tc>
      </w:tr>
    </w:tbl>
    <w:p>
      <w:pPr>
        <w:spacing w:after="20"/>
      </w:pPr>
    </w:p>
    <w:p>
      <w:pPr>
        <w:pStyle w:val="Heading1"/>
      </w:pPr>
      <w:r>
        <w:t>How to Use This Form</w:t>
      </w:r>
    </w:p>
    <w:p>
      <w:r>
        <w:t>Declare an actual, potential or perceived conflict as soon as it arises, when joining the organisation, before participating in a relevant decision, and during each scheduled renewal. A conflict does not automatically mean misconduct. The risk arises when the interest is hidden, unmanaged or allowed to influence professional judgement. When unsure, disclose the facts and allow an authorised independent person to decide.</w:t>
      </w:r>
    </w:p>
    <w:p>
      <w:pPr>
        <w:pStyle w:val="Heading2"/>
      </w:pPr>
      <w:r>
        <w:t>Types of Conflict</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408"/>
        <w:gridCol w:w="3408"/>
        <w:gridCol w:w="3408"/>
      </w:tblGrid>
      <w:tr>
        <w:trPr>
          <w:tblHeader w:val="true"/>
          <w:cantSplit/>
        </w:trPr>
        <w:tc>
          <w:tcPr>
            <w:tcW w:type="dxa" w:w="1440"/>
            <w:shd w:fill="17365D"/>
            <w:tcMar>
              <w:top w:w="95" w:type="dxa"/>
              <w:start w:w="95" w:type="dxa"/>
              <w:bottom w:w="95" w:type="dxa"/>
              <w:end w:w="95" w:type="dxa"/>
            </w:tcMar>
            <w:vAlign w:val="center"/>
          </w:tcPr>
          <w:p>
            <w:r>
              <w:rPr>
                <w:b/>
                <w:color w:val="FFFFFF"/>
                <w:sz w:val="16"/>
              </w:rPr>
              <w:t>Type</w:t>
            </w:r>
          </w:p>
        </w:tc>
        <w:tc>
          <w:tcPr>
            <w:tcW w:type="dxa" w:w="4320"/>
            <w:shd w:fill="17365D"/>
            <w:tcMar>
              <w:top w:w="95" w:type="dxa"/>
              <w:start w:w="95" w:type="dxa"/>
              <w:bottom w:w="95" w:type="dxa"/>
              <w:end w:w="95" w:type="dxa"/>
            </w:tcMar>
            <w:vAlign w:val="center"/>
          </w:tcPr>
          <w:p>
            <w:r>
              <w:rPr>
                <w:b/>
                <w:color w:val="FFFFFF"/>
                <w:sz w:val="16"/>
              </w:rPr>
              <w:t>Meaning</w:t>
            </w:r>
          </w:p>
        </w:tc>
        <w:tc>
          <w:tcPr>
            <w:tcW w:type="dxa" w:w="4176"/>
            <w:shd w:fill="17365D"/>
            <w:tcMar>
              <w:top w:w="95" w:type="dxa"/>
              <w:start w:w="95" w:type="dxa"/>
              <w:bottom w:w="95" w:type="dxa"/>
              <w:end w:w="95" w:type="dxa"/>
            </w:tcMar>
            <w:vAlign w:val="center"/>
          </w:tcPr>
          <w:p>
            <w:r>
              <w:rPr>
                <w:b/>
                <w:color w:val="FFFFFF"/>
                <w:sz w:val="16"/>
              </w:rPr>
              <w:t>Example</w:t>
            </w:r>
          </w:p>
        </w:tc>
      </w:tr>
      <w:tr>
        <w:trPr>
          <w:cantSplit/>
        </w:trPr>
        <w:tc>
          <w:tcPr>
            <w:tcW w:type="dxa" w:w="1440"/>
            <w:tcMar>
              <w:top w:w="95" w:type="dxa"/>
              <w:start w:w="95" w:type="dxa"/>
              <w:bottom w:w="95" w:type="dxa"/>
              <w:end w:w="95" w:type="dxa"/>
            </w:tcMar>
            <w:vAlign w:val="center"/>
          </w:tcPr>
          <w:p>
            <w:pPr>
              <w:spacing w:after="20" w:line="240" w:lineRule="auto"/>
            </w:pPr>
            <w:r>
              <w:rPr>
                <w:sz w:val="16"/>
              </w:rPr>
              <w:t>Actual</w:t>
            </w:r>
          </w:p>
        </w:tc>
        <w:tc>
          <w:tcPr>
            <w:tcW w:type="dxa" w:w="4320"/>
            <w:tcMar>
              <w:top w:w="95" w:type="dxa"/>
              <w:start w:w="95" w:type="dxa"/>
              <w:bottom w:w="95" w:type="dxa"/>
              <w:end w:w="95" w:type="dxa"/>
            </w:tcMar>
            <w:vAlign w:val="center"/>
          </w:tcPr>
          <w:p>
            <w:pPr>
              <w:spacing w:after="20" w:line="240" w:lineRule="auto"/>
            </w:pPr>
            <w:r>
              <w:rPr>
                <w:sz w:val="16"/>
              </w:rPr>
              <w:t>A private interest currently conflicts with official duties.</w:t>
            </w:r>
          </w:p>
        </w:tc>
        <w:tc>
          <w:tcPr>
            <w:tcW w:type="dxa" w:w="4176"/>
            <w:tcMar>
              <w:top w:w="95" w:type="dxa"/>
              <w:start w:w="95" w:type="dxa"/>
              <w:bottom w:w="95" w:type="dxa"/>
              <w:end w:w="95" w:type="dxa"/>
            </w:tcMar>
            <w:vAlign w:val="center"/>
          </w:tcPr>
          <w:p>
            <w:pPr>
              <w:spacing w:after="20" w:line="240" w:lineRule="auto"/>
            </w:pPr>
            <w:r>
              <w:rPr>
                <w:sz w:val="16"/>
              </w:rPr>
              <w:t>Evaluating a bid submitted by a company owned by a relative.</w:t>
            </w:r>
          </w:p>
        </w:tc>
      </w:tr>
      <w:tr>
        <w:trPr>
          <w:cantSplit/>
        </w:trPr>
        <w:tc>
          <w:tcPr>
            <w:tcW w:type="dxa" w:w="1440"/>
            <w:tcMar>
              <w:top w:w="95" w:type="dxa"/>
              <w:start w:w="95" w:type="dxa"/>
              <w:bottom w:w="95" w:type="dxa"/>
              <w:end w:w="95" w:type="dxa"/>
            </w:tcMar>
            <w:vAlign w:val="center"/>
            <w:shd w:fill="F4F7FA"/>
          </w:tcPr>
          <w:p>
            <w:pPr>
              <w:spacing w:after="20" w:line="240" w:lineRule="auto"/>
            </w:pPr>
            <w:r>
              <w:rPr>
                <w:sz w:val="16"/>
              </w:rPr>
              <w:t>Potential</w:t>
            </w:r>
          </w:p>
        </w:tc>
        <w:tc>
          <w:tcPr>
            <w:tcW w:type="dxa" w:w="4320"/>
            <w:tcMar>
              <w:top w:w="95" w:type="dxa"/>
              <w:start w:w="95" w:type="dxa"/>
              <w:bottom w:w="95" w:type="dxa"/>
              <w:end w:w="95" w:type="dxa"/>
            </w:tcMar>
            <w:vAlign w:val="center"/>
            <w:shd w:fill="F4F7FA"/>
          </w:tcPr>
          <w:p>
            <w:pPr>
              <w:spacing w:after="20" w:line="240" w:lineRule="auto"/>
            </w:pPr>
            <w:r>
              <w:rPr>
                <w:sz w:val="16"/>
              </w:rPr>
              <w:t>A private interest could conflict with future duties.</w:t>
            </w:r>
          </w:p>
        </w:tc>
        <w:tc>
          <w:tcPr>
            <w:tcW w:type="dxa" w:w="4176"/>
            <w:tcMar>
              <w:top w:w="95" w:type="dxa"/>
              <w:start w:w="95" w:type="dxa"/>
              <w:bottom w:w="95" w:type="dxa"/>
              <w:end w:w="95" w:type="dxa"/>
            </w:tcMar>
            <w:vAlign w:val="center"/>
            <w:shd w:fill="F4F7FA"/>
          </w:tcPr>
          <w:p>
            <w:pPr>
              <w:spacing w:after="20" w:line="240" w:lineRule="auto"/>
            </w:pPr>
            <w:r>
              <w:rPr>
                <w:sz w:val="16"/>
              </w:rPr>
              <w:t>Holding an investment in a firm likely to seek business.</w:t>
            </w:r>
          </w:p>
        </w:tc>
      </w:tr>
      <w:tr>
        <w:trPr>
          <w:cantSplit/>
        </w:trPr>
        <w:tc>
          <w:tcPr>
            <w:tcW w:type="dxa" w:w="1440"/>
            <w:tcMar>
              <w:top w:w="95" w:type="dxa"/>
              <w:start w:w="95" w:type="dxa"/>
              <w:bottom w:w="95" w:type="dxa"/>
              <w:end w:w="95" w:type="dxa"/>
            </w:tcMar>
            <w:vAlign w:val="center"/>
          </w:tcPr>
          <w:p>
            <w:pPr>
              <w:spacing w:after="20" w:line="240" w:lineRule="auto"/>
            </w:pPr>
            <w:r>
              <w:rPr>
                <w:sz w:val="16"/>
              </w:rPr>
              <w:t>Perceived</w:t>
            </w:r>
          </w:p>
        </w:tc>
        <w:tc>
          <w:tcPr>
            <w:tcW w:type="dxa" w:w="4320"/>
            <w:tcMar>
              <w:top w:w="95" w:type="dxa"/>
              <w:start w:w="95" w:type="dxa"/>
              <w:bottom w:w="95" w:type="dxa"/>
              <w:end w:w="95" w:type="dxa"/>
            </w:tcMar>
            <w:vAlign w:val="center"/>
          </w:tcPr>
          <w:p>
            <w:pPr>
              <w:spacing w:after="20" w:line="240" w:lineRule="auto"/>
            </w:pPr>
            <w:r>
              <w:rPr>
                <w:sz w:val="16"/>
              </w:rPr>
              <w:t>A reasonable person could believe judgement may be influenced.</w:t>
            </w:r>
          </w:p>
        </w:tc>
        <w:tc>
          <w:tcPr>
            <w:tcW w:type="dxa" w:w="4176"/>
            <w:tcMar>
              <w:top w:w="95" w:type="dxa"/>
              <w:start w:w="95" w:type="dxa"/>
              <w:bottom w:w="95" w:type="dxa"/>
              <w:end w:w="95" w:type="dxa"/>
            </w:tcMar>
            <w:vAlign w:val="center"/>
          </w:tcPr>
          <w:p>
            <w:pPr>
              <w:spacing w:after="20" w:line="240" w:lineRule="auto"/>
            </w:pPr>
            <w:r>
              <w:rPr>
                <w:sz w:val="16"/>
              </w:rPr>
              <w:t>A close friendship with a person receiving a decision benefit.</w:t>
            </w:r>
          </w:p>
        </w:tc>
      </w:tr>
      <w:tr>
        <w:trPr>
          <w:cantSplit/>
        </w:trPr>
        <w:tc>
          <w:tcPr>
            <w:tcW w:type="dxa" w:w="1440"/>
            <w:tcMar>
              <w:top w:w="95" w:type="dxa"/>
              <w:start w:w="95" w:type="dxa"/>
              <w:bottom w:w="95" w:type="dxa"/>
              <w:end w:w="95" w:type="dxa"/>
            </w:tcMar>
            <w:vAlign w:val="center"/>
            <w:shd w:fill="F4F7FA"/>
          </w:tcPr>
          <w:p>
            <w:pPr>
              <w:spacing w:after="20" w:line="240" w:lineRule="auto"/>
            </w:pPr>
            <w:r>
              <w:rPr>
                <w:sz w:val="16"/>
              </w:rPr>
              <w:t>Financial</w:t>
            </w:r>
          </w:p>
        </w:tc>
        <w:tc>
          <w:tcPr>
            <w:tcW w:type="dxa" w:w="4320"/>
            <w:tcMar>
              <w:top w:w="95" w:type="dxa"/>
              <w:start w:w="95" w:type="dxa"/>
              <w:bottom w:w="95" w:type="dxa"/>
              <w:end w:w="95" w:type="dxa"/>
            </w:tcMar>
            <w:vAlign w:val="center"/>
            <w:shd w:fill="F4F7FA"/>
          </w:tcPr>
          <w:p>
            <w:pPr>
              <w:spacing w:after="20" w:line="240" w:lineRule="auto"/>
            </w:pPr>
            <w:r>
              <w:rPr>
                <w:sz w:val="16"/>
              </w:rPr>
              <w:t>Money, ownership, debt, commission, benefit or economic interest is involved.</w:t>
            </w:r>
          </w:p>
        </w:tc>
        <w:tc>
          <w:tcPr>
            <w:tcW w:type="dxa" w:w="4176"/>
            <w:tcMar>
              <w:top w:w="95" w:type="dxa"/>
              <w:start w:w="95" w:type="dxa"/>
              <w:bottom w:w="95" w:type="dxa"/>
              <w:end w:w="95" w:type="dxa"/>
            </w:tcMar>
            <w:vAlign w:val="center"/>
            <w:shd w:fill="F4F7FA"/>
          </w:tcPr>
          <w:p>
            <w:pPr>
              <w:spacing w:after="20" w:line="240" w:lineRule="auto"/>
            </w:pPr>
            <w:r>
              <w:rPr>
                <w:sz w:val="16"/>
              </w:rPr>
              <w:t>Shares, profit, loan, fee, gift, bonus or property interest.</w:t>
            </w:r>
          </w:p>
        </w:tc>
      </w:tr>
      <w:tr>
        <w:trPr>
          <w:cantSplit/>
        </w:trPr>
        <w:tc>
          <w:tcPr>
            <w:tcW w:type="dxa" w:w="1440"/>
            <w:tcMar>
              <w:top w:w="95" w:type="dxa"/>
              <w:start w:w="95" w:type="dxa"/>
              <w:bottom w:w="95" w:type="dxa"/>
              <w:end w:w="95" w:type="dxa"/>
            </w:tcMar>
            <w:vAlign w:val="center"/>
          </w:tcPr>
          <w:p>
            <w:pPr>
              <w:spacing w:after="20" w:line="240" w:lineRule="auto"/>
            </w:pPr>
            <w:r>
              <w:rPr>
                <w:sz w:val="16"/>
              </w:rPr>
              <w:t>Non-financial</w:t>
            </w:r>
          </w:p>
        </w:tc>
        <w:tc>
          <w:tcPr>
            <w:tcW w:type="dxa" w:w="4320"/>
            <w:tcMar>
              <w:top w:w="95" w:type="dxa"/>
              <w:start w:w="95" w:type="dxa"/>
              <w:bottom w:w="95" w:type="dxa"/>
              <w:end w:w="95" w:type="dxa"/>
            </w:tcMar>
            <w:vAlign w:val="center"/>
          </w:tcPr>
          <w:p>
            <w:pPr>
              <w:spacing w:after="20" w:line="240" w:lineRule="auto"/>
            </w:pPr>
            <w:r>
              <w:rPr>
                <w:sz w:val="16"/>
              </w:rPr>
              <w:t>Relationship, loyalty, reputation, ideology or personal advantage is involved.</w:t>
            </w:r>
          </w:p>
        </w:tc>
        <w:tc>
          <w:tcPr>
            <w:tcW w:type="dxa" w:w="4176"/>
            <w:tcMar>
              <w:top w:w="95" w:type="dxa"/>
              <w:start w:w="95" w:type="dxa"/>
              <w:bottom w:w="95" w:type="dxa"/>
              <w:end w:w="95" w:type="dxa"/>
            </w:tcMar>
            <w:vAlign w:val="center"/>
          </w:tcPr>
          <w:p>
            <w:pPr>
              <w:spacing w:after="20" w:line="240" w:lineRule="auto"/>
            </w:pPr>
            <w:r>
              <w:rPr>
                <w:sz w:val="16"/>
              </w:rPr>
              <w:t>Family, friendship, association, rivalry or outside role.</w:t>
            </w:r>
          </w:p>
        </w:tc>
      </w:tr>
    </w:tbl>
    <w:p>
      <w:pPr>
        <w:spacing w:after="20"/>
      </w:pPr>
    </w:p>
    <w:p>
      <w:pPr>
        <w:pStyle w:val="Heading2"/>
      </w:pPr>
      <w:r>
        <w:t>Disclosure Principles</w:t>
      </w:r>
    </w:p>
    <w:p>
      <w:pPr>
        <w:pStyle w:val="ListBullet"/>
        <w:spacing w:after="60"/>
        <w:ind w:left="360"/>
      </w:pPr>
      <w:r>
        <w:t>Disclose enough detail for independent assessment.</w:t>
      </w:r>
    </w:p>
    <w:p>
      <w:pPr>
        <w:pStyle w:val="ListBullet"/>
        <w:spacing w:after="60"/>
        <w:ind w:left="360"/>
      </w:pPr>
      <w:r>
        <w:t>Include interests held directly and, where policy requires, through close relatives, associates or controlled entities.</w:t>
      </w:r>
    </w:p>
    <w:p>
      <w:pPr>
        <w:pStyle w:val="ListBullet"/>
        <w:spacing w:after="60"/>
        <w:ind w:left="360"/>
      </w:pPr>
      <w:r>
        <w:t>Do not participate in a decision until the conflict has been assessed.</w:t>
      </w:r>
    </w:p>
    <w:p>
      <w:pPr>
        <w:pStyle w:val="ListBullet"/>
        <w:spacing w:after="60"/>
        <w:ind w:left="360"/>
      </w:pPr>
      <w:r>
        <w:t>Update the declaration when circumstances change.</w:t>
      </w:r>
    </w:p>
    <w:p>
      <w:pPr>
        <w:pStyle w:val="ListBullet"/>
        <w:spacing w:after="60"/>
        <w:ind w:left="360"/>
      </w:pPr>
      <w:r>
        <w:t>Do not assume that everyone already knows about the relationship.</w:t>
      </w:r>
    </w:p>
    <w:p>
      <w:r>
        <w:br w:type="page"/>
      </w:r>
    </w:p>
    <w:p>
      <w:pPr>
        <w:pStyle w:val="Heading1"/>
      </w:pPr>
      <w:r>
        <w:t>Section 1 Declarant Information</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12"/>
        <w:gridCol w:w="5112"/>
      </w:tblGrid>
      <w:tr>
        <w:trPr>
          <w:tblHeader w:val="true"/>
          <w:cantSplit/>
        </w:trPr>
        <w:tc>
          <w:tcPr>
            <w:tcW w:type="dxa" w:w="3240"/>
            <w:shd w:fill="17365D"/>
            <w:tcMar>
              <w:top w:w="95" w:type="dxa"/>
              <w:start w:w="95" w:type="dxa"/>
              <w:bottom w:w="95" w:type="dxa"/>
              <w:end w:w="95" w:type="dxa"/>
            </w:tcMar>
            <w:vAlign w:val="center"/>
          </w:tcPr>
          <w:p>
            <w:r>
              <w:rPr>
                <w:b/>
                <w:color w:val="FFFFFF"/>
                <w:sz w:val="18"/>
              </w:rPr>
              <w:t>Field</w:t>
            </w:r>
          </w:p>
        </w:tc>
        <w:tc>
          <w:tcPr>
            <w:tcW w:type="dxa" w:w="6696"/>
            <w:shd w:fill="17365D"/>
            <w:tcMar>
              <w:top w:w="95" w:type="dxa"/>
              <w:start w:w="95" w:type="dxa"/>
              <w:bottom w:w="95" w:type="dxa"/>
              <w:end w:w="95" w:type="dxa"/>
            </w:tcMar>
            <w:vAlign w:val="center"/>
          </w:tcPr>
          <w:p>
            <w:r>
              <w:rPr>
                <w:b/>
                <w:color w:val="FFFFFF"/>
                <w:sz w:val="18"/>
              </w:rPr>
              <w:t>Declaration</w:t>
            </w:r>
          </w:p>
        </w:tc>
      </w:tr>
      <w:tr>
        <w:trPr>
          <w:cantSplit/>
        </w:trPr>
        <w:tc>
          <w:tcPr>
            <w:tcW w:type="dxa" w:w="3240"/>
            <w:tcMar>
              <w:top w:w="95" w:type="dxa"/>
              <w:start w:w="95" w:type="dxa"/>
              <w:bottom w:w="95" w:type="dxa"/>
              <w:end w:w="95" w:type="dxa"/>
            </w:tcMar>
            <w:vAlign w:val="center"/>
          </w:tcPr>
          <w:p>
            <w:pPr>
              <w:spacing w:after="20" w:line="240" w:lineRule="auto"/>
            </w:pPr>
            <w:r>
              <w:rPr>
                <w:sz w:val="18"/>
              </w:rPr>
              <w:t>Full legal name</w:t>
            </w:r>
          </w:p>
        </w:tc>
        <w:tc>
          <w:tcPr>
            <w:tcW w:type="dxa" w:w="6696"/>
            <w:tcMar>
              <w:top w:w="95" w:type="dxa"/>
              <w:start w:w="95" w:type="dxa"/>
              <w:bottom w:w="95" w:type="dxa"/>
              <w:end w:w="95" w:type="dxa"/>
            </w:tcMar>
            <w:vAlign w:val="center"/>
          </w:tcPr>
          <w:p>
            <w:pPr>
              <w:spacing w:after="20" w:line="240" w:lineRule="auto"/>
            </w:pPr>
            <w:r>
              <w:rPr>
                <w:sz w:val="18"/>
              </w:rPr>
            </w:r>
          </w:p>
        </w:tc>
      </w:tr>
      <w:tr>
        <w:trPr>
          <w:cantSplit/>
        </w:trPr>
        <w:tc>
          <w:tcPr>
            <w:tcW w:type="dxa" w:w="3240"/>
            <w:tcMar>
              <w:top w:w="95" w:type="dxa"/>
              <w:start w:w="95" w:type="dxa"/>
              <w:bottom w:w="95" w:type="dxa"/>
              <w:end w:w="95" w:type="dxa"/>
            </w:tcMar>
            <w:vAlign w:val="center"/>
            <w:shd w:fill="F4F7FA"/>
          </w:tcPr>
          <w:p>
            <w:pPr>
              <w:spacing w:after="20" w:line="240" w:lineRule="auto"/>
            </w:pPr>
            <w:r>
              <w:rPr>
                <w:sz w:val="18"/>
              </w:rPr>
              <w:t>Employee or director ID</w:t>
            </w:r>
          </w:p>
        </w:tc>
        <w:tc>
          <w:tcPr>
            <w:tcW w:type="dxa" w:w="6696"/>
            <w:tcMar>
              <w:top w:w="95" w:type="dxa"/>
              <w:start w:w="95" w:type="dxa"/>
              <w:bottom w:w="95" w:type="dxa"/>
              <w:end w:w="95" w:type="dxa"/>
            </w:tcMar>
            <w:vAlign w:val="center"/>
            <w:shd w:fill="F4F7FA"/>
          </w:tcPr>
          <w:p>
            <w:pPr>
              <w:spacing w:after="20" w:line="240" w:lineRule="auto"/>
            </w:pPr>
            <w:r>
              <w:rPr>
                <w:sz w:val="18"/>
              </w:rPr>
            </w:r>
          </w:p>
        </w:tc>
      </w:tr>
      <w:tr>
        <w:trPr>
          <w:cantSplit/>
        </w:trPr>
        <w:tc>
          <w:tcPr>
            <w:tcW w:type="dxa" w:w="3240"/>
            <w:tcMar>
              <w:top w:w="95" w:type="dxa"/>
              <w:start w:w="95" w:type="dxa"/>
              <w:bottom w:w="95" w:type="dxa"/>
              <w:end w:w="95" w:type="dxa"/>
            </w:tcMar>
            <w:vAlign w:val="center"/>
          </w:tcPr>
          <w:p>
            <w:pPr>
              <w:spacing w:after="20" w:line="240" w:lineRule="auto"/>
            </w:pPr>
            <w:r>
              <w:rPr>
                <w:sz w:val="18"/>
              </w:rPr>
              <w:t>Job title or board role</w:t>
            </w:r>
          </w:p>
        </w:tc>
        <w:tc>
          <w:tcPr>
            <w:tcW w:type="dxa" w:w="6696"/>
            <w:tcMar>
              <w:top w:w="95" w:type="dxa"/>
              <w:start w:w="95" w:type="dxa"/>
              <w:bottom w:w="95" w:type="dxa"/>
              <w:end w:w="95" w:type="dxa"/>
            </w:tcMar>
            <w:vAlign w:val="center"/>
          </w:tcPr>
          <w:p>
            <w:pPr>
              <w:spacing w:after="20" w:line="240" w:lineRule="auto"/>
            </w:pPr>
            <w:r>
              <w:rPr>
                <w:sz w:val="18"/>
              </w:rPr>
            </w:r>
          </w:p>
        </w:tc>
      </w:tr>
      <w:tr>
        <w:trPr>
          <w:cantSplit/>
        </w:trPr>
        <w:tc>
          <w:tcPr>
            <w:tcW w:type="dxa" w:w="3240"/>
            <w:tcMar>
              <w:top w:w="95" w:type="dxa"/>
              <w:start w:w="95" w:type="dxa"/>
              <w:bottom w:w="95" w:type="dxa"/>
              <w:end w:w="95" w:type="dxa"/>
            </w:tcMar>
            <w:vAlign w:val="center"/>
            <w:shd w:fill="F4F7FA"/>
          </w:tcPr>
          <w:p>
            <w:pPr>
              <w:spacing w:after="20" w:line="240" w:lineRule="auto"/>
            </w:pPr>
            <w:r>
              <w:rPr>
                <w:sz w:val="18"/>
              </w:rPr>
              <w:t>Department or committee</w:t>
            </w:r>
          </w:p>
        </w:tc>
        <w:tc>
          <w:tcPr>
            <w:tcW w:type="dxa" w:w="6696"/>
            <w:tcMar>
              <w:top w:w="95" w:type="dxa"/>
              <w:start w:w="95" w:type="dxa"/>
              <w:bottom w:w="95" w:type="dxa"/>
              <w:end w:w="95" w:type="dxa"/>
            </w:tcMar>
            <w:vAlign w:val="center"/>
            <w:shd w:fill="F4F7FA"/>
          </w:tcPr>
          <w:p>
            <w:pPr>
              <w:spacing w:after="20" w:line="240" w:lineRule="auto"/>
            </w:pPr>
            <w:r>
              <w:rPr>
                <w:sz w:val="18"/>
              </w:rPr>
            </w:r>
          </w:p>
        </w:tc>
      </w:tr>
      <w:tr>
        <w:trPr>
          <w:cantSplit/>
        </w:trPr>
        <w:tc>
          <w:tcPr>
            <w:tcW w:type="dxa" w:w="3240"/>
            <w:tcMar>
              <w:top w:w="95" w:type="dxa"/>
              <w:start w:w="95" w:type="dxa"/>
              <w:bottom w:w="95" w:type="dxa"/>
              <w:end w:w="95" w:type="dxa"/>
            </w:tcMar>
            <w:vAlign w:val="center"/>
          </w:tcPr>
          <w:p>
            <w:pPr>
              <w:spacing w:after="20" w:line="240" w:lineRule="auto"/>
            </w:pPr>
            <w:r>
              <w:rPr>
                <w:sz w:val="18"/>
              </w:rPr>
              <w:t>Location</w:t>
            </w:r>
          </w:p>
        </w:tc>
        <w:tc>
          <w:tcPr>
            <w:tcW w:type="dxa" w:w="6696"/>
            <w:tcMar>
              <w:top w:w="95" w:type="dxa"/>
              <w:start w:w="95" w:type="dxa"/>
              <w:bottom w:w="95" w:type="dxa"/>
              <w:end w:w="95" w:type="dxa"/>
            </w:tcMar>
            <w:vAlign w:val="center"/>
          </w:tcPr>
          <w:p>
            <w:pPr>
              <w:spacing w:after="20" w:line="240" w:lineRule="auto"/>
            </w:pPr>
            <w:r>
              <w:rPr>
                <w:sz w:val="18"/>
              </w:rPr>
            </w:r>
          </w:p>
        </w:tc>
      </w:tr>
      <w:tr>
        <w:trPr>
          <w:cantSplit/>
        </w:trPr>
        <w:tc>
          <w:tcPr>
            <w:tcW w:type="dxa" w:w="3240"/>
            <w:tcMar>
              <w:top w:w="95" w:type="dxa"/>
              <w:start w:w="95" w:type="dxa"/>
              <w:bottom w:w="95" w:type="dxa"/>
              <w:end w:w="95" w:type="dxa"/>
            </w:tcMar>
            <w:vAlign w:val="center"/>
            <w:shd w:fill="F4F7FA"/>
          </w:tcPr>
          <w:p>
            <w:pPr>
              <w:spacing w:after="20" w:line="240" w:lineRule="auto"/>
            </w:pPr>
            <w:r>
              <w:rPr>
                <w:sz w:val="18"/>
              </w:rPr>
              <w:t>Manager or chair</w:t>
            </w:r>
          </w:p>
        </w:tc>
        <w:tc>
          <w:tcPr>
            <w:tcW w:type="dxa" w:w="6696"/>
            <w:tcMar>
              <w:top w:w="95" w:type="dxa"/>
              <w:start w:w="95" w:type="dxa"/>
              <w:bottom w:w="95" w:type="dxa"/>
              <w:end w:w="95" w:type="dxa"/>
            </w:tcMar>
            <w:vAlign w:val="center"/>
            <w:shd w:fill="F4F7FA"/>
          </w:tcPr>
          <w:p>
            <w:pPr>
              <w:spacing w:after="20" w:line="240" w:lineRule="auto"/>
            </w:pPr>
            <w:r>
              <w:rPr>
                <w:sz w:val="18"/>
              </w:rPr>
            </w:r>
          </w:p>
        </w:tc>
      </w:tr>
      <w:tr>
        <w:trPr>
          <w:cantSplit/>
        </w:trPr>
        <w:tc>
          <w:tcPr>
            <w:tcW w:type="dxa" w:w="3240"/>
            <w:tcMar>
              <w:top w:w="95" w:type="dxa"/>
              <w:start w:w="95" w:type="dxa"/>
              <w:bottom w:w="95" w:type="dxa"/>
              <w:end w:w="95" w:type="dxa"/>
            </w:tcMar>
            <w:vAlign w:val="center"/>
          </w:tcPr>
          <w:p>
            <w:pPr>
              <w:spacing w:after="20" w:line="240" w:lineRule="auto"/>
            </w:pPr>
            <w:r>
              <w:rPr>
                <w:sz w:val="18"/>
              </w:rPr>
              <w:t>Work email</w:t>
            </w:r>
          </w:p>
        </w:tc>
        <w:tc>
          <w:tcPr>
            <w:tcW w:type="dxa" w:w="6696"/>
            <w:tcMar>
              <w:top w:w="95" w:type="dxa"/>
              <w:start w:w="95" w:type="dxa"/>
              <w:bottom w:w="95" w:type="dxa"/>
              <w:end w:w="95" w:type="dxa"/>
            </w:tcMar>
            <w:vAlign w:val="center"/>
          </w:tcPr>
          <w:p>
            <w:pPr>
              <w:spacing w:after="20" w:line="240" w:lineRule="auto"/>
            </w:pPr>
            <w:r>
              <w:rPr>
                <w:sz w:val="18"/>
              </w:rPr>
            </w:r>
          </w:p>
        </w:tc>
      </w:tr>
      <w:tr>
        <w:trPr>
          <w:cantSplit/>
        </w:trPr>
        <w:tc>
          <w:tcPr>
            <w:tcW w:type="dxa" w:w="3240"/>
            <w:tcMar>
              <w:top w:w="95" w:type="dxa"/>
              <w:start w:w="95" w:type="dxa"/>
              <w:bottom w:w="95" w:type="dxa"/>
              <w:end w:w="95" w:type="dxa"/>
            </w:tcMar>
            <w:vAlign w:val="center"/>
            <w:shd w:fill="F4F7FA"/>
          </w:tcPr>
          <w:p>
            <w:pPr>
              <w:spacing w:after="20" w:line="240" w:lineRule="auto"/>
            </w:pPr>
            <w:r>
              <w:rPr>
                <w:sz w:val="18"/>
              </w:rPr>
              <w:t>Telephone</w:t>
            </w:r>
          </w:p>
        </w:tc>
        <w:tc>
          <w:tcPr>
            <w:tcW w:type="dxa" w:w="6696"/>
            <w:tcMar>
              <w:top w:w="95" w:type="dxa"/>
              <w:start w:w="95" w:type="dxa"/>
              <w:bottom w:w="95" w:type="dxa"/>
              <w:end w:w="95" w:type="dxa"/>
            </w:tcMar>
            <w:vAlign w:val="center"/>
            <w:shd w:fill="F4F7FA"/>
          </w:tcPr>
          <w:p>
            <w:pPr>
              <w:spacing w:after="20" w:line="240" w:lineRule="auto"/>
            </w:pPr>
            <w:r>
              <w:rPr>
                <w:sz w:val="18"/>
              </w:rPr>
            </w:r>
          </w:p>
        </w:tc>
      </w:tr>
      <w:tr>
        <w:trPr>
          <w:cantSplit/>
        </w:trPr>
        <w:tc>
          <w:tcPr>
            <w:tcW w:type="dxa" w:w="3240"/>
            <w:tcMar>
              <w:top w:w="95" w:type="dxa"/>
              <w:start w:w="95" w:type="dxa"/>
              <w:bottom w:w="95" w:type="dxa"/>
              <w:end w:w="95" w:type="dxa"/>
            </w:tcMar>
            <w:vAlign w:val="center"/>
          </w:tcPr>
          <w:p>
            <w:pPr>
              <w:spacing w:after="20" w:line="240" w:lineRule="auto"/>
            </w:pPr>
            <w:r>
              <w:rPr>
                <w:sz w:val="18"/>
              </w:rPr>
              <w:t>Employment or appointment type</w:t>
            </w:r>
          </w:p>
        </w:tc>
        <w:tc>
          <w:tcPr>
            <w:tcW w:type="dxa" w:w="6696"/>
            <w:tcMar>
              <w:top w:w="95" w:type="dxa"/>
              <w:start w:w="95" w:type="dxa"/>
              <w:bottom w:w="95" w:type="dxa"/>
              <w:end w:w="95" w:type="dxa"/>
            </w:tcMar>
            <w:vAlign w:val="center"/>
          </w:tcPr>
          <w:p>
            <w:pPr>
              <w:spacing w:after="20" w:line="240" w:lineRule="auto"/>
            </w:pPr>
            <w:r>
              <w:rPr>
                <w:sz w:val="18"/>
              </w:rPr>
            </w:r>
          </w:p>
        </w:tc>
      </w:tr>
      <w:tr>
        <w:trPr>
          <w:cantSplit/>
        </w:trPr>
        <w:tc>
          <w:tcPr>
            <w:tcW w:type="dxa" w:w="3240"/>
            <w:tcMar>
              <w:top w:w="95" w:type="dxa"/>
              <w:start w:w="95" w:type="dxa"/>
              <w:bottom w:w="95" w:type="dxa"/>
              <w:end w:w="95" w:type="dxa"/>
            </w:tcMar>
            <w:vAlign w:val="center"/>
            <w:shd w:fill="F4F7FA"/>
          </w:tcPr>
          <w:p>
            <w:pPr>
              <w:spacing w:after="20" w:line="240" w:lineRule="auto"/>
            </w:pPr>
            <w:r>
              <w:rPr>
                <w:sz w:val="18"/>
              </w:rPr>
              <w:t>Start date</w:t>
            </w:r>
          </w:p>
        </w:tc>
        <w:tc>
          <w:tcPr>
            <w:tcW w:type="dxa" w:w="6696"/>
            <w:tcMar>
              <w:top w:w="95" w:type="dxa"/>
              <w:start w:w="95" w:type="dxa"/>
              <w:bottom w:w="95" w:type="dxa"/>
              <w:end w:w="95" w:type="dxa"/>
            </w:tcMar>
            <w:vAlign w:val="center"/>
            <w:shd w:fill="F4F7FA"/>
          </w:tcPr>
          <w:p>
            <w:pPr>
              <w:spacing w:after="20" w:line="240" w:lineRule="auto"/>
            </w:pPr>
            <w:r>
              <w:rPr>
                <w:sz w:val="18"/>
              </w:rPr>
            </w:r>
          </w:p>
        </w:tc>
      </w:tr>
      <w:tr>
        <w:trPr>
          <w:cantSplit/>
        </w:trPr>
        <w:tc>
          <w:tcPr>
            <w:tcW w:type="dxa" w:w="3240"/>
            <w:tcMar>
              <w:top w:w="95" w:type="dxa"/>
              <w:start w:w="95" w:type="dxa"/>
              <w:bottom w:w="95" w:type="dxa"/>
              <w:end w:w="95" w:type="dxa"/>
            </w:tcMar>
            <w:vAlign w:val="center"/>
          </w:tcPr>
          <w:p>
            <w:pPr>
              <w:spacing w:after="20" w:line="240" w:lineRule="auto"/>
            </w:pPr>
            <w:r>
              <w:rPr>
                <w:sz w:val="18"/>
              </w:rPr>
              <w:t>Declaration type</w:t>
            </w:r>
          </w:p>
        </w:tc>
        <w:tc>
          <w:tcPr>
            <w:tcW w:type="dxa" w:w="6696"/>
            <w:tcMar>
              <w:top w:w="95" w:type="dxa"/>
              <w:start w:w="95" w:type="dxa"/>
              <w:bottom w:w="95" w:type="dxa"/>
              <w:end w:w="95" w:type="dxa"/>
            </w:tcMar>
            <w:vAlign w:val="center"/>
          </w:tcPr>
          <w:p>
            <w:pPr>
              <w:spacing w:after="20" w:line="240" w:lineRule="auto"/>
            </w:pPr>
            <w:r>
              <w:rPr>
                <w:sz w:val="18"/>
              </w:rPr>
            </w:r>
          </w:p>
        </w:tc>
      </w:tr>
      <w:tr>
        <w:trPr>
          <w:cantSplit/>
        </w:trPr>
        <w:tc>
          <w:tcPr>
            <w:tcW w:type="dxa" w:w="3240"/>
            <w:tcMar>
              <w:top w:w="95" w:type="dxa"/>
              <w:start w:w="95" w:type="dxa"/>
              <w:bottom w:w="95" w:type="dxa"/>
              <w:end w:w="95" w:type="dxa"/>
            </w:tcMar>
            <w:vAlign w:val="center"/>
            <w:shd w:fill="F4F7FA"/>
          </w:tcPr>
          <w:p>
            <w:pPr>
              <w:spacing w:after="20" w:line="240" w:lineRule="auto"/>
            </w:pPr>
            <w:r>
              <w:rPr>
                <w:sz w:val="18"/>
              </w:rPr>
              <w:t>Period covered</w:t>
            </w:r>
          </w:p>
        </w:tc>
        <w:tc>
          <w:tcPr>
            <w:tcW w:type="dxa" w:w="6696"/>
            <w:tcMar>
              <w:top w:w="95" w:type="dxa"/>
              <w:start w:w="95" w:type="dxa"/>
              <w:bottom w:w="95" w:type="dxa"/>
              <w:end w:w="95" w:type="dxa"/>
            </w:tcMar>
            <w:vAlign w:val="center"/>
            <w:shd w:fill="F4F7FA"/>
          </w:tcPr>
          <w:p>
            <w:pPr>
              <w:spacing w:after="20" w:line="240" w:lineRule="auto"/>
            </w:pPr>
            <w:r>
              <w:rPr>
                <w:sz w:val="18"/>
              </w:rPr>
            </w:r>
          </w:p>
        </w:tc>
      </w:tr>
    </w:tbl>
    <w:p>
      <w:pPr>
        <w:spacing w:after="20"/>
      </w:pPr>
    </w:p>
    <w:p>
      <w:pPr>
        <w:pStyle w:val="Heading2"/>
      </w:pPr>
      <w:r>
        <w:t>1.1 Declaration Type</w:t>
      </w:r>
    </w:p>
    <w:p>
      <w:r>
        <w:t>☐ Initial declaration on appointment or engagement.</w:t>
      </w:r>
    </w:p>
    <w:p>
      <w:r>
        <w:t>☐ Annual or periodic declaration.</w:t>
      </w:r>
    </w:p>
    <w:p>
      <w:r>
        <w:t>☐ Event-driven declaration because circumstances changed.</w:t>
      </w:r>
    </w:p>
    <w:p>
      <w:r>
        <w:t>☐ Decision-specific declaration before a meeting, tender, recruitment, approval or transaction.</w:t>
      </w:r>
    </w:p>
    <w:p>
      <w:r>
        <w:t>☐ Update to a previous declaration.</w:t>
      </w:r>
    </w:p>
    <w:p>
      <w:r>
        <w:t>☐ No-conflict certification after completing all questions.</w:t>
      </w:r>
    </w:p>
    <w:p>
      <w:pPr>
        <w:pStyle w:val="Heading2"/>
      </w:pPr>
      <w:r>
        <w:t>1.2 Related Decision or Matter</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12"/>
        <w:gridCol w:w="5112"/>
      </w:tblGrid>
      <w:tr>
        <w:trPr>
          <w:tblHeader w:val="true"/>
          <w:cantSplit/>
        </w:trPr>
        <w:tc>
          <w:tcPr>
            <w:tcW w:type="dxa" w:w="3240"/>
            <w:shd w:fill="17365D"/>
            <w:tcMar>
              <w:top w:w="95" w:type="dxa"/>
              <w:start w:w="95" w:type="dxa"/>
              <w:bottom w:w="95" w:type="dxa"/>
              <w:end w:w="95" w:type="dxa"/>
            </w:tcMar>
            <w:vAlign w:val="center"/>
          </w:tcPr>
          <w:p>
            <w:r>
              <w:rPr>
                <w:b/>
                <w:color w:val="FFFFFF"/>
                <w:sz w:val="18"/>
              </w:rPr>
              <w:t>Field</w:t>
            </w:r>
          </w:p>
        </w:tc>
        <w:tc>
          <w:tcPr>
            <w:tcW w:type="dxa" w:w="6696"/>
            <w:shd w:fill="17365D"/>
            <w:tcMar>
              <w:top w:w="95" w:type="dxa"/>
              <w:start w:w="95" w:type="dxa"/>
              <w:bottom w:w="95" w:type="dxa"/>
              <w:end w:w="95" w:type="dxa"/>
            </w:tcMar>
            <w:vAlign w:val="center"/>
          </w:tcPr>
          <w:p>
            <w:r>
              <w:rPr>
                <w:b/>
                <w:color w:val="FFFFFF"/>
                <w:sz w:val="18"/>
              </w:rPr>
              <w:t>Declaration</w:t>
            </w:r>
          </w:p>
        </w:tc>
      </w:tr>
      <w:tr>
        <w:trPr>
          <w:cantSplit/>
        </w:trPr>
        <w:tc>
          <w:tcPr>
            <w:tcW w:type="dxa" w:w="3240"/>
            <w:tcMar>
              <w:top w:w="95" w:type="dxa"/>
              <w:start w:w="95" w:type="dxa"/>
              <w:bottom w:w="95" w:type="dxa"/>
              <w:end w:w="95" w:type="dxa"/>
            </w:tcMar>
            <w:vAlign w:val="center"/>
          </w:tcPr>
          <w:p>
            <w:pPr>
              <w:spacing w:after="20" w:line="240" w:lineRule="auto"/>
            </w:pPr>
            <w:r>
              <w:rPr>
                <w:sz w:val="18"/>
              </w:rPr>
              <w:t>Tender transaction case or meeting</w:t>
            </w:r>
          </w:p>
        </w:tc>
        <w:tc>
          <w:tcPr>
            <w:tcW w:type="dxa" w:w="6696"/>
            <w:tcMar>
              <w:top w:w="95" w:type="dxa"/>
              <w:start w:w="95" w:type="dxa"/>
              <w:bottom w:w="95" w:type="dxa"/>
              <w:end w:w="95" w:type="dxa"/>
            </w:tcMar>
            <w:vAlign w:val="center"/>
          </w:tcPr>
          <w:p>
            <w:pPr>
              <w:spacing w:after="20" w:line="240" w:lineRule="auto"/>
            </w:pPr>
            <w:r>
              <w:rPr>
                <w:sz w:val="18"/>
              </w:rPr>
            </w:r>
          </w:p>
        </w:tc>
      </w:tr>
      <w:tr>
        <w:trPr>
          <w:cantSplit/>
        </w:trPr>
        <w:tc>
          <w:tcPr>
            <w:tcW w:type="dxa" w:w="3240"/>
            <w:tcMar>
              <w:top w:w="95" w:type="dxa"/>
              <w:start w:w="95" w:type="dxa"/>
              <w:bottom w:w="95" w:type="dxa"/>
              <w:end w:w="95" w:type="dxa"/>
            </w:tcMar>
            <w:vAlign w:val="center"/>
            <w:shd w:fill="F4F7FA"/>
          </w:tcPr>
          <w:p>
            <w:pPr>
              <w:spacing w:after="20" w:line="240" w:lineRule="auto"/>
            </w:pPr>
            <w:r>
              <w:rPr>
                <w:sz w:val="18"/>
              </w:rPr>
              <w:t>Reference number</w:t>
            </w:r>
          </w:p>
        </w:tc>
        <w:tc>
          <w:tcPr>
            <w:tcW w:type="dxa" w:w="6696"/>
            <w:tcMar>
              <w:top w:w="95" w:type="dxa"/>
              <w:start w:w="95" w:type="dxa"/>
              <w:bottom w:w="95" w:type="dxa"/>
              <w:end w:w="95" w:type="dxa"/>
            </w:tcMar>
            <w:vAlign w:val="center"/>
            <w:shd w:fill="F4F7FA"/>
          </w:tcPr>
          <w:p>
            <w:pPr>
              <w:spacing w:after="20" w:line="240" w:lineRule="auto"/>
            </w:pPr>
            <w:r>
              <w:rPr>
                <w:sz w:val="18"/>
              </w:rPr>
            </w:r>
          </w:p>
        </w:tc>
      </w:tr>
      <w:tr>
        <w:trPr>
          <w:cantSplit/>
        </w:trPr>
        <w:tc>
          <w:tcPr>
            <w:tcW w:type="dxa" w:w="3240"/>
            <w:tcMar>
              <w:top w:w="95" w:type="dxa"/>
              <w:start w:w="95" w:type="dxa"/>
              <w:bottom w:w="95" w:type="dxa"/>
              <w:end w:w="95" w:type="dxa"/>
            </w:tcMar>
            <w:vAlign w:val="center"/>
          </w:tcPr>
          <w:p>
            <w:pPr>
              <w:spacing w:after="20" w:line="240" w:lineRule="auto"/>
            </w:pPr>
            <w:r>
              <w:rPr>
                <w:sz w:val="18"/>
              </w:rPr>
              <w:t>Date of decision</w:t>
            </w:r>
          </w:p>
        </w:tc>
        <w:tc>
          <w:tcPr>
            <w:tcW w:type="dxa" w:w="6696"/>
            <w:tcMar>
              <w:top w:w="95" w:type="dxa"/>
              <w:start w:w="95" w:type="dxa"/>
              <w:bottom w:w="95" w:type="dxa"/>
              <w:end w:w="95" w:type="dxa"/>
            </w:tcMar>
            <w:vAlign w:val="center"/>
          </w:tcPr>
          <w:p>
            <w:pPr>
              <w:spacing w:after="20" w:line="240" w:lineRule="auto"/>
            </w:pPr>
            <w:r>
              <w:rPr>
                <w:sz w:val="18"/>
              </w:rPr>
            </w:r>
          </w:p>
        </w:tc>
      </w:tr>
      <w:tr>
        <w:trPr>
          <w:cantSplit/>
        </w:trPr>
        <w:tc>
          <w:tcPr>
            <w:tcW w:type="dxa" w:w="3240"/>
            <w:tcMar>
              <w:top w:w="95" w:type="dxa"/>
              <w:start w:w="95" w:type="dxa"/>
              <w:bottom w:w="95" w:type="dxa"/>
              <w:end w:w="95" w:type="dxa"/>
            </w:tcMar>
            <w:vAlign w:val="center"/>
            <w:shd w:fill="F4F7FA"/>
          </w:tcPr>
          <w:p>
            <w:pPr>
              <w:spacing w:after="20" w:line="240" w:lineRule="auto"/>
            </w:pPr>
            <w:r>
              <w:rPr>
                <w:sz w:val="18"/>
              </w:rPr>
              <w:t>Role expected from declarant</w:t>
            </w:r>
          </w:p>
        </w:tc>
        <w:tc>
          <w:tcPr>
            <w:tcW w:type="dxa" w:w="6696"/>
            <w:tcMar>
              <w:top w:w="95" w:type="dxa"/>
              <w:start w:w="95" w:type="dxa"/>
              <w:bottom w:w="95" w:type="dxa"/>
              <w:end w:w="95" w:type="dxa"/>
            </w:tcMar>
            <w:vAlign w:val="center"/>
            <w:shd w:fill="F4F7FA"/>
          </w:tcPr>
          <w:p>
            <w:pPr>
              <w:spacing w:after="20" w:line="240" w:lineRule="auto"/>
            </w:pPr>
            <w:r>
              <w:rPr>
                <w:sz w:val="18"/>
              </w:rPr>
            </w:r>
          </w:p>
        </w:tc>
      </w:tr>
      <w:tr>
        <w:trPr>
          <w:cantSplit/>
        </w:trPr>
        <w:tc>
          <w:tcPr>
            <w:tcW w:type="dxa" w:w="3240"/>
            <w:tcMar>
              <w:top w:w="95" w:type="dxa"/>
              <w:start w:w="95" w:type="dxa"/>
              <w:bottom w:w="95" w:type="dxa"/>
              <w:end w:w="95" w:type="dxa"/>
            </w:tcMar>
            <w:vAlign w:val="center"/>
          </w:tcPr>
          <w:p>
            <w:pPr>
              <w:spacing w:after="20" w:line="240" w:lineRule="auto"/>
            </w:pPr>
            <w:r>
              <w:rPr>
                <w:sz w:val="18"/>
              </w:rPr>
              <w:t>People or parties affected</w:t>
            </w:r>
          </w:p>
        </w:tc>
        <w:tc>
          <w:tcPr>
            <w:tcW w:type="dxa" w:w="6696"/>
            <w:tcMar>
              <w:top w:w="95" w:type="dxa"/>
              <w:start w:w="95" w:type="dxa"/>
              <w:bottom w:w="95" w:type="dxa"/>
              <w:end w:w="95" w:type="dxa"/>
            </w:tcMar>
            <w:vAlign w:val="center"/>
          </w:tcPr>
          <w:p>
            <w:pPr>
              <w:spacing w:after="20" w:line="240" w:lineRule="auto"/>
            </w:pPr>
            <w:r>
              <w:rPr>
                <w:sz w:val="18"/>
              </w:rPr>
            </w:r>
          </w:p>
        </w:tc>
      </w:tr>
      <w:tr>
        <w:trPr>
          <w:cantSplit/>
        </w:trPr>
        <w:tc>
          <w:tcPr>
            <w:tcW w:type="dxa" w:w="3240"/>
            <w:tcMar>
              <w:top w:w="95" w:type="dxa"/>
              <w:start w:w="95" w:type="dxa"/>
              <w:bottom w:w="95" w:type="dxa"/>
              <w:end w:w="95" w:type="dxa"/>
            </w:tcMar>
            <w:vAlign w:val="center"/>
            <w:shd w:fill="F4F7FA"/>
          </w:tcPr>
          <w:p>
            <w:pPr>
              <w:spacing w:after="20" w:line="240" w:lineRule="auto"/>
            </w:pPr>
            <w:r>
              <w:rPr>
                <w:sz w:val="18"/>
              </w:rPr>
              <w:t>Deadline</w:t>
            </w:r>
          </w:p>
        </w:tc>
        <w:tc>
          <w:tcPr>
            <w:tcW w:type="dxa" w:w="6696"/>
            <w:tcMar>
              <w:top w:w="95" w:type="dxa"/>
              <w:start w:w="95" w:type="dxa"/>
              <w:bottom w:w="95" w:type="dxa"/>
              <w:end w:w="95" w:type="dxa"/>
            </w:tcMar>
            <w:vAlign w:val="center"/>
            <w:shd w:fill="F4F7FA"/>
          </w:tcPr>
          <w:p>
            <w:pPr>
              <w:spacing w:after="20" w:line="240" w:lineRule="auto"/>
            </w:pPr>
            <w:r>
              <w:rPr>
                <w:sz w:val="18"/>
              </w:rPr>
            </w:r>
          </w:p>
        </w:tc>
      </w:tr>
      <w:tr>
        <w:trPr>
          <w:cantSplit/>
        </w:trPr>
        <w:tc>
          <w:tcPr>
            <w:tcW w:type="dxa" w:w="3240"/>
            <w:tcMar>
              <w:top w:w="95" w:type="dxa"/>
              <w:start w:w="95" w:type="dxa"/>
              <w:bottom w:w="95" w:type="dxa"/>
              <w:end w:w="95" w:type="dxa"/>
            </w:tcMar>
            <w:vAlign w:val="center"/>
          </w:tcPr>
          <w:p>
            <w:pPr>
              <w:spacing w:after="20" w:line="240" w:lineRule="auto"/>
            </w:pPr>
            <w:r>
              <w:rPr>
                <w:sz w:val="18"/>
              </w:rPr>
              <w:t>Has participation already begun</w:t>
            </w:r>
          </w:p>
        </w:tc>
        <w:tc>
          <w:tcPr>
            <w:tcW w:type="dxa" w:w="6696"/>
            <w:tcMar>
              <w:top w:w="95" w:type="dxa"/>
              <w:start w:w="95" w:type="dxa"/>
              <w:bottom w:w="95" w:type="dxa"/>
              <w:end w:w="95" w:type="dxa"/>
            </w:tcMar>
            <w:vAlign w:val="center"/>
          </w:tcPr>
          <w:p>
            <w:pPr>
              <w:spacing w:after="20" w:line="240" w:lineRule="auto"/>
            </w:pPr>
            <w:r>
              <w:rPr>
                <w:sz w:val="18"/>
              </w:rPr>
            </w:r>
          </w:p>
        </w:tc>
      </w:tr>
      <w:tr>
        <w:trPr>
          <w:cantSplit/>
        </w:trPr>
        <w:tc>
          <w:tcPr>
            <w:tcW w:type="dxa" w:w="3240"/>
            <w:tcMar>
              <w:top w:w="95" w:type="dxa"/>
              <w:start w:w="95" w:type="dxa"/>
              <w:bottom w:w="95" w:type="dxa"/>
              <w:end w:w="95" w:type="dxa"/>
            </w:tcMar>
            <w:vAlign w:val="center"/>
            <w:shd w:fill="F4F7FA"/>
          </w:tcPr>
          <w:p>
            <w:pPr>
              <w:spacing w:after="20" w:line="240" w:lineRule="auto"/>
            </w:pPr>
            <w:r>
              <w:rPr>
                <w:sz w:val="18"/>
              </w:rPr>
              <w:t>Immediate safeguard taken</w:t>
            </w:r>
          </w:p>
        </w:tc>
        <w:tc>
          <w:tcPr>
            <w:tcW w:type="dxa" w:w="6696"/>
            <w:tcMar>
              <w:top w:w="95" w:type="dxa"/>
              <w:start w:w="95" w:type="dxa"/>
              <w:bottom w:w="95" w:type="dxa"/>
              <w:end w:w="95" w:type="dxa"/>
            </w:tcMar>
            <w:vAlign w:val="center"/>
            <w:shd w:fill="F4F7FA"/>
          </w:tcPr>
          <w:p>
            <w:pPr>
              <w:spacing w:after="20" w:line="240" w:lineRule="auto"/>
            </w:pPr>
            <w:r>
              <w:rPr>
                <w:sz w:val="18"/>
              </w:rPr>
            </w:r>
          </w:p>
        </w:tc>
      </w:tr>
    </w:tbl>
    <w:p>
      <w:pPr>
        <w:spacing w:after="20"/>
      </w:pPr>
    </w:p>
    <w:p>
      <w:pPr>
        <w:pStyle w:val="Heading1"/>
      </w:pPr>
      <w:r>
        <w:t>Section 2 Interests and Relationships Questionnaire</w:t>
      </w:r>
    </w:p>
    <w:p>
      <w:pPr>
        <w:pStyle w:val="Heading2"/>
      </w:pPr>
      <w:r>
        <w:t>2.1 Ownership and Financial Interests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704"/>
        <w:gridCol w:w="1704"/>
        <w:gridCol w:w="1704"/>
        <w:gridCol w:w="1704"/>
        <w:gridCol w:w="1704"/>
        <w:gridCol w:w="1704"/>
      </w:tblGrid>
      <w:tr>
        <w:trPr>
          <w:tblHeader w:val="true"/>
          <w:cantSplit/>
        </w:trPr>
        <w:tc>
          <w:tcPr>
            <w:tcW w:type="dxa" w:w="576"/>
            <w:shd w:fill="17365D"/>
            <w:tcMar>
              <w:top w:w="95" w:type="dxa"/>
              <w:start w:w="95" w:type="dxa"/>
              <w:bottom w:w="95" w:type="dxa"/>
              <w:end w:w="95" w:type="dxa"/>
            </w:tcMar>
            <w:vAlign w:val="center"/>
          </w:tcPr>
          <w:p>
            <w:r>
              <w:rPr>
                <w:b/>
                <w:color w:val="FFFFFF"/>
                <w:sz w:val="14"/>
              </w:rPr>
              <w:t>No.</w:t>
            </w:r>
          </w:p>
        </w:tc>
        <w:tc>
          <w:tcPr>
            <w:tcW w:type="dxa" w:w="5544"/>
            <w:shd w:fill="17365D"/>
            <w:tcMar>
              <w:top w:w="95" w:type="dxa"/>
              <w:start w:w="95" w:type="dxa"/>
              <w:bottom w:w="95" w:type="dxa"/>
              <w:end w:w="95" w:type="dxa"/>
            </w:tcMar>
            <w:vAlign w:val="center"/>
          </w:tcPr>
          <w:p>
            <w:r>
              <w:rPr>
                <w:b/>
                <w:color w:val="FFFFFF"/>
                <w:sz w:val="14"/>
              </w:rPr>
              <w:t>Declaration question</w:t>
            </w:r>
          </w:p>
        </w:tc>
        <w:tc>
          <w:tcPr>
            <w:tcW w:type="dxa" w:w="648"/>
            <w:shd w:fill="17365D"/>
            <w:tcMar>
              <w:top w:w="95" w:type="dxa"/>
              <w:start w:w="95" w:type="dxa"/>
              <w:bottom w:w="95" w:type="dxa"/>
              <w:end w:w="95" w:type="dxa"/>
            </w:tcMar>
            <w:vAlign w:val="center"/>
          </w:tcPr>
          <w:p>
            <w:r>
              <w:rPr>
                <w:b/>
                <w:color w:val="FFFFFF"/>
                <w:sz w:val="14"/>
              </w:rPr>
              <w:t>Yes</w:t>
            </w:r>
          </w:p>
        </w:tc>
        <w:tc>
          <w:tcPr>
            <w:tcW w:type="dxa" w:w="648"/>
            <w:shd w:fill="17365D"/>
            <w:tcMar>
              <w:top w:w="95" w:type="dxa"/>
              <w:start w:w="95" w:type="dxa"/>
              <w:bottom w:w="95" w:type="dxa"/>
              <w:end w:w="95" w:type="dxa"/>
            </w:tcMar>
            <w:vAlign w:val="center"/>
          </w:tcPr>
          <w:p>
            <w:r>
              <w:rPr>
                <w:b/>
                <w:color w:val="FFFFFF"/>
                <w:sz w:val="14"/>
              </w:rPr>
              <w:t>No</w:t>
            </w:r>
          </w:p>
        </w:tc>
        <w:tc>
          <w:tcPr>
            <w:tcW w:type="dxa" w:w="792"/>
            <w:shd w:fill="17365D"/>
            <w:tcMar>
              <w:top w:w="95" w:type="dxa"/>
              <w:start w:w="95" w:type="dxa"/>
              <w:bottom w:w="95" w:type="dxa"/>
              <w:end w:w="95" w:type="dxa"/>
            </w:tcMar>
            <w:vAlign w:val="center"/>
          </w:tcPr>
          <w:p>
            <w:r>
              <w:rPr>
                <w:b/>
                <w:color w:val="FFFFFF"/>
                <w:sz w:val="14"/>
              </w:rPr>
              <w:t>Unsure</w:t>
            </w:r>
          </w:p>
        </w:tc>
        <w:tc>
          <w:tcPr>
            <w:tcW w:type="dxa" w:w="1728"/>
            <w:shd w:fill="17365D"/>
            <w:tcMar>
              <w:top w:w="95" w:type="dxa"/>
              <w:start w:w="95" w:type="dxa"/>
              <w:bottom w:w="95" w:type="dxa"/>
              <w:end w:w="95" w:type="dxa"/>
            </w:tcMar>
            <w:vAlign w:val="center"/>
          </w:tcPr>
          <w:p>
            <w:r>
              <w:rPr>
                <w:b/>
                <w:color w:val="FFFFFF"/>
                <w:sz w:val="14"/>
              </w:rPr>
              <w:t>Details or reference</w:t>
            </w:r>
          </w:p>
        </w:tc>
      </w:tr>
      <w:tr>
        <w:trPr>
          <w:cantSplit/>
        </w:trPr>
        <w:tc>
          <w:tcPr>
            <w:tcW w:type="dxa" w:w="576"/>
            <w:tcMar>
              <w:top w:w="95" w:type="dxa"/>
              <w:start w:w="95" w:type="dxa"/>
              <w:bottom w:w="95" w:type="dxa"/>
              <w:end w:w="95" w:type="dxa"/>
            </w:tcMar>
            <w:vAlign w:val="center"/>
          </w:tcPr>
          <w:p>
            <w:pPr>
              <w:spacing w:after="20" w:line="240" w:lineRule="auto"/>
            </w:pPr>
            <w:r>
              <w:rPr>
                <w:sz w:val="14"/>
              </w:rPr>
              <w:t>1</w:t>
            </w:r>
          </w:p>
        </w:tc>
        <w:tc>
          <w:tcPr>
            <w:tcW w:type="dxa" w:w="5544"/>
            <w:tcMar>
              <w:top w:w="95" w:type="dxa"/>
              <w:start w:w="95" w:type="dxa"/>
              <w:bottom w:w="95" w:type="dxa"/>
              <w:end w:w="95" w:type="dxa"/>
            </w:tcMar>
            <w:vAlign w:val="center"/>
          </w:tcPr>
          <w:p>
            <w:pPr>
              <w:spacing w:after="20" w:line="240" w:lineRule="auto"/>
            </w:pPr>
            <w:r>
              <w:rPr>
                <w:sz w:val="14"/>
              </w:rPr>
              <w:t>Do you own, control or beneficially hold shares, securities, partnership interests or another stake in an entity that deals or may deal with the organisation?</w:t>
            </w:r>
          </w:p>
        </w:tc>
        <w:tc>
          <w:tcPr>
            <w:tcW w:type="dxa" w:w="648"/>
            <w:tcMar>
              <w:top w:w="95" w:type="dxa"/>
              <w:start w:w="95" w:type="dxa"/>
              <w:bottom w:w="95" w:type="dxa"/>
              <w:end w:w="95" w:type="dxa"/>
            </w:tcMar>
            <w:vAlign w:val="center"/>
          </w:tcPr>
          <w:p>
            <w:pPr>
              <w:spacing w:after="20" w:line="240" w:lineRule="auto"/>
            </w:pPr>
            <w:r>
              <w:rPr>
                <w:sz w:val="14"/>
              </w:rPr>
              <w:t>☐</w:t>
            </w:r>
          </w:p>
        </w:tc>
        <w:tc>
          <w:tcPr>
            <w:tcW w:type="dxa" w:w="648"/>
            <w:tcMar>
              <w:top w:w="95" w:type="dxa"/>
              <w:start w:w="95" w:type="dxa"/>
              <w:bottom w:w="95" w:type="dxa"/>
              <w:end w:w="95" w:type="dxa"/>
            </w:tcMar>
            <w:vAlign w:val="center"/>
          </w:tcPr>
          <w:p>
            <w:pPr>
              <w:spacing w:after="20" w:line="240" w:lineRule="auto"/>
            </w:pPr>
            <w:r>
              <w:rPr>
                <w:sz w:val="14"/>
              </w:rPr>
              <w:t>☐</w:t>
            </w:r>
          </w:p>
        </w:tc>
        <w:tc>
          <w:tcPr>
            <w:tcW w:type="dxa" w:w="792"/>
            <w:tcMar>
              <w:top w:w="95" w:type="dxa"/>
              <w:start w:w="95" w:type="dxa"/>
              <w:bottom w:w="95" w:type="dxa"/>
              <w:end w:w="95" w:type="dxa"/>
            </w:tcMar>
            <w:vAlign w:val="center"/>
          </w:tcPr>
          <w:p>
            <w:pPr>
              <w:spacing w:after="20" w:line="240" w:lineRule="auto"/>
            </w:pPr>
            <w:r>
              <w:rPr>
                <w:sz w:val="14"/>
              </w:rPr>
              <w:t>☐</w:t>
            </w:r>
          </w:p>
        </w:tc>
        <w:tc>
          <w:tcPr>
            <w:tcW w:type="dxa" w:w="1728"/>
            <w:tcMar>
              <w:top w:w="95" w:type="dxa"/>
              <w:start w:w="95" w:type="dxa"/>
              <w:bottom w:w="95" w:type="dxa"/>
              <w:end w:w="95" w:type="dxa"/>
            </w:tcMar>
            <w:vAlign w:val="center"/>
          </w:tcPr>
          <w:p>
            <w:pPr>
              <w:spacing w:after="20" w:line="240" w:lineRule="auto"/>
            </w:pPr>
            <w:r>
              <w:rPr>
                <w:sz w:val="14"/>
              </w:rPr>
            </w:r>
          </w:p>
        </w:tc>
      </w:tr>
      <w:tr>
        <w:trPr>
          <w:cantSplit/>
        </w:trPr>
        <w:tc>
          <w:tcPr>
            <w:tcW w:type="dxa" w:w="576"/>
            <w:tcMar>
              <w:top w:w="95" w:type="dxa"/>
              <w:start w:w="95" w:type="dxa"/>
              <w:bottom w:w="95" w:type="dxa"/>
              <w:end w:w="95" w:type="dxa"/>
            </w:tcMar>
            <w:vAlign w:val="center"/>
            <w:shd w:fill="F4F7FA"/>
          </w:tcPr>
          <w:p>
            <w:pPr>
              <w:spacing w:after="20" w:line="240" w:lineRule="auto"/>
            </w:pPr>
            <w:r>
              <w:rPr>
                <w:sz w:val="14"/>
              </w:rPr>
              <w:t>2</w:t>
            </w:r>
          </w:p>
        </w:tc>
        <w:tc>
          <w:tcPr>
            <w:tcW w:type="dxa" w:w="5544"/>
            <w:tcMar>
              <w:top w:w="95" w:type="dxa"/>
              <w:start w:w="95" w:type="dxa"/>
              <w:bottom w:w="95" w:type="dxa"/>
              <w:end w:w="95" w:type="dxa"/>
            </w:tcMar>
            <w:vAlign w:val="center"/>
            <w:shd w:fill="F4F7FA"/>
          </w:tcPr>
          <w:p>
            <w:pPr>
              <w:spacing w:after="20" w:line="240" w:lineRule="auto"/>
            </w:pPr>
            <w:r>
              <w:rPr>
                <w:sz w:val="14"/>
              </w:rPr>
              <w:t>Do you have a right to profit, commission, success fee, dividend, bonus or other benefit linked to an organisational decision?</w:t>
            </w:r>
          </w:p>
        </w:tc>
        <w:tc>
          <w:tcPr>
            <w:tcW w:type="dxa" w:w="648"/>
            <w:tcMar>
              <w:top w:w="95" w:type="dxa"/>
              <w:start w:w="95" w:type="dxa"/>
              <w:bottom w:w="95" w:type="dxa"/>
              <w:end w:w="95" w:type="dxa"/>
            </w:tcMar>
            <w:vAlign w:val="center"/>
            <w:shd w:fill="F4F7FA"/>
          </w:tcPr>
          <w:p>
            <w:pPr>
              <w:spacing w:after="20" w:line="240" w:lineRule="auto"/>
            </w:pPr>
            <w:r>
              <w:rPr>
                <w:sz w:val="14"/>
              </w:rPr>
              <w:t>☐</w:t>
            </w:r>
          </w:p>
        </w:tc>
        <w:tc>
          <w:tcPr>
            <w:tcW w:type="dxa" w:w="648"/>
            <w:tcMar>
              <w:top w:w="95" w:type="dxa"/>
              <w:start w:w="95" w:type="dxa"/>
              <w:bottom w:w="95" w:type="dxa"/>
              <w:end w:w="95" w:type="dxa"/>
            </w:tcMar>
            <w:vAlign w:val="center"/>
            <w:shd w:fill="F4F7FA"/>
          </w:tcPr>
          <w:p>
            <w:pPr>
              <w:spacing w:after="20" w:line="240" w:lineRule="auto"/>
            </w:pPr>
            <w:r>
              <w:rPr>
                <w:sz w:val="14"/>
              </w:rPr>
              <w:t>☐</w:t>
            </w:r>
          </w:p>
        </w:tc>
        <w:tc>
          <w:tcPr>
            <w:tcW w:type="dxa" w:w="792"/>
            <w:tcMar>
              <w:top w:w="95" w:type="dxa"/>
              <w:start w:w="95" w:type="dxa"/>
              <w:bottom w:w="95" w:type="dxa"/>
              <w:end w:w="95" w:type="dxa"/>
            </w:tcMar>
            <w:vAlign w:val="center"/>
            <w:shd w:fill="F4F7FA"/>
          </w:tcPr>
          <w:p>
            <w:pPr>
              <w:spacing w:after="20" w:line="240" w:lineRule="auto"/>
            </w:pPr>
            <w:r>
              <w:rPr>
                <w:sz w:val="14"/>
              </w:rPr>
              <w:t>☐</w:t>
            </w:r>
          </w:p>
        </w:tc>
        <w:tc>
          <w:tcPr>
            <w:tcW w:type="dxa" w:w="1728"/>
            <w:tcMar>
              <w:top w:w="95" w:type="dxa"/>
              <w:start w:w="95" w:type="dxa"/>
              <w:bottom w:w="95" w:type="dxa"/>
              <w:end w:w="95" w:type="dxa"/>
            </w:tcMar>
            <w:vAlign w:val="center"/>
            <w:shd w:fill="F4F7FA"/>
          </w:tcPr>
          <w:p>
            <w:pPr>
              <w:spacing w:after="20" w:line="240" w:lineRule="auto"/>
            </w:pPr>
            <w:r>
              <w:rPr>
                <w:sz w:val="14"/>
              </w:rPr>
            </w:r>
          </w:p>
        </w:tc>
      </w:tr>
      <w:tr>
        <w:trPr>
          <w:cantSplit/>
        </w:trPr>
        <w:tc>
          <w:tcPr>
            <w:tcW w:type="dxa" w:w="576"/>
            <w:tcMar>
              <w:top w:w="95" w:type="dxa"/>
              <w:start w:w="95" w:type="dxa"/>
              <w:bottom w:w="95" w:type="dxa"/>
              <w:end w:w="95" w:type="dxa"/>
            </w:tcMar>
            <w:vAlign w:val="center"/>
          </w:tcPr>
          <w:p>
            <w:pPr>
              <w:spacing w:after="20" w:line="240" w:lineRule="auto"/>
            </w:pPr>
            <w:r>
              <w:rPr>
                <w:sz w:val="14"/>
              </w:rPr>
              <w:t>3</w:t>
            </w:r>
          </w:p>
        </w:tc>
        <w:tc>
          <w:tcPr>
            <w:tcW w:type="dxa" w:w="5544"/>
            <w:tcMar>
              <w:top w:w="95" w:type="dxa"/>
              <w:start w:w="95" w:type="dxa"/>
              <w:bottom w:w="95" w:type="dxa"/>
              <w:end w:w="95" w:type="dxa"/>
            </w:tcMar>
            <w:vAlign w:val="center"/>
          </w:tcPr>
          <w:p>
            <w:pPr>
              <w:spacing w:after="20" w:line="240" w:lineRule="auto"/>
            </w:pPr>
            <w:r>
              <w:rPr>
                <w:sz w:val="14"/>
              </w:rPr>
              <w:t>Have you lent money to, borrowed from, guaranteed for or entered a significant financial arrangement with a relevant person or entity?</w:t>
            </w:r>
          </w:p>
        </w:tc>
        <w:tc>
          <w:tcPr>
            <w:tcW w:type="dxa" w:w="648"/>
            <w:tcMar>
              <w:top w:w="95" w:type="dxa"/>
              <w:start w:w="95" w:type="dxa"/>
              <w:bottom w:w="95" w:type="dxa"/>
              <w:end w:w="95" w:type="dxa"/>
            </w:tcMar>
            <w:vAlign w:val="center"/>
          </w:tcPr>
          <w:p>
            <w:pPr>
              <w:spacing w:after="20" w:line="240" w:lineRule="auto"/>
            </w:pPr>
            <w:r>
              <w:rPr>
                <w:sz w:val="14"/>
              </w:rPr>
              <w:t>☐</w:t>
            </w:r>
          </w:p>
        </w:tc>
        <w:tc>
          <w:tcPr>
            <w:tcW w:type="dxa" w:w="648"/>
            <w:tcMar>
              <w:top w:w="95" w:type="dxa"/>
              <w:start w:w="95" w:type="dxa"/>
              <w:bottom w:w="95" w:type="dxa"/>
              <w:end w:w="95" w:type="dxa"/>
            </w:tcMar>
            <w:vAlign w:val="center"/>
          </w:tcPr>
          <w:p>
            <w:pPr>
              <w:spacing w:after="20" w:line="240" w:lineRule="auto"/>
            </w:pPr>
            <w:r>
              <w:rPr>
                <w:sz w:val="14"/>
              </w:rPr>
              <w:t>☐</w:t>
            </w:r>
          </w:p>
        </w:tc>
        <w:tc>
          <w:tcPr>
            <w:tcW w:type="dxa" w:w="792"/>
            <w:tcMar>
              <w:top w:w="95" w:type="dxa"/>
              <w:start w:w="95" w:type="dxa"/>
              <w:bottom w:w="95" w:type="dxa"/>
              <w:end w:w="95" w:type="dxa"/>
            </w:tcMar>
            <w:vAlign w:val="center"/>
          </w:tcPr>
          <w:p>
            <w:pPr>
              <w:spacing w:after="20" w:line="240" w:lineRule="auto"/>
            </w:pPr>
            <w:r>
              <w:rPr>
                <w:sz w:val="14"/>
              </w:rPr>
              <w:t>☐</w:t>
            </w:r>
          </w:p>
        </w:tc>
        <w:tc>
          <w:tcPr>
            <w:tcW w:type="dxa" w:w="1728"/>
            <w:tcMar>
              <w:top w:w="95" w:type="dxa"/>
              <w:start w:w="95" w:type="dxa"/>
              <w:bottom w:w="95" w:type="dxa"/>
              <w:end w:w="95" w:type="dxa"/>
            </w:tcMar>
            <w:vAlign w:val="center"/>
          </w:tcPr>
          <w:p>
            <w:pPr>
              <w:spacing w:after="20" w:line="240" w:lineRule="auto"/>
            </w:pPr>
            <w:r>
              <w:rPr>
                <w:sz w:val="14"/>
              </w:rPr>
            </w:r>
          </w:p>
        </w:tc>
      </w:tr>
      <w:tr>
        <w:trPr>
          <w:cantSplit/>
        </w:trPr>
        <w:tc>
          <w:tcPr>
            <w:tcW w:type="dxa" w:w="576"/>
            <w:tcMar>
              <w:top w:w="95" w:type="dxa"/>
              <w:start w:w="95" w:type="dxa"/>
              <w:bottom w:w="95" w:type="dxa"/>
              <w:end w:w="95" w:type="dxa"/>
            </w:tcMar>
            <w:vAlign w:val="center"/>
            <w:shd w:fill="F4F7FA"/>
          </w:tcPr>
          <w:p>
            <w:pPr>
              <w:spacing w:after="20" w:line="240" w:lineRule="auto"/>
            </w:pPr>
            <w:r>
              <w:rPr>
                <w:sz w:val="14"/>
              </w:rPr>
              <w:t>4</w:t>
            </w:r>
          </w:p>
        </w:tc>
        <w:tc>
          <w:tcPr>
            <w:tcW w:type="dxa" w:w="5544"/>
            <w:tcMar>
              <w:top w:w="95" w:type="dxa"/>
              <w:start w:w="95" w:type="dxa"/>
              <w:bottom w:w="95" w:type="dxa"/>
              <w:end w:w="95" w:type="dxa"/>
            </w:tcMar>
            <w:vAlign w:val="center"/>
            <w:shd w:fill="F4F7FA"/>
          </w:tcPr>
          <w:p>
            <w:pPr>
              <w:spacing w:after="20" w:line="240" w:lineRule="auto"/>
            </w:pPr>
            <w:r>
              <w:rPr>
                <w:sz w:val="14"/>
              </w:rPr>
              <w:t>Do you own property, intellectual property or another asset that may be affected by an organisational decision?</w:t>
            </w:r>
          </w:p>
        </w:tc>
        <w:tc>
          <w:tcPr>
            <w:tcW w:type="dxa" w:w="648"/>
            <w:tcMar>
              <w:top w:w="95" w:type="dxa"/>
              <w:start w:w="95" w:type="dxa"/>
              <w:bottom w:w="95" w:type="dxa"/>
              <w:end w:w="95" w:type="dxa"/>
            </w:tcMar>
            <w:vAlign w:val="center"/>
            <w:shd w:fill="F4F7FA"/>
          </w:tcPr>
          <w:p>
            <w:pPr>
              <w:spacing w:after="20" w:line="240" w:lineRule="auto"/>
            </w:pPr>
            <w:r>
              <w:rPr>
                <w:sz w:val="14"/>
              </w:rPr>
              <w:t>☐</w:t>
            </w:r>
          </w:p>
        </w:tc>
        <w:tc>
          <w:tcPr>
            <w:tcW w:type="dxa" w:w="648"/>
            <w:tcMar>
              <w:top w:w="95" w:type="dxa"/>
              <w:start w:w="95" w:type="dxa"/>
              <w:bottom w:w="95" w:type="dxa"/>
              <w:end w:w="95" w:type="dxa"/>
            </w:tcMar>
            <w:vAlign w:val="center"/>
            <w:shd w:fill="F4F7FA"/>
          </w:tcPr>
          <w:p>
            <w:pPr>
              <w:spacing w:after="20" w:line="240" w:lineRule="auto"/>
            </w:pPr>
            <w:r>
              <w:rPr>
                <w:sz w:val="14"/>
              </w:rPr>
              <w:t>☐</w:t>
            </w:r>
          </w:p>
        </w:tc>
        <w:tc>
          <w:tcPr>
            <w:tcW w:type="dxa" w:w="792"/>
            <w:tcMar>
              <w:top w:w="95" w:type="dxa"/>
              <w:start w:w="95" w:type="dxa"/>
              <w:bottom w:w="95" w:type="dxa"/>
              <w:end w:w="95" w:type="dxa"/>
            </w:tcMar>
            <w:vAlign w:val="center"/>
            <w:shd w:fill="F4F7FA"/>
          </w:tcPr>
          <w:p>
            <w:pPr>
              <w:spacing w:after="20" w:line="240" w:lineRule="auto"/>
            </w:pPr>
            <w:r>
              <w:rPr>
                <w:sz w:val="14"/>
              </w:rPr>
              <w:t>☐</w:t>
            </w:r>
          </w:p>
        </w:tc>
        <w:tc>
          <w:tcPr>
            <w:tcW w:type="dxa" w:w="1728"/>
            <w:tcMar>
              <w:top w:w="95" w:type="dxa"/>
              <w:start w:w="95" w:type="dxa"/>
              <w:bottom w:w="95" w:type="dxa"/>
              <w:end w:w="95" w:type="dxa"/>
            </w:tcMar>
            <w:vAlign w:val="center"/>
            <w:shd w:fill="F4F7FA"/>
          </w:tcPr>
          <w:p>
            <w:pPr>
              <w:spacing w:after="20" w:line="240" w:lineRule="auto"/>
            </w:pPr>
            <w:r>
              <w:rPr>
                <w:sz w:val="14"/>
              </w:rPr>
            </w:r>
          </w:p>
        </w:tc>
      </w:tr>
      <w:tr>
        <w:trPr>
          <w:cantSplit/>
        </w:trPr>
        <w:tc>
          <w:tcPr>
            <w:tcW w:type="dxa" w:w="576"/>
            <w:tcMar>
              <w:top w:w="95" w:type="dxa"/>
              <w:start w:w="95" w:type="dxa"/>
              <w:bottom w:w="95" w:type="dxa"/>
              <w:end w:w="95" w:type="dxa"/>
            </w:tcMar>
            <w:vAlign w:val="center"/>
          </w:tcPr>
          <w:p>
            <w:pPr>
              <w:spacing w:after="20" w:line="240" w:lineRule="auto"/>
            </w:pPr>
            <w:r>
              <w:rPr>
                <w:sz w:val="14"/>
              </w:rPr>
              <w:t>5</w:t>
            </w:r>
          </w:p>
        </w:tc>
        <w:tc>
          <w:tcPr>
            <w:tcW w:type="dxa" w:w="5544"/>
            <w:tcMar>
              <w:top w:w="95" w:type="dxa"/>
              <w:start w:w="95" w:type="dxa"/>
              <w:bottom w:w="95" w:type="dxa"/>
              <w:end w:w="95" w:type="dxa"/>
            </w:tcMar>
            <w:vAlign w:val="center"/>
          </w:tcPr>
          <w:p>
            <w:pPr>
              <w:spacing w:after="20" w:line="240" w:lineRule="auto"/>
            </w:pPr>
            <w:r>
              <w:rPr>
                <w:sz w:val="14"/>
              </w:rPr>
              <w:t>Do you have a financial interest through a trust, nominee, controlled company or another indirect arrangement?</w:t>
            </w:r>
          </w:p>
        </w:tc>
        <w:tc>
          <w:tcPr>
            <w:tcW w:type="dxa" w:w="648"/>
            <w:tcMar>
              <w:top w:w="95" w:type="dxa"/>
              <w:start w:w="95" w:type="dxa"/>
              <w:bottom w:w="95" w:type="dxa"/>
              <w:end w:w="95" w:type="dxa"/>
            </w:tcMar>
            <w:vAlign w:val="center"/>
          </w:tcPr>
          <w:p>
            <w:pPr>
              <w:spacing w:after="20" w:line="240" w:lineRule="auto"/>
            </w:pPr>
            <w:r>
              <w:rPr>
                <w:sz w:val="14"/>
              </w:rPr>
              <w:t>☐</w:t>
            </w:r>
          </w:p>
        </w:tc>
        <w:tc>
          <w:tcPr>
            <w:tcW w:type="dxa" w:w="648"/>
            <w:tcMar>
              <w:top w:w="95" w:type="dxa"/>
              <w:start w:w="95" w:type="dxa"/>
              <w:bottom w:w="95" w:type="dxa"/>
              <w:end w:w="95" w:type="dxa"/>
            </w:tcMar>
            <w:vAlign w:val="center"/>
          </w:tcPr>
          <w:p>
            <w:pPr>
              <w:spacing w:after="20" w:line="240" w:lineRule="auto"/>
            </w:pPr>
            <w:r>
              <w:rPr>
                <w:sz w:val="14"/>
              </w:rPr>
              <w:t>☐</w:t>
            </w:r>
          </w:p>
        </w:tc>
        <w:tc>
          <w:tcPr>
            <w:tcW w:type="dxa" w:w="792"/>
            <w:tcMar>
              <w:top w:w="95" w:type="dxa"/>
              <w:start w:w="95" w:type="dxa"/>
              <w:bottom w:w="95" w:type="dxa"/>
              <w:end w:w="95" w:type="dxa"/>
            </w:tcMar>
            <w:vAlign w:val="center"/>
          </w:tcPr>
          <w:p>
            <w:pPr>
              <w:spacing w:after="20" w:line="240" w:lineRule="auto"/>
            </w:pPr>
            <w:r>
              <w:rPr>
                <w:sz w:val="14"/>
              </w:rPr>
              <w:t>☐</w:t>
            </w:r>
          </w:p>
        </w:tc>
        <w:tc>
          <w:tcPr>
            <w:tcW w:type="dxa" w:w="1728"/>
            <w:tcMar>
              <w:top w:w="95" w:type="dxa"/>
              <w:start w:w="95" w:type="dxa"/>
              <w:bottom w:w="95" w:type="dxa"/>
              <w:end w:w="95" w:type="dxa"/>
            </w:tcMar>
            <w:vAlign w:val="center"/>
          </w:tcPr>
          <w:p>
            <w:pPr>
              <w:spacing w:after="20" w:line="240" w:lineRule="auto"/>
            </w:pPr>
            <w:r>
              <w:rPr>
                <w:sz w:val="14"/>
              </w:rPr>
            </w:r>
          </w:p>
        </w:tc>
      </w:tr>
      <w:tr>
        <w:trPr>
          <w:cantSplit/>
        </w:trPr>
        <w:tc>
          <w:tcPr>
            <w:tcW w:type="dxa" w:w="576"/>
            <w:tcMar>
              <w:top w:w="95" w:type="dxa"/>
              <w:start w:w="95" w:type="dxa"/>
              <w:bottom w:w="95" w:type="dxa"/>
              <w:end w:w="95" w:type="dxa"/>
            </w:tcMar>
            <w:vAlign w:val="center"/>
            <w:shd w:fill="F4F7FA"/>
          </w:tcPr>
          <w:p>
            <w:pPr>
              <w:spacing w:after="20" w:line="240" w:lineRule="auto"/>
            </w:pPr>
            <w:r>
              <w:rPr>
                <w:sz w:val="14"/>
              </w:rPr>
              <w:t>6</w:t>
            </w:r>
          </w:p>
        </w:tc>
        <w:tc>
          <w:tcPr>
            <w:tcW w:type="dxa" w:w="5544"/>
            <w:tcMar>
              <w:top w:w="95" w:type="dxa"/>
              <w:start w:w="95" w:type="dxa"/>
              <w:bottom w:w="95" w:type="dxa"/>
              <w:end w:w="95" w:type="dxa"/>
            </w:tcMar>
            <w:vAlign w:val="center"/>
            <w:shd w:fill="F4F7FA"/>
          </w:tcPr>
          <w:p>
            <w:pPr>
              <w:spacing w:after="20" w:line="240" w:lineRule="auto"/>
            </w:pPr>
            <w:r>
              <w:rPr>
                <w:sz w:val="14"/>
              </w:rPr>
              <w:t>Could your remuneration or performance award encourage you to favour one outcome over the organisation’s interests?</w:t>
            </w:r>
          </w:p>
        </w:tc>
        <w:tc>
          <w:tcPr>
            <w:tcW w:type="dxa" w:w="648"/>
            <w:tcMar>
              <w:top w:w="95" w:type="dxa"/>
              <w:start w:w="95" w:type="dxa"/>
              <w:bottom w:w="95" w:type="dxa"/>
              <w:end w:w="95" w:type="dxa"/>
            </w:tcMar>
            <w:vAlign w:val="center"/>
            <w:shd w:fill="F4F7FA"/>
          </w:tcPr>
          <w:p>
            <w:pPr>
              <w:spacing w:after="20" w:line="240" w:lineRule="auto"/>
            </w:pPr>
            <w:r>
              <w:rPr>
                <w:sz w:val="14"/>
              </w:rPr>
              <w:t>☐</w:t>
            </w:r>
          </w:p>
        </w:tc>
        <w:tc>
          <w:tcPr>
            <w:tcW w:type="dxa" w:w="648"/>
            <w:tcMar>
              <w:top w:w="95" w:type="dxa"/>
              <w:start w:w="95" w:type="dxa"/>
              <w:bottom w:w="95" w:type="dxa"/>
              <w:end w:w="95" w:type="dxa"/>
            </w:tcMar>
            <w:vAlign w:val="center"/>
            <w:shd w:fill="F4F7FA"/>
          </w:tcPr>
          <w:p>
            <w:pPr>
              <w:spacing w:after="20" w:line="240" w:lineRule="auto"/>
            </w:pPr>
            <w:r>
              <w:rPr>
                <w:sz w:val="14"/>
              </w:rPr>
              <w:t>☐</w:t>
            </w:r>
          </w:p>
        </w:tc>
        <w:tc>
          <w:tcPr>
            <w:tcW w:type="dxa" w:w="792"/>
            <w:tcMar>
              <w:top w:w="95" w:type="dxa"/>
              <w:start w:w="95" w:type="dxa"/>
              <w:bottom w:w="95" w:type="dxa"/>
              <w:end w:w="95" w:type="dxa"/>
            </w:tcMar>
            <w:vAlign w:val="center"/>
            <w:shd w:fill="F4F7FA"/>
          </w:tcPr>
          <w:p>
            <w:pPr>
              <w:spacing w:after="20" w:line="240" w:lineRule="auto"/>
            </w:pPr>
            <w:r>
              <w:rPr>
                <w:sz w:val="14"/>
              </w:rPr>
              <w:t>☐</w:t>
            </w:r>
          </w:p>
        </w:tc>
        <w:tc>
          <w:tcPr>
            <w:tcW w:type="dxa" w:w="1728"/>
            <w:tcMar>
              <w:top w:w="95" w:type="dxa"/>
              <w:start w:w="95" w:type="dxa"/>
              <w:bottom w:w="95" w:type="dxa"/>
              <w:end w:w="95" w:type="dxa"/>
            </w:tcMar>
            <w:vAlign w:val="center"/>
            <w:shd w:fill="F4F7FA"/>
          </w:tcPr>
          <w:p>
            <w:pPr>
              <w:spacing w:after="20" w:line="240" w:lineRule="auto"/>
            </w:pPr>
            <w:r>
              <w:rPr>
                <w:sz w:val="14"/>
              </w:rPr>
            </w:r>
          </w:p>
        </w:tc>
      </w:tr>
    </w:tbl>
    <w:p>
      <w:pPr>
        <w:spacing w:after="20"/>
      </w:pPr>
    </w:p>
    <w:p>
      <w:pPr>
        <w:pStyle w:val="Heading2"/>
      </w:pPr>
      <w:r>
        <w:t>2.2 Outside Employment and Business Activities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704"/>
        <w:gridCol w:w="1704"/>
        <w:gridCol w:w="1704"/>
        <w:gridCol w:w="1704"/>
        <w:gridCol w:w="1704"/>
        <w:gridCol w:w="1704"/>
      </w:tblGrid>
      <w:tr>
        <w:trPr>
          <w:tblHeader w:val="true"/>
          <w:cantSplit/>
        </w:trPr>
        <w:tc>
          <w:tcPr>
            <w:tcW w:type="dxa" w:w="576"/>
            <w:shd w:fill="17365D"/>
            <w:tcMar>
              <w:top w:w="95" w:type="dxa"/>
              <w:start w:w="95" w:type="dxa"/>
              <w:bottom w:w="95" w:type="dxa"/>
              <w:end w:w="95" w:type="dxa"/>
            </w:tcMar>
            <w:vAlign w:val="center"/>
          </w:tcPr>
          <w:p>
            <w:r>
              <w:rPr>
                <w:b/>
                <w:color w:val="FFFFFF"/>
                <w:sz w:val="14"/>
              </w:rPr>
              <w:t>No.</w:t>
            </w:r>
          </w:p>
        </w:tc>
        <w:tc>
          <w:tcPr>
            <w:tcW w:type="dxa" w:w="5544"/>
            <w:shd w:fill="17365D"/>
            <w:tcMar>
              <w:top w:w="95" w:type="dxa"/>
              <w:start w:w="95" w:type="dxa"/>
              <w:bottom w:w="95" w:type="dxa"/>
              <w:end w:w="95" w:type="dxa"/>
            </w:tcMar>
            <w:vAlign w:val="center"/>
          </w:tcPr>
          <w:p>
            <w:r>
              <w:rPr>
                <w:b/>
                <w:color w:val="FFFFFF"/>
                <w:sz w:val="14"/>
              </w:rPr>
              <w:t>Declaration question</w:t>
            </w:r>
          </w:p>
        </w:tc>
        <w:tc>
          <w:tcPr>
            <w:tcW w:type="dxa" w:w="648"/>
            <w:shd w:fill="17365D"/>
            <w:tcMar>
              <w:top w:w="95" w:type="dxa"/>
              <w:start w:w="95" w:type="dxa"/>
              <w:bottom w:w="95" w:type="dxa"/>
              <w:end w:w="95" w:type="dxa"/>
            </w:tcMar>
            <w:vAlign w:val="center"/>
          </w:tcPr>
          <w:p>
            <w:r>
              <w:rPr>
                <w:b/>
                <w:color w:val="FFFFFF"/>
                <w:sz w:val="14"/>
              </w:rPr>
              <w:t>Yes</w:t>
            </w:r>
          </w:p>
        </w:tc>
        <w:tc>
          <w:tcPr>
            <w:tcW w:type="dxa" w:w="648"/>
            <w:shd w:fill="17365D"/>
            <w:tcMar>
              <w:top w:w="95" w:type="dxa"/>
              <w:start w:w="95" w:type="dxa"/>
              <w:bottom w:w="95" w:type="dxa"/>
              <w:end w:w="95" w:type="dxa"/>
            </w:tcMar>
            <w:vAlign w:val="center"/>
          </w:tcPr>
          <w:p>
            <w:r>
              <w:rPr>
                <w:b/>
                <w:color w:val="FFFFFF"/>
                <w:sz w:val="14"/>
              </w:rPr>
              <w:t>No</w:t>
            </w:r>
          </w:p>
        </w:tc>
        <w:tc>
          <w:tcPr>
            <w:tcW w:type="dxa" w:w="792"/>
            <w:shd w:fill="17365D"/>
            <w:tcMar>
              <w:top w:w="95" w:type="dxa"/>
              <w:start w:w="95" w:type="dxa"/>
              <w:bottom w:w="95" w:type="dxa"/>
              <w:end w:w="95" w:type="dxa"/>
            </w:tcMar>
            <w:vAlign w:val="center"/>
          </w:tcPr>
          <w:p>
            <w:r>
              <w:rPr>
                <w:b/>
                <w:color w:val="FFFFFF"/>
                <w:sz w:val="14"/>
              </w:rPr>
              <w:t>Unsure</w:t>
            </w:r>
          </w:p>
        </w:tc>
        <w:tc>
          <w:tcPr>
            <w:tcW w:type="dxa" w:w="1728"/>
            <w:shd w:fill="17365D"/>
            <w:tcMar>
              <w:top w:w="95" w:type="dxa"/>
              <w:start w:w="95" w:type="dxa"/>
              <w:bottom w:w="95" w:type="dxa"/>
              <w:end w:w="95" w:type="dxa"/>
            </w:tcMar>
            <w:vAlign w:val="center"/>
          </w:tcPr>
          <w:p>
            <w:r>
              <w:rPr>
                <w:b/>
                <w:color w:val="FFFFFF"/>
                <w:sz w:val="14"/>
              </w:rPr>
              <w:t>Details or reference</w:t>
            </w:r>
          </w:p>
        </w:tc>
      </w:tr>
      <w:tr>
        <w:trPr>
          <w:cantSplit/>
        </w:trPr>
        <w:tc>
          <w:tcPr>
            <w:tcW w:type="dxa" w:w="576"/>
            <w:tcMar>
              <w:top w:w="95" w:type="dxa"/>
              <w:start w:w="95" w:type="dxa"/>
              <w:bottom w:w="95" w:type="dxa"/>
              <w:end w:w="95" w:type="dxa"/>
            </w:tcMar>
            <w:vAlign w:val="center"/>
          </w:tcPr>
          <w:p>
            <w:pPr>
              <w:spacing w:after="20" w:line="240" w:lineRule="auto"/>
            </w:pPr>
            <w:r>
              <w:rPr>
                <w:sz w:val="14"/>
              </w:rPr>
              <w:t>1</w:t>
            </w:r>
          </w:p>
        </w:tc>
        <w:tc>
          <w:tcPr>
            <w:tcW w:type="dxa" w:w="5544"/>
            <w:tcMar>
              <w:top w:w="95" w:type="dxa"/>
              <w:start w:w="95" w:type="dxa"/>
              <w:bottom w:w="95" w:type="dxa"/>
              <w:end w:w="95" w:type="dxa"/>
            </w:tcMar>
            <w:vAlign w:val="center"/>
          </w:tcPr>
          <w:p>
            <w:pPr>
              <w:spacing w:after="20" w:line="240" w:lineRule="auto"/>
            </w:pPr>
            <w:r>
              <w:rPr>
                <w:sz w:val="14"/>
              </w:rPr>
              <w:t>Do you hold employment, consultancy, directorship, partnership, trusteeship or another paid or unpaid outside role?</w:t>
            </w:r>
          </w:p>
        </w:tc>
        <w:tc>
          <w:tcPr>
            <w:tcW w:type="dxa" w:w="648"/>
            <w:tcMar>
              <w:top w:w="95" w:type="dxa"/>
              <w:start w:w="95" w:type="dxa"/>
              <w:bottom w:w="95" w:type="dxa"/>
              <w:end w:w="95" w:type="dxa"/>
            </w:tcMar>
            <w:vAlign w:val="center"/>
          </w:tcPr>
          <w:p>
            <w:pPr>
              <w:spacing w:after="20" w:line="240" w:lineRule="auto"/>
            </w:pPr>
            <w:r>
              <w:rPr>
                <w:sz w:val="14"/>
              </w:rPr>
              <w:t>☐</w:t>
            </w:r>
          </w:p>
        </w:tc>
        <w:tc>
          <w:tcPr>
            <w:tcW w:type="dxa" w:w="648"/>
            <w:tcMar>
              <w:top w:w="95" w:type="dxa"/>
              <w:start w:w="95" w:type="dxa"/>
              <w:bottom w:w="95" w:type="dxa"/>
              <w:end w:w="95" w:type="dxa"/>
            </w:tcMar>
            <w:vAlign w:val="center"/>
          </w:tcPr>
          <w:p>
            <w:pPr>
              <w:spacing w:after="20" w:line="240" w:lineRule="auto"/>
            </w:pPr>
            <w:r>
              <w:rPr>
                <w:sz w:val="14"/>
              </w:rPr>
              <w:t>☐</w:t>
            </w:r>
          </w:p>
        </w:tc>
        <w:tc>
          <w:tcPr>
            <w:tcW w:type="dxa" w:w="792"/>
            <w:tcMar>
              <w:top w:w="95" w:type="dxa"/>
              <w:start w:w="95" w:type="dxa"/>
              <w:bottom w:w="95" w:type="dxa"/>
              <w:end w:w="95" w:type="dxa"/>
            </w:tcMar>
            <w:vAlign w:val="center"/>
          </w:tcPr>
          <w:p>
            <w:pPr>
              <w:spacing w:after="20" w:line="240" w:lineRule="auto"/>
            </w:pPr>
            <w:r>
              <w:rPr>
                <w:sz w:val="14"/>
              </w:rPr>
              <w:t>☐</w:t>
            </w:r>
          </w:p>
        </w:tc>
        <w:tc>
          <w:tcPr>
            <w:tcW w:type="dxa" w:w="1728"/>
            <w:tcMar>
              <w:top w:w="95" w:type="dxa"/>
              <w:start w:w="95" w:type="dxa"/>
              <w:bottom w:w="95" w:type="dxa"/>
              <w:end w:w="95" w:type="dxa"/>
            </w:tcMar>
            <w:vAlign w:val="center"/>
          </w:tcPr>
          <w:p>
            <w:pPr>
              <w:spacing w:after="20" w:line="240" w:lineRule="auto"/>
            </w:pPr>
            <w:r>
              <w:rPr>
                <w:sz w:val="14"/>
              </w:rPr>
            </w:r>
          </w:p>
        </w:tc>
      </w:tr>
      <w:tr>
        <w:trPr>
          <w:cantSplit/>
        </w:trPr>
        <w:tc>
          <w:tcPr>
            <w:tcW w:type="dxa" w:w="576"/>
            <w:tcMar>
              <w:top w:w="95" w:type="dxa"/>
              <w:start w:w="95" w:type="dxa"/>
              <w:bottom w:w="95" w:type="dxa"/>
              <w:end w:w="95" w:type="dxa"/>
            </w:tcMar>
            <w:vAlign w:val="center"/>
            <w:shd w:fill="F4F7FA"/>
          </w:tcPr>
          <w:p>
            <w:pPr>
              <w:spacing w:after="20" w:line="240" w:lineRule="auto"/>
            </w:pPr>
            <w:r>
              <w:rPr>
                <w:sz w:val="14"/>
              </w:rPr>
              <w:t>2</w:t>
            </w:r>
          </w:p>
        </w:tc>
        <w:tc>
          <w:tcPr>
            <w:tcW w:type="dxa" w:w="5544"/>
            <w:tcMar>
              <w:top w:w="95" w:type="dxa"/>
              <w:start w:w="95" w:type="dxa"/>
              <w:bottom w:w="95" w:type="dxa"/>
              <w:end w:w="95" w:type="dxa"/>
            </w:tcMar>
            <w:vAlign w:val="center"/>
            <w:shd w:fill="F4F7FA"/>
          </w:tcPr>
          <w:p>
            <w:pPr>
              <w:spacing w:after="20" w:line="240" w:lineRule="auto"/>
            </w:pPr>
            <w:r>
              <w:rPr>
                <w:sz w:val="14"/>
              </w:rPr>
              <w:t>Do you operate, own or assist a private business that supplies, competes with, regulates or seeks support from the organisation?</w:t>
            </w:r>
          </w:p>
        </w:tc>
        <w:tc>
          <w:tcPr>
            <w:tcW w:type="dxa" w:w="648"/>
            <w:tcMar>
              <w:top w:w="95" w:type="dxa"/>
              <w:start w:w="95" w:type="dxa"/>
              <w:bottom w:w="95" w:type="dxa"/>
              <w:end w:w="95" w:type="dxa"/>
            </w:tcMar>
            <w:vAlign w:val="center"/>
            <w:shd w:fill="F4F7FA"/>
          </w:tcPr>
          <w:p>
            <w:pPr>
              <w:spacing w:after="20" w:line="240" w:lineRule="auto"/>
            </w:pPr>
            <w:r>
              <w:rPr>
                <w:sz w:val="14"/>
              </w:rPr>
              <w:t>☐</w:t>
            </w:r>
          </w:p>
        </w:tc>
        <w:tc>
          <w:tcPr>
            <w:tcW w:type="dxa" w:w="648"/>
            <w:tcMar>
              <w:top w:w="95" w:type="dxa"/>
              <w:start w:w="95" w:type="dxa"/>
              <w:bottom w:w="95" w:type="dxa"/>
              <w:end w:w="95" w:type="dxa"/>
            </w:tcMar>
            <w:vAlign w:val="center"/>
            <w:shd w:fill="F4F7FA"/>
          </w:tcPr>
          <w:p>
            <w:pPr>
              <w:spacing w:after="20" w:line="240" w:lineRule="auto"/>
            </w:pPr>
            <w:r>
              <w:rPr>
                <w:sz w:val="14"/>
              </w:rPr>
              <w:t>☐</w:t>
            </w:r>
          </w:p>
        </w:tc>
        <w:tc>
          <w:tcPr>
            <w:tcW w:type="dxa" w:w="792"/>
            <w:tcMar>
              <w:top w:w="95" w:type="dxa"/>
              <w:start w:w="95" w:type="dxa"/>
              <w:bottom w:w="95" w:type="dxa"/>
              <w:end w:w="95" w:type="dxa"/>
            </w:tcMar>
            <w:vAlign w:val="center"/>
            <w:shd w:fill="F4F7FA"/>
          </w:tcPr>
          <w:p>
            <w:pPr>
              <w:spacing w:after="20" w:line="240" w:lineRule="auto"/>
            </w:pPr>
            <w:r>
              <w:rPr>
                <w:sz w:val="14"/>
              </w:rPr>
              <w:t>☐</w:t>
            </w:r>
          </w:p>
        </w:tc>
        <w:tc>
          <w:tcPr>
            <w:tcW w:type="dxa" w:w="1728"/>
            <w:tcMar>
              <w:top w:w="95" w:type="dxa"/>
              <w:start w:w="95" w:type="dxa"/>
              <w:bottom w:w="95" w:type="dxa"/>
              <w:end w:w="95" w:type="dxa"/>
            </w:tcMar>
            <w:vAlign w:val="center"/>
            <w:shd w:fill="F4F7FA"/>
          </w:tcPr>
          <w:p>
            <w:pPr>
              <w:spacing w:after="20" w:line="240" w:lineRule="auto"/>
            </w:pPr>
            <w:r>
              <w:rPr>
                <w:sz w:val="14"/>
              </w:rPr>
            </w:r>
          </w:p>
        </w:tc>
      </w:tr>
      <w:tr>
        <w:trPr>
          <w:cantSplit/>
        </w:trPr>
        <w:tc>
          <w:tcPr>
            <w:tcW w:type="dxa" w:w="576"/>
            <w:tcMar>
              <w:top w:w="95" w:type="dxa"/>
              <w:start w:w="95" w:type="dxa"/>
              <w:bottom w:w="95" w:type="dxa"/>
              <w:end w:w="95" w:type="dxa"/>
            </w:tcMar>
            <w:vAlign w:val="center"/>
          </w:tcPr>
          <w:p>
            <w:pPr>
              <w:spacing w:after="20" w:line="240" w:lineRule="auto"/>
            </w:pPr>
            <w:r>
              <w:rPr>
                <w:sz w:val="14"/>
              </w:rPr>
              <w:t>3</w:t>
            </w:r>
          </w:p>
        </w:tc>
        <w:tc>
          <w:tcPr>
            <w:tcW w:type="dxa" w:w="5544"/>
            <w:tcMar>
              <w:top w:w="95" w:type="dxa"/>
              <w:start w:w="95" w:type="dxa"/>
              <w:bottom w:w="95" w:type="dxa"/>
              <w:end w:w="95" w:type="dxa"/>
            </w:tcMar>
            <w:vAlign w:val="center"/>
          </w:tcPr>
          <w:p>
            <w:pPr>
              <w:spacing w:after="20" w:line="240" w:lineRule="auto"/>
            </w:pPr>
            <w:r>
              <w:rPr>
                <w:sz w:val="14"/>
              </w:rPr>
              <w:t>Does an outside role use similar customers, suppliers, information, intellectual property or working time?</w:t>
            </w:r>
          </w:p>
        </w:tc>
        <w:tc>
          <w:tcPr>
            <w:tcW w:type="dxa" w:w="648"/>
            <w:tcMar>
              <w:top w:w="95" w:type="dxa"/>
              <w:start w:w="95" w:type="dxa"/>
              <w:bottom w:w="95" w:type="dxa"/>
              <w:end w:w="95" w:type="dxa"/>
            </w:tcMar>
            <w:vAlign w:val="center"/>
          </w:tcPr>
          <w:p>
            <w:pPr>
              <w:spacing w:after="20" w:line="240" w:lineRule="auto"/>
            </w:pPr>
            <w:r>
              <w:rPr>
                <w:sz w:val="14"/>
              </w:rPr>
              <w:t>☐</w:t>
            </w:r>
          </w:p>
        </w:tc>
        <w:tc>
          <w:tcPr>
            <w:tcW w:type="dxa" w:w="648"/>
            <w:tcMar>
              <w:top w:w="95" w:type="dxa"/>
              <w:start w:w="95" w:type="dxa"/>
              <w:bottom w:w="95" w:type="dxa"/>
              <w:end w:w="95" w:type="dxa"/>
            </w:tcMar>
            <w:vAlign w:val="center"/>
          </w:tcPr>
          <w:p>
            <w:pPr>
              <w:spacing w:after="20" w:line="240" w:lineRule="auto"/>
            </w:pPr>
            <w:r>
              <w:rPr>
                <w:sz w:val="14"/>
              </w:rPr>
              <w:t>☐</w:t>
            </w:r>
          </w:p>
        </w:tc>
        <w:tc>
          <w:tcPr>
            <w:tcW w:type="dxa" w:w="792"/>
            <w:tcMar>
              <w:top w:w="95" w:type="dxa"/>
              <w:start w:w="95" w:type="dxa"/>
              <w:bottom w:w="95" w:type="dxa"/>
              <w:end w:w="95" w:type="dxa"/>
            </w:tcMar>
            <w:vAlign w:val="center"/>
          </w:tcPr>
          <w:p>
            <w:pPr>
              <w:spacing w:after="20" w:line="240" w:lineRule="auto"/>
            </w:pPr>
            <w:r>
              <w:rPr>
                <w:sz w:val="14"/>
              </w:rPr>
              <w:t>☐</w:t>
            </w:r>
          </w:p>
        </w:tc>
        <w:tc>
          <w:tcPr>
            <w:tcW w:type="dxa" w:w="1728"/>
            <w:tcMar>
              <w:top w:w="95" w:type="dxa"/>
              <w:start w:w="95" w:type="dxa"/>
              <w:bottom w:w="95" w:type="dxa"/>
              <w:end w:w="95" w:type="dxa"/>
            </w:tcMar>
            <w:vAlign w:val="center"/>
          </w:tcPr>
          <w:p>
            <w:pPr>
              <w:spacing w:after="20" w:line="240" w:lineRule="auto"/>
            </w:pPr>
            <w:r>
              <w:rPr>
                <w:sz w:val="14"/>
              </w:rPr>
            </w:r>
          </w:p>
        </w:tc>
      </w:tr>
      <w:tr>
        <w:trPr>
          <w:cantSplit/>
        </w:trPr>
        <w:tc>
          <w:tcPr>
            <w:tcW w:type="dxa" w:w="576"/>
            <w:tcMar>
              <w:top w:w="95" w:type="dxa"/>
              <w:start w:w="95" w:type="dxa"/>
              <w:bottom w:w="95" w:type="dxa"/>
              <w:end w:w="95" w:type="dxa"/>
            </w:tcMar>
            <w:vAlign w:val="center"/>
            <w:shd w:fill="F4F7FA"/>
          </w:tcPr>
          <w:p>
            <w:pPr>
              <w:spacing w:after="20" w:line="240" w:lineRule="auto"/>
            </w:pPr>
            <w:r>
              <w:rPr>
                <w:sz w:val="14"/>
              </w:rPr>
              <w:t>4</w:t>
            </w:r>
          </w:p>
        </w:tc>
        <w:tc>
          <w:tcPr>
            <w:tcW w:type="dxa" w:w="5544"/>
            <w:tcMar>
              <w:top w:w="95" w:type="dxa"/>
              <w:start w:w="95" w:type="dxa"/>
              <w:bottom w:w="95" w:type="dxa"/>
              <w:end w:w="95" w:type="dxa"/>
            </w:tcMar>
            <w:vAlign w:val="center"/>
            <w:shd w:fill="F4F7FA"/>
          </w:tcPr>
          <w:p>
            <w:pPr>
              <w:spacing w:after="20" w:line="240" w:lineRule="auto"/>
            </w:pPr>
            <w:r>
              <w:rPr>
                <w:sz w:val="14"/>
              </w:rPr>
              <w:t>Have you been offered future employment or business by a person affected by your current duties?</w:t>
            </w:r>
          </w:p>
        </w:tc>
        <w:tc>
          <w:tcPr>
            <w:tcW w:type="dxa" w:w="648"/>
            <w:tcMar>
              <w:top w:w="95" w:type="dxa"/>
              <w:start w:w="95" w:type="dxa"/>
              <w:bottom w:w="95" w:type="dxa"/>
              <w:end w:w="95" w:type="dxa"/>
            </w:tcMar>
            <w:vAlign w:val="center"/>
            <w:shd w:fill="F4F7FA"/>
          </w:tcPr>
          <w:p>
            <w:pPr>
              <w:spacing w:after="20" w:line="240" w:lineRule="auto"/>
            </w:pPr>
            <w:r>
              <w:rPr>
                <w:sz w:val="14"/>
              </w:rPr>
              <w:t>☐</w:t>
            </w:r>
          </w:p>
        </w:tc>
        <w:tc>
          <w:tcPr>
            <w:tcW w:type="dxa" w:w="648"/>
            <w:tcMar>
              <w:top w:w="95" w:type="dxa"/>
              <w:start w:w="95" w:type="dxa"/>
              <w:bottom w:w="95" w:type="dxa"/>
              <w:end w:w="95" w:type="dxa"/>
            </w:tcMar>
            <w:vAlign w:val="center"/>
            <w:shd w:fill="F4F7FA"/>
          </w:tcPr>
          <w:p>
            <w:pPr>
              <w:spacing w:after="20" w:line="240" w:lineRule="auto"/>
            </w:pPr>
            <w:r>
              <w:rPr>
                <w:sz w:val="14"/>
              </w:rPr>
              <w:t>☐</w:t>
            </w:r>
          </w:p>
        </w:tc>
        <w:tc>
          <w:tcPr>
            <w:tcW w:type="dxa" w:w="792"/>
            <w:tcMar>
              <w:top w:w="95" w:type="dxa"/>
              <w:start w:w="95" w:type="dxa"/>
              <w:bottom w:w="95" w:type="dxa"/>
              <w:end w:w="95" w:type="dxa"/>
            </w:tcMar>
            <w:vAlign w:val="center"/>
            <w:shd w:fill="F4F7FA"/>
          </w:tcPr>
          <w:p>
            <w:pPr>
              <w:spacing w:after="20" w:line="240" w:lineRule="auto"/>
            </w:pPr>
            <w:r>
              <w:rPr>
                <w:sz w:val="14"/>
              </w:rPr>
              <w:t>☐</w:t>
            </w:r>
          </w:p>
        </w:tc>
        <w:tc>
          <w:tcPr>
            <w:tcW w:type="dxa" w:w="1728"/>
            <w:tcMar>
              <w:top w:w="95" w:type="dxa"/>
              <w:start w:w="95" w:type="dxa"/>
              <w:bottom w:w="95" w:type="dxa"/>
              <w:end w:w="95" w:type="dxa"/>
            </w:tcMar>
            <w:vAlign w:val="center"/>
            <w:shd w:fill="F4F7FA"/>
          </w:tcPr>
          <w:p>
            <w:pPr>
              <w:spacing w:after="20" w:line="240" w:lineRule="auto"/>
            </w:pPr>
            <w:r>
              <w:rPr>
                <w:sz w:val="14"/>
              </w:rPr>
            </w:r>
          </w:p>
        </w:tc>
      </w:tr>
      <w:tr>
        <w:trPr>
          <w:cantSplit/>
        </w:trPr>
        <w:tc>
          <w:tcPr>
            <w:tcW w:type="dxa" w:w="576"/>
            <w:tcMar>
              <w:top w:w="95" w:type="dxa"/>
              <w:start w:w="95" w:type="dxa"/>
              <w:bottom w:w="95" w:type="dxa"/>
              <w:end w:w="95" w:type="dxa"/>
            </w:tcMar>
            <w:vAlign w:val="center"/>
          </w:tcPr>
          <w:p>
            <w:pPr>
              <w:spacing w:after="20" w:line="240" w:lineRule="auto"/>
            </w:pPr>
            <w:r>
              <w:rPr>
                <w:sz w:val="14"/>
              </w:rPr>
              <w:t>5</w:t>
            </w:r>
          </w:p>
        </w:tc>
        <w:tc>
          <w:tcPr>
            <w:tcW w:type="dxa" w:w="5544"/>
            <w:tcMar>
              <w:top w:w="95" w:type="dxa"/>
              <w:start w:w="95" w:type="dxa"/>
              <w:bottom w:w="95" w:type="dxa"/>
              <w:end w:w="95" w:type="dxa"/>
            </w:tcMar>
            <w:vAlign w:val="center"/>
          </w:tcPr>
          <w:p>
            <w:pPr>
              <w:spacing w:after="20" w:line="240" w:lineRule="auto"/>
            </w:pPr>
            <w:r>
              <w:rPr>
                <w:sz w:val="14"/>
              </w:rPr>
              <w:t>Do you perform work for a vendor, customer, beneficiary, regulator, competitor or intermediary?</w:t>
            </w:r>
          </w:p>
        </w:tc>
        <w:tc>
          <w:tcPr>
            <w:tcW w:type="dxa" w:w="648"/>
            <w:tcMar>
              <w:top w:w="95" w:type="dxa"/>
              <w:start w:w="95" w:type="dxa"/>
              <w:bottom w:w="95" w:type="dxa"/>
              <w:end w:w="95" w:type="dxa"/>
            </w:tcMar>
            <w:vAlign w:val="center"/>
          </w:tcPr>
          <w:p>
            <w:pPr>
              <w:spacing w:after="20" w:line="240" w:lineRule="auto"/>
            </w:pPr>
            <w:r>
              <w:rPr>
                <w:sz w:val="14"/>
              </w:rPr>
              <w:t>☐</w:t>
            </w:r>
          </w:p>
        </w:tc>
        <w:tc>
          <w:tcPr>
            <w:tcW w:type="dxa" w:w="648"/>
            <w:tcMar>
              <w:top w:w="95" w:type="dxa"/>
              <w:start w:w="95" w:type="dxa"/>
              <w:bottom w:w="95" w:type="dxa"/>
              <w:end w:w="95" w:type="dxa"/>
            </w:tcMar>
            <w:vAlign w:val="center"/>
          </w:tcPr>
          <w:p>
            <w:pPr>
              <w:spacing w:after="20" w:line="240" w:lineRule="auto"/>
            </w:pPr>
            <w:r>
              <w:rPr>
                <w:sz w:val="14"/>
              </w:rPr>
              <w:t>☐</w:t>
            </w:r>
          </w:p>
        </w:tc>
        <w:tc>
          <w:tcPr>
            <w:tcW w:type="dxa" w:w="792"/>
            <w:tcMar>
              <w:top w:w="95" w:type="dxa"/>
              <w:start w:w="95" w:type="dxa"/>
              <w:bottom w:w="95" w:type="dxa"/>
              <w:end w:w="95" w:type="dxa"/>
            </w:tcMar>
            <w:vAlign w:val="center"/>
          </w:tcPr>
          <w:p>
            <w:pPr>
              <w:spacing w:after="20" w:line="240" w:lineRule="auto"/>
            </w:pPr>
            <w:r>
              <w:rPr>
                <w:sz w:val="14"/>
              </w:rPr>
              <w:t>☐</w:t>
            </w:r>
          </w:p>
        </w:tc>
        <w:tc>
          <w:tcPr>
            <w:tcW w:type="dxa" w:w="1728"/>
            <w:tcMar>
              <w:top w:w="95" w:type="dxa"/>
              <w:start w:w="95" w:type="dxa"/>
              <w:bottom w:w="95" w:type="dxa"/>
              <w:end w:w="95" w:type="dxa"/>
            </w:tcMar>
            <w:vAlign w:val="center"/>
          </w:tcPr>
          <w:p>
            <w:pPr>
              <w:spacing w:after="20" w:line="240" w:lineRule="auto"/>
            </w:pPr>
            <w:r>
              <w:rPr>
                <w:sz w:val="14"/>
              </w:rPr>
            </w:r>
          </w:p>
        </w:tc>
      </w:tr>
      <w:tr>
        <w:trPr>
          <w:cantSplit/>
        </w:trPr>
        <w:tc>
          <w:tcPr>
            <w:tcW w:type="dxa" w:w="576"/>
            <w:tcMar>
              <w:top w:w="95" w:type="dxa"/>
              <w:start w:w="95" w:type="dxa"/>
              <w:bottom w:w="95" w:type="dxa"/>
              <w:end w:w="95" w:type="dxa"/>
            </w:tcMar>
            <w:vAlign w:val="center"/>
            <w:shd w:fill="F4F7FA"/>
          </w:tcPr>
          <w:p>
            <w:pPr>
              <w:spacing w:after="20" w:line="240" w:lineRule="auto"/>
            </w:pPr>
            <w:r>
              <w:rPr>
                <w:sz w:val="14"/>
              </w:rPr>
              <w:t>6</w:t>
            </w:r>
          </w:p>
        </w:tc>
        <w:tc>
          <w:tcPr>
            <w:tcW w:type="dxa" w:w="5544"/>
            <w:tcMar>
              <w:top w:w="95" w:type="dxa"/>
              <w:start w:w="95" w:type="dxa"/>
              <w:bottom w:w="95" w:type="dxa"/>
              <w:end w:w="95" w:type="dxa"/>
            </w:tcMar>
            <w:vAlign w:val="center"/>
            <w:shd w:fill="F4F7FA"/>
          </w:tcPr>
          <w:p>
            <w:pPr>
              <w:spacing w:after="20" w:line="240" w:lineRule="auto"/>
            </w:pPr>
            <w:r>
              <w:rPr>
                <w:sz w:val="14"/>
              </w:rPr>
              <w:t>Could your outside role create divided loyalty, time conflict or misuse of organisational resources?</w:t>
            </w:r>
          </w:p>
        </w:tc>
        <w:tc>
          <w:tcPr>
            <w:tcW w:type="dxa" w:w="648"/>
            <w:tcMar>
              <w:top w:w="95" w:type="dxa"/>
              <w:start w:w="95" w:type="dxa"/>
              <w:bottom w:w="95" w:type="dxa"/>
              <w:end w:w="95" w:type="dxa"/>
            </w:tcMar>
            <w:vAlign w:val="center"/>
            <w:shd w:fill="F4F7FA"/>
          </w:tcPr>
          <w:p>
            <w:pPr>
              <w:spacing w:after="20" w:line="240" w:lineRule="auto"/>
            </w:pPr>
            <w:r>
              <w:rPr>
                <w:sz w:val="14"/>
              </w:rPr>
              <w:t>☐</w:t>
            </w:r>
          </w:p>
        </w:tc>
        <w:tc>
          <w:tcPr>
            <w:tcW w:type="dxa" w:w="648"/>
            <w:tcMar>
              <w:top w:w="95" w:type="dxa"/>
              <w:start w:w="95" w:type="dxa"/>
              <w:bottom w:w="95" w:type="dxa"/>
              <w:end w:w="95" w:type="dxa"/>
            </w:tcMar>
            <w:vAlign w:val="center"/>
            <w:shd w:fill="F4F7FA"/>
          </w:tcPr>
          <w:p>
            <w:pPr>
              <w:spacing w:after="20" w:line="240" w:lineRule="auto"/>
            </w:pPr>
            <w:r>
              <w:rPr>
                <w:sz w:val="14"/>
              </w:rPr>
              <w:t>☐</w:t>
            </w:r>
          </w:p>
        </w:tc>
        <w:tc>
          <w:tcPr>
            <w:tcW w:type="dxa" w:w="792"/>
            <w:tcMar>
              <w:top w:w="95" w:type="dxa"/>
              <w:start w:w="95" w:type="dxa"/>
              <w:bottom w:w="95" w:type="dxa"/>
              <w:end w:w="95" w:type="dxa"/>
            </w:tcMar>
            <w:vAlign w:val="center"/>
            <w:shd w:fill="F4F7FA"/>
          </w:tcPr>
          <w:p>
            <w:pPr>
              <w:spacing w:after="20" w:line="240" w:lineRule="auto"/>
            </w:pPr>
            <w:r>
              <w:rPr>
                <w:sz w:val="14"/>
              </w:rPr>
              <w:t>☐</w:t>
            </w:r>
          </w:p>
        </w:tc>
        <w:tc>
          <w:tcPr>
            <w:tcW w:type="dxa" w:w="1728"/>
            <w:tcMar>
              <w:top w:w="95" w:type="dxa"/>
              <w:start w:w="95" w:type="dxa"/>
              <w:bottom w:w="95" w:type="dxa"/>
              <w:end w:w="95" w:type="dxa"/>
            </w:tcMar>
            <w:vAlign w:val="center"/>
            <w:shd w:fill="F4F7FA"/>
          </w:tcPr>
          <w:p>
            <w:pPr>
              <w:spacing w:after="20" w:line="240" w:lineRule="auto"/>
            </w:pPr>
            <w:r>
              <w:rPr>
                <w:sz w:val="14"/>
              </w:rPr>
            </w:r>
          </w:p>
        </w:tc>
      </w:tr>
    </w:tbl>
    <w:p>
      <w:pPr>
        <w:spacing w:after="20"/>
      </w:pPr>
    </w:p>
    <w:p>
      <w:pPr>
        <w:pStyle w:val="Heading2"/>
      </w:pPr>
      <w:r>
        <w:t>2.3 Family Close Relationships and Associates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704"/>
        <w:gridCol w:w="1704"/>
        <w:gridCol w:w="1704"/>
        <w:gridCol w:w="1704"/>
        <w:gridCol w:w="1704"/>
        <w:gridCol w:w="1704"/>
      </w:tblGrid>
      <w:tr>
        <w:trPr>
          <w:tblHeader w:val="true"/>
          <w:cantSplit/>
        </w:trPr>
        <w:tc>
          <w:tcPr>
            <w:tcW w:type="dxa" w:w="576"/>
            <w:shd w:fill="17365D"/>
            <w:tcMar>
              <w:top w:w="95" w:type="dxa"/>
              <w:start w:w="95" w:type="dxa"/>
              <w:bottom w:w="95" w:type="dxa"/>
              <w:end w:w="95" w:type="dxa"/>
            </w:tcMar>
            <w:vAlign w:val="center"/>
          </w:tcPr>
          <w:p>
            <w:r>
              <w:rPr>
                <w:b/>
                <w:color w:val="FFFFFF"/>
                <w:sz w:val="14"/>
              </w:rPr>
              <w:t>No.</w:t>
            </w:r>
          </w:p>
        </w:tc>
        <w:tc>
          <w:tcPr>
            <w:tcW w:type="dxa" w:w="5544"/>
            <w:shd w:fill="17365D"/>
            <w:tcMar>
              <w:top w:w="95" w:type="dxa"/>
              <w:start w:w="95" w:type="dxa"/>
              <w:bottom w:w="95" w:type="dxa"/>
              <w:end w:w="95" w:type="dxa"/>
            </w:tcMar>
            <w:vAlign w:val="center"/>
          </w:tcPr>
          <w:p>
            <w:r>
              <w:rPr>
                <w:b/>
                <w:color w:val="FFFFFF"/>
                <w:sz w:val="14"/>
              </w:rPr>
              <w:t>Declaration question</w:t>
            </w:r>
          </w:p>
        </w:tc>
        <w:tc>
          <w:tcPr>
            <w:tcW w:type="dxa" w:w="648"/>
            <w:shd w:fill="17365D"/>
            <w:tcMar>
              <w:top w:w="95" w:type="dxa"/>
              <w:start w:w="95" w:type="dxa"/>
              <w:bottom w:w="95" w:type="dxa"/>
              <w:end w:w="95" w:type="dxa"/>
            </w:tcMar>
            <w:vAlign w:val="center"/>
          </w:tcPr>
          <w:p>
            <w:r>
              <w:rPr>
                <w:b/>
                <w:color w:val="FFFFFF"/>
                <w:sz w:val="14"/>
              </w:rPr>
              <w:t>Yes</w:t>
            </w:r>
          </w:p>
        </w:tc>
        <w:tc>
          <w:tcPr>
            <w:tcW w:type="dxa" w:w="648"/>
            <w:shd w:fill="17365D"/>
            <w:tcMar>
              <w:top w:w="95" w:type="dxa"/>
              <w:start w:w="95" w:type="dxa"/>
              <w:bottom w:w="95" w:type="dxa"/>
              <w:end w:w="95" w:type="dxa"/>
            </w:tcMar>
            <w:vAlign w:val="center"/>
          </w:tcPr>
          <w:p>
            <w:r>
              <w:rPr>
                <w:b/>
                <w:color w:val="FFFFFF"/>
                <w:sz w:val="14"/>
              </w:rPr>
              <w:t>No</w:t>
            </w:r>
          </w:p>
        </w:tc>
        <w:tc>
          <w:tcPr>
            <w:tcW w:type="dxa" w:w="792"/>
            <w:shd w:fill="17365D"/>
            <w:tcMar>
              <w:top w:w="95" w:type="dxa"/>
              <w:start w:w="95" w:type="dxa"/>
              <w:bottom w:w="95" w:type="dxa"/>
              <w:end w:w="95" w:type="dxa"/>
            </w:tcMar>
            <w:vAlign w:val="center"/>
          </w:tcPr>
          <w:p>
            <w:r>
              <w:rPr>
                <w:b/>
                <w:color w:val="FFFFFF"/>
                <w:sz w:val="14"/>
              </w:rPr>
              <w:t>Unsure</w:t>
            </w:r>
          </w:p>
        </w:tc>
        <w:tc>
          <w:tcPr>
            <w:tcW w:type="dxa" w:w="1728"/>
            <w:shd w:fill="17365D"/>
            <w:tcMar>
              <w:top w:w="95" w:type="dxa"/>
              <w:start w:w="95" w:type="dxa"/>
              <w:bottom w:w="95" w:type="dxa"/>
              <w:end w:w="95" w:type="dxa"/>
            </w:tcMar>
            <w:vAlign w:val="center"/>
          </w:tcPr>
          <w:p>
            <w:r>
              <w:rPr>
                <w:b/>
                <w:color w:val="FFFFFF"/>
                <w:sz w:val="14"/>
              </w:rPr>
              <w:t>Details or reference</w:t>
            </w:r>
          </w:p>
        </w:tc>
      </w:tr>
      <w:tr>
        <w:trPr>
          <w:cantSplit/>
        </w:trPr>
        <w:tc>
          <w:tcPr>
            <w:tcW w:type="dxa" w:w="576"/>
            <w:tcMar>
              <w:top w:w="95" w:type="dxa"/>
              <w:start w:w="95" w:type="dxa"/>
              <w:bottom w:w="95" w:type="dxa"/>
              <w:end w:w="95" w:type="dxa"/>
            </w:tcMar>
            <w:vAlign w:val="center"/>
          </w:tcPr>
          <w:p>
            <w:pPr>
              <w:spacing w:after="20" w:line="240" w:lineRule="auto"/>
            </w:pPr>
            <w:r>
              <w:rPr>
                <w:sz w:val="14"/>
              </w:rPr>
              <w:t>1</w:t>
            </w:r>
          </w:p>
        </w:tc>
        <w:tc>
          <w:tcPr>
            <w:tcW w:type="dxa" w:w="5544"/>
            <w:tcMar>
              <w:top w:w="95" w:type="dxa"/>
              <w:start w:w="95" w:type="dxa"/>
              <w:bottom w:w="95" w:type="dxa"/>
              <w:end w:w="95" w:type="dxa"/>
            </w:tcMar>
            <w:vAlign w:val="center"/>
          </w:tcPr>
          <w:p>
            <w:pPr>
              <w:spacing w:after="20" w:line="240" w:lineRule="auto"/>
            </w:pPr>
            <w:r>
              <w:rPr>
                <w:sz w:val="14"/>
              </w:rPr>
              <w:t>Does a spouse, partner, child, parent, sibling, household member or close relative work for or own an interest in a relevant entity?</w:t>
            </w:r>
          </w:p>
        </w:tc>
        <w:tc>
          <w:tcPr>
            <w:tcW w:type="dxa" w:w="648"/>
            <w:tcMar>
              <w:top w:w="95" w:type="dxa"/>
              <w:start w:w="95" w:type="dxa"/>
              <w:bottom w:w="95" w:type="dxa"/>
              <w:end w:w="95" w:type="dxa"/>
            </w:tcMar>
            <w:vAlign w:val="center"/>
          </w:tcPr>
          <w:p>
            <w:pPr>
              <w:spacing w:after="20" w:line="240" w:lineRule="auto"/>
            </w:pPr>
            <w:r>
              <w:rPr>
                <w:sz w:val="14"/>
              </w:rPr>
              <w:t>☐</w:t>
            </w:r>
          </w:p>
        </w:tc>
        <w:tc>
          <w:tcPr>
            <w:tcW w:type="dxa" w:w="648"/>
            <w:tcMar>
              <w:top w:w="95" w:type="dxa"/>
              <w:start w:w="95" w:type="dxa"/>
              <w:bottom w:w="95" w:type="dxa"/>
              <w:end w:w="95" w:type="dxa"/>
            </w:tcMar>
            <w:vAlign w:val="center"/>
          </w:tcPr>
          <w:p>
            <w:pPr>
              <w:spacing w:after="20" w:line="240" w:lineRule="auto"/>
            </w:pPr>
            <w:r>
              <w:rPr>
                <w:sz w:val="14"/>
              </w:rPr>
              <w:t>☐</w:t>
            </w:r>
          </w:p>
        </w:tc>
        <w:tc>
          <w:tcPr>
            <w:tcW w:type="dxa" w:w="792"/>
            <w:tcMar>
              <w:top w:w="95" w:type="dxa"/>
              <w:start w:w="95" w:type="dxa"/>
              <w:bottom w:w="95" w:type="dxa"/>
              <w:end w:w="95" w:type="dxa"/>
            </w:tcMar>
            <w:vAlign w:val="center"/>
          </w:tcPr>
          <w:p>
            <w:pPr>
              <w:spacing w:after="20" w:line="240" w:lineRule="auto"/>
            </w:pPr>
            <w:r>
              <w:rPr>
                <w:sz w:val="14"/>
              </w:rPr>
              <w:t>☐</w:t>
            </w:r>
          </w:p>
        </w:tc>
        <w:tc>
          <w:tcPr>
            <w:tcW w:type="dxa" w:w="1728"/>
            <w:tcMar>
              <w:top w:w="95" w:type="dxa"/>
              <w:start w:w="95" w:type="dxa"/>
              <w:bottom w:w="95" w:type="dxa"/>
              <w:end w:w="95" w:type="dxa"/>
            </w:tcMar>
            <w:vAlign w:val="center"/>
          </w:tcPr>
          <w:p>
            <w:pPr>
              <w:spacing w:after="20" w:line="240" w:lineRule="auto"/>
            </w:pPr>
            <w:r>
              <w:rPr>
                <w:sz w:val="14"/>
              </w:rPr>
            </w:r>
          </w:p>
        </w:tc>
      </w:tr>
      <w:tr>
        <w:trPr>
          <w:cantSplit/>
        </w:trPr>
        <w:tc>
          <w:tcPr>
            <w:tcW w:type="dxa" w:w="576"/>
            <w:tcMar>
              <w:top w:w="95" w:type="dxa"/>
              <w:start w:w="95" w:type="dxa"/>
              <w:bottom w:w="95" w:type="dxa"/>
              <w:end w:w="95" w:type="dxa"/>
            </w:tcMar>
            <w:vAlign w:val="center"/>
            <w:shd w:fill="F4F7FA"/>
          </w:tcPr>
          <w:p>
            <w:pPr>
              <w:spacing w:after="20" w:line="240" w:lineRule="auto"/>
            </w:pPr>
            <w:r>
              <w:rPr>
                <w:sz w:val="14"/>
              </w:rPr>
              <w:t>2</w:t>
            </w:r>
          </w:p>
        </w:tc>
        <w:tc>
          <w:tcPr>
            <w:tcW w:type="dxa" w:w="5544"/>
            <w:tcMar>
              <w:top w:w="95" w:type="dxa"/>
              <w:start w:w="95" w:type="dxa"/>
              <w:bottom w:w="95" w:type="dxa"/>
              <w:end w:w="95" w:type="dxa"/>
            </w:tcMar>
            <w:vAlign w:val="center"/>
            <w:shd w:fill="F4F7FA"/>
          </w:tcPr>
          <w:p>
            <w:pPr>
              <w:spacing w:after="20" w:line="240" w:lineRule="auto"/>
            </w:pPr>
            <w:r>
              <w:rPr>
                <w:sz w:val="14"/>
              </w:rPr>
              <w:t>Do you have a close friendship, romantic relationship, dependency or personal loyalty involving a person affected by your duties?</w:t>
            </w:r>
          </w:p>
        </w:tc>
        <w:tc>
          <w:tcPr>
            <w:tcW w:type="dxa" w:w="648"/>
            <w:tcMar>
              <w:top w:w="95" w:type="dxa"/>
              <w:start w:w="95" w:type="dxa"/>
              <w:bottom w:w="95" w:type="dxa"/>
              <w:end w:w="95" w:type="dxa"/>
            </w:tcMar>
            <w:vAlign w:val="center"/>
            <w:shd w:fill="F4F7FA"/>
          </w:tcPr>
          <w:p>
            <w:pPr>
              <w:spacing w:after="20" w:line="240" w:lineRule="auto"/>
            </w:pPr>
            <w:r>
              <w:rPr>
                <w:sz w:val="14"/>
              </w:rPr>
              <w:t>☐</w:t>
            </w:r>
          </w:p>
        </w:tc>
        <w:tc>
          <w:tcPr>
            <w:tcW w:type="dxa" w:w="648"/>
            <w:tcMar>
              <w:top w:w="95" w:type="dxa"/>
              <w:start w:w="95" w:type="dxa"/>
              <w:bottom w:w="95" w:type="dxa"/>
              <w:end w:w="95" w:type="dxa"/>
            </w:tcMar>
            <w:vAlign w:val="center"/>
            <w:shd w:fill="F4F7FA"/>
          </w:tcPr>
          <w:p>
            <w:pPr>
              <w:spacing w:after="20" w:line="240" w:lineRule="auto"/>
            </w:pPr>
            <w:r>
              <w:rPr>
                <w:sz w:val="14"/>
              </w:rPr>
              <w:t>☐</w:t>
            </w:r>
          </w:p>
        </w:tc>
        <w:tc>
          <w:tcPr>
            <w:tcW w:type="dxa" w:w="792"/>
            <w:tcMar>
              <w:top w:w="95" w:type="dxa"/>
              <w:start w:w="95" w:type="dxa"/>
              <w:bottom w:w="95" w:type="dxa"/>
              <w:end w:w="95" w:type="dxa"/>
            </w:tcMar>
            <w:vAlign w:val="center"/>
            <w:shd w:fill="F4F7FA"/>
          </w:tcPr>
          <w:p>
            <w:pPr>
              <w:spacing w:after="20" w:line="240" w:lineRule="auto"/>
            </w:pPr>
            <w:r>
              <w:rPr>
                <w:sz w:val="14"/>
              </w:rPr>
              <w:t>☐</w:t>
            </w:r>
          </w:p>
        </w:tc>
        <w:tc>
          <w:tcPr>
            <w:tcW w:type="dxa" w:w="1728"/>
            <w:tcMar>
              <w:top w:w="95" w:type="dxa"/>
              <w:start w:w="95" w:type="dxa"/>
              <w:bottom w:w="95" w:type="dxa"/>
              <w:end w:w="95" w:type="dxa"/>
            </w:tcMar>
            <w:vAlign w:val="center"/>
            <w:shd w:fill="F4F7FA"/>
          </w:tcPr>
          <w:p>
            <w:pPr>
              <w:spacing w:after="20" w:line="240" w:lineRule="auto"/>
            </w:pPr>
            <w:r>
              <w:rPr>
                <w:sz w:val="14"/>
              </w:rPr>
            </w:r>
          </w:p>
        </w:tc>
      </w:tr>
      <w:tr>
        <w:trPr>
          <w:cantSplit/>
        </w:trPr>
        <w:tc>
          <w:tcPr>
            <w:tcW w:type="dxa" w:w="576"/>
            <w:tcMar>
              <w:top w:w="95" w:type="dxa"/>
              <w:start w:w="95" w:type="dxa"/>
              <w:bottom w:w="95" w:type="dxa"/>
              <w:end w:w="95" w:type="dxa"/>
            </w:tcMar>
            <w:vAlign w:val="center"/>
          </w:tcPr>
          <w:p>
            <w:pPr>
              <w:spacing w:after="20" w:line="240" w:lineRule="auto"/>
            </w:pPr>
            <w:r>
              <w:rPr>
                <w:sz w:val="14"/>
              </w:rPr>
              <w:t>3</w:t>
            </w:r>
          </w:p>
        </w:tc>
        <w:tc>
          <w:tcPr>
            <w:tcW w:type="dxa" w:w="5544"/>
            <w:tcMar>
              <w:top w:w="95" w:type="dxa"/>
              <w:start w:w="95" w:type="dxa"/>
              <w:bottom w:w="95" w:type="dxa"/>
              <w:end w:w="95" w:type="dxa"/>
            </w:tcMar>
            <w:vAlign w:val="center"/>
          </w:tcPr>
          <w:p>
            <w:pPr>
              <w:spacing w:after="20" w:line="240" w:lineRule="auto"/>
            </w:pPr>
            <w:r>
              <w:rPr>
                <w:sz w:val="14"/>
              </w:rPr>
              <w:t>Is a relative or associate applying for employment, promotion, contract, grant, admission, licence or benefit?</w:t>
            </w:r>
          </w:p>
        </w:tc>
        <w:tc>
          <w:tcPr>
            <w:tcW w:type="dxa" w:w="648"/>
            <w:tcMar>
              <w:top w:w="95" w:type="dxa"/>
              <w:start w:w="95" w:type="dxa"/>
              <w:bottom w:w="95" w:type="dxa"/>
              <w:end w:w="95" w:type="dxa"/>
            </w:tcMar>
            <w:vAlign w:val="center"/>
          </w:tcPr>
          <w:p>
            <w:pPr>
              <w:spacing w:after="20" w:line="240" w:lineRule="auto"/>
            </w:pPr>
            <w:r>
              <w:rPr>
                <w:sz w:val="14"/>
              </w:rPr>
              <w:t>☐</w:t>
            </w:r>
          </w:p>
        </w:tc>
        <w:tc>
          <w:tcPr>
            <w:tcW w:type="dxa" w:w="648"/>
            <w:tcMar>
              <w:top w:w="95" w:type="dxa"/>
              <w:start w:w="95" w:type="dxa"/>
              <w:bottom w:w="95" w:type="dxa"/>
              <w:end w:w="95" w:type="dxa"/>
            </w:tcMar>
            <w:vAlign w:val="center"/>
          </w:tcPr>
          <w:p>
            <w:pPr>
              <w:spacing w:after="20" w:line="240" w:lineRule="auto"/>
            </w:pPr>
            <w:r>
              <w:rPr>
                <w:sz w:val="14"/>
              </w:rPr>
              <w:t>☐</w:t>
            </w:r>
          </w:p>
        </w:tc>
        <w:tc>
          <w:tcPr>
            <w:tcW w:type="dxa" w:w="792"/>
            <w:tcMar>
              <w:top w:w="95" w:type="dxa"/>
              <w:start w:w="95" w:type="dxa"/>
              <w:bottom w:w="95" w:type="dxa"/>
              <w:end w:w="95" w:type="dxa"/>
            </w:tcMar>
            <w:vAlign w:val="center"/>
          </w:tcPr>
          <w:p>
            <w:pPr>
              <w:spacing w:after="20" w:line="240" w:lineRule="auto"/>
            </w:pPr>
            <w:r>
              <w:rPr>
                <w:sz w:val="14"/>
              </w:rPr>
              <w:t>☐</w:t>
            </w:r>
          </w:p>
        </w:tc>
        <w:tc>
          <w:tcPr>
            <w:tcW w:type="dxa" w:w="1728"/>
            <w:tcMar>
              <w:top w:w="95" w:type="dxa"/>
              <w:start w:w="95" w:type="dxa"/>
              <w:bottom w:w="95" w:type="dxa"/>
              <w:end w:w="95" w:type="dxa"/>
            </w:tcMar>
            <w:vAlign w:val="center"/>
          </w:tcPr>
          <w:p>
            <w:pPr>
              <w:spacing w:after="20" w:line="240" w:lineRule="auto"/>
            </w:pPr>
            <w:r>
              <w:rPr>
                <w:sz w:val="14"/>
              </w:rPr>
            </w:r>
          </w:p>
        </w:tc>
      </w:tr>
      <w:tr>
        <w:trPr>
          <w:cantSplit/>
        </w:trPr>
        <w:tc>
          <w:tcPr>
            <w:tcW w:type="dxa" w:w="576"/>
            <w:tcMar>
              <w:top w:w="95" w:type="dxa"/>
              <w:start w:w="95" w:type="dxa"/>
              <w:bottom w:w="95" w:type="dxa"/>
              <w:end w:w="95" w:type="dxa"/>
            </w:tcMar>
            <w:vAlign w:val="center"/>
            <w:shd w:fill="F4F7FA"/>
          </w:tcPr>
          <w:p>
            <w:pPr>
              <w:spacing w:after="20" w:line="240" w:lineRule="auto"/>
            </w:pPr>
            <w:r>
              <w:rPr>
                <w:sz w:val="14"/>
              </w:rPr>
              <w:t>4</w:t>
            </w:r>
          </w:p>
        </w:tc>
        <w:tc>
          <w:tcPr>
            <w:tcW w:type="dxa" w:w="5544"/>
            <w:tcMar>
              <w:top w:w="95" w:type="dxa"/>
              <w:start w:w="95" w:type="dxa"/>
              <w:bottom w:w="95" w:type="dxa"/>
              <w:end w:w="95" w:type="dxa"/>
            </w:tcMar>
            <w:vAlign w:val="center"/>
            <w:shd w:fill="F4F7FA"/>
          </w:tcPr>
          <w:p>
            <w:pPr>
              <w:spacing w:after="20" w:line="240" w:lineRule="auto"/>
            </w:pPr>
            <w:r>
              <w:rPr>
                <w:sz w:val="14"/>
              </w:rPr>
              <w:t>Do you supervise, evaluate, approve expenses for or influence the pay of a relative or close associate?</w:t>
            </w:r>
          </w:p>
        </w:tc>
        <w:tc>
          <w:tcPr>
            <w:tcW w:type="dxa" w:w="648"/>
            <w:tcMar>
              <w:top w:w="95" w:type="dxa"/>
              <w:start w:w="95" w:type="dxa"/>
              <w:bottom w:w="95" w:type="dxa"/>
              <w:end w:w="95" w:type="dxa"/>
            </w:tcMar>
            <w:vAlign w:val="center"/>
            <w:shd w:fill="F4F7FA"/>
          </w:tcPr>
          <w:p>
            <w:pPr>
              <w:spacing w:after="20" w:line="240" w:lineRule="auto"/>
            </w:pPr>
            <w:r>
              <w:rPr>
                <w:sz w:val="14"/>
              </w:rPr>
              <w:t>☐</w:t>
            </w:r>
          </w:p>
        </w:tc>
        <w:tc>
          <w:tcPr>
            <w:tcW w:type="dxa" w:w="648"/>
            <w:tcMar>
              <w:top w:w="95" w:type="dxa"/>
              <w:start w:w="95" w:type="dxa"/>
              <w:bottom w:w="95" w:type="dxa"/>
              <w:end w:w="95" w:type="dxa"/>
            </w:tcMar>
            <w:vAlign w:val="center"/>
            <w:shd w:fill="F4F7FA"/>
          </w:tcPr>
          <w:p>
            <w:pPr>
              <w:spacing w:after="20" w:line="240" w:lineRule="auto"/>
            </w:pPr>
            <w:r>
              <w:rPr>
                <w:sz w:val="14"/>
              </w:rPr>
              <w:t>☐</w:t>
            </w:r>
          </w:p>
        </w:tc>
        <w:tc>
          <w:tcPr>
            <w:tcW w:type="dxa" w:w="792"/>
            <w:tcMar>
              <w:top w:w="95" w:type="dxa"/>
              <w:start w:w="95" w:type="dxa"/>
              <w:bottom w:w="95" w:type="dxa"/>
              <w:end w:w="95" w:type="dxa"/>
            </w:tcMar>
            <w:vAlign w:val="center"/>
            <w:shd w:fill="F4F7FA"/>
          </w:tcPr>
          <w:p>
            <w:pPr>
              <w:spacing w:after="20" w:line="240" w:lineRule="auto"/>
            </w:pPr>
            <w:r>
              <w:rPr>
                <w:sz w:val="14"/>
              </w:rPr>
              <w:t>☐</w:t>
            </w:r>
          </w:p>
        </w:tc>
        <w:tc>
          <w:tcPr>
            <w:tcW w:type="dxa" w:w="1728"/>
            <w:tcMar>
              <w:top w:w="95" w:type="dxa"/>
              <w:start w:w="95" w:type="dxa"/>
              <w:bottom w:w="95" w:type="dxa"/>
              <w:end w:w="95" w:type="dxa"/>
            </w:tcMar>
            <w:vAlign w:val="center"/>
            <w:shd w:fill="F4F7FA"/>
          </w:tcPr>
          <w:p>
            <w:pPr>
              <w:spacing w:after="20" w:line="240" w:lineRule="auto"/>
            </w:pPr>
            <w:r>
              <w:rPr>
                <w:sz w:val="14"/>
              </w:rPr>
            </w:r>
          </w:p>
        </w:tc>
      </w:tr>
      <w:tr>
        <w:trPr>
          <w:cantSplit/>
        </w:trPr>
        <w:tc>
          <w:tcPr>
            <w:tcW w:type="dxa" w:w="576"/>
            <w:tcMar>
              <w:top w:w="95" w:type="dxa"/>
              <w:start w:w="95" w:type="dxa"/>
              <w:bottom w:w="95" w:type="dxa"/>
              <w:end w:w="95" w:type="dxa"/>
            </w:tcMar>
            <w:vAlign w:val="center"/>
          </w:tcPr>
          <w:p>
            <w:pPr>
              <w:spacing w:after="20" w:line="240" w:lineRule="auto"/>
            </w:pPr>
            <w:r>
              <w:rPr>
                <w:sz w:val="14"/>
              </w:rPr>
              <w:t>5</w:t>
            </w:r>
          </w:p>
        </w:tc>
        <w:tc>
          <w:tcPr>
            <w:tcW w:type="dxa" w:w="5544"/>
            <w:tcMar>
              <w:top w:w="95" w:type="dxa"/>
              <w:start w:w="95" w:type="dxa"/>
              <w:bottom w:w="95" w:type="dxa"/>
              <w:end w:w="95" w:type="dxa"/>
            </w:tcMar>
            <w:vAlign w:val="center"/>
          </w:tcPr>
          <w:p>
            <w:pPr>
              <w:spacing w:after="20" w:line="240" w:lineRule="auto"/>
            </w:pPr>
            <w:r>
              <w:rPr>
                <w:sz w:val="14"/>
              </w:rPr>
              <w:t>Does a former business partner, employer or colleague have a material interest in your decision?</w:t>
            </w:r>
          </w:p>
        </w:tc>
        <w:tc>
          <w:tcPr>
            <w:tcW w:type="dxa" w:w="648"/>
            <w:tcMar>
              <w:top w:w="95" w:type="dxa"/>
              <w:start w:w="95" w:type="dxa"/>
              <w:bottom w:w="95" w:type="dxa"/>
              <w:end w:w="95" w:type="dxa"/>
            </w:tcMar>
            <w:vAlign w:val="center"/>
          </w:tcPr>
          <w:p>
            <w:pPr>
              <w:spacing w:after="20" w:line="240" w:lineRule="auto"/>
            </w:pPr>
            <w:r>
              <w:rPr>
                <w:sz w:val="14"/>
              </w:rPr>
              <w:t>☐</w:t>
            </w:r>
          </w:p>
        </w:tc>
        <w:tc>
          <w:tcPr>
            <w:tcW w:type="dxa" w:w="648"/>
            <w:tcMar>
              <w:top w:w="95" w:type="dxa"/>
              <w:start w:w="95" w:type="dxa"/>
              <w:bottom w:w="95" w:type="dxa"/>
              <w:end w:w="95" w:type="dxa"/>
            </w:tcMar>
            <w:vAlign w:val="center"/>
          </w:tcPr>
          <w:p>
            <w:pPr>
              <w:spacing w:after="20" w:line="240" w:lineRule="auto"/>
            </w:pPr>
            <w:r>
              <w:rPr>
                <w:sz w:val="14"/>
              </w:rPr>
              <w:t>☐</w:t>
            </w:r>
          </w:p>
        </w:tc>
        <w:tc>
          <w:tcPr>
            <w:tcW w:type="dxa" w:w="792"/>
            <w:tcMar>
              <w:top w:w="95" w:type="dxa"/>
              <w:start w:w="95" w:type="dxa"/>
              <w:bottom w:w="95" w:type="dxa"/>
              <w:end w:w="95" w:type="dxa"/>
            </w:tcMar>
            <w:vAlign w:val="center"/>
          </w:tcPr>
          <w:p>
            <w:pPr>
              <w:spacing w:after="20" w:line="240" w:lineRule="auto"/>
            </w:pPr>
            <w:r>
              <w:rPr>
                <w:sz w:val="14"/>
              </w:rPr>
              <w:t>☐</w:t>
            </w:r>
          </w:p>
        </w:tc>
        <w:tc>
          <w:tcPr>
            <w:tcW w:type="dxa" w:w="1728"/>
            <w:tcMar>
              <w:top w:w="95" w:type="dxa"/>
              <w:start w:w="95" w:type="dxa"/>
              <w:bottom w:w="95" w:type="dxa"/>
              <w:end w:w="95" w:type="dxa"/>
            </w:tcMar>
            <w:vAlign w:val="center"/>
          </w:tcPr>
          <w:p>
            <w:pPr>
              <w:spacing w:after="20" w:line="240" w:lineRule="auto"/>
            </w:pPr>
            <w:r>
              <w:rPr>
                <w:sz w:val="14"/>
              </w:rPr>
            </w:r>
          </w:p>
        </w:tc>
      </w:tr>
      <w:tr>
        <w:trPr>
          <w:cantSplit/>
        </w:trPr>
        <w:tc>
          <w:tcPr>
            <w:tcW w:type="dxa" w:w="576"/>
            <w:tcMar>
              <w:top w:w="95" w:type="dxa"/>
              <w:start w:w="95" w:type="dxa"/>
              <w:bottom w:w="95" w:type="dxa"/>
              <w:end w:w="95" w:type="dxa"/>
            </w:tcMar>
            <w:vAlign w:val="center"/>
            <w:shd w:fill="F4F7FA"/>
          </w:tcPr>
          <w:p>
            <w:pPr>
              <w:spacing w:after="20" w:line="240" w:lineRule="auto"/>
            </w:pPr>
            <w:r>
              <w:rPr>
                <w:sz w:val="14"/>
              </w:rPr>
              <w:t>6</w:t>
            </w:r>
          </w:p>
        </w:tc>
        <w:tc>
          <w:tcPr>
            <w:tcW w:type="dxa" w:w="5544"/>
            <w:tcMar>
              <w:top w:w="95" w:type="dxa"/>
              <w:start w:w="95" w:type="dxa"/>
              <w:bottom w:w="95" w:type="dxa"/>
              <w:end w:w="95" w:type="dxa"/>
            </w:tcMar>
            <w:vAlign w:val="center"/>
            <w:shd w:fill="F4F7FA"/>
          </w:tcPr>
          <w:p>
            <w:pPr>
              <w:spacing w:after="20" w:line="240" w:lineRule="auto"/>
            </w:pPr>
            <w:r>
              <w:rPr>
                <w:sz w:val="14"/>
              </w:rPr>
              <w:t>Could a reasonable person believe a relationship might influence your judgement even if you believe it will not?</w:t>
            </w:r>
          </w:p>
        </w:tc>
        <w:tc>
          <w:tcPr>
            <w:tcW w:type="dxa" w:w="648"/>
            <w:tcMar>
              <w:top w:w="95" w:type="dxa"/>
              <w:start w:w="95" w:type="dxa"/>
              <w:bottom w:w="95" w:type="dxa"/>
              <w:end w:w="95" w:type="dxa"/>
            </w:tcMar>
            <w:vAlign w:val="center"/>
            <w:shd w:fill="F4F7FA"/>
          </w:tcPr>
          <w:p>
            <w:pPr>
              <w:spacing w:after="20" w:line="240" w:lineRule="auto"/>
            </w:pPr>
            <w:r>
              <w:rPr>
                <w:sz w:val="14"/>
              </w:rPr>
              <w:t>☐</w:t>
            </w:r>
          </w:p>
        </w:tc>
        <w:tc>
          <w:tcPr>
            <w:tcW w:type="dxa" w:w="648"/>
            <w:tcMar>
              <w:top w:w="95" w:type="dxa"/>
              <w:start w:w="95" w:type="dxa"/>
              <w:bottom w:w="95" w:type="dxa"/>
              <w:end w:w="95" w:type="dxa"/>
            </w:tcMar>
            <w:vAlign w:val="center"/>
            <w:shd w:fill="F4F7FA"/>
          </w:tcPr>
          <w:p>
            <w:pPr>
              <w:spacing w:after="20" w:line="240" w:lineRule="auto"/>
            </w:pPr>
            <w:r>
              <w:rPr>
                <w:sz w:val="14"/>
              </w:rPr>
              <w:t>☐</w:t>
            </w:r>
          </w:p>
        </w:tc>
        <w:tc>
          <w:tcPr>
            <w:tcW w:type="dxa" w:w="792"/>
            <w:tcMar>
              <w:top w:w="95" w:type="dxa"/>
              <w:start w:w="95" w:type="dxa"/>
              <w:bottom w:w="95" w:type="dxa"/>
              <w:end w:w="95" w:type="dxa"/>
            </w:tcMar>
            <w:vAlign w:val="center"/>
            <w:shd w:fill="F4F7FA"/>
          </w:tcPr>
          <w:p>
            <w:pPr>
              <w:spacing w:after="20" w:line="240" w:lineRule="auto"/>
            </w:pPr>
            <w:r>
              <w:rPr>
                <w:sz w:val="14"/>
              </w:rPr>
              <w:t>☐</w:t>
            </w:r>
          </w:p>
        </w:tc>
        <w:tc>
          <w:tcPr>
            <w:tcW w:type="dxa" w:w="1728"/>
            <w:tcMar>
              <w:top w:w="95" w:type="dxa"/>
              <w:start w:w="95" w:type="dxa"/>
              <w:bottom w:w="95" w:type="dxa"/>
              <w:end w:w="95" w:type="dxa"/>
            </w:tcMar>
            <w:vAlign w:val="center"/>
            <w:shd w:fill="F4F7FA"/>
          </w:tcPr>
          <w:p>
            <w:pPr>
              <w:spacing w:after="20" w:line="240" w:lineRule="auto"/>
            </w:pPr>
            <w:r>
              <w:rPr>
                <w:sz w:val="14"/>
              </w:rPr>
            </w:r>
          </w:p>
        </w:tc>
      </w:tr>
    </w:tbl>
    <w:p>
      <w:pPr>
        <w:spacing w:after="20"/>
      </w:pPr>
    </w:p>
    <w:p>
      <w:r>
        <w:br w:type="page"/>
      </w:r>
    </w:p>
    <w:p>
      <w:pPr>
        <w:pStyle w:val="Heading2"/>
      </w:pPr>
      <w:r>
        <w:t>2.4 Suppliers Contractors Customers and Intermediaries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704"/>
        <w:gridCol w:w="1704"/>
        <w:gridCol w:w="1704"/>
        <w:gridCol w:w="1704"/>
        <w:gridCol w:w="1704"/>
        <w:gridCol w:w="1704"/>
      </w:tblGrid>
      <w:tr>
        <w:trPr>
          <w:tblHeader w:val="true"/>
          <w:cantSplit/>
        </w:trPr>
        <w:tc>
          <w:tcPr>
            <w:tcW w:type="dxa" w:w="576"/>
            <w:shd w:fill="17365D"/>
            <w:tcMar>
              <w:top w:w="95" w:type="dxa"/>
              <w:start w:w="95" w:type="dxa"/>
              <w:bottom w:w="95" w:type="dxa"/>
              <w:end w:w="95" w:type="dxa"/>
            </w:tcMar>
            <w:vAlign w:val="center"/>
          </w:tcPr>
          <w:p>
            <w:r>
              <w:rPr>
                <w:b/>
                <w:color w:val="FFFFFF"/>
                <w:sz w:val="14"/>
              </w:rPr>
              <w:t>No.</w:t>
            </w:r>
          </w:p>
        </w:tc>
        <w:tc>
          <w:tcPr>
            <w:tcW w:type="dxa" w:w="5544"/>
            <w:shd w:fill="17365D"/>
            <w:tcMar>
              <w:top w:w="95" w:type="dxa"/>
              <w:start w:w="95" w:type="dxa"/>
              <w:bottom w:w="95" w:type="dxa"/>
              <w:end w:w="95" w:type="dxa"/>
            </w:tcMar>
            <w:vAlign w:val="center"/>
          </w:tcPr>
          <w:p>
            <w:r>
              <w:rPr>
                <w:b/>
                <w:color w:val="FFFFFF"/>
                <w:sz w:val="14"/>
              </w:rPr>
              <w:t>Declaration question</w:t>
            </w:r>
          </w:p>
        </w:tc>
        <w:tc>
          <w:tcPr>
            <w:tcW w:type="dxa" w:w="648"/>
            <w:shd w:fill="17365D"/>
            <w:tcMar>
              <w:top w:w="95" w:type="dxa"/>
              <w:start w:w="95" w:type="dxa"/>
              <w:bottom w:w="95" w:type="dxa"/>
              <w:end w:w="95" w:type="dxa"/>
            </w:tcMar>
            <w:vAlign w:val="center"/>
          </w:tcPr>
          <w:p>
            <w:r>
              <w:rPr>
                <w:b/>
                <w:color w:val="FFFFFF"/>
                <w:sz w:val="14"/>
              </w:rPr>
              <w:t>Yes</w:t>
            </w:r>
          </w:p>
        </w:tc>
        <w:tc>
          <w:tcPr>
            <w:tcW w:type="dxa" w:w="648"/>
            <w:shd w:fill="17365D"/>
            <w:tcMar>
              <w:top w:w="95" w:type="dxa"/>
              <w:start w:w="95" w:type="dxa"/>
              <w:bottom w:w="95" w:type="dxa"/>
              <w:end w:w="95" w:type="dxa"/>
            </w:tcMar>
            <w:vAlign w:val="center"/>
          </w:tcPr>
          <w:p>
            <w:r>
              <w:rPr>
                <w:b/>
                <w:color w:val="FFFFFF"/>
                <w:sz w:val="14"/>
              </w:rPr>
              <w:t>No</w:t>
            </w:r>
          </w:p>
        </w:tc>
        <w:tc>
          <w:tcPr>
            <w:tcW w:type="dxa" w:w="792"/>
            <w:shd w:fill="17365D"/>
            <w:tcMar>
              <w:top w:w="95" w:type="dxa"/>
              <w:start w:w="95" w:type="dxa"/>
              <w:bottom w:w="95" w:type="dxa"/>
              <w:end w:w="95" w:type="dxa"/>
            </w:tcMar>
            <w:vAlign w:val="center"/>
          </w:tcPr>
          <w:p>
            <w:r>
              <w:rPr>
                <w:b/>
                <w:color w:val="FFFFFF"/>
                <w:sz w:val="14"/>
              </w:rPr>
              <w:t>Unsure</w:t>
            </w:r>
          </w:p>
        </w:tc>
        <w:tc>
          <w:tcPr>
            <w:tcW w:type="dxa" w:w="1728"/>
            <w:shd w:fill="17365D"/>
            <w:tcMar>
              <w:top w:w="95" w:type="dxa"/>
              <w:start w:w="95" w:type="dxa"/>
              <w:bottom w:w="95" w:type="dxa"/>
              <w:end w:w="95" w:type="dxa"/>
            </w:tcMar>
            <w:vAlign w:val="center"/>
          </w:tcPr>
          <w:p>
            <w:r>
              <w:rPr>
                <w:b/>
                <w:color w:val="FFFFFF"/>
                <w:sz w:val="14"/>
              </w:rPr>
              <w:t>Details or reference</w:t>
            </w:r>
          </w:p>
        </w:tc>
      </w:tr>
      <w:tr>
        <w:trPr>
          <w:cantSplit/>
        </w:trPr>
        <w:tc>
          <w:tcPr>
            <w:tcW w:type="dxa" w:w="576"/>
            <w:tcMar>
              <w:top w:w="95" w:type="dxa"/>
              <w:start w:w="95" w:type="dxa"/>
              <w:bottom w:w="95" w:type="dxa"/>
              <w:end w:w="95" w:type="dxa"/>
            </w:tcMar>
            <w:vAlign w:val="center"/>
          </w:tcPr>
          <w:p>
            <w:pPr>
              <w:spacing w:after="20" w:line="240" w:lineRule="auto"/>
            </w:pPr>
            <w:r>
              <w:rPr>
                <w:sz w:val="14"/>
              </w:rPr>
              <w:t>1</w:t>
            </w:r>
          </w:p>
        </w:tc>
        <w:tc>
          <w:tcPr>
            <w:tcW w:type="dxa" w:w="5544"/>
            <w:tcMar>
              <w:top w:w="95" w:type="dxa"/>
              <w:start w:w="95" w:type="dxa"/>
              <w:bottom w:w="95" w:type="dxa"/>
              <w:end w:w="95" w:type="dxa"/>
            </w:tcMar>
            <w:vAlign w:val="center"/>
          </w:tcPr>
          <w:p>
            <w:pPr>
              <w:spacing w:after="20" w:line="240" w:lineRule="auto"/>
            </w:pPr>
            <w:r>
              <w:rPr>
                <w:sz w:val="14"/>
              </w:rPr>
              <w:t>Do you have any private relationship or interest involving a current or prospective supplier, contractor, consultant, agent, broker, distributor or customer?</w:t>
            </w:r>
          </w:p>
        </w:tc>
        <w:tc>
          <w:tcPr>
            <w:tcW w:type="dxa" w:w="648"/>
            <w:tcMar>
              <w:top w:w="95" w:type="dxa"/>
              <w:start w:w="95" w:type="dxa"/>
              <w:bottom w:w="95" w:type="dxa"/>
              <w:end w:w="95" w:type="dxa"/>
            </w:tcMar>
            <w:vAlign w:val="center"/>
          </w:tcPr>
          <w:p>
            <w:pPr>
              <w:spacing w:after="20" w:line="240" w:lineRule="auto"/>
            </w:pPr>
            <w:r>
              <w:rPr>
                <w:sz w:val="14"/>
              </w:rPr>
              <w:t>☐</w:t>
            </w:r>
          </w:p>
        </w:tc>
        <w:tc>
          <w:tcPr>
            <w:tcW w:type="dxa" w:w="648"/>
            <w:tcMar>
              <w:top w:w="95" w:type="dxa"/>
              <w:start w:w="95" w:type="dxa"/>
              <w:bottom w:w="95" w:type="dxa"/>
              <w:end w:w="95" w:type="dxa"/>
            </w:tcMar>
            <w:vAlign w:val="center"/>
          </w:tcPr>
          <w:p>
            <w:pPr>
              <w:spacing w:after="20" w:line="240" w:lineRule="auto"/>
            </w:pPr>
            <w:r>
              <w:rPr>
                <w:sz w:val="14"/>
              </w:rPr>
              <w:t>☐</w:t>
            </w:r>
          </w:p>
        </w:tc>
        <w:tc>
          <w:tcPr>
            <w:tcW w:type="dxa" w:w="792"/>
            <w:tcMar>
              <w:top w:w="95" w:type="dxa"/>
              <w:start w:w="95" w:type="dxa"/>
              <w:bottom w:w="95" w:type="dxa"/>
              <w:end w:w="95" w:type="dxa"/>
            </w:tcMar>
            <w:vAlign w:val="center"/>
          </w:tcPr>
          <w:p>
            <w:pPr>
              <w:spacing w:after="20" w:line="240" w:lineRule="auto"/>
            </w:pPr>
            <w:r>
              <w:rPr>
                <w:sz w:val="14"/>
              </w:rPr>
              <w:t>☐</w:t>
            </w:r>
          </w:p>
        </w:tc>
        <w:tc>
          <w:tcPr>
            <w:tcW w:type="dxa" w:w="1728"/>
            <w:tcMar>
              <w:top w:w="95" w:type="dxa"/>
              <w:start w:w="95" w:type="dxa"/>
              <w:bottom w:w="95" w:type="dxa"/>
              <w:end w:w="95" w:type="dxa"/>
            </w:tcMar>
            <w:vAlign w:val="center"/>
          </w:tcPr>
          <w:p>
            <w:pPr>
              <w:spacing w:after="20" w:line="240" w:lineRule="auto"/>
            </w:pPr>
            <w:r>
              <w:rPr>
                <w:sz w:val="14"/>
              </w:rPr>
            </w:r>
          </w:p>
        </w:tc>
      </w:tr>
      <w:tr>
        <w:trPr>
          <w:cantSplit/>
        </w:trPr>
        <w:tc>
          <w:tcPr>
            <w:tcW w:type="dxa" w:w="576"/>
            <w:tcMar>
              <w:top w:w="95" w:type="dxa"/>
              <w:start w:w="95" w:type="dxa"/>
              <w:bottom w:w="95" w:type="dxa"/>
              <w:end w:w="95" w:type="dxa"/>
            </w:tcMar>
            <w:vAlign w:val="center"/>
            <w:shd w:fill="F4F7FA"/>
          </w:tcPr>
          <w:p>
            <w:pPr>
              <w:spacing w:after="20" w:line="240" w:lineRule="auto"/>
            </w:pPr>
            <w:r>
              <w:rPr>
                <w:sz w:val="14"/>
              </w:rPr>
              <w:t>2</w:t>
            </w:r>
          </w:p>
        </w:tc>
        <w:tc>
          <w:tcPr>
            <w:tcW w:type="dxa" w:w="5544"/>
            <w:tcMar>
              <w:top w:w="95" w:type="dxa"/>
              <w:start w:w="95" w:type="dxa"/>
              <w:bottom w:w="95" w:type="dxa"/>
              <w:end w:w="95" w:type="dxa"/>
            </w:tcMar>
            <w:vAlign w:val="center"/>
            <w:shd w:fill="F4F7FA"/>
          </w:tcPr>
          <w:p>
            <w:pPr>
              <w:spacing w:after="20" w:line="240" w:lineRule="auto"/>
            </w:pPr>
            <w:r>
              <w:rPr>
                <w:sz w:val="14"/>
              </w:rPr>
              <w:t>Have you recommended, introduced or sponsored a party without disclosing your relationship?</w:t>
            </w:r>
          </w:p>
        </w:tc>
        <w:tc>
          <w:tcPr>
            <w:tcW w:type="dxa" w:w="648"/>
            <w:tcMar>
              <w:top w:w="95" w:type="dxa"/>
              <w:start w:w="95" w:type="dxa"/>
              <w:bottom w:w="95" w:type="dxa"/>
              <w:end w:w="95" w:type="dxa"/>
            </w:tcMar>
            <w:vAlign w:val="center"/>
            <w:shd w:fill="F4F7FA"/>
          </w:tcPr>
          <w:p>
            <w:pPr>
              <w:spacing w:after="20" w:line="240" w:lineRule="auto"/>
            </w:pPr>
            <w:r>
              <w:rPr>
                <w:sz w:val="14"/>
              </w:rPr>
              <w:t>☐</w:t>
            </w:r>
          </w:p>
        </w:tc>
        <w:tc>
          <w:tcPr>
            <w:tcW w:type="dxa" w:w="648"/>
            <w:tcMar>
              <w:top w:w="95" w:type="dxa"/>
              <w:start w:w="95" w:type="dxa"/>
              <w:bottom w:w="95" w:type="dxa"/>
              <w:end w:w="95" w:type="dxa"/>
            </w:tcMar>
            <w:vAlign w:val="center"/>
            <w:shd w:fill="F4F7FA"/>
          </w:tcPr>
          <w:p>
            <w:pPr>
              <w:spacing w:after="20" w:line="240" w:lineRule="auto"/>
            </w:pPr>
            <w:r>
              <w:rPr>
                <w:sz w:val="14"/>
              </w:rPr>
              <w:t>☐</w:t>
            </w:r>
          </w:p>
        </w:tc>
        <w:tc>
          <w:tcPr>
            <w:tcW w:type="dxa" w:w="792"/>
            <w:tcMar>
              <w:top w:w="95" w:type="dxa"/>
              <w:start w:w="95" w:type="dxa"/>
              <w:bottom w:w="95" w:type="dxa"/>
              <w:end w:w="95" w:type="dxa"/>
            </w:tcMar>
            <w:vAlign w:val="center"/>
            <w:shd w:fill="F4F7FA"/>
          </w:tcPr>
          <w:p>
            <w:pPr>
              <w:spacing w:after="20" w:line="240" w:lineRule="auto"/>
            </w:pPr>
            <w:r>
              <w:rPr>
                <w:sz w:val="14"/>
              </w:rPr>
              <w:t>☐</w:t>
            </w:r>
          </w:p>
        </w:tc>
        <w:tc>
          <w:tcPr>
            <w:tcW w:type="dxa" w:w="1728"/>
            <w:tcMar>
              <w:top w:w="95" w:type="dxa"/>
              <w:start w:w="95" w:type="dxa"/>
              <w:bottom w:w="95" w:type="dxa"/>
              <w:end w:w="95" w:type="dxa"/>
            </w:tcMar>
            <w:vAlign w:val="center"/>
            <w:shd w:fill="F4F7FA"/>
          </w:tcPr>
          <w:p>
            <w:pPr>
              <w:spacing w:after="20" w:line="240" w:lineRule="auto"/>
            </w:pPr>
            <w:r>
              <w:rPr>
                <w:sz w:val="14"/>
              </w:rPr>
            </w:r>
          </w:p>
        </w:tc>
      </w:tr>
      <w:tr>
        <w:trPr>
          <w:cantSplit/>
        </w:trPr>
        <w:tc>
          <w:tcPr>
            <w:tcW w:type="dxa" w:w="576"/>
            <w:tcMar>
              <w:top w:w="95" w:type="dxa"/>
              <w:start w:w="95" w:type="dxa"/>
              <w:bottom w:w="95" w:type="dxa"/>
              <w:end w:w="95" w:type="dxa"/>
            </w:tcMar>
            <w:vAlign w:val="center"/>
          </w:tcPr>
          <w:p>
            <w:pPr>
              <w:spacing w:after="20" w:line="240" w:lineRule="auto"/>
            </w:pPr>
            <w:r>
              <w:rPr>
                <w:sz w:val="14"/>
              </w:rPr>
              <w:t>3</w:t>
            </w:r>
          </w:p>
        </w:tc>
        <w:tc>
          <w:tcPr>
            <w:tcW w:type="dxa" w:w="5544"/>
            <w:tcMar>
              <w:top w:w="95" w:type="dxa"/>
              <w:start w:w="95" w:type="dxa"/>
              <w:bottom w:w="95" w:type="dxa"/>
              <w:end w:w="95" w:type="dxa"/>
            </w:tcMar>
            <w:vAlign w:val="center"/>
          </w:tcPr>
          <w:p>
            <w:pPr>
              <w:spacing w:after="20" w:line="240" w:lineRule="auto"/>
            </w:pPr>
            <w:r>
              <w:rPr>
                <w:sz w:val="14"/>
              </w:rPr>
              <w:t>Have you received a referral fee, commission, discount, loan, hospitality or benefit from a relevant party?</w:t>
            </w:r>
          </w:p>
        </w:tc>
        <w:tc>
          <w:tcPr>
            <w:tcW w:type="dxa" w:w="648"/>
            <w:tcMar>
              <w:top w:w="95" w:type="dxa"/>
              <w:start w:w="95" w:type="dxa"/>
              <w:bottom w:w="95" w:type="dxa"/>
              <w:end w:w="95" w:type="dxa"/>
            </w:tcMar>
            <w:vAlign w:val="center"/>
          </w:tcPr>
          <w:p>
            <w:pPr>
              <w:spacing w:after="20" w:line="240" w:lineRule="auto"/>
            </w:pPr>
            <w:r>
              <w:rPr>
                <w:sz w:val="14"/>
              </w:rPr>
              <w:t>☐</w:t>
            </w:r>
          </w:p>
        </w:tc>
        <w:tc>
          <w:tcPr>
            <w:tcW w:type="dxa" w:w="648"/>
            <w:tcMar>
              <w:top w:w="95" w:type="dxa"/>
              <w:start w:w="95" w:type="dxa"/>
              <w:bottom w:w="95" w:type="dxa"/>
              <w:end w:w="95" w:type="dxa"/>
            </w:tcMar>
            <w:vAlign w:val="center"/>
          </w:tcPr>
          <w:p>
            <w:pPr>
              <w:spacing w:after="20" w:line="240" w:lineRule="auto"/>
            </w:pPr>
            <w:r>
              <w:rPr>
                <w:sz w:val="14"/>
              </w:rPr>
              <w:t>☐</w:t>
            </w:r>
          </w:p>
        </w:tc>
        <w:tc>
          <w:tcPr>
            <w:tcW w:type="dxa" w:w="792"/>
            <w:tcMar>
              <w:top w:w="95" w:type="dxa"/>
              <w:start w:w="95" w:type="dxa"/>
              <w:bottom w:w="95" w:type="dxa"/>
              <w:end w:w="95" w:type="dxa"/>
            </w:tcMar>
            <w:vAlign w:val="center"/>
          </w:tcPr>
          <w:p>
            <w:pPr>
              <w:spacing w:after="20" w:line="240" w:lineRule="auto"/>
            </w:pPr>
            <w:r>
              <w:rPr>
                <w:sz w:val="14"/>
              </w:rPr>
              <w:t>☐</w:t>
            </w:r>
          </w:p>
        </w:tc>
        <w:tc>
          <w:tcPr>
            <w:tcW w:type="dxa" w:w="1728"/>
            <w:tcMar>
              <w:top w:w="95" w:type="dxa"/>
              <w:start w:w="95" w:type="dxa"/>
              <w:bottom w:w="95" w:type="dxa"/>
              <w:end w:w="95" w:type="dxa"/>
            </w:tcMar>
            <w:vAlign w:val="center"/>
          </w:tcPr>
          <w:p>
            <w:pPr>
              <w:spacing w:after="20" w:line="240" w:lineRule="auto"/>
            </w:pPr>
            <w:r>
              <w:rPr>
                <w:sz w:val="14"/>
              </w:rPr>
            </w:r>
          </w:p>
        </w:tc>
      </w:tr>
      <w:tr>
        <w:trPr>
          <w:cantSplit/>
        </w:trPr>
        <w:tc>
          <w:tcPr>
            <w:tcW w:type="dxa" w:w="576"/>
            <w:tcMar>
              <w:top w:w="95" w:type="dxa"/>
              <w:start w:w="95" w:type="dxa"/>
              <w:bottom w:w="95" w:type="dxa"/>
              <w:end w:w="95" w:type="dxa"/>
            </w:tcMar>
            <w:vAlign w:val="center"/>
            <w:shd w:fill="F4F7FA"/>
          </w:tcPr>
          <w:p>
            <w:pPr>
              <w:spacing w:after="20" w:line="240" w:lineRule="auto"/>
            </w:pPr>
            <w:r>
              <w:rPr>
                <w:sz w:val="14"/>
              </w:rPr>
              <w:t>4</w:t>
            </w:r>
          </w:p>
        </w:tc>
        <w:tc>
          <w:tcPr>
            <w:tcW w:type="dxa" w:w="5544"/>
            <w:tcMar>
              <w:top w:w="95" w:type="dxa"/>
              <w:start w:w="95" w:type="dxa"/>
              <w:bottom w:w="95" w:type="dxa"/>
              <w:end w:w="95" w:type="dxa"/>
            </w:tcMar>
            <w:vAlign w:val="center"/>
            <w:shd w:fill="F4F7FA"/>
          </w:tcPr>
          <w:p>
            <w:pPr>
              <w:spacing w:after="20" w:line="240" w:lineRule="auto"/>
            </w:pPr>
            <w:r>
              <w:rPr>
                <w:sz w:val="14"/>
              </w:rPr>
              <w:t>Do you communicate privately with a bidder or party outside approved channels?</w:t>
            </w:r>
          </w:p>
        </w:tc>
        <w:tc>
          <w:tcPr>
            <w:tcW w:type="dxa" w:w="648"/>
            <w:tcMar>
              <w:top w:w="95" w:type="dxa"/>
              <w:start w:w="95" w:type="dxa"/>
              <w:bottom w:w="95" w:type="dxa"/>
              <w:end w:w="95" w:type="dxa"/>
            </w:tcMar>
            <w:vAlign w:val="center"/>
            <w:shd w:fill="F4F7FA"/>
          </w:tcPr>
          <w:p>
            <w:pPr>
              <w:spacing w:after="20" w:line="240" w:lineRule="auto"/>
            </w:pPr>
            <w:r>
              <w:rPr>
                <w:sz w:val="14"/>
              </w:rPr>
              <w:t>☐</w:t>
            </w:r>
          </w:p>
        </w:tc>
        <w:tc>
          <w:tcPr>
            <w:tcW w:type="dxa" w:w="648"/>
            <w:tcMar>
              <w:top w:w="95" w:type="dxa"/>
              <w:start w:w="95" w:type="dxa"/>
              <w:bottom w:w="95" w:type="dxa"/>
              <w:end w:w="95" w:type="dxa"/>
            </w:tcMar>
            <w:vAlign w:val="center"/>
            <w:shd w:fill="F4F7FA"/>
          </w:tcPr>
          <w:p>
            <w:pPr>
              <w:spacing w:after="20" w:line="240" w:lineRule="auto"/>
            </w:pPr>
            <w:r>
              <w:rPr>
                <w:sz w:val="14"/>
              </w:rPr>
              <w:t>☐</w:t>
            </w:r>
          </w:p>
        </w:tc>
        <w:tc>
          <w:tcPr>
            <w:tcW w:type="dxa" w:w="792"/>
            <w:tcMar>
              <w:top w:w="95" w:type="dxa"/>
              <w:start w:w="95" w:type="dxa"/>
              <w:bottom w:w="95" w:type="dxa"/>
              <w:end w:w="95" w:type="dxa"/>
            </w:tcMar>
            <w:vAlign w:val="center"/>
            <w:shd w:fill="F4F7FA"/>
          </w:tcPr>
          <w:p>
            <w:pPr>
              <w:spacing w:after="20" w:line="240" w:lineRule="auto"/>
            </w:pPr>
            <w:r>
              <w:rPr>
                <w:sz w:val="14"/>
              </w:rPr>
              <w:t>☐</w:t>
            </w:r>
          </w:p>
        </w:tc>
        <w:tc>
          <w:tcPr>
            <w:tcW w:type="dxa" w:w="1728"/>
            <w:tcMar>
              <w:top w:w="95" w:type="dxa"/>
              <w:start w:w="95" w:type="dxa"/>
              <w:bottom w:w="95" w:type="dxa"/>
              <w:end w:w="95" w:type="dxa"/>
            </w:tcMar>
            <w:vAlign w:val="center"/>
            <w:shd w:fill="F4F7FA"/>
          </w:tcPr>
          <w:p>
            <w:pPr>
              <w:spacing w:after="20" w:line="240" w:lineRule="auto"/>
            </w:pPr>
            <w:r>
              <w:rPr>
                <w:sz w:val="14"/>
              </w:rPr>
            </w:r>
          </w:p>
        </w:tc>
      </w:tr>
      <w:tr>
        <w:trPr>
          <w:cantSplit/>
        </w:trPr>
        <w:tc>
          <w:tcPr>
            <w:tcW w:type="dxa" w:w="576"/>
            <w:tcMar>
              <w:top w:w="95" w:type="dxa"/>
              <w:start w:w="95" w:type="dxa"/>
              <w:bottom w:w="95" w:type="dxa"/>
              <w:end w:w="95" w:type="dxa"/>
            </w:tcMar>
            <w:vAlign w:val="center"/>
          </w:tcPr>
          <w:p>
            <w:pPr>
              <w:spacing w:after="20" w:line="240" w:lineRule="auto"/>
            </w:pPr>
            <w:r>
              <w:rPr>
                <w:sz w:val="14"/>
              </w:rPr>
              <w:t>5</w:t>
            </w:r>
          </w:p>
        </w:tc>
        <w:tc>
          <w:tcPr>
            <w:tcW w:type="dxa" w:w="5544"/>
            <w:tcMar>
              <w:top w:w="95" w:type="dxa"/>
              <w:start w:w="95" w:type="dxa"/>
              <w:bottom w:w="95" w:type="dxa"/>
              <w:end w:w="95" w:type="dxa"/>
            </w:tcMar>
            <w:vAlign w:val="center"/>
          </w:tcPr>
          <w:p>
            <w:pPr>
              <w:spacing w:after="20" w:line="240" w:lineRule="auto"/>
            </w:pPr>
            <w:r>
              <w:rPr>
                <w:sz w:val="14"/>
              </w:rPr>
              <w:t>Have you influenced specifications, shortlists, scores, negotiations, receipt, payment or performance review involving a connected party?</w:t>
            </w:r>
          </w:p>
        </w:tc>
        <w:tc>
          <w:tcPr>
            <w:tcW w:type="dxa" w:w="648"/>
            <w:tcMar>
              <w:top w:w="95" w:type="dxa"/>
              <w:start w:w="95" w:type="dxa"/>
              <w:bottom w:w="95" w:type="dxa"/>
              <w:end w:w="95" w:type="dxa"/>
            </w:tcMar>
            <w:vAlign w:val="center"/>
          </w:tcPr>
          <w:p>
            <w:pPr>
              <w:spacing w:after="20" w:line="240" w:lineRule="auto"/>
            </w:pPr>
            <w:r>
              <w:rPr>
                <w:sz w:val="14"/>
              </w:rPr>
              <w:t>☐</w:t>
            </w:r>
          </w:p>
        </w:tc>
        <w:tc>
          <w:tcPr>
            <w:tcW w:type="dxa" w:w="648"/>
            <w:tcMar>
              <w:top w:w="95" w:type="dxa"/>
              <w:start w:w="95" w:type="dxa"/>
              <w:bottom w:w="95" w:type="dxa"/>
              <w:end w:w="95" w:type="dxa"/>
            </w:tcMar>
            <w:vAlign w:val="center"/>
          </w:tcPr>
          <w:p>
            <w:pPr>
              <w:spacing w:after="20" w:line="240" w:lineRule="auto"/>
            </w:pPr>
            <w:r>
              <w:rPr>
                <w:sz w:val="14"/>
              </w:rPr>
              <w:t>☐</w:t>
            </w:r>
          </w:p>
        </w:tc>
        <w:tc>
          <w:tcPr>
            <w:tcW w:type="dxa" w:w="792"/>
            <w:tcMar>
              <w:top w:w="95" w:type="dxa"/>
              <w:start w:w="95" w:type="dxa"/>
              <w:bottom w:w="95" w:type="dxa"/>
              <w:end w:w="95" w:type="dxa"/>
            </w:tcMar>
            <w:vAlign w:val="center"/>
          </w:tcPr>
          <w:p>
            <w:pPr>
              <w:spacing w:after="20" w:line="240" w:lineRule="auto"/>
            </w:pPr>
            <w:r>
              <w:rPr>
                <w:sz w:val="14"/>
              </w:rPr>
              <w:t>☐</w:t>
            </w:r>
          </w:p>
        </w:tc>
        <w:tc>
          <w:tcPr>
            <w:tcW w:type="dxa" w:w="1728"/>
            <w:tcMar>
              <w:top w:w="95" w:type="dxa"/>
              <w:start w:w="95" w:type="dxa"/>
              <w:bottom w:w="95" w:type="dxa"/>
              <w:end w:w="95" w:type="dxa"/>
            </w:tcMar>
            <w:vAlign w:val="center"/>
          </w:tcPr>
          <w:p>
            <w:pPr>
              <w:spacing w:after="20" w:line="240" w:lineRule="auto"/>
            </w:pPr>
            <w:r>
              <w:rPr>
                <w:sz w:val="14"/>
              </w:rPr>
            </w:r>
          </w:p>
        </w:tc>
      </w:tr>
      <w:tr>
        <w:trPr>
          <w:cantSplit/>
        </w:trPr>
        <w:tc>
          <w:tcPr>
            <w:tcW w:type="dxa" w:w="576"/>
            <w:tcMar>
              <w:top w:w="95" w:type="dxa"/>
              <w:start w:w="95" w:type="dxa"/>
              <w:bottom w:w="95" w:type="dxa"/>
              <w:end w:w="95" w:type="dxa"/>
            </w:tcMar>
            <w:vAlign w:val="center"/>
            <w:shd w:fill="F4F7FA"/>
          </w:tcPr>
          <w:p>
            <w:pPr>
              <w:spacing w:after="20" w:line="240" w:lineRule="auto"/>
            </w:pPr>
            <w:r>
              <w:rPr>
                <w:sz w:val="14"/>
              </w:rPr>
              <w:t>6</w:t>
            </w:r>
          </w:p>
        </w:tc>
        <w:tc>
          <w:tcPr>
            <w:tcW w:type="dxa" w:w="5544"/>
            <w:tcMar>
              <w:top w:w="95" w:type="dxa"/>
              <w:start w:w="95" w:type="dxa"/>
              <w:bottom w:w="95" w:type="dxa"/>
              <w:end w:w="95" w:type="dxa"/>
            </w:tcMar>
            <w:vAlign w:val="center"/>
            <w:shd w:fill="F4F7FA"/>
          </w:tcPr>
          <w:p>
            <w:pPr>
              <w:spacing w:after="20" w:line="240" w:lineRule="auto"/>
            </w:pPr>
            <w:r>
              <w:rPr>
                <w:sz w:val="14"/>
              </w:rPr>
              <w:t>Are you aware of a party using a relative, nominee or hidden owner connected to you?</w:t>
            </w:r>
          </w:p>
        </w:tc>
        <w:tc>
          <w:tcPr>
            <w:tcW w:type="dxa" w:w="648"/>
            <w:tcMar>
              <w:top w:w="95" w:type="dxa"/>
              <w:start w:w="95" w:type="dxa"/>
              <w:bottom w:w="95" w:type="dxa"/>
              <w:end w:w="95" w:type="dxa"/>
            </w:tcMar>
            <w:vAlign w:val="center"/>
            <w:shd w:fill="F4F7FA"/>
          </w:tcPr>
          <w:p>
            <w:pPr>
              <w:spacing w:after="20" w:line="240" w:lineRule="auto"/>
            </w:pPr>
            <w:r>
              <w:rPr>
                <w:sz w:val="14"/>
              </w:rPr>
              <w:t>☐</w:t>
            </w:r>
          </w:p>
        </w:tc>
        <w:tc>
          <w:tcPr>
            <w:tcW w:type="dxa" w:w="648"/>
            <w:tcMar>
              <w:top w:w="95" w:type="dxa"/>
              <w:start w:w="95" w:type="dxa"/>
              <w:bottom w:w="95" w:type="dxa"/>
              <w:end w:w="95" w:type="dxa"/>
            </w:tcMar>
            <w:vAlign w:val="center"/>
            <w:shd w:fill="F4F7FA"/>
          </w:tcPr>
          <w:p>
            <w:pPr>
              <w:spacing w:after="20" w:line="240" w:lineRule="auto"/>
            </w:pPr>
            <w:r>
              <w:rPr>
                <w:sz w:val="14"/>
              </w:rPr>
              <w:t>☐</w:t>
            </w:r>
          </w:p>
        </w:tc>
        <w:tc>
          <w:tcPr>
            <w:tcW w:type="dxa" w:w="792"/>
            <w:tcMar>
              <w:top w:w="95" w:type="dxa"/>
              <w:start w:w="95" w:type="dxa"/>
              <w:bottom w:w="95" w:type="dxa"/>
              <w:end w:w="95" w:type="dxa"/>
            </w:tcMar>
            <w:vAlign w:val="center"/>
            <w:shd w:fill="F4F7FA"/>
          </w:tcPr>
          <w:p>
            <w:pPr>
              <w:spacing w:after="20" w:line="240" w:lineRule="auto"/>
            </w:pPr>
            <w:r>
              <w:rPr>
                <w:sz w:val="14"/>
              </w:rPr>
              <w:t>☐</w:t>
            </w:r>
          </w:p>
        </w:tc>
        <w:tc>
          <w:tcPr>
            <w:tcW w:type="dxa" w:w="1728"/>
            <w:tcMar>
              <w:top w:w="95" w:type="dxa"/>
              <w:start w:w="95" w:type="dxa"/>
              <w:bottom w:w="95" w:type="dxa"/>
              <w:end w:w="95" w:type="dxa"/>
            </w:tcMar>
            <w:vAlign w:val="center"/>
            <w:shd w:fill="F4F7FA"/>
          </w:tcPr>
          <w:p>
            <w:pPr>
              <w:spacing w:after="20" w:line="240" w:lineRule="auto"/>
            </w:pPr>
            <w:r>
              <w:rPr>
                <w:sz w:val="14"/>
              </w:rPr>
            </w:r>
          </w:p>
        </w:tc>
      </w:tr>
    </w:tbl>
    <w:p>
      <w:pPr>
        <w:spacing w:after="20"/>
      </w:pPr>
    </w:p>
    <w:p>
      <w:pPr>
        <w:pStyle w:val="Heading2"/>
      </w:pPr>
      <w:r>
        <w:t>2.5 Gifts Hospitality Travel Donations and Benefits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704"/>
        <w:gridCol w:w="1704"/>
        <w:gridCol w:w="1704"/>
        <w:gridCol w:w="1704"/>
        <w:gridCol w:w="1704"/>
        <w:gridCol w:w="1704"/>
      </w:tblGrid>
      <w:tr>
        <w:trPr>
          <w:tblHeader w:val="true"/>
          <w:cantSplit/>
        </w:trPr>
        <w:tc>
          <w:tcPr>
            <w:tcW w:type="dxa" w:w="576"/>
            <w:shd w:fill="17365D"/>
            <w:tcMar>
              <w:top w:w="95" w:type="dxa"/>
              <w:start w:w="95" w:type="dxa"/>
              <w:bottom w:w="95" w:type="dxa"/>
              <w:end w:w="95" w:type="dxa"/>
            </w:tcMar>
            <w:vAlign w:val="center"/>
          </w:tcPr>
          <w:p>
            <w:r>
              <w:rPr>
                <w:b/>
                <w:color w:val="FFFFFF"/>
                <w:sz w:val="14"/>
              </w:rPr>
              <w:t>No.</w:t>
            </w:r>
          </w:p>
        </w:tc>
        <w:tc>
          <w:tcPr>
            <w:tcW w:type="dxa" w:w="5544"/>
            <w:shd w:fill="17365D"/>
            <w:tcMar>
              <w:top w:w="95" w:type="dxa"/>
              <w:start w:w="95" w:type="dxa"/>
              <w:bottom w:w="95" w:type="dxa"/>
              <w:end w:w="95" w:type="dxa"/>
            </w:tcMar>
            <w:vAlign w:val="center"/>
          </w:tcPr>
          <w:p>
            <w:r>
              <w:rPr>
                <w:b/>
                <w:color w:val="FFFFFF"/>
                <w:sz w:val="14"/>
              </w:rPr>
              <w:t>Declaration question</w:t>
            </w:r>
          </w:p>
        </w:tc>
        <w:tc>
          <w:tcPr>
            <w:tcW w:type="dxa" w:w="648"/>
            <w:shd w:fill="17365D"/>
            <w:tcMar>
              <w:top w:w="95" w:type="dxa"/>
              <w:start w:w="95" w:type="dxa"/>
              <w:bottom w:w="95" w:type="dxa"/>
              <w:end w:w="95" w:type="dxa"/>
            </w:tcMar>
            <w:vAlign w:val="center"/>
          </w:tcPr>
          <w:p>
            <w:r>
              <w:rPr>
                <w:b/>
                <w:color w:val="FFFFFF"/>
                <w:sz w:val="14"/>
              </w:rPr>
              <w:t>Yes</w:t>
            </w:r>
          </w:p>
        </w:tc>
        <w:tc>
          <w:tcPr>
            <w:tcW w:type="dxa" w:w="648"/>
            <w:shd w:fill="17365D"/>
            <w:tcMar>
              <w:top w:w="95" w:type="dxa"/>
              <w:start w:w="95" w:type="dxa"/>
              <w:bottom w:w="95" w:type="dxa"/>
              <w:end w:w="95" w:type="dxa"/>
            </w:tcMar>
            <w:vAlign w:val="center"/>
          </w:tcPr>
          <w:p>
            <w:r>
              <w:rPr>
                <w:b/>
                <w:color w:val="FFFFFF"/>
                <w:sz w:val="14"/>
              </w:rPr>
              <w:t>No</w:t>
            </w:r>
          </w:p>
        </w:tc>
        <w:tc>
          <w:tcPr>
            <w:tcW w:type="dxa" w:w="792"/>
            <w:shd w:fill="17365D"/>
            <w:tcMar>
              <w:top w:w="95" w:type="dxa"/>
              <w:start w:w="95" w:type="dxa"/>
              <w:bottom w:w="95" w:type="dxa"/>
              <w:end w:w="95" w:type="dxa"/>
            </w:tcMar>
            <w:vAlign w:val="center"/>
          </w:tcPr>
          <w:p>
            <w:r>
              <w:rPr>
                <w:b/>
                <w:color w:val="FFFFFF"/>
                <w:sz w:val="14"/>
              </w:rPr>
              <w:t>Unsure</w:t>
            </w:r>
          </w:p>
        </w:tc>
        <w:tc>
          <w:tcPr>
            <w:tcW w:type="dxa" w:w="1728"/>
            <w:shd w:fill="17365D"/>
            <w:tcMar>
              <w:top w:w="95" w:type="dxa"/>
              <w:start w:w="95" w:type="dxa"/>
              <w:bottom w:w="95" w:type="dxa"/>
              <w:end w:w="95" w:type="dxa"/>
            </w:tcMar>
            <w:vAlign w:val="center"/>
          </w:tcPr>
          <w:p>
            <w:r>
              <w:rPr>
                <w:b/>
                <w:color w:val="FFFFFF"/>
                <w:sz w:val="14"/>
              </w:rPr>
              <w:t>Details or reference</w:t>
            </w:r>
          </w:p>
        </w:tc>
      </w:tr>
      <w:tr>
        <w:trPr>
          <w:cantSplit/>
        </w:trPr>
        <w:tc>
          <w:tcPr>
            <w:tcW w:type="dxa" w:w="576"/>
            <w:tcMar>
              <w:top w:w="95" w:type="dxa"/>
              <w:start w:w="95" w:type="dxa"/>
              <w:bottom w:w="95" w:type="dxa"/>
              <w:end w:w="95" w:type="dxa"/>
            </w:tcMar>
            <w:vAlign w:val="center"/>
          </w:tcPr>
          <w:p>
            <w:pPr>
              <w:spacing w:after="20" w:line="240" w:lineRule="auto"/>
            </w:pPr>
            <w:r>
              <w:rPr>
                <w:sz w:val="14"/>
              </w:rPr>
              <w:t>1</w:t>
            </w:r>
          </w:p>
        </w:tc>
        <w:tc>
          <w:tcPr>
            <w:tcW w:type="dxa" w:w="5544"/>
            <w:tcMar>
              <w:top w:w="95" w:type="dxa"/>
              <w:start w:w="95" w:type="dxa"/>
              <w:bottom w:w="95" w:type="dxa"/>
              <w:end w:w="95" w:type="dxa"/>
            </w:tcMar>
            <w:vAlign w:val="center"/>
          </w:tcPr>
          <w:p>
            <w:pPr>
              <w:spacing w:after="20" w:line="240" w:lineRule="auto"/>
            </w:pPr>
            <w:r>
              <w:rPr>
                <w:sz w:val="14"/>
              </w:rPr>
              <w:t>Have you or a close associate received gifts, meals, travel, accommodation, entertainment, discount, service or favour from a relevant party?</w:t>
            </w:r>
          </w:p>
        </w:tc>
        <w:tc>
          <w:tcPr>
            <w:tcW w:type="dxa" w:w="648"/>
            <w:tcMar>
              <w:top w:w="95" w:type="dxa"/>
              <w:start w:w="95" w:type="dxa"/>
              <w:bottom w:w="95" w:type="dxa"/>
              <w:end w:w="95" w:type="dxa"/>
            </w:tcMar>
            <w:vAlign w:val="center"/>
          </w:tcPr>
          <w:p>
            <w:pPr>
              <w:spacing w:after="20" w:line="240" w:lineRule="auto"/>
            </w:pPr>
            <w:r>
              <w:rPr>
                <w:sz w:val="14"/>
              </w:rPr>
              <w:t>☐</w:t>
            </w:r>
          </w:p>
        </w:tc>
        <w:tc>
          <w:tcPr>
            <w:tcW w:type="dxa" w:w="648"/>
            <w:tcMar>
              <w:top w:w="95" w:type="dxa"/>
              <w:start w:w="95" w:type="dxa"/>
              <w:bottom w:w="95" w:type="dxa"/>
              <w:end w:w="95" w:type="dxa"/>
            </w:tcMar>
            <w:vAlign w:val="center"/>
          </w:tcPr>
          <w:p>
            <w:pPr>
              <w:spacing w:after="20" w:line="240" w:lineRule="auto"/>
            </w:pPr>
            <w:r>
              <w:rPr>
                <w:sz w:val="14"/>
              </w:rPr>
              <w:t>☐</w:t>
            </w:r>
          </w:p>
        </w:tc>
        <w:tc>
          <w:tcPr>
            <w:tcW w:type="dxa" w:w="792"/>
            <w:tcMar>
              <w:top w:w="95" w:type="dxa"/>
              <w:start w:w="95" w:type="dxa"/>
              <w:bottom w:w="95" w:type="dxa"/>
              <w:end w:w="95" w:type="dxa"/>
            </w:tcMar>
            <w:vAlign w:val="center"/>
          </w:tcPr>
          <w:p>
            <w:pPr>
              <w:spacing w:after="20" w:line="240" w:lineRule="auto"/>
            </w:pPr>
            <w:r>
              <w:rPr>
                <w:sz w:val="14"/>
              </w:rPr>
              <w:t>☐</w:t>
            </w:r>
          </w:p>
        </w:tc>
        <w:tc>
          <w:tcPr>
            <w:tcW w:type="dxa" w:w="1728"/>
            <w:tcMar>
              <w:top w:w="95" w:type="dxa"/>
              <w:start w:w="95" w:type="dxa"/>
              <w:bottom w:w="95" w:type="dxa"/>
              <w:end w:w="95" w:type="dxa"/>
            </w:tcMar>
            <w:vAlign w:val="center"/>
          </w:tcPr>
          <w:p>
            <w:pPr>
              <w:spacing w:after="20" w:line="240" w:lineRule="auto"/>
            </w:pPr>
            <w:r>
              <w:rPr>
                <w:sz w:val="14"/>
              </w:rPr>
            </w:r>
          </w:p>
        </w:tc>
      </w:tr>
      <w:tr>
        <w:trPr>
          <w:cantSplit/>
        </w:trPr>
        <w:tc>
          <w:tcPr>
            <w:tcW w:type="dxa" w:w="576"/>
            <w:tcMar>
              <w:top w:w="95" w:type="dxa"/>
              <w:start w:w="95" w:type="dxa"/>
              <w:bottom w:w="95" w:type="dxa"/>
              <w:end w:w="95" w:type="dxa"/>
            </w:tcMar>
            <w:vAlign w:val="center"/>
            <w:shd w:fill="F4F7FA"/>
          </w:tcPr>
          <w:p>
            <w:pPr>
              <w:spacing w:after="20" w:line="240" w:lineRule="auto"/>
            </w:pPr>
            <w:r>
              <w:rPr>
                <w:sz w:val="14"/>
              </w:rPr>
              <w:t>2</w:t>
            </w:r>
          </w:p>
        </w:tc>
        <w:tc>
          <w:tcPr>
            <w:tcW w:type="dxa" w:w="5544"/>
            <w:tcMar>
              <w:top w:w="95" w:type="dxa"/>
              <w:start w:w="95" w:type="dxa"/>
              <w:bottom w:w="95" w:type="dxa"/>
              <w:end w:w="95" w:type="dxa"/>
            </w:tcMar>
            <w:vAlign w:val="center"/>
            <w:shd w:fill="F4F7FA"/>
          </w:tcPr>
          <w:p>
            <w:pPr>
              <w:spacing w:after="20" w:line="240" w:lineRule="auto"/>
            </w:pPr>
            <w:r>
              <w:rPr>
                <w:sz w:val="14"/>
              </w:rPr>
              <w:t>Has a relevant party offered employment, internship, scholarship, donation or sponsorship benefiting you or a close associate?</w:t>
            </w:r>
          </w:p>
        </w:tc>
        <w:tc>
          <w:tcPr>
            <w:tcW w:type="dxa" w:w="648"/>
            <w:tcMar>
              <w:top w:w="95" w:type="dxa"/>
              <w:start w:w="95" w:type="dxa"/>
              <w:bottom w:w="95" w:type="dxa"/>
              <w:end w:w="95" w:type="dxa"/>
            </w:tcMar>
            <w:vAlign w:val="center"/>
            <w:shd w:fill="F4F7FA"/>
          </w:tcPr>
          <w:p>
            <w:pPr>
              <w:spacing w:after="20" w:line="240" w:lineRule="auto"/>
            </w:pPr>
            <w:r>
              <w:rPr>
                <w:sz w:val="14"/>
              </w:rPr>
              <w:t>☐</w:t>
            </w:r>
          </w:p>
        </w:tc>
        <w:tc>
          <w:tcPr>
            <w:tcW w:type="dxa" w:w="648"/>
            <w:tcMar>
              <w:top w:w="95" w:type="dxa"/>
              <w:start w:w="95" w:type="dxa"/>
              <w:bottom w:w="95" w:type="dxa"/>
              <w:end w:w="95" w:type="dxa"/>
            </w:tcMar>
            <w:vAlign w:val="center"/>
            <w:shd w:fill="F4F7FA"/>
          </w:tcPr>
          <w:p>
            <w:pPr>
              <w:spacing w:after="20" w:line="240" w:lineRule="auto"/>
            </w:pPr>
            <w:r>
              <w:rPr>
                <w:sz w:val="14"/>
              </w:rPr>
              <w:t>☐</w:t>
            </w:r>
          </w:p>
        </w:tc>
        <w:tc>
          <w:tcPr>
            <w:tcW w:type="dxa" w:w="792"/>
            <w:tcMar>
              <w:top w:w="95" w:type="dxa"/>
              <w:start w:w="95" w:type="dxa"/>
              <w:bottom w:w="95" w:type="dxa"/>
              <w:end w:w="95" w:type="dxa"/>
            </w:tcMar>
            <w:vAlign w:val="center"/>
            <w:shd w:fill="F4F7FA"/>
          </w:tcPr>
          <w:p>
            <w:pPr>
              <w:spacing w:after="20" w:line="240" w:lineRule="auto"/>
            </w:pPr>
            <w:r>
              <w:rPr>
                <w:sz w:val="14"/>
              </w:rPr>
              <w:t>☐</w:t>
            </w:r>
          </w:p>
        </w:tc>
        <w:tc>
          <w:tcPr>
            <w:tcW w:type="dxa" w:w="1728"/>
            <w:tcMar>
              <w:top w:w="95" w:type="dxa"/>
              <w:start w:w="95" w:type="dxa"/>
              <w:bottom w:w="95" w:type="dxa"/>
              <w:end w:w="95" w:type="dxa"/>
            </w:tcMar>
            <w:vAlign w:val="center"/>
            <w:shd w:fill="F4F7FA"/>
          </w:tcPr>
          <w:p>
            <w:pPr>
              <w:spacing w:after="20" w:line="240" w:lineRule="auto"/>
            </w:pPr>
            <w:r>
              <w:rPr>
                <w:sz w:val="14"/>
              </w:rPr>
            </w:r>
          </w:p>
        </w:tc>
      </w:tr>
      <w:tr>
        <w:trPr>
          <w:cantSplit/>
        </w:trPr>
        <w:tc>
          <w:tcPr>
            <w:tcW w:type="dxa" w:w="576"/>
            <w:tcMar>
              <w:top w:w="95" w:type="dxa"/>
              <w:start w:w="95" w:type="dxa"/>
              <w:bottom w:w="95" w:type="dxa"/>
              <w:end w:w="95" w:type="dxa"/>
            </w:tcMar>
            <w:vAlign w:val="center"/>
          </w:tcPr>
          <w:p>
            <w:pPr>
              <w:spacing w:after="20" w:line="240" w:lineRule="auto"/>
            </w:pPr>
            <w:r>
              <w:rPr>
                <w:sz w:val="14"/>
              </w:rPr>
              <w:t>3</w:t>
            </w:r>
          </w:p>
        </w:tc>
        <w:tc>
          <w:tcPr>
            <w:tcW w:type="dxa" w:w="5544"/>
            <w:tcMar>
              <w:top w:w="95" w:type="dxa"/>
              <w:start w:w="95" w:type="dxa"/>
              <w:bottom w:w="95" w:type="dxa"/>
              <w:end w:w="95" w:type="dxa"/>
            </w:tcMar>
            <w:vAlign w:val="center"/>
          </w:tcPr>
          <w:p>
            <w:pPr>
              <w:spacing w:after="20" w:line="240" w:lineRule="auto"/>
            </w:pPr>
            <w:r>
              <w:rPr>
                <w:sz w:val="14"/>
              </w:rPr>
              <w:t>Was the benefit offered during a tender, licence, inspection, recruitment, dispute, payment or other decision?</w:t>
            </w:r>
          </w:p>
        </w:tc>
        <w:tc>
          <w:tcPr>
            <w:tcW w:type="dxa" w:w="648"/>
            <w:tcMar>
              <w:top w:w="95" w:type="dxa"/>
              <w:start w:w="95" w:type="dxa"/>
              <w:bottom w:w="95" w:type="dxa"/>
              <w:end w:w="95" w:type="dxa"/>
            </w:tcMar>
            <w:vAlign w:val="center"/>
          </w:tcPr>
          <w:p>
            <w:pPr>
              <w:spacing w:after="20" w:line="240" w:lineRule="auto"/>
            </w:pPr>
            <w:r>
              <w:rPr>
                <w:sz w:val="14"/>
              </w:rPr>
              <w:t>☐</w:t>
            </w:r>
          </w:p>
        </w:tc>
        <w:tc>
          <w:tcPr>
            <w:tcW w:type="dxa" w:w="648"/>
            <w:tcMar>
              <w:top w:w="95" w:type="dxa"/>
              <w:start w:w="95" w:type="dxa"/>
              <w:bottom w:w="95" w:type="dxa"/>
              <w:end w:w="95" w:type="dxa"/>
            </w:tcMar>
            <w:vAlign w:val="center"/>
          </w:tcPr>
          <w:p>
            <w:pPr>
              <w:spacing w:after="20" w:line="240" w:lineRule="auto"/>
            </w:pPr>
            <w:r>
              <w:rPr>
                <w:sz w:val="14"/>
              </w:rPr>
              <w:t>☐</w:t>
            </w:r>
          </w:p>
        </w:tc>
        <w:tc>
          <w:tcPr>
            <w:tcW w:type="dxa" w:w="792"/>
            <w:tcMar>
              <w:top w:w="95" w:type="dxa"/>
              <w:start w:w="95" w:type="dxa"/>
              <w:bottom w:w="95" w:type="dxa"/>
              <w:end w:w="95" w:type="dxa"/>
            </w:tcMar>
            <w:vAlign w:val="center"/>
          </w:tcPr>
          <w:p>
            <w:pPr>
              <w:spacing w:after="20" w:line="240" w:lineRule="auto"/>
            </w:pPr>
            <w:r>
              <w:rPr>
                <w:sz w:val="14"/>
              </w:rPr>
              <w:t>☐</w:t>
            </w:r>
          </w:p>
        </w:tc>
        <w:tc>
          <w:tcPr>
            <w:tcW w:type="dxa" w:w="1728"/>
            <w:tcMar>
              <w:top w:w="95" w:type="dxa"/>
              <w:start w:w="95" w:type="dxa"/>
              <w:bottom w:w="95" w:type="dxa"/>
              <w:end w:w="95" w:type="dxa"/>
            </w:tcMar>
            <w:vAlign w:val="center"/>
          </w:tcPr>
          <w:p>
            <w:pPr>
              <w:spacing w:after="20" w:line="240" w:lineRule="auto"/>
            </w:pPr>
            <w:r>
              <w:rPr>
                <w:sz w:val="14"/>
              </w:rPr>
            </w:r>
          </w:p>
        </w:tc>
      </w:tr>
      <w:tr>
        <w:trPr>
          <w:cantSplit/>
        </w:trPr>
        <w:tc>
          <w:tcPr>
            <w:tcW w:type="dxa" w:w="576"/>
            <w:tcMar>
              <w:top w:w="95" w:type="dxa"/>
              <w:start w:w="95" w:type="dxa"/>
              <w:bottom w:w="95" w:type="dxa"/>
              <w:end w:w="95" w:type="dxa"/>
            </w:tcMar>
            <w:vAlign w:val="center"/>
            <w:shd w:fill="F4F7FA"/>
          </w:tcPr>
          <w:p>
            <w:pPr>
              <w:spacing w:after="20" w:line="240" w:lineRule="auto"/>
            </w:pPr>
            <w:r>
              <w:rPr>
                <w:sz w:val="14"/>
              </w:rPr>
              <w:t>4</w:t>
            </w:r>
          </w:p>
        </w:tc>
        <w:tc>
          <w:tcPr>
            <w:tcW w:type="dxa" w:w="5544"/>
            <w:tcMar>
              <w:top w:w="95" w:type="dxa"/>
              <w:start w:w="95" w:type="dxa"/>
              <w:bottom w:w="95" w:type="dxa"/>
              <w:end w:w="95" w:type="dxa"/>
            </w:tcMar>
            <w:vAlign w:val="center"/>
            <w:shd w:fill="F4F7FA"/>
          </w:tcPr>
          <w:p>
            <w:pPr>
              <w:spacing w:after="20" w:line="240" w:lineRule="auto"/>
            </w:pPr>
            <w:r>
              <w:rPr>
                <w:sz w:val="14"/>
              </w:rPr>
              <w:t>Could the value, frequency, timing or secrecy create an obligation or appearance of influence?</w:t>
            </w:r>
          </w:p>
        </w:tc>
        <w:tc>
          <w:tcPr>
            <w:tcW w:type="dxa" w:w="648"/>
            <w:tcMar>
              <w:top w:w="95" w:type="dxa"/>
              <w:start w:w="95" w:type="dxa"/>
              <w:bottom w:w="95" w:type="dxa"/>
              <w:end w:w="95" w:type="dxa"/>
            </w:tcMar>
            <w:vAlign w:val="center"/>
            <w:shd w:fill="F4F7FA"/>
          </w:tcPr>
          <w:p>
            <w:pPr>
              <w:spacing w:after="20" w:line="240" w:lineRule="auto"/>
            </w:pPr>
            <w:r>
              <w:rPr>
                <w:sz w:val="14"/>
              </w:rPr>
              <w:t>☐</w:t>
            </w:r>
          </w:p>
        </w:tc>
        <w:tc>
          <w:tcPr>
            <w:tcW w:type="dxa" w:w="648"/>
            <w:tcMar>
              <w:top w:w="95" w:type="dxa"/>
              <w:start w:w="95" w:type="dxa"/>
              <w:bottom w:w="95" w:type="dxa"/>
              <w:end w:w="95" w:type="dxa"/>
            </w:tcMar>
            <w:vAlign w:val="center"/>
            <w:shd w:fill="F4F7FA"/>
          </w:tcPr>
          <w:p>
            <w:pPr>
              <w:spacing w:after="20" w:line="240" w:lineRule="auto"/>
            </w:pPr>
            <w:r>
              <w:rPr>
                <w:sz w:val="14"/>
              </w:rPr>
              <w:t>☐</w:t>
            </w:r>
          </w:p>
        </w:tc>
        <w:tc>
          <w:tcPr>
            <w:tcW w:type="dxa" w:w="792"/>
            <w:tcMar>
              <w:top w:w="95" w:type="dxa"/>
              <w:start w:w="95" w:type="dxa"/>
              <w:bottom w:w="95" w:type="dxa"/>
              <w:end w:w="95" w:type="dxa"/>
            </w:tcMar>
            <w:vAlign w:val="center"/>
            <w:shd w:fill="F4F7FA"/>
          </w:tcPr>
          <w:p>
            <w:pPr>
              <w:spacing w:after="20" w:line="240" w:lineRule="auto"/>
            </w:pPr>
            <w:r>
              <w:rPr>
                <w:sz w:val="14"/>
              </w:rPr>
              <w:t>☐</w:t>
            </w:r>
          </w:p>
        </w:tc>
        <w:tc>
          <w:tcPr>
            <w:tcW w:type="dxa" w:w="1728"/>
            <w:tcMar>
              <w:top w:w="95" w:type="dxa"/>
              <w:start w:w="95" w:type="dxa"/>
              <w:bottom w:w="95" w:type="dxa"/>
              <w:end w:w="95" w:type="dxa"/>
            </w:tcMar>
            <w:vAlign w:val="center"/>
            <w:shd w:fill="F4F7FA"/>
          </w:tcPr>
          <w:p>
            <w:pPr>
              <w:spacing w:after="20" w:line="240" w:lineRule="auto"/>
            </w:pPr>
            <w:r>
              <w:rPr>
                <w:sz w:val="14"/>
              </w:rPr>
            </w:r>
          </w:p>
        </w:tc>
      </w:tr>
      <w:tr>
        <w:trPr>
          <w:cantSplit/>
        </w:trPr>
        <w:tc>
          <w:tcPr>
            <w:tcW w:type="dxa" w:w="576"/>
            <w:tcMar>
              <w:top w:w="95" w:type="dxa"/>
              <w:start w:w="95" w:type="dxa"/>
              <w:bottom w:w="95" w:type="dxa"/>
              <w:end w:w="95" w:type="dxa"/>
            </w:tcMar>
            <w:vAlign w:val="center"/>
          </w:tcPr>
          <w:p>
            <w:pPr>
              <w:spacing w:after="20" w:line="240" w:lineRule="auto"/>
            </w:pPr>
            <w:r>
              <w:rPr>
                <w:sz w:val="14"/>
              </w:rPr>
              <w:t>5</w:t>
            </w:r>
          </w:p>
        </w:tc>
        <w:tc>
          <w:tcPr>
            <w:tcW w:type="dxa" w:w="5544"/>
            <w:tcMar>
              <w:top w:w="95" w:type="dxa"/>
              <w:start w:w="95" w:type="dxa"/>
              <w:bottom w:w="95" w:type="dxa"/>
              <w:end w:w="95" w:type="dxa"/>
            </w:tcMar>
            <w:vAlign w:val="center"/>
          </w:tcPr>
          <w:p>
            <w:pPr>
              <w:spacing w:after="20" w:line="240" w:lineRule="auto"/>
            </w:pPr>
            <w:r>
              <w:rPr>
                <w:sz w:val="14"/>
              </w:rPr>
              <w:t>Have benefits been split, underreported or provided through another person?</w:t>
            </w:r>
          </w:p>
        </w:tc>
        <w:tc>
          <w:tcPr>
            <w:tcW w:type="dxa" w:w="648"/>
            <w:tcMar>
              <w:top w:w="95" w:type="dxa"/>
              <w:start w:w="95" w:type="dxa"/>
              <w:bottom w:w="95" w:type="dxa"/>
              <w:end w:w="95" w:type="dxa"/>
            </w:tcMar>
            <w:vAlign w:val="center"/>
          </w:tcPr>
          <w:p>
            <w:pPr>
              <w:spacing w:after="20" w:line="240" w:lineRule="auto"/>
            </w:pPr>
            <w:r>
              <w:rPr>
                <w:sz w:val="14"/>
              </w:rPr>
              <w:t>☐</w:t>
            </w:r>
          </w:p>
        </w:tc>
        <w:tc>
          <w:tcPr>
            <w:tcW w:type="dxa" w:w="648"/>
            <w:tcMar>
              <w:top w:w="95" w:type="dxa"/>
              <w:start w:w="95" w:type="dxa"/>
              <w:bottom w:w="95" w:type="dxa"/>
              <w:end w:w="95" w:type="dxa"/>
            </w:tcMar>
            <w:vAlign w:val="center"/>
          </w:tcPr>
          <w:p>
            <w:pPr>
              <w:spacing w:after="20" w:line="240" w:lineRule="auto"/>
            </w:pPr>
            <w:r>
              <w:rPr>
                <w:sz w:val="14"/>
              </w:rPr>
              <w:t>☐</w:t>
            </w:r>
          </w:p>
        </w:tc>
        <w:tc>
          <w:tcPr>
            <w:tcW w:type="dxa" w:w="792"/>
            <w:tcMar>
              <w:top w:w="95" w:type="dxa"/>
              <w:start w:w="95" w:type="dxa"/>
              <w:bottom w:w="95" w:type="dxa"/>
              <w:end w:w="95" w:type="dxa"/>
            </w:tcMar>
            <w:vAlign w:val="center"/>
          </w:tcPr>
          <w:p>
            <w:pPr>
              <w:spacing w:after="20" w:line="240" w:lineRule="auto"/>
            </w:pPr>
            <w:r>
              <w:rPr>
                <w:sz w:val="14"/>
              </w:rPr>
              <w:t>☐</w:t>
            </w:r>
          </w:p>
        </w:tc>
        <w:tc>
          <w:tcPr>
            <w:tcW w:type="dxa" w:w="1728"/>
            <w:tcMar>
              <w:top w:w="95" w:type="dxa"/>
              <w:start w:w="95" w:type="dxa"/>
              <w:bottom w:w="95" w:type="dxa"/>
              <w:end w:w="95" w:type="dxa"/>
            </w:tcMar>
            <w:vAlign w:val="center"/>
          </w:tcPr>
          <w:p>
            <w:pPr>
              <w:spacing w:after="20" w:line="240" w:lineRule="auto"/>
            </w:pPr>
            <w:r>
              <w:rPr>
                <w:sz w:val="14"/>
              </w:rPr>
            </w:r>
          </w:p>
        </w:tc>
      </w:tr>
      <w:tr>
        <w:trPr>
          <w:cantSplit/>
        </w:trPr>
        <w:tc>
          <w:tcPr>
            <w:tcW w:type="dxa" w:w="576"/>
            <w:tcMar>
              <w:top w:w="95" w:type="dxa"/>
              <w:start w:w="95" w:type="dxa"/>
              <w:bottom w:w="95" w:type="dxa"/>
              <w:end w:w="95" w:type="dxa"/>
            </w:tcMar>
            <w:vAlign w:val="center"/>
            <w:shd w:fill="F4F7FA"/>
          </w:tcPr>
          <w:p>
            <w:pPr>
              <w:spacing w:after="20" w:line="240" w:lineRule="auto"/>
            </w:pPr>
            <w:r>
              <w:rPr>
                <w:sz w:val="14"/>
              </w:rPr>
              <w:t>6</w:t>
            </w:r>
          </w:p>
        </w:tc>
        <w:tc>
          <w:tcPr>
            <w:tcW w:type="dxa" w:w="5544"/>
            <w:tcMar>
              <w:top w:w="95" w:type="dxa"/>
              <w:start w:w="95" w:type="dxa"/>
              <w:bottom w:w="95" w:type="dxa"/>
              <w:end w:w="95" w:type="dxa"/>
            </w:tcMar>
            <w:vAlign w:val="center"/>
            <w:shd w:fill="F4F7FA"/>
          </w:tcPr>
          <w:p>
            <w:pPr>
              <w:spacing w:after="20" w:line="240" w:lineRule="auto"/>
            </w:pPr>
            <w:r>
              <w:rPr>
                <w:sz w:val="14"/>
              </w:rPr>
              <w:t>Has a charity, community group, religious body or political organisation connected to you received support from a relevant party?</w:t>
            </w:r>
          </w:p>
        </w:tc>
        <w:tc>
          <w:tcPr>
            <w:tcW w:type="dxa" w:w="648"/>
            <w:tcMar>
              <w:top w:w="95" w:type="dxa"/>
              <w:start w:w="95" w:type="dxa"/>
              <w:bottom w:w="95" w:type="dxa"/>
              <w:end w:w="95" w:type="dxa"/>
            </w:tcMar>
            <w:vAlign w:val="center"/>
            <w:shd w:fill="F4F7FA"/>
          </w:tcPr>
          <w:p>
            <w:pPr>
              <w:spacing w:after="20" w:line="240" w:lineRule="auto"/>
            </w:pPr>
            <w:r>
              <w:rPr>
                <w:sz w:val="14"/>
              </w:rPr>
              <w:t>☐</w:t>
            </w:r>
          </w:p>
        </w:tc>
        <w:tc>
          <w:tcPr>
            <w:tcW w:type="dxa" w:w="648"/>
            <w:tcMar>
              <w:top w:w="95" w:type="dxa"/>
              <w:start w:w="95" w:type="dxa"/>
              <w:bottom w:w="95" w:type="dxa"/>
              <w:end w:w="95" w:type="dxa"/>
            </w:tcMar>
            <w:vAlign w:val="center"/>
            <w:shd w:fill="F4F7FA"/>
          </w:tcPr>
          <w:p>
            <w:pPr>
              <w:spacing w:after="20" w:line="240" w:lineRule="auto"/>
            </w:pPr>
            <w:r>
              <w:rPr>
                <w:sz w:val="14"/>
              </w:rPr>
              <w:t>☐</w:t>
            </w:r>
          </w:p>
        </w:tc>
        <w:tc>
          <w:tcPr>
            <w:tcW w:type="dxa" w:w="792"/>
            <w:tcMar>
              <w:top w:w="95" w:type="dxa"/>
              <w:start w:w="95" w:type="dxa"/>
              <w:bottom w:w="95" w:type="dxa"/>
              <w:end w:w="95" w:type="dxa"/>
            </w:tcMar>
            <w:vAlign w:val="center"/>
            <w:shd w:fill="F4F7FA"/>
          </w:tcPr>
          <w:p>
            <w:pPr>
              <w:spacing w:after="20" w:line="240" w:lineRule="auto"/>
            </w:pPr>
            <w:r>
              <w:rPr>
                <w:sz w:val="14"/>
              </w:rPr>
              <w:t>☐</w:t>
            </w:r>
          </w:p>
        </w:tc>
        <w:tc>
          <w:tcPr>
            <w:tcW w:type="dxa" w:w="1728"/>
            <w:tcMar>
              <w:top w:w="95" w:type="dxa"/>
              <w:start w:w="95" w:type="dxa"/>
              <w:bottom w:w="95" w:type="dxa"/>
              <w:end w:w="95" w:type="dxa"/>
            </w:tcMar>
            <w:vAlign w:val="center"/>
            <w:shd w:fill="F4F7FA"/>
          </w:tcPr>
          <w:p>
            <w:pPr>
              <w:spacing w:after="20" w:line="240" w:lineRule="auto"/>
            </w:pPr>
            <w:r>
              <w:rPr>
                <w:sz w:val="14"/>
              </w:rPr>
            </w:r>
          </w:p>
        </w:tc>
      </w:tr>
    </w:tbl>
    <w:p>
      <w:pPr>
        <w:spacing w:after="20"/>
      </w:pPr>
    </w:p>
    <w:p>
      <w:pPr>
        <w:pStyle w:val="Heading2"/>
      </w:pPr>
      <w:r>
        <w:t>2.6 Public Office Political and Community Roles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704"/>
        <w:gridCol w:w="1704"/>
        <w:gridCol w:w="1704"/>
        <w:gridCol w:w="1704"/>
        <w:gridCol w:w="1704"/>
        <w:gridCol w:w="1704"/>
      </w:tblGrid>
      <w:tr>
        <w:trPr>
          <w:tblHeader w:val="true"/>
          <w:cantSplit/>
        </w:trPr>
        <w:tc>
          <w:tcPr>
            <w:tcW w:type="dxa" w:w="576"/>
            <w:shd w:fill="17365D"/>
            <w:tcMar>
              <w:top w:w="95" w:type="dxa"/>
              <w:start w:w="95" w:type="dxa"/>
              <w:bottom w:w="95" w:type="dxa"/>
              <w:end w:w="95" w:type="dxa"/>
            </w:tcMar>
            <w:vAlign w:val="center"/>
          </w:tcPr>
          <w:p>
            <w:r>
              <w:rPr>
                <w:b/>
                <w:color w:val="FFFFFF"/>
                <w:sz w:val="14"/>
              </w:rPr>
              <w:t>No.</w:t>
            </w:r>
          </w:p>
        </w:tc>
        <w:tc>
          <w:tcPr>
            <w:tcW w:type="dxa" w:w="5544"/>
            <w:shd w:fill="17365D"/>
            <w:tcMar>
              <w:top w:w="95" w:type="dxa"/>
              <w:start w:w="95" w:type="dxa"/>
              <w:bottom w:w="95" w:type="dxa"/>
              <w:end w:w="95" w:type="dxa"/>
            </w:tcMar>
            <w:vAlign w:val="center"/>
          </w:tcPr>
          <w:p>
            <w:r>
              <w:rPr>
                <w:b/>
                <w:color w:val="FFFFFF"/>
                <w:sz w:val="14"/>
              </w:rPr>
              <w:t>Declaration question</w:t>
            </w:r>
          </w:p>
        </w:tc>
        <w:tc>
          <w:tcPr>
            <w:tcW w:type="dxa" w:w="648"/>
            <w:shd w:fill="17365D"/>
            <w:tcMar>
              <w:top w:w="95" w:type="dxa"/>
              <w:start w:w="95" w:type="dxa"/>
              <w:bottom w:w="95" w:type="dxa"/>
              <w:end w:w="95" w:type="dxa"/>
            </w:tcMar>
            <w:vAlign w:val="center"/>
          </w:tcPr>
          <w:p>
            <w:r>
              <w:rPr>
                <w:b/>
                <w:color w:val="FFFFFF"/>
                <w:sz w:val="14"/>
              </w:rPr>
              <w:t>Yes</w:t>
            </w:r>
          </w:p>
        </w:tc>
        <w:tc>
          <w:tcPr>
            <w:tcW w:type="dxa" w:w="648"/>
            <w:shd w:fill="17365D"/>
            <w:tcMar>
              <w:top w:w="95" w:type="dxa"/>
              <w:start w:w="95" w:type="dxa"/>
              <w:bottom w:w="95" w:type="dxa"/>
              <w:end w:w="95" w:type="dxa"/>
            </w:tcMar>
            <w:vAlign w:val="center"/>
          </w:tcPr>
          <w:p>
            <w:r>
              <w:rPr>
                <w:b/>
                <w:color w:val="FFFFFF"/>
                <w:sz w:val="14"/>
              </w:rPr>
              <w:t>No</w:t>
            </w:r>
          </w:p>
        </w:tc>
        <w:tc>
          <w:tcPr>
            <w:tcW w:type="dxa" w:w="792"/>
            <w:shd w:fill="17365D"/>
            <w:tcMar>
              <w:top w:w="95" w:type="dxa"/>
              <w:start w:w="95" w:type="dxa"/>
              <w:bottom w:w="95" w:type="dxa"/>
              <w:end w:w="95" w:type="dxa"/>
            </w:tcMar>
            <w:vAlign w:val="center"/>
          </w:tcPr>
          <w:p>
            <w:r>
              <w:rPr>
                <w:b/>
                <w:color w:val="FFFFFF"/>
                <w:sz w:val="14"/>
              </w:rPr>
              <w:t>Unsure</w:t>
            </w:r>
          </w:p>
        </w:tc>
        <w:tc>
          <w:tcPr>
            <w:tcW w:type="dxa" w:w="1728"/>
            <w:shd w:fill="17365D"/>
            <w:tcMar>
              <w:top w:w="95" w:type="dxa"/>
              <w:start w:w="95" w:type="dxa"/>
              <w:bottom w:w="95" w:type="dxa"/>
              <w:end w:w="95" w:type="dxa"/>
            </w:tcMar>
            <w:vAlign w:val="center"/>
          </w:tcPr>
          <w:p>
            <w:r>
              <w:rPr>
                <w:b/>
                <w:color w:val="FFFFFF"/>
                <w:sz w:val="14"/>
              </w:rPr>
              <w:t>Details or reference</w:t>
            </w:r>
          </w:p>
        </w:tc>
      </w:tr>
      <w:tr>
        <w:trPr>
          <w:cantSplit/>
        </w:trPr>
        <w:tc>
          <w:tcPr>
            <w:tcW w:type="dxa" w:w="576"/>
            <w:tcMar>
              <w:top w:w="95" w:type="dxa"/>
              <w:start w:w="95" w:type="dxa"/>
              <w:bottom w:w="95" w:type="dxa"/>
              <w:end w:w="95" w:type="dxa"/>
            </w:tcMar>
            <w:vAlign w:val="center"/>
          </w:tcPr>
          <w:p>
            <w:pPr>
              <w:spacing w:after="20" w:line="240" w:lineRule="auto"/>
            </w:pPr>
            <w:r>
              <w:rPr>
                <w:sz w:val="14"/>
              </w:rPr>
              <w:t>1</w:t>
            </w:r>
          </w:p>
        </w:tc>
        <w:tc>
          <w:tcPr>
            <w:tcW w:type="dxa" w:w="5544"/>
            <w:tcMar>
              <w:top w:w="95" w:type="dxa"/>
              <w:start w:w="95" w:type="dxa"/>
              <w:bottom w:w="95" w:type="dxa"/>
              <w:end w:w="95" w:type="dxa"/>
            </w:tcMar>
            <w:vAlign w:val="center"/>
          </w:tcPr>
          <w:p>
            <w:pPr>
              <w:spacing w:after="20" w:line="240" w:lineRule="auto"/>
            </w:pPr>
            <w:r>
              <w:rPr>
                <w:sz w:val="14"/>
              </w:rPr>
              <w:t>Do you, a close relative or associate hold public office, political party office or a role in a state-owned entity?</w:t>
            </w:r>
          </w:p>
        </w:tc>
        <w:tc>
          <w:tcPr>
            <w:tcW w:type="dxa" w:w="648"/>
            <w:tcMar>
              <w:top w:w="95" w:type="dxa"/>
              <w:start w:w="95" w:type="dxa"/>
              <w:bottom w:w="95" w:type="dxa"/>
              <w:end w:w="95" w:type="dxa"/>
            </w:tcMar>
            <w:vAlign w:val="center"/>
          </w:tcPr>
          <w:p>
            <w:pPr>
              <w:spacing w:after="20" w:line="240" w:lineRule="auto"/>
            </w:pPr>
            <w:r>
              <w:rPr>
                <w:sz w:val="14"/>
              </w:rPr>
              <w:t>☐</w:t>
            </w:r>
          </w:p>
        </w:tc>
        <w:tc>
          <w:tcPr>
            <w:tcW w:type="dxa" w:w="648"/>
            <w:tcMar>
              <w:top w:w="95" w:type="dxa"/>
              <w:start w:w="95" w:type="dxa"/>
              <w:bottom w:w="95" w:type="dxa"/>
              <w:end w:w="95" w:type="dxa"/>
            </w:tcMar>
            <w:vAlign w:val="center"/>
          </w:tcPr>
          <w:p>
            <w:pPr>
              <w:spacing w:after="20" w:line="240" w:lineRule="auto"/>
            </w:pPr>
            <w:r>
              <w:rPr>
                <w:sz w:val="14"/>
              </w:rPr>
              <w:t>☐</w:t>
            </w:r>
          </w:p>
        </w:tc>
        <w:tc>
          <w:tcPr>
            <w:tcW w:type="dxa" w:w="792"/>
            <w:tcMar>
              <w:top w:w="95" w:type="dxa"/>
              <w:start w:w="95" w:type="dxa"/>
              <w:bottom w:w="95" w:type="dxa"/>
              <w:end w:w="95" w:type="dxa"/>
            </w:tcMar>
            <w:vAlign w:val="center"/>
          </w:tcPr>
          <w:p>
            <w:pPr>
              <w:spacing w:after="20" w:line="240" w:lineRule="auto"/>
            </w:pPr>
            <w:r>
              <w:rPr>
                <w:sz w:val="14"/>
              </w:rPr>
              <w:t>☐</w:t>
            </w:r>
          </w:p>
        </w:tc>
        <w:tc>
          <w:tcPr>
            <w:tcW w:type="dxa" w:w="1728"/>
            <w:tcMar>
              <w:top w:w="95" w:type="dxa"/>
              <w:start w:w="95" w:type="dxa"/>
              <w:bottom w:w="95" w:type="dxa"/>
              <w:end w:w="95" w:type="dxa"/>
            </w:tcMar>
            <w:vAlign w:val="center"/>
          </w:tcPr>
          <w:p>
            <w:pPr>
              <w:spacing w:after="20" w:line="240" w:lineRule="auto"/>
            </w:pPr>
            <w:r>
              <w:rPr>
                <w:sz w:val="14"/>
              </w:rPr>
            </w:r>
          </w:p>
        </w:tc>
      </w:tr>
      <w:tr>
        <w:trPr>
          <w:cantSplit/>
        </w:trPr>
        <w:tc>
          <w:tcPr>
            <w:tcW w:type="dxa" w:w="576"/>
            <w:tcMar>
              <w:top w:w="95" w:type="dxa"/>
              <w:start w:w="95" w:type="dxa"/>
              <w:bottom w:w="95" w:type="dxa"/>
              <w:end w:w="95" w:type="dxa"/>
            </w:tcMar>
            <w:vAlign w:val="center"/>
            <w:shd w:fill="F4F7FA"/>
          </w:tcPr>
          <w:p>
            <w:pPr>
              <w:spacing w:after="20" w:line="240" w:lineRule="auto"/>
            </w:pPr>
            <w:r>
              <w:rPr>
                <w:sz w:val="14"/>
              </w:rPr>
              <w:t>2</w:t>
            </w:r>
          </w:p>
        </w:tc>
        <w:tc>
          <w:tcPr>
            <w:tcW w:type="dxa" w:w="5544"/>
            <w:tcMar>
              <w:top w:w="95" w:type="dxa"/>
              <w:start w:w="95" w:type="dxa"/>
              <w:bottom w:w="95" w:type="dxa"/>
              <w:end w:w="95" w:type="dxa"/>
            </w:tcMar>
            <w:vAlign w:val="center"/>
            <w:shd w:fill="F4F7FA"/>
          </w:tcPr>
          <w:p>
            <w:pPr>
              <w:spacing w:after="20" w:line="240" w:lineRule="auto"/>
            </w:pPr>
            <w:r>
              <w:rPr>
                <w:sz w:val="14"/>
              </w:rPr>
              <w:t>Do you have a relationship with an official, regulator, inspector, elected representative or traditional/community leader relevant to your work?</w:t>
            </w:r>
          </w:p>
        </w:tc>
        <w:tc>
          <w:tcPr>
            <w:tcW w:type="dxa" w:w="648"/>
            <w:tcMar>
              <w:top w:w="95" w:type="dxa"/>
              <w:start w:w="95" w:type="dxa"/>
              <w:bottom w:w="95" w:type="dxa"/>
              <w:end w:w="95" w:type="dxa"/>
            </w:tcMar>
            <w:vAlign w:val="center"/>
            <w:shd w:fill="F4F7FA"/>
          </w:tcPr>
          <w:p>
            <w:pPr>
              <w:spacing w:after="20" w:line="240" w:lineRule="auto"/>
            </w:pPr>
            <w:r>
              <w:rPr>
                <w:sz w:val="14"/>
              </w:rPr>
              <w:t>☐</w:t>
            </w:r>
          </w:p>
        </w:tc>
        <w:tc>
          <w:tcPr>
            <w:tcW w:type="dxa" w:w="648"/>
            <w:tcMar>
              <w:top w:w="95" w:type="dxa"/>
              <w:start w:w="95" w:type="dxa"/>
              <w:bottom w:w="95" w:type="dxa"/>
              <w:end w:w="95" w:type="dxa"/>
            </w:tcMar>
            <w:vAlign w:val="center"/>
            <w:shd w:fill="F4F7FA"/>
          </w:tcPr>
          <w:p>
            <w:pPr>
              <w:spacing w:after="20" w:line="240" w:lineRule="auto"/>
            </w:pPr>
            <w:r>
              <w:rPr>
                <w:sz w:val="14"/>
              </w:rPr>
              <w:t>☐</w:t>
            </w:r>
          </w:p>
        </w:tc>
        <w:tc>
          <w:tcPr>
            <w:tcW w:type="dxa" w:w="792"/>
            <w:tcMar>
              <w:top w:w="95" w:type="dxa"/>
              <w:start w:w="95" w:type="dxa"/>
              <w:bottom w:w="95" w:type="dxa"/>
              <w:end w:w="95" w:type="dxa"/>
            </w:tcMar>
            <w:vAlign w:val="center"/>
            <w:shd w:fill="F4F7FA"/>
          </w:tcPr>
          <w:p>
            <w:pPr>
              <w:spacing w:after="20" w:line="240" w:lineRule="auto"/>
            </w:pPr>
            <w:r>
              <w:rPr>
                <w:sz w:val="14"/>
              </w:rPr>
              <w:t>☐</w:t>
            </w:r>
          </w:p>
        </w:tc>
        <w:tc>
          <w:tcPr>
            <w:tcW w:type="dxa" w:w="1728"/>
            <w:tcMar>
              <w:top w:w="95" w:type="dxa"/>
              <w:start w:w="95" w:type="dxa"/>
              <w:bottom w:w="95" w:type="dxa"/>
              <w:end w:w="95" w:type="dxa"/>
            </w:tcMar>
            <w:vAlign w:val="center"/>
            <w:shd w:fill="F4F7FA"/>
          </w:tcPr>
          <w:p>
            <w:pPr>
              <w:spacing w:after="20" w:line="240" w:lineRule="auto"/>
            </w:pPr>
            <w:r>
              <w:rPr>
                <w:sz w:val="14"/>
              </w:rPr>
            </w:r>
          </w:p>
        </w:tc>
      </w:tr>
      <w:tr>
        <w:trPr>
          <w:cantSplit/>
        </w:trPr>
        <w:tc>
          <w:tcPr>
            <w:tcW w:type="dxa" w:w="576"/>
            <w:tcMar>
              <w:top w:w="95" w:type="dxa"/>
              <w:start w:w="95" w:type="dxa"/>
              <w:bottom w:w="95" w:type="dxa"/>
              <w:end w:w="95" w:type="dxa"/>
            </w:tcMar>
            <w:vAlign w:val="center"/>
          </w:tcPr>
          <w:p>
            <w:pPr>
              <w:spacing w:after="20" w:line="240" w:lineRule="auto"/>
            </w:pPr>
            <w:r>
              <w:rPr>
                <w:sz w:val="14"/>
              </w:rPr>
              <w:t>3</w:t>
            </w:r>
          </w:p>
        </w:tc>
        <w:tc>
          <w:tcPr>
            <w:tcW w:type="dxa" w:w="5544"/>
            <w:tcMar>
              <w:top w:w="95" w:type="dxa"/>
              <w:start w:w="95" w:type="dxa"/>
              <w:bottom w:w="95" w:type="dxa"/>
              <w:end w:w="95" w:type="dxa"/>
            </w:tcMar>
            <w:vAlign w:val="center"/>
          </w:tcPr>
          <w:p>
            <w:pPr>
              <w:spacing w:after="20" w:line="240" w:lineRule="auto"/>
            </w:pPr>
            <w:r>
              <w:rPr>
                <w:sz w:val="14"/>
              </w:rPr>
              <w:t>Have you participated in political activity that could affect your official impartiality?</w:t>
            </w:r>
          </w:p>
        </w:tc>
        <w:tc>
          <w:tcPr>
            <w:tcW w:type="dxa" w:w="648"/>
            <w:tcMar>
              <w:top w:w="95" w:type="dxa"/>
              <w:start w:w="95" w:type="dxa"/>
              <w:bottom w:w="95" w:type="dxa"/>
              <w:end w:w="95" w:type="dxa"/>
            </w:tcMar>
            <w:vAlign w:val="center"/>
          </w:tcPr>
          <w:p>
            <w:pPr>
              <w:spacing w:after="20" w:line="240" w:lineRule="auto"/>
            </w:pPr>
            <w:r>
              <w:rPr>
                <w:sz w:val="14"/>
              </w:rPr>
              <w:t>☐</w:t>
            </w:r>
          </w:p>
        </w:tc>
        <w:tc>
          <w:tcPr>
            <w:tcW w:type="dxa" w:w="648"/>
            <w:tcMar>
              <w:top w:w="95" w:type="dxa"/>
              <w:start w:w="95" w:type="dxa"/>
              <w:bottom w:w="95" w:type="dxa"/>
              <w:end w:w="95" w:type="dxa"/>
            </w:tcMar>
            <w:vAlign w:val="center"/>
          </w:tcPr>
          <w:p>
            <w:pPr>
              <w:spacing w:after="20" w:line="240" w:lineRule="auto"/>
            </w:pPr>
            <w:r>
              <w:rPr>
                <w:sz w:val="14"/>
              </w:rPr>
              <w:t>☐</w:t>
            </w:r>
          </w:p>
        </w:tc>
        <w:tc>
          <w:tcPr>
            <w:tcW w:type="dxa" w:w="792"/>
            <w:tcMar>
              <w:top w:w="95" w:type="dxa"/>
              <w:start w:w="95" w:type="dxa"/>
              <w:bottom w:w="95" w:type="dxa"/>
              <w:end w:w="95" w:type="dxa"/>
            </w:tcMar>
            <w:vAlign w:val="center"/>
          </w:tcPr>
          <w:p>
            <w:pPr>
              <w:spacing w:after="20" w:line="240" w:lineRule="auto"/>
            </w:pPr>
            <w:r>
              <w:rPr>
                <w:sz w:val="14"/>
              </w:rPr>
              <w:t>☐</w:t>
            </w:r>
          </w:p>
        </w:tc>
        <w:tc>
          <w:tcPr>
            <w:tcW w:type="dxa" w:w="1728"/>
            <w:tcMar>
              <w:top w:w="95" w:type="dxa"/>
              <w:start w:w="95" w:type="dxa"/>
              <w:bottom w:w="95" w:type="dxa"/>
              <w:end w:w="95" w:type="dxa"/>
            </w:tcMar>
            <w:vAlign w:val="center"/>
          </w:tcPr>
          <w:p>
            <w:pPr>
              <w:spacing w:after="20" w:line="240" w:lineRule="auto"/>
            </w:pPr>
            <w:r>
              <w:rPr>
                <w:sz w:val="14"/>
              </w:rPr>
            </w:r>
          </w:p>
        </w:tc>
      </w:tr>
      <w:tr>
        <w:trPr>
          <w:cantSplit/>
        </w:trPr>
        <w:tc>
          <w:tcPr>
            <w:tcW w:type="dxa" w:w="576"/>
            <w:tcMar>
              <w:top w:w="95" w:type="dxa"/>
              <w:start w:w="95" w:type="dxa"/>
              <w:bottom w:w="95" w:type="dxa"/>
              <w:end w:w="95" w:type="dxa"/>
            </w:tcMar>
            <w:vAlign w:val="center"/>
            <w:shd w:fill="F4F7FA"/>
          </w:tcPr>
          <w:p>
            <w:pPr>
              <w:spacing w:after="20" w:line="240" w:lineRule="auto"/>
            </w:pPr>
            <w:r>
              <w:rPr>
                <w:sz w:val="14"/>
              </w:rPr>
              <w:t>4</w:t>
            </w:r>
          </w:p>
        </w:tc>
        <w:tc>
          <w:tcPr>
            <w:tcW w:type="dxa" w:w="5544"/>
            <w:tcMar>
              <w:top w:w="95" w:type="dxa"/>
              <w:start w:w="95" w:type="dxa"/>
              <w:bottom w:w="95" w:type="dxa"/>
              <w:end w:w="95" w:type="dxa"/>
            </w:tcMar>
            <w:vAlign w:val="center"/>
            <w:shd w:fill="F4F7FA"/>
          </w:tcPr>
          <w:p>
            <w:pPr>
              <w:spacing w:after="20" w:line="240" w:lineRule="auto"/>
            </w:pPr>
            <w:r>
              <w:rPr>
                <w:sz w:val="14"/>
              </w:rPr>
              <w:t>Have you been asked to influence a licence, permit, inspection, enforcement, grant, contract or public decision?</w:t>
            </w:r>
          </w:p>
        </w:tc>
        <w:tc>
          <w:tcPr>
            <w:tcW w:type="dxa" w:w="648"/>
            <w:tcMar>
              <w:top w:w="95" w:type="dxa"/>
              <w:start w:w="95" w:type="dxa"/>
              <w:bottom w:w="95" w:type="dxa"/>
              <w:end w:w="95" w:type="dxa"/>
            </w:tcMar>
            <w:vAlign w:val="center"/>
            <w:shd w:fill="F4F7FA"/>
          </w:tcPr>
          <w:p>
            <w:pPr>
              <w:spacing w:after="20" w:line="240" w:lineRule="auto"/>
            </w:pPr>
            <w:r>
              <w:rPr>
                <w:sz w:val="14"/>
              </w:rPr>
              <w:t>☐</w:t>
            </w:r>
          </w:p>
        </w:tc>
        <w:tc>
          <w:tcPr>
            <w:tcW w:type="dxa" w:w="648"/>
            <w:tcMar>
              <w:top w:w="95" w:type="dxa"/>
              <w:start w:w="95" w:type="dxa"/>
              <w:bottom w:w="95" w:type="dxa"/>
              <w:end w:w="95" w:type="dxa"/>
            </w:tcMar>
            <w:vAlign w:val="center"/>
            <w:shd w:fill="F4F7FA"/>
          </w:tcPr>
          <w:p>
            <w:pPr>
              <w:spacing w:after="20" w:line="240" w:lineRule="auto"/>
            </w:pPr>
            <w:r>
              <w:rPr>
                <w:sz w:val="14"/>
              </w:rPr>
              <w:t>☐</w:t>
            </w:r>
          </w:p>
        </w:tc>
        <w:tc>
          <w:tcPr>
            <w:tcW w:type="dxa" w:w="792"/>
            <w:tcMar>
              <w:top w:w="95" w:type="dxa"/>
              <w:start w:w="95" w:type="dxa"/>
              <w:bottom w:w="95" w:type="dxa"/>
              <w:end w:w="95" w:type="dxa"/>
            </w:tcMar>
            <w:vAlign w:val="center"/>
            <w:shd w:fill="F4F7FA"/>
          </w:tcPr>
          <w:p>
            <w:pPr>
              <w:spacing w:after="20" w:line="240" w:lineRule="auto"/>
            </w:pPr>
            <w:r>
              <w:rPr>
                <w:sz w:val="14"/>
              </w:rPr>
              <w:t>☐</w:t>
            </w:r>
          </w:p>
        </w:tc>
        <w:tc>
          <w:tcPr>
            <w:tcW w:type="dxa" w:w="1728"/>
            <w:tcMar>
              <w:top w:w="95" w:type="dxa"/>
              <w:start w:w="95" w:type="dxa"/>
              <w:bottom w:w="95" w:type="dxa"/>
              <w:end w:w="95" w:type="dxa"/>
            </w:tcMar>
            <w:vAlign w:val="center"/>
            <w:shd w:fill="F4F7FA"/>
          </w:tcPr>
          <w:p>
            <w:pPr>
              <w:spacing w:after="20" w:line="240" w:lineRule="auto"/>
            </w:pPr>
            <w:r>
              <w:rPr>
                <w:sz w:val="14"/>
              </w:rPr>
            </w:r>
          </w:p>
        </w:tc>
      </w:tr>
      <w:tr>
        <w:trPr>
          <w:cantSplit/>
        </w:trPr>
        <w:tc>
          <w:tcPr>
            <w:tcW w:type="dxa" w:w="576"/>
            <w:tcMar>
              <w:top w:w="95" w:type="dxa"/>
              <w:start w:w="95" w:type="dxa"/>
              <w:bottom w:w="95" w:type="dxa"/>
              <w:end w:w="95" w:type="dxa"/>
            </w:tcMar>
            <w:vAlign w:val="center"/>
          </w:tcPr>
          <w:p>
            <w:pPr>
              <w:spacing w:after="20" w:line="240" w:lineRule="auto"/>
            </w:pPr>
            <w:r>
              <w:rPr>
                <w:sz w:val="14"/>
              </w:rPr>
              <w:t>5</w:t>
            </w:r>
          </w:p>
        </w:tc>
        <w:tc>
          <w:tcPr>
            <w:tcW w:type="dxa" w:w="5544"/>
            <w:tcMar>
              <w:top w:w="95" w:type="dxa"/>
              <w:start w:w="95" w:type="dxa"/>
              <w:bottom w:w="95" w:type="dxa"/>
              <w:end w:w="95" w:type="dxa"/>
            </w:tcMar>
            <w:vAlign w:val="center"/>
          </w:tcPr>
          <w:p>
            <w:pPr>
              <w:spacing w:after="20" w:line="240" w:lineRule="auto"/>
            </w:pPr>
            <w:r>
              <w:rPr>
                <w:sz w:val="14"/>
              </w:rPr>
              <w:t>Could a public or community role create pressure to favour a person, location or organisation?</w:t>
            </w:r>
          </w:p>
        </w:tc>
        <w:tc>
          <w:tcPr>
            <w:tcW w:type="dxa" w:w="648"/>
            <w:tcMar>
              <w:top w:w="95" w:type="dxa"/>
              <w:start w:w="95" w:type="dxa"/>
              <w:bottom w:w="95" w:type="dxa"/>
              <w:end w:w="95" w:type="dxa"/>
            </w:tcMar>
            <w:vAlign w:val="center"/>
          </w:tcPr>
          <w:p>
            <w:pPr>
              <w:spacing w:after="20" w:line="240" w:lineRule="auto"/>
            </w:pPr>
            <w:r>
              <w:rPr>
                <w:sz w:val="14"/>
              </w:rPr>
              <w:t>☐</w:t>
            </w:r>
          </w:p>
        </w:tc>
        <w:tc>
          <w:tcPr>
            <w:tcW w:type="dxa" w:w="648"/>
            <w:tcMar>
              <w:top w:w="95" w:type="dxa"/>
              <w:start w:w="95" w:type="dxa"/>
              <w:bottom w:w="95" w:type="dxa"/>
              <w:end w:w="95" w:type="dxa"/>
            </w:tcMar>
            <w:vAlign w:val="center"/>
          </w:tcPr>
          <w:p>
            <w:pPr>
              <w:spacing w:after="20" w:line="240" w:lineRule="auto"/>
            </w:pPr>
            <w:r>
              <w:rPr>
                <w:sz w:val="14"/>
              </w:rPr>
              <w:t>☐</w:t>
            </w:r>
          </w:p>
        </w:tc>
        <w:tc>
          <w:tcPr>
            <w:tcW w:type="dxa" w:w="792"/>
            <w:tcMar>
              <w:top w:w="95" w:type="dxa"/>
              <w:start w:w="95" w:type="dxa"/>
              <w:bottom w:w="95" w:type="dxa"/>
              <w:end w:w="95" w:type="dxa"/>
            </w:tcMar>
            <w:vAlign w:val="center"/>
          </w:tcPr>
          <w:p>
            <w:pPr>
              <w:spacing w:after="20" w:line="240" w:lineRule="auto"/>
            </w:pPr>
            <w:r>
              <w:rPr>
                <w:sz w:val="14"/>
              </w:rPr>
              <w:t>☐</w:t>
            </w:r>
          </w:p>
        </w:tc>
        <w:tc>
          <w:tcPr>
            <w:tcW w:type="dxa" w:w="1728"/>
            <w:tcMar>
              <w:top w:w="95" w:type="dxa"/>
              <w:start w:w="95" w:type="dxa"/>
              <w:bottom w:w="95" w:type="dxa"/>
              <w:end w:w="95" w:type="dxa"/>
            </w:tcMar>
            <w:vAlign w:val="center"/>
          </w:tcPr>
          <w:p>
            <w:pPr>
              <w:spacing w:after="20" w:line="240" w:lineRule="auto"/>
            </w:pPr>
            <w:r>
              <w:rPr>
                <w:sz w:val="14"/>
              </w:rPr>
            </w:r>
          </w:p>
        </w:tc>
      </w:tr>
      <w:tr>
        <w:trPr>
          <w:cantSplit/>
        </w:trPr>
        <w:tc>
          <w:tcPr>
            <w:tcW w:type="dxa" w:w="576"/>
            <w:tcMar>
              <w:top w:w="95" w:type="dxa"/>
              <w:start w:w="95" w:type="dxa"/>
              <w:bottom w:w="95" w:type="dxa"/>
              <w:end w:w="95" w:type="dxa"/>
            </w:tcMar>
            <w:vAlign w:val="center"/>
            <w:shd w:fill="F4F7FA"/>
          </w:tcPr>
          <w:p>
            <w:pPr>
              <w:spacing w:after="20" w:line="240" w:lineRule="auto"/>
            </w:pPr>
            <w:r>
              <w:rPr>
                <w:sz w:val="14"/>
              </w:rPr>
              <w:t>6</w:t>
            </w:r>
          </w:p>
        </w:tc>
        <w:tc>
          <w:tcPr>
            <w:tcW w:type="dxa" w:w="5544"/>
            <w:tcMar>
              <w:top w:w="95" w:type="dxa"/>
              <w:start w:w="95" w:type="dxa"/>
              <w:bottom w:w="95" w:type="dxa"/>
              <w:end w:w="95" w:type="dxa"/>
            </w:tcMar>
            <w:vAlign w:val="center"/>
            <w:shd w:fill="F4F7FA"/>
          </w:tcPr>
          <w:p>
            <w:pPr>
              <w:spacing w:after="20" w:line="240" w:lineRule="auto"/>
            </w:pPr>
            <w:r>
              <w:rPr>
                <w:sz w:val="14"/>
              </w:rPr>
              <w:t>Have you used organisational title, resources or confidential information for political or community interests?</w:t>
            </w:r>
          </w:p>
        </w:tc>
        <w:tc>
          <w:tcPr>
            <w:tcW w:type="dxa" w:w="648"/>
            <w:tcMar>
              <w:top w:w="95" w:type="dxa"/>
              <w:start w:w="95" w:type="dxa"/>
              <w:bottom w:w="95" w:type="dxa"/>
              <w:end w:w="95" w:type="dxa"/>
            </w:tcMar>
            <w:vAlign w:val="center"/>
            <w:shd w:fill="F4F7FA"/>
          </w:tcPr>
          <w:p>
            <w:pPr>
              <w:spacing w:after="20" w:line="240" w:lineRule="auto"/>
            </w:pPr>
            <w:r>
              <w:rPr>
                <w:sz w:val="14"/>
              </w:rPr>
              <w:t>☐</w:t>
            </w:r>
          </w:p>
        </w:tc>
        <w:tc>
          <w:tcPr>
            <w:tcW w:type="dxa" w:w="648"/>
            <w:tcMar>
              <w:top w:w="95" w:type="dxa"/>
              <w:start w:w="95" w:type="dxa"/>
              <w:bottom w:w="95" w:type="dxa"/>
              <w:end w:w="95" w:type="dxa"/>
            </w:tcMar>
            <w:vAlign w:val="center"/>
            <w:shd w:fill="F4F7FA"/>
          </w:tcPr>
          <w:p>
            <w:pPr>
              <w:spacing w:after="20" w:line="240" w:lineRule="auto"/>
            </w:pPr>
            <w:r>
              <w:rPr>
                <w:sz w:val="14"/>
              </w:rPr>
              <w:t>☐</w:t>
            </w:r>
          </w:p>
        </w:tc>
        <w:tc>
          <w:tcPr>
            <w:tcW w:type="dxa" w:w="792"/>
            <w:tcMar>
              <w:top w:w="95" w:type="dxa"/>
              <w:start w:w="95" w:type="dxa"/>
              <w:bottom w:w="95" w:type="dxa"/>
              <w:end w:w="95" w:type="dxa"/>
            </w:tcMar>
            <w:vAlign w:val="center"/>
            <w:shd w:fill="F4F7FA"/>
          </w:tcPr>
          <w:p>
            <w:pPr>
              <w:spacing w:after="20" w:line="240" w:lineRule="auto"/>
            </w:pPr>
            <w:r>
              <w:rPr>
                <w:sz w:val="14"/>
              </w:rPr>
              <w:t>☐</w:t>
            </w:r>
          </w:p>
        </w:tc>
        <w:tc>
          <w:tcPr>
            <w:tcW w:type="dxa" w:w="1728"/>
            <w:tcMar>
              <w:top w:w="95" w:type="dxa"/>
              <w:start w:w="95" w:type="dxa"/>
              <w:bottom w:w="95" w:type="dxa"/>
              <w:end w:w="95" w:type="dxa"/>
            </w:tcMar>
            <w:vAlign w:val="center"/>
            <w:shd w:fill="F4F7FA"/>
          </w:tcPr>
          <w:p>
            <w:pPr>
              <w:spacing w:after="20" w:line="240" w:lineRule="auto"/>
            </w:pPr>
            <w:r>
              <w:rPr>
                <w:sz w:val="14"/>
              </w:rPr>
            </w:r>
          </w:p>
        </w:tc>
      </w:tr>
    </w:tbl>
    <w:p>
      <w:pPr>
        <w:spacing w:after="20"/>
      </w:pPr>
    </w:p>
    <w:p>
      <w:r>
        <w:br w:type="page"/>
      </w:r>
    </w:p>
    <w:p>
      <w:pPr>
        <w:pStyle w:val="Heading2"/>
      </w:pPr>
      <w:r>
        <w:t>2.7 Recruitment Supervision and People Decisions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704"/>
        <w:gridCol w:w="1704"/>
        <w:gridCol w:w="1704"/>
        <w:gridCol w:w="1704"/>
        <w:gridCol w:w="1704"/>
        <w:gridCol w:w="1704"/>
      </w:tblGrid>
      <w:tr>
        <w:trPr>
          <w:tblHeader w:val="true"/>
          <w:cantSplit/>
        </w:trPr>
        <w:tc>
          <w:tcPr>
            <w:tcW w:type="dxa" w:w="576"/>
            <w:shd w:fill="17365D"/>
            <w:tcMar>
              <w:top w:w="95" w:type="dxa"/>
              <w:start w:w="95" w:type="dxa"/>
              <w:bottom w:w="95" w:type="dxa"/>
              <w:end w:w="95" w:type="dxa"/>
            </w:tcMar>
            <w:vAlign w:val="center"/>
          </w:tcPr>
          <w:p>
            <w:r>
              <w:rPr>
                <w:b/>
                <w:color w:val="FFFFFF"/>
                <w:sz w:val="14"/>
              </w:rPr>
              <w:t>No.</w:t>
            </w:r>
          </w:p>
        </w:tc>
        <w:tc>
          <w:tcPr>
            <w:tcW w:type="dxa" w:w="5544"/>
            <w:shd w:fill="17365D"/>
            <w:tcMar>
              <w:top w:w="95" w:type="dxa"/>
              <w:start w:w="95" w:type="dxa"/>
              <w:bottom w:w="95" w:type="dxa"/>
              <w:end w:w="95" w:type="dxa"/>
            </w:tcMar>
            <w:vAlign w:val="center"/>
          </w:tcPr>
          <w:p>
            <w:r>
              <w:rPr>
                <w:b/>
                <w:color w:val="FFFFFF"/>
                <w:sz w:val="14"/>
              </w:rPr>
              <w:t>Declaration question</w:t>
            </w:r>
          </w:p>
        </w:tc>
        <w:tc>
          <w:tcPr>
            <w:tcW w:type="dxa" w:w="648"/>
            <w:shd w:fill="17365D"/>
            <w:tcMar>
              <w:top w:w="95" w:type="dxa"/>
              <w:start w:w="95" w:type="dxa"/>
              <w:bottom w:w="95" w:type="dxa"/>
              <w:end w:w="95" w:type="dxa"/>
            </w:tcMar>
            <w:vAlign w:val="center"/>
          </w:tcPr>
          <w:p>
            <w:r>
              <w:rPr>
                <w:b/>
                <w:color w:val="FFFFFF"/>
                <w:sz w:val="14"/>
              </w:rPr>
              <w:t>Yes</w:t>
            </w:r>
          </w:p>
        </w:tc>
        <w:tc>
          <w:tcPr>
            <w:tcW w:type="dxa" w:w="648"/>
            <w:shd w:fill="17365D"/>
            <w:tcMar>
              <w:top w:w="95" w:type="dxa"/>
              <w:start w:w="95" w:type="dxa"/>
              <w:bottom w:w="95" w:type="dxa"/>
              <w:end w:w="95" w:type="dxa"/>
            </w:tcMar>
            <w:vAlign w:val="center"/>
          </w:tcPr>
          <w:p>
            <w:r>
              <w:rPr>
                <w:b/>
                <w:color w:val="FFFFFF"/>
                <w:sz w:val="14"/>
              </w:rPr>
              <w:t>No</w:t>
            </w:r>
          </w:p>
        </w:tc>
        <w:tc>
          <w:tcPr>
            <w:tcW w:type="dxa" w:w="792"/>
            <w:shd w:fill="17365D"/>
            <w:tcMar>
              <w:top w:w="95" w:type="dxa"/>
              <w:start w:w="95" w:type="dxa"/>
              <w:bottom w:w="95" w:type="dxa"/>
              <w:end w:w="95" w:type="dxa"/>
            </w:tcMar>
            <w:vAlign w:val="center"/>
          </w:tcPr>
          <w:p>
            <w:r>
              <w:rPr>
                <w:b/>
                <w:color w:val="FFFFFF"/>
                <w:sz w:val="14"/>
              </w:rPr>
              <w:t>Unsure</w:t>
            </w:r>
          </w:p>
        </w:tc>
        <w:tc>
          <w:tcPr>
            <w:tcW w:type="dxa" w:w="1728"/>
            <w:shd w:fill="17365D"/>
            <w:tcMar>
              <w:top w:w="95" w:type="dxa"/>
              <w:start w:w="95" w:type="dxa"/>
              <w:bottom w:w="95" w:type="dxa"/>
              <w:end w:w="95" w:type="dxa"/>
            </w:tcMar>
            <w:vAlign w:val="center"/>
          </w:tcPr>
          <w:p>
            <w:r>
              <w:rPr>
                <w:b/>
                <w:color w:val="FFFFFF"/>
                <w:sz w:val="14"/>
              </w:rPr>
              <w:t>Details or reference</w:t>
            </w:r>
          </w:p>
        </w:tc>
      </w:tr>
      <w:tr>
        <w:trPr>
          <w:cantSplit/>
        </w:trPr>
        <w:tc>
          <w:tcPr>
            <w:tcW w:type="dxa" w:w="576"/>
            <w:tcMar>
              <w:top w:w="95" w:type="dxa"/>
              <w:start w:w="95" w:type="dxa"/>
              <w:bottom w:w="95" w:type="dxa"/>
              <w:end w:w="95" w:type="dxa"/>
            </w:tcMar>
            <w:vAlign w:val="center"/>
          </w:tcPr>
          <w:p>
            <w:pPr>
              <w:spacing w:after="20" w:line="240" w:lineRule="auto"/>
            </w:pPr>
            <w:r>
              <w:rPr>
                <w:sz w:val="14"/>
              </w:rPr>
              <w:t>1</w:t>
            </w:r>
          </w:p>
        </w:tc>
        <w:tc>
          <w:tcPr>
            <w:tcW w:type="dxa" w:w="5544"/>
            <w:tcMar>
              <w:top w:w="95" w:type="dxa"/>
              <w:start w:w="95" w:type="dxa"/>
              <w:bottom w:w="95" w:type="dxa"/>
              <w:end w:w="95" w:type="dxa"/>
            </w:tcMar>
            <w:vAlign w:val="center"/>
          </w:tcPr>
          <w:p>
            <w:pPr>
              <w:spacing w:after="20" w:line="240" w:lineRule="auto"/>
            </w:pPr>
            <w:r>
              <w:rPr>
                <w:sz w:val="14"/>
              </w:rPr>
              <w:t>Are you involved in recruiting, promoting, disciplining, appraising, paying or assigning a relative, friend, partner or associate?</w:t>
            </w:r>
          </w:p>
        </w:tc>
        <w:tc>
          <w:tcPr>
            <w:tcW w:type="dxa" w:w="648"/>
            <w:tcMar>
              <w:top w:w="95" w:type="dxa"/>
              <w:start w:w="95" w:type="dxa"/>
              <w:bottom w:w="95" w:type="dxa"/>
              <w:end w:w="95" w:type="dxa"/>
            </w:tcMar>
            <w:vAlign w:val="center"/>
          </w:tcPr>
          <w:p>
            <w:pPr>
              <w:spacing w:after="20" w:line="240" w:lineRule="auto"/>
            </w:pPr>
            <w:r>
              <w:rPr>
                <w:sz w:val="14"/>
              </w:rPr>
              <w:t>☐</w:t>
            </w:r>
          </w:p>
        </w:tc>
        <w:tc>
          <w:tcPr>
            <w:tcW w:type="dxa" w:w="648"/>
            <w:tcMar>
              <w:top w:w="95" w:type="dxa"/>
              <w:start w:w="95" w:type="dxa"/>
              <w:bottom w:w="95" w:type="dxa"/>
              <w:end w:w="95" w:type="dxa"/>
            </w:tcMar>
            <w:vAlign w:val="center"/>
          </w:tcPr>
          <w:p>
            <w:pPr>
              <w:spacing w:after="20" w:line="240" w:lineRule="auto"/>
            </w:pPr>
            <w:r>
              <w:rPr>
                <w:sz w:val="14"/>
              </w:rPr>
              <w:t>☐</w:t>
            </w:r>
          </w:p>
        </w:tc>
        <w:tc>
          <w:tcPr>
            <w:tcW w:type="dxa" w:w="792"/>
            <w:tcMar>
              <w:top w:w="95" w:type="dxa"/>
              <w:start w:w="95" w:type="dxa"/>
              <w:bottom w:w="95" w:type="dxa"/>
              <w:end w:w="95" w:type="dxa"/>
            </w:tcMar>
            <w:vAlign w:val="center"/>
          </w:tcPr>
          <w:p>
            <w:pPr>
              <w:spacing w:after="20" w:line="240" w:lineRule="auto"/>
            </w:pPr>
            <w:r>
              <w:rPr>
                <w:sz w:val="14"/>
              </w:rPr>
              <w:t>☐</w:t>
            </w:r>
          </w:p>
        </w:tc>
        <w:tc>
          <w:tcPr>
            <w:tcW w:type="dxa" w:w="1728"/>
            <w:tcMar>
              <w:top w:w="95" w:type="dxa"/>
              <w:start w:w="95" w:type="dxa"/>
              <w:bottom w:w="95" w:type="dxa"/>
              <w:end w:w="95" w:type="dxa"/>
            </w:tcMar>
            <w:vAlign w:val="center"/>
          </w:tcPr>
          <w:p>
            <w:pPr>
              <w:spacing w:after="20" w:line="240" w:lineRule="auto"/>
            </w:pPr>
            <w:r>
              <w:rPr>
                <w:sz w:val="14"/>
              </w:rPr>
            </w:r>
          </w:p>
        </w:tc>
      </w:tr>
      <w:tr>
        <w:trPr>
          <w:cantSplit/>
        </w:trPr>
        <w:tc>
          <w:tcPr>
            <w:tcW w:type="dxa" w:w="576"/>
            <w:tcMar>
              <w:top w:w="95" w:type="dxa"/>
              <w:start w:w="95" w:type="dxa"/>
              <w:bottom w:w="95" w:type="dxa"/>
              <w:end w:w="95" w:type="dxa"/>
            </w:tcMar>
            <w:vAlign w:val="center"/>
            <w:shd w:fill="F4F7FA"/>
          </w:tcPr>
          <w:p>
            <w:pPr>
              <w:spacing w:after="20" w:line="240" w:lineRule="auto"/>
            </w:pPr>
            <w:r>
              <w:rPr>
                <w:sz w:val="14"/>
              </w:rPr>
              <w:t>2</w:t>
            </w:r>
          </w:p>
        </w:tc>
        <w:tc>
          <w:tcPr>
            <w:tcW w:type="dxa" w:w="5544"/>
            <w:tcMar>
              <w:top w:w="95" w:type="dxa"/>
              <w:start w:w="95" w:type="dxa"/>
              <w:bottom w:w="95" w:type="dxa"/>
              <w:end w:w="95" w:type="dxa"/>
            </w:tcMar>
            <w:vAlign w:val="center"/>
            <w:shd w:fill="F4F7FA"/>
          </w:tcPr>
          <w:p>
            <w:pPr>
              <w:spacing w:after="20" w:line="240" w:lineRule="auto"/>
            </w:pPr>
            <w:r>
              <w:rPr>
                <w:sz w:val="14"/>
              </w:rPr>
              <w:t>Have you referred a candidate without disclosing the relationship?</w:t>
            </w:r>
          </w:p>
        </w:tc>
        <w:tc>
          <w:tcPr>
            <w:tcW w:type="dxa" w:w="648"/>
            <w:tcMar>
              <w:top w:w="95" w:type="dxa"/>
              <w:start w:w="95" w:type="dxa"/>
              <w:bottom w:w="95" w:type="dxa"/>
              <w:end w:w="95" w:type="dxa"/>
            </w:tcMar>
            <w:vAlign w:val="center"/>
            <w:shd w:fill="F4F7FA"/>
          </w:tcPr>
          <w:p>
            <w:pPr>
              <w:spacing w:after="20" w:line="240" w:lineRule="auto"/>
            </w:pPr>
            <w:r>
              <w:rPr>
                <w:sz w:val="14"/>
              </w:rPr>
              <w:t>☐</w:t>
            </w:r>
          </w:p>
        </w:tc>
        <w:tc>
          <w:tcPr>
            <w:tcW w:type="dxa" w:w="648"/>
            <w:tcMar>
              <w:top w:w="95" w:type="dxa"/>
              <w:start w:w="95" w:type="dxa"/>
              <w:bottom w:w="95" w:type="dxa"/>
              <w:end w:w="95" w:type="dxa"/>
            </w:tcMar>
            <w:vAlign w:val="center"/>
            <w:shd w:fill="F4F7FA"/>
          </w:tcPr>
          <w:p>
            <w:pPr>
              <w:spacing w:after="20" w:line="240" w:lineRule="auto"/>
            </w:pPr>
            <w:r>
              <w:rPr>
                <w:sz w:val="14"/>
              </w:rPr>
              <w:t>☐</w:t>
            </w:r>
          </w:p>
        </w:tc>
        <w:tc>
          <w:tcPr>
            <w:tcW w:type="dxa" w:w="792"/>
            <w:tcMar>
              <w:top w:w="95" w:type="dxa"/>
              <w:start w:w="95" w:type="dxa"/>
              <w:bottom w:w="95" w:type="dxa"/>
              <w:end w:w="95" w:type="dxa"/>
            </w:tcMar>
            <w:vAlign w:val="center"/>
            <w:shd w:fill="F4F7FA"/>
          </w:tcPr>
          <w:p>
            <w:pPr>
              <w:spacing w:after="20" w:line="240" w:lineRule="auto"/>
            </w:pPr>
            <w:r>
              <w:rPr>
                <w:sz w:val="14"/>
              </w:rPr>
              <w:t>☐</w:t>
            </w:r>
          </w:p>
        </w:tc>
        <w:tc>
          <w:tcPr>
            <w:tcW w:type="dxa" w:w="1728"/>
            <w:tcMar>
              <w:top w:w="95" w:type="dxa"/>
              <w:start w:w="95" w:type="dxa"/>
              <w:bottom w:w="95" w:type="dxa"/>
              <w:end w:w="95" w:type="dxa"/>
            </w:tcMar>
            <w:vAlign w:val="center"/>
            <w:shd w:fill="F4F7FA"/>
          </w:tcPr>
          <w:p>
            <w:pPr>
              <w:spacing w:after="20" w:line="240" w:lineRule="auto"/>
            </w:pPr>
            <w:r>
              <w:rPr>
                <w:sz w:val="14"/>
              </w:rPr>
            </w:r>
          </w:p>
        </w:tc>
      </w:tr>
      <w:tr>
        <w:trPr>
          <w:cantSplit/>
        </w:trPr>
        <w:tc>
          <w:tcPr>
            <w:tcW w:type="dxa" w:w="576"/>
            <w:tcMar>
              <w:top w:w="95" w:type="dxa"/>
              <w:start w:w="95" w:type="dxa"/>
              <w:bottom w:w="95" w:type="dxa"/>
              <w:end w:w="95" w:type="dxa"/>
            </w:tcMar>
            <w:vAlign w:val="center"/>
          </w:tcPr>
          <w:p>
            <w:pPr>
              <w:spacing w:after="20" w:line="240" w:lineRule="auto"/>
            </w:pPr>
            <w:r>
              <w:rPr>
                <w:sz w:val="14"/>
              </w:rPr>
              <w:t>3</w:t>
            </w:r>
          </w:p>
        </w:tc>
        <w:tc>
          <w:tcPr>
            <w:tcW w:type="dxa" w:w="5544"/>
            <w:tcMar>
              <w:top w:w="95" w:type="dxa"/>
              <w:start w:w="95" w:type="dxa"/>
              <w:bottom w:w="95" w:type="dxa"/>
              <w:end w:w="95" w:type="dxa"/>
            </w:tcMar>
            <w:vAlign w:val="center"/>
          </w:tcPr>
          <w:p>
            <w:pPr>
              <w:spacing w:after="20" w:line="240" w:lineRule="auto"/>
            </w:pPr>
            <w:r>
              <w:rPr>
                <w:sz w:val="14"/>
              </w:rPr>
              <w:t>Could a personal dispute, rivalry or prior relationship affect your treatment of an employee or applicant?</w:t>
            </w:r>
          </w:p>
        </w:tc>
        <w:tc>
          <w:tcPr>
            <w:tcW w:type="dxa" w:w="648"/>
            <w:tcMar>
              <w:top w:w="95" w:type="dxa"/>
              <w:start w:w="95" w:type="dxa"/>
              <w:bottom w:w="95" w:type="dxa"/>
              <w:end w:w="95" w:type="dxa"/>
            </w:tcMar>
            <w:vAlign w:val="center"/>
          </w:tcPr>
          <w:p>
            <w:pPr>
              <w:spacing w:after="20" w:line="240" w:lineRule="auto"/>
            </w:pPr>
            <w:r>
              <w:rPr>
                <w:sz w:val="14"/>
              </w:rPr>
              <w:t>☐</w:t>
            </w:r>
          </w:p>
        </w:tc>
        <w:tc>
          <w:tcPr>
            <w:tcW w:type="dxa" w:w="648"/>
            <w:tcMar>
              <w:top w:w="95" w:type="dxa"/>
              <w:start w:w="95" w:type="dxa"/>
              <w:bottom w:w="95" w:type="dxa"/>
              <w:end w:w="95" w:type="dxa"/>
            </w:tcMar>
            <w:vAlign w:val="center"/>
          </w:tcPr>
          <w:p>
            <w:pPr>
              <w:spacing w:after="20" w:line="240" w:lineRule="auto"/>
            </w:pPr>
            <w:r>
              <w:rPr>
                <w:sz w:val="14"/>
              </w:rPr>
              <w:t>☐</w:t>
            </w:r>
          </w:p>
        </w:tc>
        <w:tc>
          <w:tcPr>
            <w:tcW w:type="dxa" w:w="792"/>
            <w:tcMar>
              <w:top w:w="95" w:type="dxa"/>
              <w:start w:w="95" w:type="dxa"/>
              <w:bottom w:w="95" w:type="dxa"/>
              <w:end w:w="95" w:type="dxa"/>
            </w:tcMar>
            <w:vAlign w:val="center"/>
          </w:tcPr>
          <w:p>
            <w:pPr>
              <w:spacing w:after="20" w:line="240" w:lineRule="auto"/>
            </w:pPr>
            <w:r>
              <w:rPr>
                <w:sz w:val="14"/>
              </w:rPr>
              <w:t>☐</w:t>
            </w:r>
          </w:p>
        </w:tc>
        <w:tc>
          <w:tcPr>
            <w:tcW w:type="dxa" w:w="1728"/>
            <w:tcMar>
              <w:top w:w="95" w:type="dxa"/>
              <w:start w:w="95" w:type="dxa"/>
              <w:bottom w:w="95" w:type="dxa"/>
              <w:end w:w="95" w:type="dxa"/>
            </w:tcMar>
            <w:vAlign w:val="center"/>
          </w:tcPr>
          <w:p>
            <w:pPr>
              <w:spacing w:after="20" w:line="240" w:lineRule="auto"/>
            </w:pPr>
            <w:r>
              <w:rPr>
                <w:sz w:val="14"/>
              </w:rPr>
            </w:r>
          </w:p>
        </w:tc>
      </w:tr>
      <w:tr>
        <w:trPr>
          <w:cantSplit/>
        </w:trPr>
        <w:tc>
          <w:tcPr>
            <w:tcW w:type="dxa" w:w="576"/>
            <w:tcMar>
              <w:top w:w="95" w:type="dxa"/>
              <w:start w:w="95" w:type="dxa"/>
              <w:bottom w:w="95" w:type="dxa"/>
              <w:end w:w="95" w:type="dxa"/>
            </w:tcMar>
            <w:vAlign w:val="center"/>
            <w:shd w:fill="F4F7FA"/>
          </w:tcPr>
          <w:p>
            <w:pPr>
              <w:spacing w:after="20" w:line="240" w:lineRule="auto"/>
            </w:pPr>
            <w:r>
              <w:rPr>
                <w:sz w:val="14"/>
              </w:rPr>
              <w:t>4</w:t>
            </w:r>
          </w:p>
        </w:tc>
        <w:tc>
          <w:tcPr>
            <w:tcW w:type="dxa" w:w="5544"/>
            <w:tcMar>
              <w:top w:w="95" w:type="dxa"/>
              <w:start w:w="95" w:type="dxa"/>
              <w:bottom w:w="95" w:type="dxa"/>
              <w:end w:w="95" w:type="dxa"/>
            </w:tcMar>
            <w:vAlign w:val="center"/>
            <w:shd w:fill="F4F7FA"/>
          </w:tcPr>
          <w:p>
            <w:pPr>
              <w:spacing w:after="20" w:line="240" w:lineRule="auto"/>
            </w:pPr>
            <w:r>
              <w:rPr>
                <w:sz w:val="14"/>
              </w:rPr>
              <w:t>Do you have a reporting line or approval relationship with a person with whom you have a close personal relationship?</w:t>
            </w:r>
          </w:p>
        </w:tc>
        <w:tc>
          <w:tcPr>
            <w:tcW w:type="dxa" w:w="648"/>
            <w:tcMar>
              <w:top w:w="95" w:type="dxa"/>
              <w:start w:w="95" w:type="dxa"/>
              <w:bottom w:w="95" w:type="dxa"/>
              <w:end w:w="95" w:type="dxa"/>
            </w:tcMar>
            <w:vAlign w:val="center"/>
            <w:shd w:fill="F4F7FA"/>
          </w:tcPr>
          <w:p>
            <w:pPr>
              <w:spacing w:after="20" w:line="240" w:lineRule="auto"/>
            </w:pPr>
            <w:r>
              <w:rPr>
                <w:sz w:val="14"/>
              </w:rPr>
              <w:t>☐</w:t>
            </w:r>
          </w:p>
        </w:tc>
        <w:tc>
          <w:tcPr>
            <w:tcW w:type="dxa" w:w="648"/>
            <w:tcMar>
              <w:top w:w="95" w:type="dxa"/>
              <w:start w:w="95" w:type="dxa"/>
              <w:bottom w:w="95" w:type="dxa"/>
              <w:end w:w="95" w:type="dxa"/>
            </w:tcMar>
            <w:vAlign w:val="center"/>
            <w:shd w:fill="F4F7FA"/>
          </w:tcPr>
          <w:p>
            <w:pPr>
              <w:spacing w:after="20" w:line="240" w:lineRule="auto"/>
            </w:pPr>
            <w:r>
              <w:rPr>
                <w:sz w:val="14"/>
              </w:rPr>
              <w:t>☐</w:t>
            </w:r>
          </w:p>
        </w:tc>
        <w:tc>
          <w:tcPr>
            <w:tcW w:type="dxa" w:w="792"/>
            <w:tcMar>
              <w:top w:w="95" w:type="dxa"/>
              <w:start w:w="95" w:type="dxa"/>
              <w:bottom w:w="95" w:type="dxa"/>
              <w:end w:w="95" w:type="dxa"/>
            </w:tcMar>
            <w:vAlign w:val="center"/>
            <w:shd w:fill="F4F7FA"/>
          </w:tcPr>
          <w:p>
            <w:pPr>
              <w:spacing w:after="20" w:line="240" w:lineRule="auto"/>
            </w:pPr>
            <w:r>
              <w:rPr>
                <w:sz w:val="14"/>
              </w:rPr>
              <w:t>☐</w:t>
            </w:r>
          </w:p>
        </w:tc>
        <w:tc>
          <w:tcPr>
            <w:tcW w:type="dxa" w:w="1728"/>
            <w:tcMar>
              <w:top w:w="95" w:type="dxa"/>
              <w:start w:w="95" w:type="dxa"/>
              <w:bottom w:w="95" w:type="dxa"/>
              <w:end w:w="95" w:type="dxa"/>
            </w:tcMar>
            <w:vAlign w:val="center"/>
            <w:shd w:fill="F4F7FA"/>
          </w:tcPr>
          <w:p>
            <w:pPr>
              <w:spacing w:after="20" w:line="240" w:lineRule="auto"/>
            </w:pPr>
            <w:r>
              <w:rPr>
                <w:sz w:val="14"/>
              </w:rPr>
            </w:r>
          </w:p>
        </w:tc>
      </w:tr>
      <w:tr>
        <w:trPr>
          <w:cantSplit/>
        </w:trPr>
        <w:tc>
          <w:tcPr>
            <w:tcW w:type="dxa" w:w="576"/>
            <w:tcMar>
              <w:top w:w="95" w:type="dxa"/>
              <w:start w:w="95" w:type="dxa"/>
              <w:bottom w:w="95" w:type="dxa"/>
              <w:end w:w="95" w:type="dxa"/>
            </w:tcMar>
            <w:vAlign w:val="center"/>
          </w:tcPr>
          <w:p>
            <w:pPr>
              <w:spacing w:after="20" w:line="240" w:lineRule="auto"/>
            </w:pPr>
            <w:r>
              <w:rPr>
                <w:sz w:val="14"/>
              </w:rPr>
              <w:t>5</w:t>
            </w:r>
          </w:p>
        </w:tc>
        <w:tc>
          <w:tcPr>
            <w:tcW w:type="dxa" w:w="5544"/>
            <w:tcMar>
              <w:top w:w="95" w:type="dxa"/>
              <w:start w:w="95" w:type="dxa"/>
              <w:bottom w:w="95" w:type="dxa"/>
              <w:end w:w="95" w:type="dxa"/>
            </w:tcMar>
            <w:vAlign w:val="center"/>
          </w:tcPr>
          <w:p>
            <w:pPr>
              <w:spacing w:after="20" w:line="240" w:lineRule="auto"/>
            </w:pPr>
            <w:r>
              <w:rPr>
                <w:sz w:val="14"/>
              </w:rPr>
              <w:t>Have you participated in a decision affecting someone who owes you money or from whom you expect a benefit?</w:t>
            </w:r>
          </w:p>
        </w:tc>
        <w:tc>
          <w:tcPr>
            <w:tcW w:type="dxa" w:w="648"/>
            <w:tcMar>
              <w:top w:w="95" w:type="dxa"/>
              <w:start w:w="95" w:type="dxa"/>
              <w:bottom w:w="95" w:type="dxa"/>
              <w:end w:w="95" w:type="dxa"/>
            </w:tcMar>
            <w:vAlign w:val="center"/>
          </w:tcPr>
          <w:p>
            <w:pPr>
              <w:spacing w:after="20" w:line="240" w:lineRule="auto"/>
            </w:pPr>
            <w:r>
              <w:rPr>
                <w:sz w:val="14"/>
              </w:rPr>
              <w:t>☐</w:t>
            </w:r>
          </w:p>
        </w:tc>
        <w:tc>
          <w:tcPr>
            <w:tcW w:type="dxa" w:w="648"/>
            <w:tcMar>
              <w:top w:w="95" w:type="dxa"/>
              <w:start w:w="95" w:type="dxa"/>
              <w:bottom w:w="95" w:type="dxa"/>
              <w:end w:w="95" w:type="dxa"/>
            </w:tcMar>
            <w:vAlign w:val="center"/>
          </w:tcPr>
          <w:p>
            <w:pPr>
              <w:spacing w:after="20" w:line="240" w:lineRule="auto"/>
            </w:pPr>
            <w:r>
              <w:rPr>
                <w:sz w:val="14"/>
              </w:rPr>
              <w:t>☐</w:t>
            </w:r>
          </w:p>
        </w:tc>
        <w:tc>
          <w:tcPr>
            <w:tcW w:type="dxa" w:w="792"/>
            <w:tcMar>
              <w:top w:w="95" w:type="dxa"/>
              <w:start w:w="95" w:type="dxa"/>
              <w:bottom w:w="95" w:type="dxa"/>
              <w:end w:w="95" w:type="dxa"/>
            </w:tcMar>
            <w:vAlign w:val="center"/>
          </w:tcPr>
          <w:p>
            <w:pPr>
              <w:spacing w:after="20" w:line="240" w:lineRule="auto"/>
            </w:pPr>
            <w:r>
              <w:rPr>
                <w:sz w:val="14"/>
              </w:rPr>
              <w:t>☐</w:t>
            </w:r>
          </w:p>
        </w:tc>
        <w:tc>
          <w:tcPr>
            <w:tcW w:type="dxa" w:w="1728"/>
            <w:tcMar>
              <w:top w:w="95" w:type="dxa"/>
              <w:start w:w="95" w:type="dxa"/>
              <w:bottom w:w="95" w:type="dxa"/>
              <w:end w:w="95" w:type="dxa"/>
            </w:tcMar>
            <w:vAlign w:val="center"/>
          </w:tcPr>
          <w:p>
            <w:pPr>
              <w:spacing w:after="20" w:line="240" w:lineRule="auto"/>
            </w:pPr>
            <w:r>
              <w:rPr>
                <w:sz w:val="14"/>
              </w:rPr>
            </w:r>
          </w:p>
        </w:tc>
      </w:tr>
      <w:tr>
        <w:trPr>
          <w:cantSplit/>
        </w:trPr>
        <w:tc>
          <w:tcPr>
            <w:tcW w:type="dxa" w:w="576"/>
            <w:tcMar>
              <w:top w:w="95" w:type="dxa"/>
              <w:start w:w="95" w:type="dxa"/>
              <w:bottom w:w="95" w:type="dxa"/>
              <w:end w:w="95" w:type="dxa"/>
            </w:tcMar>
            <w:vAlign w:val="center"/>
            <w:shd w:fill="F4F7FA"/>
          </w:tcPr>
          <w:p>
            <w:pPr>
              <w:spacing w:after="20" w:line="240" w:lineRule="auto"/>
            </w:pPr>
            <w:r>
              <w:rPr>
                <w:sz w:val="14"/>
              </w:rPr>
              <w:t>6</w:t>
            </w:r>
          </w:p>
        </w:tc>
        <w:tc>
          <w:tcPr>
            <w:tcW w:type="dxa" w:w="5544"/>
            <w:tcMar>
              <w:top w:w="95" w:type="dxa"/>
              <w:start w:w="95" w:type="dxa"/>
              <w:bottom w:w="95" w:type="dxa"/>
              <w:end w:w="95" w:type="dxa"/>
            </w:tcMar>
            <w:vAlign w:val="center"/>
            <w:shd w:fill="F4F7FA"/>
          </w:tcPr>
          <w:p>
            <w:pPr>
              <w:spacing w:after="20" w:line="240" w:lineRule="auto"/>
            </w:pPr>
            <w:r>
              <w:rPr>
                <w:sz w:val="14"/>
              </w:rPr>
              <w:t>Could confidential employee information be used for personal advantage or retaliation?</w:t>
            </w:r>
          </w:p>
        </w:tc>
        <w:tc>
          <w:tcPr>
            <w:tcW w:type="dxa" w:w="648"/>
            <w:tcMar>
              <w:top w:w="95" w:type="dxa"/>
              <w:start w:w="95" w:type="dxa"/>
              <w:bottom w:w="95" w:type="dxa"/>
              <w:end w:w="95" w:type="dxa"/>
            </w:tcMar>
            <w:vAlign w:val="center"/>
            <w:shd w:fill="F4F7FA"/>
          </w:tcPr>
          <w:p>
            <w:pPr>
              <w:spacing w:after="20" w:line="240" w:lineRule="auto"/>
            </w:pPr>
            <w:r>
              <w:rPr>
                <w:sz w:val="14"/>
              </w:rPr>
              <w:t>☐</w:t>
            </w:r>
          </w:p>
        </w:tc>
        <w:tc>
          <w:tcPr>
            <w:tcW w:type="dxa" w:w="648"/>
            <w:tcMar>
              <w:top w:w="95" w:type="dxa"/>
              <w:start w:w="95" w:type="dxa"/>
              <w:bottom w:w="95" w:type="dxa"/>
              <w:end w:w="95" w:type="dxa"/>
            </w:tcMar>
            <w:vAlign w:val="center"/>
            <w:shd w:fill="F4F7FA"/>
          </w:tcPr>
          <w:p>
            <w:pPr>
              <w:spacing w:after="20" w:line="240" w:lineRule="auto"/>
            </w:pPr>
            <w:r>
              <w:rPr>
                <w:sz w:val="14"/>
              </w:rPr>
              <w:t>☐</w:t>
            </w:r>
          </w:p>
        </w:tc>
        <w:tc>
          <w:tcPr>
            <w:tcW w:type="dxa" w:w="792"/>
            <w:tcMar>
              <w:top w:w="95" w:type="dxa"/>
              <w:start w:w="95" w:type="dxa"/>
              <w:bottom w:w="95" w:type="dxa"/>
              <w:end w:w="95" w:type="dxa"/>
            </w:tcMar>
            <w:vAlign w:val="center"/>
            <w:shd w:fill="F4F7FA"/>
          </w:tcPr>
          <w:p>
            <w:pPr>
              <w:spacing w:after="20" w:line="240" w:lineRule="auto"/>
            </w:pPr>
            <w:r>
              <w:rPr>
                <w:sz w:val="14"/>
              </w:rPr>
              <w:t>☐</w:t>
            </w:r>
          </w:p>
        </w:tc>
        <w:tc>
          <w:tcPr>
            <w:tcW w:type="dxa" w:w="1728"/>
            <w:tcMar>
              <w:top w:w="95" w:type="dxa"/>
              <w:start w:w="95" w:type="dxa"/>
              <w:bottom w:w="95" w:type="dxa"/>
              <w:end w:w="95" w:type="dxa"/>
            </w:tcMar>
            <w:vAlign w:val="center"/>
            <w:shd w:fill="F4F7FA"/>
          </w:tcPr>
          <w:p>
            <w:pPr>
              <w:spacing w:after="20" w:line="240" w:lineRule="auto"/>
            </w:pPr>
            <w:r>
              <w:rPr>
                <w:sz w:val="14"/>
              </w:rPr>
            </w:r>
          </w:p>
        </w:tc>
      </w:tr>
    </w:tbl>
    <w:p>
      <w:pPr>
        <w:spacing w:after="20"/>
      </w:pPr>
    </w:p>
    <w:p>
      <w:pPr>
        <w:pStyle w:val="Heading2"/>
      </w:pPr>
      <w:r>
        <w:t>2.8 Procurement Grants Admissions Licensing and Benefits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704"/>
        <w:gridCol w:w="1704"/>
        <w:gridCol w:w="1704"/>
        <w:gridCol w:w="1704"/>
        <w:gridCol w:w="1704"/>
        <w:gridCol w:w="1704"/>
      </w:tblGrid>
      <w:tr>
        <w:trPr>
          <w:tblHeader w:val="true"/>
          <w:cantSplit/>
        </w:trPr>
        <w:tc>
          <w:tcPr>
            <w:tcW w:type="dxa" w:w="576"/>
            <w:shd w:fill="17365D"/>
            <w:tcMar>
              <w:top w:w="95" w:type="dxa"/>
              <w:start w:w="95" w:type="dxa"/>
              <w:bottom w:w="95" w:type="dxa"/>
              <w:end w:w="95" w:type="dxa"/>
            </w:tcMar>
            <w:vAlign w:val="center"/>
          </w:tcPr>
          <w:p>
            <w:r>
              <w:rPr>
                <w:b/>
                <w:color w:val="FFFFFF"/>
                <w:sz w:val="14"/>
              </w:rPr>
              <w:t>No.</w:t>
            </w:r>
          </w:p>
        </w:tc>
        <w:tc>
          <w:tcPr>
            <w:tcW w:type="dxa" w:w="5544"/>
            <w:shd w:fill="17365D"/>
            <w:tcMar>
              <w:top w:w="95" w:type="dxa"/>
              <w:start w:w="95" w:type="dxa"/>
              <w:bottom w:w="95" w:type="dxa"/>
              <w:end w:w="95" w:type="dxa"/>
            </w:tcMar>
            <w:vAlign w:val="center"/>
          </w:tcPr>
          <w:p>
            <w:r>
              <w:rPr>
                <w:b/>
                <w:color w:val="FFFFFF"/>
                <w:sz w:val="14"/>
              </w:rPr>
              <w:t>Declaration question</w:t>
            </w:r>
          </w:p>
        </w:tc>
        <w:tc>
          <w:tcPr>
            <w:tcW w:type="dxa" w:w="648"/>
            <w:shd w:fill="17365D"/>
            <w:tcMar>
              <w:top w:w="95" w:type="dxa"/>
              <w:start w:w="95" w:type="dxa"/>
              <w:bottom w:w="95" w:type="dxa"/>
              <w:end w:w="95" w:type="dxa"/>
            </w:tcMar>
            <w:vAlign w:val="center"/>
          </w:tcPr>
          <w:p>
            <w:r>
              <w:rPr>
                <w:b/>
                <w:color w:val="FFFFFF"/>
                <w:sz w:val="14"/>
              </w:rPr>
              <w:t>Yes</w:t>
            </w:r>
          </w:p>
        </w:tc>
        <w:tc>
          <w:tcPr>
            <w:tcW w:type="dxa" w:w="648"/>
            <w:shd w:fill="17365D"/>
            <w:tcMar>
              <w:top w:w="95" w:type="dxa"/>
              <w:start w:w="95" w:type="dxa"/>
              <w:bottom w:w="95" w:type="dxa"/>
              <w:end w:w="95" w:type="dxa"/>
            </w:tcMar>
            <w:vAlign w:val="center"/>
          </w:tcPr>
          <w:p>
            <w:r>
              <w:rPr>
                <w:b/>
                <w:color w:val="FFFFFF"/>
                <w:sz w:val="14"/>
              </w:rPr>
              <w:t>No</w:t>
            </w:r>
          </w:p>
        </w:tc>
        <w:tc>
          <w:tcPr>
            <w:tcW w:type="dxa" w:w="792"/>
            <w:shd w:fill="17365D"/>
            <w:tcMar>
              <w:top w:w="95" w:type="dxa"/>
              <w:start w:w="95" w:type="dxa"/>
              <w:bottom w:w="95" w:type="dxa"/>
              <w:end w:w="95" w:type="dxa"/>
            </w:tcMar>
            <w:vAlign w:val="center"/>
          </w:tcPr>
          <w:p>
            <w:r>
              <w:rPr>
                <w:b/>
                <w:color w:val="FFFFFF"/>
                <w:sz w:val="14"/>
              </w:rPr>
              <w:t>Unsure</w:t>
            </w:r>
          </w:p>
        </w:tc>
        <w:tc>
          <w:tcPr>
            <w:tcW w:type="dxa" w:w="1728"/>
            <w:shd w:fill="17365D"/>
            <w:tcMar>
              <w:top w:w="95" w:type="dxa"/>
              <w:start w:w="95" w:type="dxa"/>
              <w:bottom w:w="95" w:type="dxa"/>
              <w:end w:w="95" w:type="dxa"/>
            </w:tcMar>
            <w:vAlign w:val="center"/>
          </w:tcPr>
          <w:p>
            <w:r>
              <w:rPr>
                <w:b/>
                <w:color w:val="FFFFFF"/>
                <w:sz w:val="14"/>
              </w:rPr>
              <w:t>Details or reference</w:t>
            </w:r>
          </w:p>
        </w:tc>
      </w:tr>
      <w:tr>
        <w:trPr>
          <w:cantSplit/>
        </w:trPr>
        <w:tc>
          <w:tcPr>
            <w:tcW w:type="dxa" w:w="576"/>
            <w:tcMar>
              <w:top w:w="95" w:type="dxa"/>
              <w:start w:w="95" w:type="dxa"/>
              <w:bottom w:w="95" w:type="dxa"/>
              <w:end w:w="95" w:type="dxa"/>
            </w:tcMar>
            <w:vAlign w:val="center"/>
          </w:tcPr>
          <w:p>
            <w:pPr>
              <w:spacing w:after="20" w:line="240" w:lineRule="auto"/>
            </w:pPr>
            <w:r>
              <w:rPr>
                <w:sz w:val="14"/>
              </w:rPr>
              <w:t>1</w:t>
            </w:r>
          </w:p>
        </w:tc>
        <w:tc>
          <w:tcPr>
            <w:tcW w:type="dxa" w:w="5544"/>
            <w:tcMar>
              <w:top w:w="95" w:type="dxa"/>
              <w:start w:w="95" w:type="dxa"/>
              <w:bottom w:w="95" w:type="dxa"/>
              <w:end w:w="95" w:type="dxa"/>
            </w:tcMar>
            <w:vAlign w:val="center"/>
          </w:tcPr>
          <w:p>
            <w:pPr>
              <w:spacing w:after="20" w:line="240" w:lineRule="auto"/>
            </w:pPr>
            <w:r>
              <w:rPr>
                <w:sz w:val="14"/>
              </w:rPr>
              <w:t>Are you involved in selecting, scoring, approving or monitoring a party with whom you have a connection?</w:t>
            </w:r>
          </w:p>
        </w:tc>
        <w:tc>
          <w:tcPr>
            <w:tcW w:type="dxa" w:w="648"/>
            <w:tcMar>
              <w:top w:w="95" w:type="dxa"/>
              <w:start w:w="95" w:type="dxa"/>
              <w:bottom w:w="95" w:type="dxa"/>
              <w:end w:w="95" w:type="dxa"/>
            </w:tcMar>
            <w:vAlign w:val="center"/>
          </w:tcPr>
          <w:p>
            <w:pPr>
              <w:spacing w:after="20" w:line="240" w:lineRule="auto"/>
            </w:pPr>
            <w:r>
              <w:rPr>
                <w:sz w:val="14"/>
              </w:rPr>
              <w:t>☐</w:t>
            </w:r>
          </w:p>
        </w:tc>
        <w:tc>
          <w:tcPr>
            <w:tcW w:type="dxa" w:w="648"/>
            <w:tcMar>
              <w:top w:w="95" w:type="dxa"/>
              <w:start w:w="95" w:type="dxa"/>
              <w:bottom w:w="95" w:type="dxa"/>
              <w:end w:w="95" w:type="dxa"/>
            </w:tcMar>
            <w:vAlign w:val="center"/>
          </w:tcPr>
          <w:p>
            <w:pPr>
              <w:spacing w:after="20" w:line="240" w:lineRule="auto"/>
            </w:pPr>
            <w:r>
              <w:rPr>
                <w:sz w:val="14"/>
              </w:rPr>
              <w:t>☐</w:t>
            </w:r>
          </w:p>
        </w:tc>
        <w:tc>
          <w:tcPr>
            <w:tcW w:type="dxa" w:w="792"/>
            <w:tcMar>
              <w:top w:w="95" w:type="dxa"/>
              <w:start w:w="95" w:type="dxa"/>
              <w:bottom w:w="95" w:type="dxa"/>
              <w:end w:w="95" w:type="dxa"/>
            </w:tcMar>
            <w:vAlign w:val="center"/>
          </w:tcPr>
          <w:p>
            <w:pPr>
              <w:spacing w:after="20" w:line="240" w:lineRule="auto"/>
            </w:pPr>
            <w:r>
              <w:rPr>
                <w:sz w:val="14"/>
              </w:rPr>
              <w:t>☐</w:t>
            </w:r>
          </w:p>
        </w:tc>
        <w:tc>
          <w:tcPr>
            <w:tcW w:type="dxa" w:w="1728"/>
            <w:tcMar>
              <w:top w:w="95" w:type="dxa"/>
              <w:start w:w="95" w:type="dxa"/>
              <w:bottom w:w="95" w:type="dxa"/>
              <w:end w:w="95" w:type="dxa"/>
            </w:tcMar>
            <w:vAlign w:val="center"/>
          </w:tcPr>
          <w:p>
            <w:pPr>
              <w:spacing w:after="20" w:line="240" w:lineRule="auto"/>
            </w:pPr>
            <w:r>
              <w:rPr>
                <w:sz w:val="14"/>
              </w:rPr>
            </w:r>
          </w:p>
        </w:tc>
      </w:tr>
      <w:tr>
        <w:trPr>
          <w:cantSplit/>
        </w:trPr>
        <w:tc>
          <w:tcPr>
            <w:tcW w:type="dxa" w:w="576"/>
            <w:tcMar>
              <w:top w:w="95" w:type="dxa"/>
              <w:start w:w="95" w:type="dxa"/>
              <w:bottom w:w="95" w:type="dxa"/>
              <w:end w:w="95" w:type="dxa"/>
            </w:tcMar>
            <w:vAlign w:val="center"/>
            <w:shd w:fill="F4F7FA"/>
          </w:tcPr>
          <w:p>
            <w:pPr>
              <w:spacing w:after="20" w:line="240" w:lineRule="auto"/>
            </w:pPr>
            <w:r>
              <w:rPr>
                <w:sz w:val="14"/>
              </w:rPr>
              <w:t>2</w:t>
            </w:r>
          </w:p>
        </w:tc>
        <w:tc>
          <w:tcPr>
            <w:tcW w:type="dxa" w:w="5544"/>
            <w:tcMar>
              <w:top w:w="95" w:type="dxa"/>
              <w:start w:w="95" w:type="dxa"/>
              <w:bottom w:w="95" w:type="dxa"/>
              <w:end w:w="95" w:type="dxa"/>
            </w:tcMar>
            <w:vAlign w:val="center"/>
            <w:shd w:fill="F4F7FA"/>
          </w:tcPr>
          <w:p>
            <w:pPr>
              <w:spacing w:after="20" w:line="240" w:lineRule="auto"/>
            </w:pPr>
            <w:r>
              <w:rPr>
                <w:sz w:val="14"/>
              </w:rPr>
              <w:t>Have you helped a party prepare an application, bid or submission that you may later assess?</w:t>
            </w:r>
          </w:p>
        </w:tc>
        <w:tc>
          <w:tcPr>
            <w:tcW w:type="dxa" w:w="648"/>
            <w:tcMar>
              <w:top w:w="95" w:type="dxa"/>
              <w:start w:w="95" w:type="dxa"/>
              <w:bottom w:w="95" w:type="dxa"/>
              <w:end w:w="95" w:type="dxa"/>
            </w:tcMar>
            <w:vAlign w:val="center"/>
            <w:shd w:fill="F4F7FA"/>
          </w:tcPr>
          <w:p>
            <w:pPr>
              <w:spacing w:after="20" w:line="240" w:lineRule="auto"/>
            </w:pPr>
            <w:r>
              <w:rPr>
                <w:sz w:val="14"/>
              </w:rPr>
              <w:t>☐</w:t>
            </w:r>
          </w:p>
        </w:tc>
        <w:tc>
          <w:tcPr>
            <w:tcW w:type="dxa" w:w="648"/>
            <w:tcMar>
              <w:top w:w="95" w:type="dxa"/>
              <w:start w:w="95" w:type="dxa"/>
              <w:bottom w:w="95" w:type="dxa"/>
              <w:end w:w="95" w:type="dxa"/>
            </w:tcMar>
            <w:vAlign w:val="center"/>
            <w:shd w:fill="F4F7FA"/>
          </w:tcPr>
          <w:p>
            <w:pPr>
              <w:spacing w:after="20" w:line="240" w:lineRule="auto"/>
            </w:pPr>
            <w:r>
              <w:rPr>
                <w:sz w:val="14"/>
              </w:rPr>
              <w:t>☐</w:t>
            </w:r>
          </w:p>
        </w:tc>
        <w:tc>
          <w:tcPr>
            <w:tcW w:type="dxa" w:w="792"/>
            <w:tcMar>
              <w:top w:w="95" w:type="dxa"/>
              <w:start w:w="95" w:type="dxa"/>
              <w:bottom w:w="95" w:type="dxa"/>
              <w:end w:w="95" w:type="dxa"/>
            </w:tcMar>
            <w:vAlign w:val="center"/>
            <w:shd w:fill="F4F7FA"/>
          </w:tcPr>
          <w:p>
            <w:pPr>
              <w:spacing w:after="20" w:line="240" w:lineRule="auto"/>
            </w:pPr>
            <w:r>
              <w:rPr>
                <w:sz w:val="14"/>
              </w:rPr>
              <w:t>☐</w:t>
            </w:r>
          </w:p>
        </w:tc>
        <w:tc>
          <w:tcPr>
            <w:tcW w:type="dxa" w:w="1728"/>
            <w:tcMar>
              <w:top w:w="95" w:type="dxa"/>
              <w:start w:w="95" w:type="dxa"/>
              <w:bottom w:w="95" w:type="dxa"/>
              <w:end w:w="95" w:type="dxa"/>
            </w:tcMar>
            <w:vAlign w:val="center"/>
            <w:shd w:fill="F4F7FA"/>
          </w:tcPr>
          <w:p>
            <w:pPr>
              <w:spacing w:after="20" w:line="240" w:lineRule="auto"/>
            </w:pPr>
            <w:r>
              <w:rPr>
                <w:sz w:val="14"/>
              </w:rPr>
            </w:r>
          </w:p>
        </w:tc>
      </w:tr>
      <w:tr>
        <w:trPr>
          <w:cantSplit/>
        </w:trPr>
        <w:tc>
          <w:tcPr>
            <w:tcW w:type="dxa" w:w="576"/>
            <w:tcMar>
              <w:top w:w="95" w:type="dxa"/>
              <w:start w:w="95" w:type="dxa"/>
              <w:bottom w:w="95" w:type="dxa"/>
              <w:end w:w="95" w:type="dxa"/>
            </w:tcMar>
            <w:vAlign w:val="center"/>
          </w:tcPr>
          <w:p>
            <w:pPr>
              <w:spacing w:after="20" w:line="240" w:lineRule="auto"/>
            </w:pPr>
            <w:r>
              <w:rPr>
                <w:sz w:val="14"/>
              </w:rPr>
              <w:t>3</w:t>
            </w:r>
          </w:p>
        </w:tc>
        <w:tc>
          <w:tcPr>
            <w:tcW w:type="dxa" w:w="5544"/>
            <w:tcMar>
              <w:top w:w="95" w:type="dxa"/>
              <w:start w:w="95" w:type="dxa"/>
              <w:bottom w:w="95" w:type="dxa"/>
              <w:end w:w="95" w:type="dxa"/>
            </w:tcMar>
            <w:vAlign w:val="center"/>
          </w:tcPr>
          <w:p>
            <w:pPr>
              <w:spacing w:after="20" w:line="240" w:lineRule="auto"/>
            </w:pPr>
            <w:r>
              <w:rPr>
                <w:sz w:val="14"/>
              </w:rPr>
              <w:t>Do you possess confidential information that could benefit an applicant, bidder or beneficiary?</w:t>
            </w:r>
          </w:p>
        </w:tc>
        <w:tc>
          <w:tcPr>
            <w:tcW w:type="dxa" w:w="648"/>
            <w:tcMar>
              <w:top w:w="95" w:type="dxa"/>
              <w:start w:w="95" w:type="dxa"/>
              <w:bottom w:w="95" w:type="dxa"/>
              <w:end w:w="95" w:type="dxa"/>
            </w:tcMar>
            <w:vAlign w:val="center"/>
          </w:tcPr>
          <w:p>
            <w:pPr>
              <w:spacing w:after="20" w:line="240" w:lineRule="auto"/>
            </w:pPr>
            <w:r>
              <w:rPr>
                <w:sz w:val="14"/>
              </w:rPr>
              <w:t>☐</w:t>
            </w:r>
          </w:p>
        </w:tc>
        <w:tc>
          <w:tcPr>
            <w:tcW w:type="dxa" w:w="648"/>
            <w:tcMar>
              <w:top w:w="95" w:type="dxa"/>
              <w:start w:w="95" w:type="dxa"/>
              <w:bottom w:w="95" w:type="dxa"/>
              <w:end w:w="95" w:type="dxa"/>
            </w:tcMar>
            <w:vAlign w:val="center"/>
          </w:tcPr>
          <w:p>
            <w:pPr>
              <w:spacing w:after="20" w:line="240" w:lineRule="auto"/>
            </w:pPr>
            <w:r>
              <w:rPr>
                <w:sz w:val="14"/>
              </w:rPr>
              <w:t>☐</w:t>
            </w:r>
          </w:p>
        </w:tc>
        <w:tc>
          <w:tcPr>
            <w:tcW w:type="dxa" w:w="792"/>
            <w:tcMar>
              <w:top w:w="95" w:type="dxa"/>
              <w:start w:w="95" w:type="dxa"/>
              <w:bottom w:w="95" w:type="dxa"/>
              <w:end w:w="95" w:type="dxa"/>
            </w:tcMar>
            <w:vAlign w:val="center"/>
          </w:tcPr>
          <w:p>
            <w:pPr>
              <w:spacing w:after="20" w:line="240" w:lineRule="auto"/>
            </w:pPr>
            <w:r>
              <w:rPr>
                <w:sz w:val="14"/>
              </w:rPr>
              <w:t>☐</w:t>
            </w:r>
          </w:p>
        </w:tc>
        <w:tc>
          <w:tcPr>
            <w:tcW w:type="dxa" w:w="1728"/>
            <w:tcMar>
              <w:top w:w="95" w:type="dxa"/>
              <w:start w:w="95" w:type="dxa"/>
              <w:bottom w:w="95" w:type="dxa"/>
              <w:end w:w="95" w:type="dxa"/>
            </w:tcMar>
            <w:vAlign w:val="center"/>
          </w:tcPr>
          <w:p>
            <w:pPr>
              <w:spacing w:after="20" w:line="240" w:lineRule="auto"/>
            </w:pPr>
            <w:r>
              <w:rPr>
                <w:sz w:val="14"/>
              </w:rPr>
            </w:r>
          </w:p>
        </w:tc>
      </w:tr>
      <w:tr>
        <w:trPr>
          <w:cantSplit/>
        </w:trPr>
        <w:tc>
          <w:tcPr>
            <w:tcW w:type="dxa" w:w="576"/>
            <w:tcMar>
              <w:top w:w="95" w:type="dxa"/>
              <w:start w:w="95" w:type="dxa"/>
              <w:bottom w:w="95" w:type="dxa"/>
              <w:end w:w="95" w:type="dxa"/>
            </w:tcMar>
            <w:vAlign w:val="center"/>
            <w:shd w:fill="F4F7FA"/>
          </w:tcPr>
          <w:p>
            <w:pPr>
              <w:spacing w:after="20" w:line="240" w:lineRule="auto"/>
            </w:pPr>
            <w:r>
              <w:rPr>
                <w:sz w:val="14"/>
              </w:rPr>
              <w:t>4</w:t>
            </w:r>
          </w:p>
        </w:tc>
        <w:tc>
          <w:tcPr>
            <w:tcW w:type="dxa" w:w="5544"/>
            <w:tcMar>
              <w:top w:w="95" w:type="dxa"/>
              <w:start w:w="95" w:type="dxa"/>
              <w:bottom w:w="95" w:type="dxa"/>
              <w:end w:w="95" w:type="dxa"/>
            </w:tcMar>
            <w:vAlign w:val="center"/>
            <w:shd w:fill="F4F7FA"/>
          </w:tcPr>
          <w:p>
            <w:pPr>
              <w:spacing w:after="20" w:line="240" w:lineRule="auto"/>
            </w:pPr>
            <w:r>
              <w:rPr>
                <w:sz w:val="14"/>
              </w:rPr>
              <w:t>Have you accepted pressure, recommendation or instruction from an influential person regarding an outcome?</w:t>
            </w:r>
          </w:p>
        </w:tc>
        <w:tc>
          <w:tcPr>
            <w:tcW w:type="dxa" w:w="648"/>
            <w:tcMar>
              <w:top w:w="95" w:type="dxa"/>
              <w:start w:w="95" w:type="dxa"/>
              <w:bottom w:w="95" w:type="dxa"/>
              <w:end w:w="95" w:type="dxa"/>
            </w:tcMar>
            <w:vAlign w:val="center"/>
            <w:shd w:fill="F4F7FA"/>
          </w:tcPr>
          <w:p>
            <w:pPr>
              <w:spacing w:after="20" w:line="240" w:lineRule="auto"/>
            </w:pPr>
            <w:r>
              <w:rPr>
                <w:sz w:val="14"/>
              </w:rPr>
              <w:t>☐</w:t>
            </w:r>
          </w:p>
        </w:tc>
        <w:tc>
          <w:tcPr>
            <w:tcW w:type="dxa" w:w="648"/>
            <w:tcMar>
              <w:top w:w="95" w:type="dxa"/>
              <w:start w:w="95" w:type="dxa"/>
              <w:bottom w:w="95" w:type="dxa"/>
              <w:end w:w="95" w:type="dxa"/>
            </w:tcMar>
            <w:vAlign w:val="center"/>
            <w:shd w:fill="F4F7FA"/>
          </w:tcPr>
          <w:p>
            <w:pPr>
              <w:spacing w:after="20" w:line="240" w:lineRule="auto"/>
            </w:pPr>
            <w:r>
              <w:rPr>
                <w:sz w:val="14"/>
              </w:rPr>
              <w:t>☐</w:t>
            </w:r>
          </w:p>
        </w:tc>
        <w:tc>
          <w:tcPr>
            <w:tcW w:type="dxa" w:w="792"/>
            <w:tcMar>
              <w:top w:w="95" w:type="dxa"/>
              <w:start w:w="95" w:type="dxa"/>
              <w:bottom w:w="95" w:type="dxa"/>
              <w:end w:w="95" w:type="dxa"/>
            </w:tcMar>
            <w:vAlign w:val="center"/>
            <w:shd w:fill="F4F7FA"/>
          </w:tcPr>
          <w:p>
            <w:pPr>
              <w:spacing w:after="20" w:line="240" w:lineRule="auto"/>
            </w:pPr>
            <w:r>
              <w:rPr>
                <w:sz w:val="14"/>
              </w:rPr>
              <w:t>☐</w:t>
            </w:r>
          </w:p>
        </w:tc>
        <w:tc>
          <w:tcPr>
            <w:tcW w:type="dxa" w:w="1728"/>
            <w:tcMar>
              <w:top w:w="95" w:type="dxa"/>
              <w:start w:w="95" w:type="dxa"/>
              <w:bottom w:w="95" w:type="dxa"/>
              <w:end w:w="95" w:type="dxa"/>
            </w:tcMar>
            <w:vAlign w:val="center"/>
            <w:shd w:fill="F4F7FA"/>
          </w:tcPr>
          <w:p>
            <w:pPr>
              <w:spacing w:after="20" w:line="240" w:lineRule="auto"/>
            </w:pPr>
            <w:r>
              <w:rPr>
                <w:sz w:val="14"/>
              </w:rPr>
            </w:r>
          </w:p>
        </w:tc>
      </w:tr>
      <w:tr>
        <w:trPr>
          <w:cantSplit/>
        </w:trPr>
        <w:tc>
          <w:tcPr>
            <w:tcW w:type="dxa" w:w="576"/>
            <w:tcMar>
              <w:top w:w="95" w:type="dxa"/>
              <w:start w:w="95" w:type="dxa"/>
              <w:bottom w:w="95" w:type="dxa"/>
              <w:end w:w="95" w:type="dxa"/>
            </w:tcMar>
            <w:vAlign w:val="center"/>
          </w:tcPr>
          <w:p>
            <w:pPr>
              <w:spacing w:after="20" w:line="240" w:lineRule="auto"/>
            </w:pPr>
            <w:r>
              <w:rPr>
                <w:sz w:val="14"/>
              </w:rPr>
              <w:t>5</w:t>
            </w:r>
          </w:p>
        </w:tc>
        <w:tc>
          <w:tcPr>
            <w:tcW w:type="dxa" w:w="5544"/>
            <w:tcMar>
              <w:top w:w="95" w:type="dxa"/>
              <w:start w:w="95" w:type="dxa"/>
              <w:bottom w:w="95" w:type="dxa"/>
              <w:end w:w="95" w:type="dxa"/>
            </w:tcMar>
            <w:vAlign w:val="center"/>
          </w:tcPr>
          <w:p>
            <w:pPr>
              <w:spacing w:after="20" w:line="240" w:lineRule="auto"/>
            </w:pPr>
            <w:r>
              <w:rPr>
                <w:sz w:val="14"/>
              </w:rPr>
              <w:t>Could you or an associate benefit from the location, timing, value or terms of the decision?</w:t>
            </w:r>
          </w:p>
        </w:tc>
        <w:tc>
          <w:tcPr>
            <w:tcW w:type="dxa" w:w="648"/>
            <w:tcMar>
              <w:top w:w="95" w:type="dxa"/>
              <w:start w:w="95" w:type="dxa"/>
              <w:bottom w:w="95" w:type="dxa"/>
              <w:end w:w="95" w:type="dxa"/>
            </w:tcMar>
            <w:vAlign w:val="center"/>
          </w:tcPr>
          <w:p>
            <w:pPr>
              <w:spacing w:after="20" w:line="240" w:lineRule="auto"/>
            </w:pPr>
            <w:r>
              <w:rPr>
                <w:sz w:val="14"/>
              </w:rPr>
              <w:t>☐</w:t>
            </w:r>
          </w:p>
        </w:tc>
        <w:tc>
          <w:tcPr>
            <w:tcW w:type="dxa" w:w="648"/>
            <w:tcMar>
              <w:top w:w="95" w:type="dxa"/>
              <w:start w:w="95" w:type="dxa"/>
              <w:bottom w:w="95" w:type="dxa"/>
              <w:end w:w="95" w:type="dxa"/>
            </w:tcMar>
            <w:vAlign w:val="center"/>
          </w:tcPr>
          <w:p>
            <w:pPr>
              <w:spacing w:after="20" w:line="240" w:lineRule="auto"/>
            </w:pPr>
            <w:r>
              <w:rPr>
                <w:sz w:val="14"/>
              </w:rPr>
              <w:t>☐</w:t>
            </w:r>
          </w:p>
        </w:tc>
        <w:tc>
          <w:tcPr>
            <w:tcW w:type="dxa" w:w="792"/>
            <w:tcMar>
              <w:top w:w="95" w:type="dxa"/>
              <w:start w:w="95" w:type="dxa"/>
              <w:bottom w:w="95" w:type="dxa"/>
              <w:end w:w="95" w:type="dxa"/>
            </w:tcMar>
            <w:vAlign w:val="center"/>
          </w:tcPr>
          <w:p>
            <w:pPr>
              <w:spacing w:after="20" w:line="240" w:lineRule="auto"/>
            </w:pPr>
            <w:r>
              <w:rPr>
                <w:sz w:val="14"/>
              </w:rPr>
              <w:t>☐</w:t>
            </w:r>
          </w:p>
        </w:tc>
        <w:tc>
          <w:tcPr>
            <w:tcW w:type="dxa" w:w="1728"/>
            <w:tcMar>
              <w:top w:w="95" w:type="dxa"/>
              <w:start w:w="95" w:type="dxa"/>
              <w:bottom w:w="95" w:type="dxa"/>
              <w:end w:w="95" w:type="dxa"/>
            </w:tcMar>
            <w:vAlign w:val="center"/>
          </w:tcPr>
          <w:p>
            <w:pPr>
              <w:spacing w:after="20" w:line="240" w:lineRule="auto"/>
            </w:pPr>
            <w:r>
              <w:rPr>
                <w:sz w:val="14"/>
              </w:rPr>
            </w:r>
          </w:p>
        </w:tc>
      </w:tr>
      <w:tr>
        <w:trPr>
          <w:cantSplit/>
        </w:trPr>
        <w:tc>
          <w:tcPr>
            <w:tcW w:type="dxa" w:w="576"/>
            <w:tcMar>
              <w:top w:w="95" w:type="dxa"/>
              <w:start w:w="95" w:type="dxa"/>
              <w:bottom w:w="95" w:type="dxa"/>
              <w:end w:w="95" w:type="dxa"/>
            </w:tcMar>
            <w:vAlign w:val="center"/>
            <w:shd w:fill="F4F7FA"/>
          </w:tcPr>
          <w:p>
            <w:pPr>
              <w:spacing w:after="20" w:line="240" w:lineRule="auto"/>
            </w:pPr>
            <w:r>
              <w:rPr>
                <w:sz w:val="14"/>
              </w:rPr>
              <w:t>6</w:t>
            </w:r>
          </w:p>
        </w:tc>
        <w:tc>
          <w:tcPr>
            <w:tcW w:type="dxa" w:w="5544"/>
            <w:tcMar>
              <w:top w:w="95" w:type="dxa"/>
              <w:start w:w="95" w:type="dxa"/>
              <w:bottom w:w="95" w:type="dxa"/>
              <w:end w:w="95" w:type="dxa"/>
            </w:tcMar>
            <w:vAlign w:val="center"/>
            <w:shd w:fill="F4F7FA"/>
          </w:tcPr>
          <w:p>
            <w:pPr>
              <w:spacing w:after="20" w:line="240" w:lineRule="auto"/>
            </w:pPr>
            <w:r>
              <w:rPr>
                <w:sz w:val="14"/>
              </w:rPr>
              <w:t>Have you taken part in a decision after becoming aware of a relevant private interest?</w:t>
            </w:r>
          </w:p>
        </w:tc>
        <w:tc>
          <w:tcPr>
            <w:tcW w:type="dxa" w:w="648"/>
            <w:tcMar>
              <w:top w:w="95" w:type="dxa"/>
              <w:start w:w="95" w:type="dxa"/>
              <w:bottom w:w="95" w:type="dxa"/>
              <w:end w:w="95" w:type="dxa"/>
            </w:tcMar>
            <w:vAlign w:val="center"/>
            <w:shd w:fill="F4F7FA"/>
          </w:tcPr>
          <w:p>
            <w:pPr>
              <w:spacing w:after="20" w:line="240" w:lineRule="auto"/>
            </w:pPr>
            <w:r>
              <w:rPr>
                <w:sz w:val="14"/>
              </w:rPr>
              <w:t>☐</w:t>
            </w:r>
          </w:p>
        </w:tc>
        <w:tc>
          <w:tcPr>
            <w:tcW w:type="dxa" w:w="648"/>
            <w:tcMar>
              <w:top w:w="95" w:type="dxa"/>
              <w:start w:w="95" w:type="dxa"/>
              <w:bottom w:w="95" w:type="dxa"/>
              <w:end w:w="95" w:type="dxa"/>
            </w:tcMar>
            <w:vAlign w:val="center"/>
            <w:shd w:fill="F4F7FA"/>
          </w:tcPr>
          <w:p>
            <w:pPr>
              <w:spacing w:after="20" w:line="240" w:lineRule="auto"/>
            </w:pPr>
            <w:r>
              <w:rPr>
                <w:sz w:val="14"/>
              </w:rPr>
              <w:t>☐</w:t>
            </w:r>
          </w:p>
        </w:tc>
        <w:tc>
          <w:tcPr>
            <w:tcW w:type="dxa" w:w="792"/>
            <w:tcMar>
              <w:top w:w="95" w:type="dxa"/>
              <w:start w:w="95" w:type="dxa"/>
              <w:bottom w:w="95" w:type="dxa"/>
              <w:end w:w="95" w:type="dxa"/>
            </w:tcMar>
            <w:vAlign w:val="center"/>
            <w:shd w:fill="F4F7FA"/>
          </w:tcPr>
          <w:p>
            <w:pPr>
              <w:spacing w:after="20" w:line="240" w:lineRule="auto"/>
            </w:pPr>
            <w:r>
              <w:rPr>
                <w:sz w:val="14"/>
              </w:rPr>
              <w:t>☐</w:t>
            </w:r>
          </w:p>
        </w:tc>
        <w:tc>
          <w:tcPr>
            <w:tcW w:type="dxa" w:w="1728"/>
            <w:tcMar>
              <w:top w:w="95" w:type="dxa"/>
              <w:start w:w="95" w:type="dxa"/>
              <w:bottom w:w="95" w:type="dxa"/>
              <w:end w:w="95" w:type="dxa"/>
            </w:tcMar>
            <w:vAlign w:val="center"/>
            <w:shd w:fill="F4F7FA"/>
          </w:tcPr>
          <w:p>
            <w:pPr>
              <w:spacing w:after="20" w:line="240" w:lineRule="auto"/>
            </w:pPr>
            <w:r>
              <w:rPr>
                <w:sz w:val="14"/>
              </w:rPr>
            </w:r>
          </w:p>
        </w:tc>
      </w:tr>
    </w:tbl>
    <w:p>
      <w:pPr>
        <w:spacing w:after="20"/>
      </w:pPr>
    </w:p>
    <w:p>
      <w:pPr>
        <w:pStyle w:val="Heading2"/>
      </w:pPr>
      <w:r>
        <w:t>2.9 Confidential Information Assets and Opportunities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704"/>
        <w:gridCol w:w="1704"/>
        <w:gridCol w:w="1704"/>
        <w:gridCol w:w="1704"/>
        <w:gridCol w:w="1704"/>
        <w:gridCol w:w="1704"/>
      </w:tblGrid>
      <w:tr>
        <w:trPr>
          <w:tblHeader w:val="true"/>
          <w:cantSplit/>
        </w:trPr>
        <w:tc>
          <w:tcPr>
            <w:tcW w:type="dxa" w:w="576"/>
            <w:shd w:fill="17365D"/>
            <w:tcMar>
              <w:top w:w="95" w:type="dxa"/>
              <w:start w:w="95" w:type="dxa"/>
              <w:bottom w:w="95" w:type="dxa"/>
              <w:end w:w="95" w:type="dxa"/>
            </w:tcMar>
            <w:vAlign w:val="center"/>
          </w:tcPr>
          <w:p>
            <w:r>
              <w:rPr>
                <w:b/>
                <w:color w:val="FFFFFF"/>
                <w:sz w:val="14"/>
              </w:rPr>
              <w:t>No.</w:t>
            </w:r>
          </w:p>
        </w:tc>
        <w:tc>
          <w:tcPr>
            <w:tcW w:type="dxa" w:w="5544"/>
            <w:shd w:fill="17365D"/>
            <w:tcMar>
              <w:top w:w="95" w:type="dxa"/>
              <w:start w:w="95" w:type="dxa"/>
              <w:bottom w:w="95" w:type="dxa"/>
              <w:end w:w="95" w:type="dxa"/>
            </w:tcMar>
            <w:vAlign w:val="center"/>
          </w:tcPr>
          <w:p>
            <w:r>
              <w:rPr>
                <w:b/>
                <w:color w:val="FFFFFF"/>
                <w:sz w:val="14"/>
              </w:rPr>
              <w:t>Declaration question</w:t>
            </w:r>
          </w:p>
        </w:tc>
        <w:tc>
          <w:tcPr>
            <w:tcW w:type="dxa" w:w="648"/>
            <w:shd w:fill="17365D"/>
            <w:tcMar>
              <w:top w:w="95" w:type="dxa"/>
              <w:start w:w="95" w:type="dxa"/>
              <w:bottom w:w="95" w:type="dxa"/>
              <w:end w:w="95" w:type="dxa"/>
            </w:tcMar>
            <w:vAlign w:val="center"/>
          </w:tcPr>
          <w:p>
            <w:r>
              <w:rPr>
                <w:b/>
                <w:color w:val="FFFFFF"/>
                <w:sz w:val="14"/>
              </w:rPr>
              <w:t>Yes</w:t>
            </w:r>
          </w:p>
        </w:tc>
        <w:tc>
          <w:tcPr>
            <w:tcW w:type="dxa" w:w="648"/>
            <w:shd w:fill="17365D"/>
            <w:tcMar>
              <w:top w:w="95" w:type="dxa"/>
              <w:start w:w="95" w:type="dxa"/>
              <w:bottom w:w="95" w:type="dxa"/>
              <w:end w:w="95" w:type="dxa"/>
            </w:tcMar>
            <w:vAlign w:val="center"/>
          </w:tcPr>
          <w:p>
            <w:r>
              <w:rPr>
                <w:b/>
                <w:color w:val="FFFFFF"/>
                <w:sz w:val="14"/>
              </w:rPr>
              <w:t>No</w:t>
            </w:r>
          </w:p>
        </w:tc>
        <w:tc>
          <w:tcPr>
            <w:tcW w:type="dxa" w:w="792"/>
            <w:shd w:fill="17365D"/>
            <w:tcMar>
              <w:top w:w="95" w:type="dxa"/>
              <w:start w:w="95" w:type="dxa"/>
              <w:bottom w:w="95" w:type="dxa"/>
              <w:end w:w="95" w:type="dxa"/>
            </w:tcMar>
            <w:vAlign w:val="center"/>
          </w:tcPr>
          <w:p>
            <w:r>
              <w:rPr>
                <w:b/>
                <w:color w:val="FFFFFF"/>
                <w:sz w:val="14"/>
              </w:rPr>
              <w:t>Unsure</w:t>
            </w:r>
          </w:p>
        </w:tc>
        <w:tc>
          <w:tcPr>
            <w:tcW w:type="dxa" w:w="1728"/>
            <w:shd w:fill="17365D"/>
            <w:tcMar>
              <w:top w:w="95" w:type="dxa"/>
              <w:start w:w="95" w:type="dxa"/>
              <w:bottom w:w="95" w:type="dxa"/>
              <w:end w:w="95" w:type="dxa"/>
            </w:tcMar>
            <w:vAlign w:val="center"/>
          </w:tcPr>
          <w:p>
            <w:r>
              <w:rPr>
                <w:b/>
                <w:color w:val="FFFFFF"/>
                <w:sz w:val="14"/>
              </w:rPr>
              <w:t>Details or reference</w:t>
            </w:r>
          </w:p>
        </w:tc>
      </w:tr>
      <w:tr>
        <w:trPr>
          <w:cantSplit/>
        </w:trPr>
        <w:tc>
          <w:tcPr>
            <w:tcW w:type="dxa" w:w="576"/>
            <w:tcMar>
              <w:top w:w="95" w:type="dxa"/>
              <w:start w:w="95" w:type="dxa"/>
              <w:bottom w:w="95" w:type="dxa"/>
              <w:end w:w="95" w:type="dxa"/>
            </w:tcMar>
            <w:vAlign w:val="center"/>
          </w:tcPr>
          <w:p>
            <w:pPr>
              <w:spacing w:after="20" w:line="240" w:lineRule="auto"/>
            </w:pPr>
            <w:r>
              <w:rPr>
                <w:sz w:val="14"/>
              </w:rPr>
              <w:t>1</w:t>
            </w:r>
          </w:p>
        </w:tc>
        <w:tc>
          <w:tcPr>
            <w:tcW w:type="dxa" w:w="5544"/>
            <w:tcMar>
              <w:top w:w="95" w:type="dxa"/>
              <w:start w:w="95" w:type="dxa"/>
              <w:bottom w:w="95" w:type="dxa"/>
              <w:end w:w="95" w:type="dxa"/>
            </w:tcMar>
            <w:vAlign w:val="center"/>
          </w:tcPr>
          <w:p>
            <w:pPr>
              <w:spacing w:after="20" w:line="240" w:lineRule="auto"/>
            </w:pPr>
            <w:r>
              <w:rPr>
                <w:sz w:val="14"/>
              </w:rPr>
              <w:t>Have you used or could you use confidential information for investment, business, employment or personal advantage?</w:t>
            </w:r>
          </w:p>
        </w:tc>
        <w:tc>
          <w:tcPr>
            <w:tcW w:type="dxa" w:w="648"/>
            <w:tcMar>
              <w:top w:w="95" w:type="dxa"/>
              <w:start w:w="95" w:type="dxa"/>
              <w:bottom w:w="95" w:type="dxa"/>
              <w:end w:w="95" w:type="dxa"/>
            </w:tcMar>
            <w:vAlign w:val="center"/>
          </w:tcPr>
          <w:p>
            <w:pPr>
              <w:spacing w:after="20" w:line="240" w:lineRule="auto"/>
            </w:pPr>
            <w:r>
              <w:rPr>
                <w:sz w:val="14"/>
              </w:rPr>
              <w:t>☐</w:t>
            </w:r>
          </w:p>
        </w:tc>
        <w:tc>
          <w:tcPr>
            <w:tcW w:type="dxa" w:w="648"/>
            <w:tcMar>
              <w:top w:w="95" w:type="dxa"/>
              <w:start w:w="95" w:type="dxa"/>
              <w:bottom w:w="95" w:type="dxa"/>
              <w:end w:w="95" w:type="dxa"/>
            </w:tcMar>
            <w:vAlign w:val="center"/>
          </w:tcPr>
          <w:p>
            <w:pPr>
              <w:spacing w:after="20" w:line="240" w:lineRule="auto"/>
            </w:pPr>
            <w:r>
              <w:rPr>
                <w:sz w:val="14"/>
              </w:rPr>
              <w:t>☐</w:t>
            </w:r>
          </w:p>
        </w:tc>
        <w:tc>
          <w:tcPr>
            <w:tcW w:type="dxa" w:w="792"/>
            <w:tcMar>
              <w:top w:w="95" w:type="dxa"/>
              <w:start w:w="95" w:type="dxa"/>
              <w:bottom w:w="95" w:type="dxa"/>
              <w:end w:w="95" w:type="dxa"/>
            </w:tcMar>
            <w:vAlign w:val="center"/>
          </w:tcPr>
          <w:p>
            <w:pPr>
              <w:spacing w:after="20" w:line="240" w:lineRule="auto"/>
            </w:pPr>
            <w:r>
              <w:rPr>
                <w:sz w:val="14"/>
              </w:rPr>
              <w:t>☐</w:t>
            </w:r>
          </w:p>
        </w:tc>
        <w:tc>
          <w:tcPr>
            <w:tcW w:type="dxa" w:w="1728"/>
            <w:tcMar>
              <w:top w:w="95" w:type="dxa"/>
              <w:start w:w="95" w:type="dxa"/>
              <w:bottom w:w="95" w:type="dxa"/>
              <w:end w:w="95" w:type="dxa"/>
            </w:tcMar>
            <w:vAlign w:val="center"/>
          </w:tcPr>
          <w:p>
            <w:pPr>
              <w:spacing w:after="20" w:line="240" w:lineRule="auto"/>
            </w:pPr>
            <w:r>
              <w:rPr>
                <w:sz w:val="14"/>
              </w:rPr>
            </w:r>
          </w:p>
        </w:tc>
      </w:tr>
      <w:tr>
        <w:trPr>
          <w:cantSplit/>
        </w:trPr>
        <w:tc>
          <w:tcPr>
            <w:tcW w:type="dxa" w:w="576"/>
            <w:tcMar>
              <w:top w:w="95" w:type="dxa"/>
              <w:start w:w="95" w:type="dxa"/>
              <w:bottom w:w="95" w:type="dxa"/>
              <w:end w:w="95" w:type="dxa"/>
            </w:tcMar>
            <w:vAlign w:val="center"/>
            <w:shd w:fill="F4F7FA"/>
          </w:tcPr>
          <w:p>
            <w:pPr>
              <w:spacing w:after="20" w:line="240" w:lineRule="auto"/>
            </w:pPr>
            <w:r>
              <w:rPr>
                <w:sz w:val="14"/>
              </w:rPr>
              <w:t>2</w:t>
            </w:r>
          </w:p>
        </w:tc>
        <w:tc>
          <w:tcPr>
            <w:tcW w:type="dxa" w:w="5544"/>
            <w:tcMar>
              <w:top w:w="95" w:type="dxa"/>
              <w:start w:w="95" w:type="dxa"/>
              <w:bottom w:w="95" w:type="dxa"/>
              <w:end w:w="95" w:type="dxa"/>
            </w:tcMar>
            <w:vAlign w:val="center"/>
            <w:shd w:fill="F4F7FA"/>
          </w:tcPr>
          <w:p>
            <w:pPr>
              <w:spacing w:after="20" w:line="240" w:lineRule="auto"/>
            </w:pPr>
            <w:r>
              <w:rPr>
                <w:sz w:val="14"/>
              </w:rPr>
              <w:t>Have you disclosed information to a relative, friend, future employer or outside organisation?</w:t>
            </w:r>
          </w:p>
        </w:tc>
        <w:tc>
          <w:tcPr>
            <w:tcW w:type="dxa" w:w="648"/>
            <w:tcMar>
              <w:top w:w="95" w:type="dxa"/>
              <w:start w:w="95" w:type="dxa"/>
              <w:bottom w:w="95" w:type="dxa"/>
              <w:end w:w="95" w:type="dxa"/>
            </w:tcMar>
            <w:vAlign w:val="center"/>
            <w:shd w:fill="F4F7FA"/>
          </w:tcPr>
          <w:p>
            <w:pPr>
              <w:spacing w:after="20" w:line="240" w:lineRule="auto"/>
            </w:pPr>
            <w:r>
              <w:rPr>
                <w:sz w:val="14"/>
              </w:rPr>
              <w:t>☐</w:t>
            </w:r>
          </w:p>
        </w:tc>
        <w:tc>
          <w:tcPr>
            <w:tcW w:type="dxa" w:w="648"/>
            <w:tcMar>
              <w:top w:w="95" w:type="dxa"/>
              <w:start w:w="95" w:type="dxa"/>
              <w:bottom w:w="95" w:type="dxa"/>
              <w:end w:w="95" w:type="dxa"/>
            </w:tcMar>
            <w:vAlign w:val="center"/>
            <w:shd w:fill="F4F7FA"/>
          </w:tcPr>
          <w:p>
            <w:pPr>
              <w:spacing w:after="20" w:line="240" w:lineRule="auto"/>
            </w:pPr>
            <w:r>
              <w:rPr>
                <w:sz w:val="14"/>
              </w:rPr>
              <w:t>☐</w:t>
            </w:r>
          </w:p>
        </w:tc>
        <w:tc>
          <w:tcPr>
            <w:tcW w:type="dxa" w:w="792"/>
            <w:tcMar>
              <w:top w:w="95" w:type="dxa"/>
              <w:start w:w="95" w:type="dxa"/>
              <w:bottom w:w="95" w:type="dxa"/>
              <w:end w:w="95" w:type="dxa"/>
            </w:tcMar>
            <w:vAlign w:val="center"/>
            <w:shd w:fill="F4F7FA"/>
          </w:tcPr>
          <w:p>
            <w:pPr>
              <w:spacing w:after="20" w:line="240" w:lineRule="auto"/>
            </w:pPr>
            <w:r>
              <w:rPr>
                <w:sz w:val="14"/>
              </w:rPr>
              <w:t>☐</w:t>
            </w:r>
          </w:p>
        </w:tc>
        <w:tc>
          <w:tcPr>
            <w:tcW w:type="dxa" w:w="1728"/>
            <w:tcMar>
              <w:top w:w="95" w:type="dxa"/>
              <w:start w:w="95" w:type="dxa"/>
              <w:bottom w:w="95" w:type="dxa"/>
              <w:end w:w="95" w:type="dxa"/>
            </w:tcMar>
            <w:vAlign w:val="center"/>
            <w:shd w:fill="F4F7FA"/>
          </w:tcPr>
          <w:p>
            <w:pPr>
              <w:spacing w:after="20" w:line="240" w:lineRule="auto"/>
            </w:pPr>
            <w:r>
              <w:rPr>
                <w:sz w:val="14"/>
              </w:rPr>
            </w:r>
          </w:p>
        </w:tc>
      </w:tr>
      <w:tr>
        <w:trPr>
          <w:cantSplit/>
        </w:trPr>
        <w:tc>
          <w:tcPr>
            <w:tcW w:type="dxa" w:w="576"/>
            <w:tcMar>
              <w:top w:w="95" w:type="dxa"/>
              <w:start w:w="95" w:type="dxa"/>
              <w:bottom w:w="95" w:type="dxa"/>
              <w:end w:w="95" w:type="dxa"/>
            </w:tcMar>
            <w:vAlign w:val="center"/>
          </w:tcPr>
          <w:p>
            <w:pPr>
              <w:spacing w:after="20" w:line="240" w:lineRule="auto"/>
            </w:pPr>
            <w:r>
              <w:rPr>
                <w:sz w:val="14"/>
              </w:rPr>
              <w:t>3</w:t>
            </w:r>
          </w:p>
        </w:tc>
        <w:tc>
          <w:tcPr>
            <w:tcW w:type="dxa" w:w="5544"/>
            <w:tcMar>
              <w:top w:w="95" w:type="dxa"/>
              <w:start w:w="95" w:type="dxa"/>
              <w:bottom w:w="95" w:type="dxa"/>
              <w:end w:w="95" w:type="dxa"/>
            </w:tcMar>
            <w:vAlign w:val="center"/>
          </w:tcPr>
          <w:p>
            <w:pPr>
              <w:spacing w:after="20" w:line="240" w:lineRule="auto"/>
            </w:pPr>
            <w:r>
              <w:rPr>
                <w:sz w:val="14"/>
              </w:rPr>
              <w:t>Have you diverted or considered diverting an organisational opportunity to yourself or another person?</w:t>
            </w:r>
          </w:p>
        </w:tc>
        <w:tc>
          <w:tcPr>
            <w:tcW w:type="dxa" w:w="648"/>
            <w:tcMar>
              <w:top w:w="95" w:type="dxa"/>
              <w:start w:w="95" w:type="dxa"/>
              <w:bottom w:w="95" w:type="dxa"/>
              <w:end w:w="95" w:type="dxa"/>
            </w:tcMar>
            <w:vAlign w:val="center"/>
          </w:tcPr>
          <w:p>
            <w:pPr>
              <w:spacing w:after="20" w:line="240" w:lineRule="auto"/>
            </w:pPr>
            <w:r>
              <w:rPr>
                <w:sz w:val="14"/>
              </w:rPr>
              <w:t>☐</w:t>
            </w:r>
          </w:p>
        </w:tc>
        <w:tc>
          <w:tcPr>
            <w:tcW w:type="dxa" w:w="648"/>
            <w:tcMar>
              <w:top w:w="95" w:type="dxa"/>
              <w:start w:w="95" w:type="dxa"/>
              <w:bottom w:w="95" w:type="dxa"/>
              <w:end w:w="95" w:type="dxa"/>
            </w:tcMar>
            <w:vAlign w:val="center"/>
          </w:tcPr>
          <w:p>
            <w:pPr>
              <w:spacing w:after="20" w:line="240" w:lineRule="auto"/>
            </w:pPr>
            <w:r>
              <w:rPr>
                <w:sz w:val="14"/>
              </w:rPr>
              <w:t>☐</w:t>
            </w:r>
          </w:p>
        </w:tc>
        <w:tc>
          <w:tcPr>
            <w:tcW w:type="dxa" w:w="792"/>
            <w:tcMar>
              <w:top w:w="95" w:type="dxa"/>
              <w:start w:w="95" w:type="dxa"/>
              <w:bottom w:w="95" w:type="dxa"/>
              <w:end w:w="95" w:type="dxa"/>
            </w:tcMar>
            <w:vAlign w:val="center"/>
          </w:tcPr>
          <w:p>
            <w:pPr>
              <w:spacing w:after="20" w:line="240" w:lineRule="auto"/>
            </w:pPr>
            <w:r>
              <w:rPr>
                <w:sz w:val="14"/>
              </w:rPr>
              <w:t>☐</w:t>
            </w:r>
          </w:p>
        </w:tc>
        <w:tc>
          <w:tcPr>
            <w:tcW w:type="dxa" w:w="1728"/>
            <w:tcMar>
              <w:top w:w="95" w:type="dxa"/>
              <w:start w:w="95" w:type="dxa"/>
              <w:bottom w:w="95" w:type="dxa"/>
              <w:end w:w="95" w:type="dxa"/>
            </w:tcMar>
            <w:vAlign w:val="center"/>
          </w:tcPr>
          <w:p>
            <w:pPr>
              <w:spacing w:after="20" w:line="240" w:lineRule="auto"/>
            </w:pPr>
            <w:r>
              <w:rPr>
                <w:sz w:val="14"/>
              </w:rPr>
            </w:r>
          </w:p>
        </w:tc>
      </w:tr>
      <w:tr>
        <w:trPr>
          <w:cantSplit/>
        </w:trPr>
        <w:tc>
          <w:tcPr>
            <w:tcW w:type="dxa" w:w="576"/>
            <w:tcMar>
              <w:top w:w="95" w:type="dxa"/>
              <w:start w:w="95" w:type="dxa"/>
              <w:bottom w:w="95" w:type="dxa"/>
              <w:end w:w="95" w:type="dxa"/>
            </w:tcMar>
            <w:vAlign w:val="center"/>
            <w:shd w:fill="F4F7FA"/>
          </w:tcPr>
          <w:p>
            <w:pPr>
              <w:spacing w:after="20" w:line="240" w:lineRule="auto"/>
            </w:pPr>
            <w:r>
              <w:rPr>
                <w:sz w:val="14"/>
              </w:rPr>
              <w:t>4</w:t>
            </w:r>
          </w:p>
        </w:tc>
        <w:tc>
          <w:tcPr>
            <w:tcW w:type="dxa" w:w="5544"/>
            <w:tcMar>
              <w:top w:w="95" w:type="dxa"/>
              <w:start w:w="95" w:type="dxa"/>
              <w:bottom w:w="95" w:type="dxa"/>
              <w:end w:w="95" w:type="dxa"/>
            </w:tcMar>
            <w:vAlign w:val="center"/>
            <w:shd w:fill="F4F7FA"/>
          </w:tcPr>
          <w:p>
            <w:pPr>
              <w:spacing w:after="20" w:line="240" w:lineRule="auto"/>
            </w:pPr>
            <w:r>
              <w:rPr>
                <w:sz w:val="14"/>
              </w:rPr>
              <w:t>Do you use organisational equipment, staff, funds, data, brand or time for an outside interest?</w:t>
            </w:r>
          </w:p>
        </w:tc>
        <w:tc>
          <w:tcPr>
            <w:tcW w:type="dxa" w:w="648"/>
            <w:tcMar>
              <w:top w:w="95" w:type="dxa"/>
              <w:start w:w="95" w:type="dxa"/>
              <w:bottom w:w="95" w:type="dxa"/>
              <w:end w:w="95" w:type="dxa"/>
            </w:tcMar>
            <w:vAlign w:val="center"/>
            <w:shd w:fill="F4F7FA"/>
          </w:tcPr>
          <w:p>
            <w:pPr>
              <w:spacing w:after="20" w:line="240" w:lineRule="auto"/>
            </w:pPr>
            <w:r>
              <w:rPr>
                <w:sz w:val="14"/>
              </w:rPr>
              <w:t>☐</w:t>
            </w:r>
          </w:p>
        </w:tc>
        <w:tc>
          <w:tcPr>
            <w:tcW w:type="dxa" w:w="648"/>
            <w:tcMar>
              <w:top w:w="95" w:type="dxa"/>
              <w:start w:w="95" w:type="dxa"/>
              <w:bottom w:w="95" w:type="dxa"/>
              <w:end w:w="95" w:type="dxa"/>
            </w:tcMar>
            <w:vAlign w:val="center"/>
            <w:shd w:fill="F4F7FA"/>
          </w:tcPr>
          <w:p>
            <w:pPr>
              <w:spacing w:after="20" w:line="240" w:lineRule="auto"/>
            </w:pPr>
            <w:r>
              <w:rPr>
                <w:sz w:val="14"/>
              </w:rPr>
              <w:t>☐</w:t>
            </w:r>
          </w:p>
        </w:tc>
        <w:tc>
          <w:tcPr>
            <w:tcW w:type="dxa" w:w="792"/>
            <w:tcMar>
              <w:top w:w="95" w:type="dxa"/>
              <w:start w:w="95" w:type="dxa"/>
              <w:bottom w:w="95" w:type="dxa"/>
              <w:end w:w="95" w:type="dxa"/>
            </w:tcMar>
            <w:vAlign w:val="center"/>
            <w:shd w:fill="F4F7FA"/>
          </w:tcPr>
          <w:p>
            <w:pPr>
              <w:spacing w:after="20" w:line="240" w:lineRule="auto"/>
            </w:pPr>
            <w:r>
              <w:rPr>
                <w:sz w:val="14"/>
              </w:rPr>
              <w:t>☐</w:t>
            </w:r>
          </w:p>
        </w:tc>
        <w:tc>
          <w:tcPr>
            <w:tcW w:type="dxa" w:w="1728"/>
            <w:tcMar>
              <w:top w:w="95" w:type="dxa"/>
              <w:start w:w="95" w:type="dxa"/>
              <w:bottom w:w="95" w:type="dxa"/>
              <w:end w:w="95" w:type="dxa"/>
            </w:tcMar>
            <w:vAlign w:val="center"/>
            <w:shd w:fill="F4F7FA"/>
          </w:tcPr>
          <w:p>
            <w:pPr>
              <w:spacing w:after="20" w:line="240" w:lineRule="auto"/>
            </w:pPr>
            <w:r>
              <w:rPr>
                <w:sz w:val="14"/>
              </w:rPr>
            </w:r>
          </w:p>
        </w:tc>
      </w:tr>
      <w:tr>
        <w:trPr>
          <w:cantSplit/>
        </w:trPr>
        <w:tc>
          <w:tcPr>
            <w:tcW w:type="dxa" w:w="576"/>
            <w:tcMar>
              <w:top w:w="95" w:type="dxa"/>
              <w:start w:w="95" w:type="dxa"/>
              <w:bottom w:w="95" w:type="dxa"/>
              <w:end w:w="95" w:type="dxa"/>
            </w:tcMar>
            <w:vAlign w:val="center"/>
          </w:tcPr>
          <w:p>
            <w:pPr>
              <w:spacing w:after="20" w:line="240" w:lineRule="auto"/>
            </w:pPr>
            <w:r>
              <w:rPr>
                <w:sz w:val="14"/>
              </w:rPr>
              <w:t>5</w:t>
            </w:r>
          </w:p>
        </w:tc>
        <w:tc>
          <w:tcPr>
            <w:tcW w:type="dxa" w:w="5544"/>
            <w:tcMar>
              <w:top w:w="95" w:type="dxa"/>
              <w:start w:w="95" w:type="dxa"/>
              <w:bottom w:w="95" w:type="dxa"/>
              <w:end w:w="95" w:type="dxa"/>
            </w:tcMar>
            <w:vAlign w:val="center"/>
          </w:tcPr>
          <w:p>
            <w:pPr>
              <w:spacing w:after="20" w:line="240" w:lineRule="auto"/>
            </w:pPr>
            <w:r>
              <w:rPr>
                <w:sz w:val="14"/>
              </w:rPr>
              <w:t>Do you control access or records that could conceal a connected interest?</w:t>
            </w:r>
          </w:p>
        </w:tc>
        <w:tc>
          <w:tcPr>
            <w:tcW w:type="dxa" w:w="648"/>
            <w:tcMar>
              <w:top w:w="95" w:type="dxa"/>
              <w:start w:w="95" w:type="dxa"/>
              <w:bottom w:w="95" w:type="dxa"/>
              <w:end w:w="95" w:type="dxa"/>
            </w:tcMar>
            <w:vAlign w:val="center"/>
          </w:tcPr>
          <w:p>
            <w:pPr>
              <w:spacing w:after="20" w:line="240" w:lineRule="auto"/>
            </w:pPr>
            <w:r>
              <w:rPr>
                <w:sz w:val="14"/>
              </w:rPr>
              <w:t>☐</w:t>
            </w:r>
          </w:p>
        </w:tc>
        <w:tc>
          <w:tcPr>
            <w:tcW w:type="dxa" w:w="648"/>
            <w:tcMar>
              <w:top w:w="95" w:type="dxa"/>
              <w:start w:w="95" w:type="dxa"/>
              <w:bottom w:w="95" w:type="dxa"/>
              <w:end w:w="95" w:type="dxa"/>
            </w:tcMar>
            <w:vAlign w:val="center"/>
          </w:tcPr>
          <w:p>
            <w:pPr>
              <w:spacing w:after="20" w:line="240" w:lineRule="auto"/>
            </w:pPr>
            <w:r>
              <w:rPr>
                <w:sz w:val="14"/>
              </w:rPr>
              <w:t>☐</w:t>
            </w:r>
          </w:p>
        </w:tc>
        <w:tc>
          <w:tcPr>
            <w:tcW w:type="dxa" w:w="792"/>
            <w:tcMar>
              <w:top w:w="95" w:type="dxa"/>
              <w:start w:w="95" w:type="dxa"/>
              <w:bottom w:w="95" w:type="dxa"/>
              <w:end w:w="95" w:type="dxa"/>
            </w:tcMar>
            <w:vAlign w:val="center"/>
          </w:tcPr>
          <w:p>
            <w:pPr>
              <w:spacing w:after="20" w:line="240" w:lineRule="auto"/>
            </w:pPr>
            <w:r>
              <w:rPr>
                <w:sz w:val="14"/>
              </w:rPr>
              <w:t>☐</w:t>
            </w:r>
          </w:p>
        </w:tc>
        <w:tc>
          <w:tcPr>
            <w:tcW w:type="dxa" w:w="1728"/>
            <w:tcMar>
              <w:top w:w="95" w:type="dxa"/>
              <w:start w:w="95" w:type="dxa"/>
              <w:bottom w:w="95" w:type="dxa"/>
              <w:end w:w="95" w:type="dxa"/>
            </w:tcMar>
            <w:vAlign w:val="center"/>
          </w:tcPr>
          <w:p>
            <w:pPr>
              <w:spacing w:after="20" w:line="240" w:lineRule="auto"/>
            </w:pPr>
            <w:r>
              <w:rPr>
                <w:sz w:val="14"/>
              </w:rPr>
            </w:r>
          </w:p>
        </w:tc>
      </w:tr>
      <w:tr>
        <w:trPr>
          <w:cantSplit/>
        </w:trPr>
        <w:tc>
          <w:tcPr>
            <w:tcW w:type="dxa" w:w="576"/>
            <w:tcMar>
              <w:top w:w="95" w:type="dxa"/>
              <w:start w:w="95" w:type="dxa"/>
              <w:bottom w:w="95" w:type="dxa"/>
              <w:end w:w="95" w:type="dxa"/>
            </w:tcMar>
            <w:vAlign w:val="center"/>
            <w:shd w:fill="F4F7FA"/>
          </w:tcPr>
          <w:p>
            <w:pPr>
              <w:spacing w:after="20" w:line="240" w:lineRule="auto"/>
            </w:pPr>
            <w:r>
              <w:rPr>
                <w:sz w:val="14"/>
              </w:rPr>
              <w:t>6</w:t>
            </w:r>
          </w:p>
        </w:tc>
        <w:tc>
          <w:tcPr>
            <w:tcW w:type="dxa" w:w="5544"/>
            <w:tcMar>
              <w:top w:w="95" w:type="dxa"/>
              <w:start w:w="95" w:type="dxa"/>
              <w:bottom w:w="95" w:type="dxa"/>
              <w:end w:w="95" w:type="dxa"/>
            </w:tcMar>
            <w:vAlign w:val="center"/>
            <w:shd w:fill="F4F7FA"/>
          </w:tcPr>
          <w:p>
            <w:pPr>
              <w:spacing w:after="20" w:line="240" w:lineRule="auto"/>
            </w:pPr>
            <w:r>
              <w:rPr>
                <w:sz w:val="14"/>
              </w:rPr>
              <w:t>Could your private interest affect decisions about intellectual property, property, disposal, investment or partnerships?</w:t>
            </w:r>
          </w:p>
        </w:tc>
        <w:tc>
          <w:tcPr>
            <w:tcW w:type="dxa" w:w="648"/>
            <w:tcMar>
              <w:top w:w="95" w:type="dxa"/>
              <w:start w:w="95" w:type="dxa"/>
              <w:bottom w:w="95" w:type="dxa"/>
              <w:end w:w="95" w:type="dxa"/>
            </w:tcMar>
            <w:vAlign w:val="center"/>
            <w:shd w:fill="F4F7FA"/>
          </w:tcPr>
          <w:p>
            <w:pPr>
              <w:spacing w:after="20" w:line="240" w:lineRule="auto"/>
            </w:pPr>
            <w:r>
              <w:rPr>
                <w:sz w:val="14"/>
              </w:rPr>
              <w:t>☐</w:t>
            </w:r>
          </w:p>
        </w:tc>
        <w:tc>
          <w:tcPr>
            <w:tcW w:type="dxa" w:w="648"/>
            <w:tcMar>
              <w:top w:w="95" w:type="dxa"/>
              <w:start w:w="95" w:type="dxa"/>
              <w:bottom w:w="95" w:type="dxa"/>
              <w:end w:w="95" w:type="dxa"/>
            </w:tcMar>
            <w:vAlign w:val="center"/>
            <w:shd w:fill="F4F7FA"/>
          </w:tcPr>
          <w:p>
            <w:pPr>
              <w:spacing w:after="20" w:line="240" w:lineRule="auto"/>
            </w:pPr>
            <w:r>
              <w:rPr>
                <w:sz w:val="14"/>
              </w:rPr>
              <w:t>☐</w:t>
            </w:r>
          </w:p>
        </w:tc>
        <w:tc>
          <w:tcPr>
            <w:tcW w:type="dxa" w:w="792"/>
            <w:tcMar>
              <w:top w:w="95" w:type="dxa"/>
              <w:start w:w="95" w:type="dxa"/>
              <w:bottom w:w="95" w:type="dxa"/>
              <w:end w:w="95" w:type="dxa"/>
            </w:tcMar>
            <w:vAlign w:val="center"/>
            <w:shd w:fill="F4F7FA"/>
          </w:tcPr>
          <w:p>
            <w:pPr>
              <w:spacing w:after="20" w:line="240" w:lineRule="auto"/>
            </w:pPr>
            <w:r>
              <w:rPr>
                <w:sz w:val="14"/>
              </w:rPr>
              <w:t>☐</w:t>
            </w:r>
          </w:p>
        </w:tc>
        <w:tc>
          <w:tcPr>
            <w:tcW w:type="dxa" w:w="1728"/>
            <w:tcMar>
              <w:top w:w="95" w:type="dxa"/>
              <w:start w:w="95" w:type="dxa"/>
              <w:bottom w:w="95" w:type="dxa"/>
              <w:end w:w="95" w:type="dxa"/>
            </w:tcMar>
            <w:vAlign w:val="center"/>
            <w:shd w:fill="F4F7FA"/>
          </w:tcPr>
          <w:p>
            <w:pPr>
              <w:spacing w:after="20" w:line="240" w:lineRule="auto"/>
            </w:pPr>
            <w:r>
              <w:rPr>
                <w:sz w:val="14"/>
              </w:rPr>
            </w:r>
          </w:p>
        </w:tc>
      </w:tr>
    </w:tbl>
    <w:p>
      <w:pPr>
        <w:spacing w:after="20"/>
      </w:pPr>
    </w:p>
    <w:p>
      <w:pPr>
        <w:pStyle w:val="Heading2"/>
      </w:pPr>
      <w:r>
        <w:t>2.10 Prior Relationships and Future Interests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704"/>
        <w:gridCol w:w="1704"/>
        <w:gridCol w:w="1704"/>
        <w:gridCol w:w="1704"/>
        <w:gridCol w:w="1704"/>
        <w:gridCol w:w="1704"/>
      </w:tblGrid>
      <w:tr>
        <w:trPr>
          <w:tblHeader w:val="true"/>
          <w:cantSplit/>
        </w:trPr>
        <w:tc>
          <w:tcPr>
            <w:tcW w:type="dxa" w:w="576"/>
            <w:shd w:fill="17365D"/>
            <w:tcMar>
              <w:top w:w="95" w:type="dxa"/>
              <w:start w:w="95" w:type="dxa"/>
              <w:bottom w:w="95" w:type="dxa"/>
              <w:end w:w="95" w:type="dxa"/>
            </w:tcMar>
            <w:vAlign w:val="center"/>
          </w:tcPr>
          <w:p>
            <w:r>
              <w:rPr>
                <w:b/>
                <w:color w:val="FFFFFF"/>
                <w:sz w:val="14"/>
              </w:rPr>
              <w:t>No.</w:t>
            </w:r>
          </w:p>
        </w:tc>
        <w:tc>
          <w:tcPr>
            <w:tcW w:type="dxa" w:w="5544"/>
            <w:shd w:fill="17365D"/>
            <w:tcMar>
              <w:top w:w="95" w:type="dxa"/>
              <w:start w:w="95" w:type="dxa"/>
              <w:bottom w:w="95" w:type="dxa"/>
              <w:end w:w="95" w:type="dxa"/>
            </w:tcMar>
            <w:vAlign w:val="center"/>
          </w:tcPr>
          <w:p>
            <w:r>
              <w:rPr>
                <w:b/>
                <w:color w:val="FFFFFF"/>
                <w:sz w:val="14"/>
              </w:rPr>
              <w:t>Declaration question</w:t>
            </w:r>
          </w:p>
        </w:tc>
        <w:tc>
          <w:tcPr>
            <w:tcW w:type="dxa" w:w="648"/>
            <w:shd w:fill="17365D"/>
            <w:tcMar>
              <w:top w:w="95" w:type="dxa"/>
              <w:start w:w="95" w:type="dxa"/>
              <w:bottom w:w="95" w:type="dxa"/>
              <w:end w:w="95" w:type="dxa"/>
            </w:tcMar>
            <w:vAlign w:val="center"/>
          </w:tcPr>
          <w:p>
            <w:r>
              <w:rPr>
                <w:b/>
                <w:color w:val="FFFFFF"/>
                <w:sz w:val="14"/>
              </w:rPr>
              <w:t>Yes</w:t>
            </w:r>
          </w:p>
        </w:tc>
        <w:tc>
          <w:tcPr>
            <w:tcW w:type="dxa" w:w="648"/>
            <w:shd w:fill="17365D"/>
            <w:tcMar>
              <w:top w:w="95" w:type="dxa"/>
              <w:start w:w="95" w:type="dxa"/>
              <w:bottom w:w="95" w:type="dxa"/>
              <w:end w:w="95" w:type="dxa"/>
            </w:tcMar>
            <w:vAlign w:val="center"/>
          </w:tcPr>
          <w:p>
            <w:r>
              <w:rPr>
                <w:b/>
                <w:color w:val="FFFFFF"/>
                <w:sz w:val="14"/>
              </w:rPr>
              <w:t>No</w:t>
            </w:r>
          </w:p>
        </w:tc>
        <w:tc>
          <w:tcPr>
            <w:tcW w:type="dxa" w:w="792"/>
            <w:shd w:fill="17365D"/>
            <w:tcMar>
              <w:top w:w="95" w:type="dxa"/>
              <w:start w:w="95" w:type="dxa"/>
              <w:bottom w:w="95" w:type="dxa"/>
              <w:end w:w="95" w:type="dxa"/>
            </w:tcMar>
            <w:vAlign w:val="center"/>
          </w:tcPr>
          <w:p>
            <w:r>
              <w:rPr>
                <w:b/>
                <w:color w:val="FFFFFF"/>
                <w:sz w:val="14"/>
              </w:rPr>
              <w:t>Unsure</w:t>
            </w:r>
          </w:p>
        </w:tc>
        <w:tc>
          <w:tcPr>
            <w:tcW w:type="dxa" w:w="1728"/>
            <w:shd w:fill="17365D"/>
            <w:tcMar>
              <w:top w:w="95" w:type="dxa"/>
              <w:start w:w="95" w:type="dxa"/>
              <w:bottom w:w="95" w:type="dxa"/>
              <w:end w:w="95" w:type="dxa"/>
            </w:tcMar>
            <w:vAlign w:val="center"/>
          </w:tcPr>
          <w:p>
            <w:r>
              <w:rPr>
                <w:b/>
                <w:color w:val="FFFFFF"/>
                <w:sz w:val="14"/>
              </w:rPr>
              <w:t>Details or reference</w:t>
            </w:r>
          </w:p>
        </w:tc>
      </w:tr>
      <w:tr>
        <w:trPr>
          <w:cantSplit/>
        </w:trPr>
        <w:tc>
          <w:tcPr>
            <w:tcW w:type="dxa" w:w="576"/>
            <w:tcMar>
              <w:top w:w="95" w:type="dxa"/>
              <w:start w:w="95" w:type="dxa"/>
              <w:bottom w:w="95" w:type="dxa"/>
              <w:end w:w="95" w:type="dxa"/>
            </w:tcMar>
            <w:vAlign w:val="center"/>
          </w:tcPr>
          <w:p>
            <w:pPr>
              <w:spacing w:after="20" w:line="240" w:lineRule="auto"/>
            </w:pPr>
            <w:r>
              <w:rPr>
                <w:sz w:val="14"/>
              </w:rPr>
              <w:t>1</w:t>
            </w:r>
          </w:p>
        </w:tc>
        <w:tc>
          <w:tcPr>
            <w:tcW w:type="dxa" w:w="5544"/>
            <w:tcMar>
              <w:top w:w="95" w:type="dxa"/>
              <w:start w:w="95" w:type="dxa"/>
              <w:bottom w:w="95" w:type="dxa"/>
              <w:end w:w="95" w:type="dxa"/>
            </w:tcMar>
            <w:vAlign w:val="center"/>
          </w:tcPr>
          <w:p>
            <w:pPr>
              <w:spacing w:after="20" w:line="240" w:lineRule="auto"/>
            </w:pPr>
            <w:r>
              <w:rPr>
                <w:sz w:val="14"/>
              </w:rPr>
              <w:t>Have you worked for, advised, represented or held office in a relevant entity during the look-back period required by policy?</w:t>
            </w:r>
          </w:p>
        </w:tc>
        <w:tc>
          <w:tcPr>
            <w:tcW w:type="dxa" w:w="648"/>
            <w:tcMar>
              <w:top w:w="95" w:type="dxa"/>
              <w:start w:w="95" w:type="dxa"/>
              <w:bottom w:w="95" w:type="dxa"/>
              <w:end w:w="95" w:type="dxa"/>
            </w:tcMar>
            <w:vAlign w:val="center"/>
          </w:tcPr>
          <w:p>
            <w:pPr>
              <w:spacing w:after="20" w:line="240" w:lineRule="auto"/>
            </w:pPr>
            <w:r>
              <w:rPr>
                <w:sz w:val="14"/>
              </w:rPr>
              <w:t>☐</w:t>
            </w:r>
          </w:p>
        </w:tc>
        <w:tc>
          <w:tcPr>
            <w:tcW w:type="dxa" w:w="648"/>
            <w:tcMar>
              <w:top w:w="95" w:type="dxa"/>
              <w:start w:w="95" w:type="dxa"/>
              <w:bottom w:w="95" w:type="dxa"/>
              <w:end w:w="95" w:type="dxa"/>
            </w:tcMar>
            <w:vAlign w:val="center"/>
          </w:tcPr>
          <w:p>
            <w:pPr>
              <w:spacing w:after="20" w:line="240" w:lineRule="auto"/>
            </w:pPr>
            <w:r>
              <w:rPr>
                <w:sz w:val="14"/>
              </w:rPr>
              <w:t>☐</w:t>
            </w:r>
          </w:p>
        </w:tc>
        <w:tc>
          <w:tcPr>
            <w:tcW w:type="dxa" w:w="792"/>
            <w:tcMar>
              <w:top w:w="95" w:type="dxa"/>
              <w:start w:w="95" w:type="dxa"/>
              <w:bottom w:w="95" w:type="dxa"/>
              <w:end w:w="95" w:type="dxa"/>
            </w:tcMar>
            <w:vAlign w:val="center"/>
          </w:tcPr>
          <w:p>
            <w:pPr>
              <w:spacing w:after="20" w:line="240" w:lineRule="auto"/>
            </w:pPr>
            <w:r>
              <w:rPr>
                <w:sz w:val="14"/>
              </w:rPr>
              <w:t>☐</w:t>
            </w:r>
          </w:p>
        </w:tc>
        <w:tc>
          <w:tcPr>
            <w:tcW w:type="dxa" w:w="1728"/>
            <w:tcMar>
              <w:top w:w="95" w:type="dxa"/>
              <w:start w:w="95" w:type="dxa"/>
              <w:bottom w:w="95" w:type="dxa"/>
              <w:end w:w="95" w:type="dxa"/>
            </w:tcMar>
            <w:vAlign w:val="center"/>
          </w:tcPr>
          <w:p>
            <w:pPr>
              <w:spacing w:after="20" w:line="240" w:lineRule="auto"/>
            </w:pPr>
            <w:r>
              <w:rPr>
                <w:sz w:val="14"/>
              </w:rPr>
            </w:r>
          </w:p>
        </w:tc>
      </w:tr>
      <w:tr>
        <w:trPr>
          <w:cantSplit/>
        </w:trPr>
        <w:tc>
          <w:tcPr>
            <w:tcW w:type="dxa" w:w="576"/>
            <w:tcMar>
              <w:top w:w="95" w:type="dxa"/>
              <w:start w:w="95" w:type="dxa"/>
              <w:bottom w:w="95" w:type="dxa"/>
              <w:end w:w="95" w:type="dxa"/>
            </w:tcMar>
            <w:vAlign w:val="center"/>
            <w:shd w:fill="F4F7FA"/>
          </w:tcPr>
          <w:p>
            <w:pPr>
              <w:spacing w:after="20" w:line="240" w:lineRule="auto"/>
            </w:pPr>
            <w:r>
              <w:rPr>
                <w:sz w:val="14"/>
              </w:rPr>
              <w:t>2</w:t>
            </w:r>
          </w:p>
        </w:tc>
        <w:tc>
          <w:tcPr>
            <w:tcW w:type="dxa" w:w="5544"/>
            <w:tcMar>
              <w:top w:w="95" w:type="dxa"/>
              <w:start w:w="95" w:type="dxa"/>
              <w:bottom w:w="95" w:type="dxa"/>
              <w:end w:w="95" w:type="dxa"/>
            </w:tcMar>
            <w:vAlign w:val="center"/>
            <w:shd w:fill="F4F7FA"/>
          </w:tcPr>
          <w:p>
            <w:pPr>
              <w:spacing w:after="20" w:line="240" w:lineRule="auto"/>
            </w:pPr>
            <w:r>
              <w:rPr>
                <w:sz w:val="14"/>
              </w:rPr>
              <w:t>Do you hold continuing obligations, deferred compensation, pension, share options or confidentiality duties to a former organisation?</w:t>
            </w:r>
          </w:p>
        </w:tc>
        <w:tc>
          <w:tcPr>
            <w:tcW w:type="dxa" w:w="648"/>
            <w:tcMar>
              <w:top w:w="95" w:type="dxa"/>
              <w:start w:w="95" w:type="dxa"/>
              <w:bottom w:w="95" w:type="dxa"/>
              <w:end w:w="95" w:type="dxa"/>
            </w:tcMar>
            <w:vAlign w:val="center"/>
            <w:shd w:fill="F4F7FA"/>
          </w:tcPr>
          <w:p>
            <w:pPr>
              <w:spacing w:after="20" w:line="240" w:lineRule="auto"/>
            </w:pPr>
            <w:r>
              <w:rPr>
                <w:sz w:val="14"/>
              </w:rPr>
              <w:t>☐</w:t>
            </w:r>
          </w:p>
        </w:tc>
        <w:tc>
          <w:tcPr>
            <w:tcW w:type="dxa" w:w="648"/>
            <w:tcMar>
              <w:top w:w="95" w:type="dxa"/>
              <w:start w:w="95" w:type="dxa"/>
              <w:bottom w:w="95" w:type="dxa"/>
              <w:end w:w="95" w:type="dxa"/>
            </w:tcMar>
            <w:vAlign w:val="center"/>
            <w:shd w:fill="F4F7FA"/>
          </w:tcPr>
          <w:p>
            <w:pPr>
              <w:spacing w:after="20" w:line="240" w:lineRule="auto"/>
            </w:pPr>
            <w:r>
              <w:rPr>
                <w:sz w:val="14"/>
              </w:rPr>
              <w:t>☐</w:t>
            </w:r>
          </w:p>
        </w:tc>
        <w:tc>
          <w:tcPr>
            <w:tcW w:type="dxa" w:w="792"/>
            <w:tcMar>
              <w:top w:w="95" w:type="dxa"/>
              <w:start w:w="95" w:type="dxa"/>
              <w:bottom w:w="95" w:type="dxa"/>
              <w:end w:w="95" w:type="dxa"/>
            </w:tcMar>
            <w:vAlign w:val="center"/>
            <w:shd w:fill="F4F7FA"/>
          </w:tcPr>
          <w:p>
            <w:pPr>
              <w:spacing w:after="20" w:line="240" w:lineRule="auto"/>
            </w:pPr>
            <w:r>
              <w:rPr>
                <w:sz w:val="14"/>
              </w:rPr>
              <w:t>☐</w:t>
            </w:r>
          </w:p>
        </w:tc>
        <w:tc>
          <w:tcPr>
            <w:tcW w:type="dxa" w:w="1728"/>
            <w:tcMar>
              <w:top w:w="95" w:type="dxa"/>
              <w:start w:w="95" w:type="dxa"/>
              <w:bottom w:w="95" w:type="dxa"/>
              <w:end w:w="95" w:type="dxa"/>
            </w:tcMar>
            <w:vAlign w:val="center"/>
            <w:shd w:fill="F4F7FA"/>
          </w:tcPr>
          <w:p>
            <w:pPr>
              <w:spacing w:after="20" w:line="240" w:lineRule="auto"/>
            </w:pPr>
            <w:r>
              <w:rPr>
                <w:sz w:val="14"/>
              </w:rPr>
            </w:r>
          </w:p>
        </w:tc>
      </w:tr>
      <w:tr>
        <w:trPr>
          <w:cantSplit/>
        </w:trPr>
        <w:tc>
          <w:tcPr>
            <w:tcW w:type="dxa" w:w="576"/>
            <w:tcMar>
              <w:top w:w="95" w:type="dxa"/>
              <w:start w:w="95" w:type="dxa"/>
              <w:bottom w:w="95" w:type="dxa"/>
              <w:end w:w="95" w:type="dxa"/>
            </w:tcMar>
            <w:vAlign w:val="center"/>
          </w:tcPr>
          <w:p>
            <w:pPr>
              <w:spacing w:after="20" w:line="240" w:lineRule="auto"/>
            </w:pPr>
            <w:r>
              <w:rPr>
                <w:sz w:val="14"/>
              </w:rPr>
              <w:t>3</w:t>
            </w:r>
          </w:p>
        </w:tc>
        <w:tc>
          <w:tcPr>
            <w:tcW w:type="dxa" w:w="5544"/>
            <w:tcMar>
              <w:top w:w="95" w:type="dxa"/>
              <w:start w:w="95" w:type="dxa"/>
              <w:bottom w:w="95" w:type="dxa"/>
              <w:end w:w="95" w:type="dxa"/>
            </w:tcMar>
            <w:vAlign w:val="center"/>
          </w:tcPr>
          <w:p>
            <w:pPr>
              <w:spacing w:after="20" w:line="240" w:lineRule="auto"/>
            </w:pPr>
            <w:r>
              <w:rPr>
                <w:sz w:val="14"/>
              </w:rPr>
              <w:t>Are you negotiating or expecting employment, consultancy, directorship or business with a relevant party?</w:t>
            </w:r>
          </w:p>
        </w:tc>
        <w:tc>
          <w:tcPr>
            <w:tcW w:type="dxa" w:w="648"/>
            <w:tcMar>
              <w:top w:w="95" w:type="dxa"/>
              <w:start w:w="95" w:type="dxa"/>
              <w:bottom w:w="95" w:type="dxa"/>
              <w:end w:w="95" w:type="dxa"/>
            </w:tcMar>
            <w:vAlign w:val="center"/>
          </w:tcPr>
          <w:p>
            <w:pPr>
              <w:spacing w:after="20" w:line="240" w:lineRule="auto"/>
            </w:pPr>
            <w:r>
              <w:rPr>
                <w:sz w:val="14"/>
              </w:rPr>
              <w:t>☐</w:t>
            </w:r>
          </w:p>
        </w:tc>
        <w:tc>
          <w:tcPr>
            <w:tcW w:type="dxa" w:w="648"/>
            <w:tcMar>
              <w:top w:w="95" w:type="dxa"/>
              <w:start w:w="95" w:type="dxa"/>
              <w:bottom w:w="95" w:type="dxa"/>
              <w:end w:w="95" w:type="dxa"/>
            </w:tcMar>
            <w:vAlign w:val="center"/>
          </w:tcPr>
          <w:p>
            <w:pPr>
              <w:spacing w:after="20" w:line="240" w:lineRule="auto"/>
            </w:pPr>
            <w:r>
              <w:rPr>
                <w:sz w:val="14"/>
              </w:rPr>
              <w:t>☐</w:t>
            </w:r>
          </w:p>
        </w:tc>
        <w:tc>
          <w:tcPr>
            <w:tcW w:type="dxa" w:w="792"/>
            <w:tcMar>
              <w:top w:w="95" w:type="dxa"/>
              <w:start w:w="95" w:type="dxa"/>
              <w:bottom w:w="95" w:type="dxa"/>
              <w:end w:w="95" w:type="dxa"/>
            </w:tcMar>
            <w:vAlign w:val="center"/>
          </w:tcPr>
          <w:p>
            <w:pPr>
              <w:spacing w:after="20" w:line="240" w:lineRule="auto"/>
            </w:pPr>
            <w:r>
              <w:rPr>
                <w:sz w:val="14"/>
              </w:rPr>
              <w:t>☐</w:t>
            </w:r>
          </w:p>
        </w:tc>
        <w:tc>
          <w:tcPr>
            <w:tcW w:type="dxa" w:w="1728"/>
            <w:tcMar>
              <w:top w:w="95" w:type="dxa"/>
              <w:start w:w="95" w:type="dxa"/>
              <w:bottom w:w="95" w:type="dxa"/>
              <w:end w:w="95" w:type="dxa"/>
            </w:tcMar>
            <w:vAlign w:val="center"/>
          </w:tcPr>
          <w:p>
            <w:pPr>
              <w:spacing w:after="20" w:line="240" w:lineRule="auto"/>
            </w:pPr>
            <w:r>
              <w:rPr>
                <w:sz w:val="14"/>
              </w:rPr>
            </w:r>
          </w:p>
        </w:tc>
      </w:tr>
      <w:tr>
        <w:trPr>
          <w:cantSplit/>
        </w:trPr>
        <w:tc>
          <w:tcPr>
            <w:tcW w:type="dxa" w:w="576"/>
            <w:tcMar>
              <w:top w:w="95" w:type="dxa"/>
              <w:start w:w="95" w:type="dxa"/>
              <w:bottom w:w="95" w:type="dxa"/>
              <w:end w:w="95" w:type="dxa"/>
            </w:tcMar>
            <w:vAlign w:val="center"/>
            <w:shd w:fill="F4F7FA"/>
          </w:tcPr>
          <w:p>
            <w:pPr>
              <w:spacing w:after="20" w:line="240" w:lineRule="auto"/>
            </w:pPr>
            <w:r>
              <w:rPr>
                <w:sz w:val="14"/>
              </w:rPr>
              <w:t>4</w:t>
            </w:r>
          </w:p>
        </w:tc>
        <w:tc>
          <w:tcPr>
            <w:tcW w:type="dxa" w:w="5544"/>
            <w:tcMar>
              <w:top w:w="95" w:type="dxa"/>
              <w:start w:w="95" w:type="dxa"/>
              <w:bottom w:w="95" w:type="dxa"/>
              <w:end w:w="95" w:type="dxa"/>
            </w:tcMar>
            <w:vAlign w:val="center"/>
            <w:shd w:fill="F4F7FA"/>
          </w:tcPr>
          <w:p>
            <w:pPr>
              <w:spacing w:after="20" w:line="240" w:lineRule="auto"/>
            </w:pPr>
            <w:r>
              <w:rPr>
                <w:sz w:val="14"/>
              </w:rPr>
              <w:t>Has a former employer or client requested favourable treatment?</w:t>
            </w:r>
          </w:p>
        </w:tc>
        <w:tc>
          <w:tcPr>
            <w:tcW w:type="dxa" w:w="648"/>
            <w:tcMar>
              <w:top w:w="95" w:type="dxa"/>
              <w:start w:w="95" w:type="dxa"/>
              <w:bottom w:w="95" w:type="dxa"/>
              <w:end w:w="95" w:type="dxa"/>
            </w:tcMar>
            <w:vAlign w:val="center"/>
            <w:shd w:fill="F4F7FA"/>
          </w:tcPr>
          <w:p>
            <w:pPr>
              <w:spacing w:after="20" w:line="240" w:lineRule="auto"/>
            </w:pPr>
            <w:r>
              <w:rPr>
                <w:sz w:val="14"/>
              </w:rPr>
              <w:t>☐</w:t>
            </w:r>
          </w:p>
        </w:tc>
        <w:tc>
          <w:tcPr>
            <w:tcW w:type="dxa" w:w="648"/>
            <w:tcMar>
              <w:top w:w="95" w:type="dxa"/>
              <w:start w:w="95" w:type="dxa"/>
              <w:bottom w:w="95" w:type="dxa"/>
              <w:end w:w="95" w:type="dxa"/>
            </w:tcMar>
            <w:vAlign w:val="center"/>
            <w:shd w:fill="F4F7FA"/>
          </w:tcPr>
          <w:p>
            <w:pPr>
              <w:spacing w:after="20" w:line="240" w:lineRule="auto"/>
            </w:pPr>
            <w:r>
              <w:rPr>
                <w:sz w:val="14"/>
              </w:rPr>
              <w:t>☐</w:t>
            </w:r>
          </w:p>
        </w:tc>
        <w:tc>
          <w:tcPr>
            <w:tcW w:type="dxa" w:w="792"/>
            <w:tcMar>
              <w:top w:w="95" w:type="dxa"/>
              <w:start w:w="95" w:type="dxa"/>
              <w:bottom w:w="95" w:type="dxa"/>
              <w:end w:w="95" w:type="dxa"/>
            </w:tcMar>
            <w:vAlign w:val="center"/>
            <w:shd w:fill="F4F7FA"/>
          </w:tcPr>
          <w:p>
            <w:pPr>
              <w:spacing w:after="20" w:line="240" w:lineRule="auto"/>
            </w:pPr>
            <w:r>
              <w:rPr>
                <w:sz w:val="14"/>
              </w:rPr>
              <w:t>☐</w:t>
            </w:r>
          </w:p>
        </w:tc>
        <w:tc>
          <w:tcPr>
            <w:tcW w:type="dxa" w:w="1728"/>
            <w:tcMar>
              <w:top w:w="95" w:type="dxa"/>
              <w:start w:w="95" w:type="dxa"/>
              <w:bottom w:w="95" w:type="dxa"/>
              <w:end w:w="95" w:type="dxa"/>
            </w:tcMar>
            <w:vAlign w:val="center"/>
            <w:shd w:fill="F4F7FA"/>
          </w:tcPr>
          <w:p>
            <w:pPr>
              <w:spacing w:after="20" w:line="240" w:lineRule="auto"/>
            </w:pPr>
            <w:r>
              <w:rPr>
                <w:sz w:val="14"/>
              </w:rPr>
            </w:r>
          </w:p>
        </w:tc>
      </w:tr>
      <w:tr>
        <w:trPr>
          <w:cantSplit/>
        </w:trPr>
        <w:tc>
          <w:tcPr>
            <w:tcW w:type="dxa" w:w="576"/>
            <w:tcMar>
              <w:top w:w="95" w:type="dxa"/>
              <w:start w:w="95" w:type="dxa"/>
              <w:bottom w:w="95" w:type="dxa"/>
              <w:end w:w="95" w:type="dxa"/>
            </w:tcMar>
            <w:vAlign w:val="center"/>
          </w:tcPr>
          <w:p>
            <w:pPr>
              <w:spacing w:after="20" w:line="240" w:lineRule="auto"/>
            </w:pPr>
            <w:r>
              <w:rPr>
                <w:sz w:val="14"/>
              </w:rPr>
              <w:t>5</w:t>
            </w:r>
          </w:p>
        </w:tc>
        <w:tc>
          <w:tcPr>
            <w:tcW w:type="dxa" w:w="5544"/>
            <w:tcMar>
              <w:top w:w="95" w:type="dxa"/>
              <w:start w:w="95" w:type="dxa"/>
              <w:bottom w:w="95" w:type="dxa"/>
              <w:end w:w="95" w:type="dxa"/>
            </w:tcMar>
            <w:vAlign w:val="center"/>
          </w:tcPr>
          <w:p>
            <w:pPr>
              <w:spacing w:after="20" w:line="240" w:lineRule="auto"/>
            </w:pPr>
            <w:r>
              <w:rPr>
                <w:sz w:val="14"/>
              </w:rPr>
              <w:t>Could a recent dispute, termination or grievance impair your impartiality?</w:t>
            </w:r>
          </w:p>
        </w:tc>
        <w:tc>
          <w:tcPr>
            <w:tcW w:type="dxa" w:w="648"/>
            <w:tcMar>
              <w:top w:w="95" w:type="dxa"/>
              <w:start w:w="95" w:type="dxa"/>
              <w:bottom w:w="95" w:type="dxa"/>
              <w:end w:w="95" w:type="dxa"/>
            </w:tcMar>
            <w:vAlign w:val="center"/>
          </w:tcPr>
          <w:p>
            <w:pPr>
              <w:spacing w:after="20" w:line="240" w:lineRule="auto"/>
            </w:pPr>
            <w:r>
              <w:rPr>
                <w:sz w:val="14"/>
              </w:rPr>
              <w:t>☐</w:t>
            </w:r>
          </w:p>
        </w:tc>
        <w:tc>
          <w:tcPr>
            <w:tcW w:type="dxa" w:w="648"/>
            <w:tcMar>
              <w:top w:w="95" w:type="dxa"/>
              <w:start w:w="95" w:type="dxa"/>
              <w:bottom w:w="95" w:type="dxa"/>
              <w:end w:w="95" w:type="dxa"/>
            </w:tcMar>
            <w:vAlign w:val="center"/>
          </w:tcPr>
          <w:p>
            <w:pPr>
              <w:spacing w:after="20" w:line="240" w:lineRule="auto"/>
            </w:pPr>
            <w:r>
              <w:rPr>
                <w:sz w:val="14"/>
              </w:rPr>
              <w:t>☐</w:t>
            </w:r>
          </w:p>
        </w:tc>
        <w:tc>
          <w:tcPr>
            <w:tcW w:type="dxa" w:w="792"/>
            <w:tcMar>
              <w:top w:w="95" w:type="dxa"/>
              <w:start w:w="95" w:type="dxa"/>
              <w:bottom w:w="95" w:type="dxa"/>
              <w:end w:w="95" w:type="dxa"/>
            </w:tcMar>
            <w:vAlign w:val="center"/>
          </w:tcPr>
          <w:p>
            <w:pPr>
              <w:spacing w:after="20" w:line="240" w:lineRule="auto"/>
            </w:pPr>
            <w:r>
              <w:rPr>
                <w:sz w:val="14"/>
              </w:rPr>
              <w:t>☐</w:t>
            </w:r>
          </w:p>
        </w:tc>
        <w:tc>
          <w:tcPr>
            <w:tcW w:type="dxa" w:w="1728"/>
            <w:tcMar>
              <w:top w:w="95" w:type="dxa"/>
              <w:start w:w="95" w:type="dxa"/>
              <w:bottom w:w="95" w:type="dxa"/>
              <w:end w:w="95" w:type="dxa"/>
            </w:tcMar>
            <w:vAlign w:val="center"/>
          </w:tcPr>
          <w:p>
            <w:pPr>
              <w:spacing w:after="20" w:line="240" w:lineRule="auto"/>
            </w:pPr>
            <w:r>
              <w:rPr>
                <w:sz w:val="14"/>
              </w:rPr>
            </w:r>
          </w:p>
        </w:tc>
      </w:tr>
      <w:tr>
        <w:trPr>
          <w:cantSplit/>
        </w:trPr>
        <w:tc>
          <w:tcPr>
            <w:tcW w:type="dxa" w:w="576"/>
            <w:tcMar>
              <w:top w:w="95" w:type="dxa"/>
              <w:start w:w="95" w:type="dxa"/>
              <w:bottom w:w="95" w:type="dxa"/>
              <w:end w:w="95" w:type="dxa"/>
            </w:tcMar>
            <w:vAlign w:val="center"/>
            <w:shd w:fill="F4F7FA"/>
          </w:tcPr>
          <w:p>
            <w:pPr>
              <w:spacing w:after="20" w:line="240" w:lineRule="auto"/>
            </w:pPr>
            <w:r>
              <w:rPr>
                <w:sz w:val="14"/>
              </w:rPr>
              <w:t>6</w:t>
            </w:r>
          </w:p>
        </w:tc>
        <w:tc>
          <w:tcPr>
            <w:tcW w:type="dxa" w:w="5544"/>
            <w:tcMar>
              <w:top w:w="95" w:type="dxa"/>
              <w:start w:w="95" w:type="dxa"/>
              <w:bottom w:w="95" w:type="dxa"/>
              <w:end w:w="95" w:type="dxa"/>
            </w:tcMar>
            <w:vAlign w:val="center"/>
            <w:shd w:fill="F4F7FA"/>
          </w:tcPr>
          <w:p>
            <w:pPr>
              <w:spacing w:after="20" w:line="240" w:lineRule="auto"/>
            </w:pPr>
            <w:r>
              <w:rPr>
                <w:sz w:val="14"/>
              </w:rPr>
              <w:t>Is there another past or future interest that a reasonable person may consider relevant?</w:t>
            </w:r>
          </w:p>
        </w:tc>
        <w:tc>
          <w:tcPr>
            <w:tcW w:type="dxa" w:w="648"/>
            <w:tcMar>
              <w:top w:w="95" w:type="dxa"/>
              <w:start w:w="95" w:type="dxa"/>
              <w:bottom w:w="95" w:type="dxa"/>
              <w:end w:w="95" w:type="dxa"/>
            </w:tcMar>
            <w:vAlign w:val="center"/>
            <w:shd w:fill="F4F7FA"/>
          </w:tcPr>
          <w:p>
            <w:pPr>
              <w:spacing w:after="20" w:line="240" w:lineRule="auto"/>
            </w:pPr>
            <w:r>
              <w:rPr>
                <w:sz w:val="14"/>
              </w:rPr>
              <w:t>☐</w:t>
            </w:r>
          </w:p>
        </w:tc>
        <w:tc>
          <w:tcPr>
            <w:tcW w:type="dxa" w:w="648"/>
            <w:tcMar>
              <w:top w:w="95" w:type="dxa"/>
              <w:start w:w="95" w:type="dxa"/>
              <w:bottom w:w="95" w:type="dxa"/>
              <w:end w:w="95" w:type="dxa"/>
            </w:tcMar>
            <w:vAlign w:val="center"/>
            <w:shd w:fill="F4F7FA"/>
          </w:tcPr>
          <w:p>
            <w:pPr>
              <w:spacing w:after="20" w:line="240" w:lineRule="auto"/>
            </w:pPr>
            <w:r>
              <w:rPr>
                <w:sz w:val="14"/>
              </w:rPr>
              <w:t>☐</w:t>
            </w:r>
          </w:p>
        </w:tc>
        <w:tc>
          <w:tcPr>
            <w:tcW w:type="dxa" w:w="792"/>
            <w:tcMar>
              <w:top w:w="95" w:type="dxa"/>
              <w:start w:w="95" w:type="dxa"/>
              <w:bottom w:w="95" w:type="dxa"/>
              <w:end w:w="95" w:type="dxa"/>
            </w:tcMar>
            <w:vAlign w:val="center"/>
            <w:shd w:fill="F4F7FA"/>
          </w:tcPr>
          <w:p>
            <w:pPr>
              <w:spacing w:after="20" w:line="240" w:lineRule="auto"/>
            </w:pPr>
            <w:r>
              <w:rPr>
                <w:sz w:val="14"/>
              </w:rPr>
              <w:t>☐</w:t>
            </w:r>
          </w:p>
        </w:tc>
        <w:tc>
          <w:tcPr>
            <w:tcW w:type="dxa" w:w="1728"/>
            <w:tcMar>
              <w:top w:w="95" w:type="dxa"/>
              <w:start w:w="95" w:type="dxa"/>
              <w:bottom w:w="95" w:type="dxa"/>
              <w:end w:w="95" w:type="dxa"/>
            </w:tcMar>
            <w:vAlign w:val="center"/>
            <w:shd w:fill="F4F7FA"/>
          </w:tcPr>
          <w:p>
            <w:pPr>
              <w:spacing w:after="20" w:line="240" w:lineRule="auto"/>
            </w:pPr>
            <w:r>
              <w:rPr>
                <w:sz w:val="14"/>
              </w:rPr>
            </w:r>
          </w:p>
        </w:tc>
      </w:tr>
    </w:tbl>
    <w:p>
      <w:pPr>
        <w:spacing w:after="20"/>
      </w:pPr>
    </w:p>
    <w:p>
      <w:r>
        <w:br w:type="page"/>
      </w:r>
    </w:p>
    <w:p>
      <w:pPr>
        <w:pStyle w:val="Heading1"/>
      </w:pPr>
      <w:r>
        <w:t>Section 3 Detailed Disclosure Record</w:t>
      </w:r>
    </w:p>
    <w:p>
      <w:r>
        <w:t>Complete a separate record for each interest or relationship. Attach additional pages if needed.</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12"/>
        <w:gridCol w:w="5112"/>
      </w:tblGrid>
      <w:tr>
        <w:trPr>
          <w:tblHeader w:val="true"/>
          <w:cantSplit/>
        </w:trPr>
        <w:tc>
          <w:tcPr>
            <w:tcW w:type="dxa" w:w="3240"/>
            <w:shd w:fill="17365D"/>
            <w:tcMar>
              <w:top w:w="95" w:type="dxa"/>
              <w:start w:w="95" w:type="dxa"/>
              <w:bottom w:w="95" w:type="dxa"/>
              <w:end w:w="95" w:type="dxa"/>
            </w:tcMar>
            <w:vAlign w:val="center"/>
          </w:tcPr>
          <w:p>
            <w:r>
              <w:rPr>
                <w:b/>
                <w:color w:val="FFFFFF"/>
                <w:sz w:val="18"/>
              </w:rPr>
              <w:t>Field</w:t>
            </w:r>
          </w:p>
        </w:tc>
        <w:tc>
          <w:tcPr>
            <w:tcW w:type="dxa" w:w="6696"/>
            <w:shd w:fill="17365D"/>
            <w:tcMar>
              <w:top w:w="95" w:type="dxa"/>
              <w:start w:w="95" w:type="dxa"/>
              <w:bottom w:w="95" w:type="dxa"/>
              <w:end w:w="95" w:type="dxa"/>
            </w:tcMar>
            <w:vAlign w:val="center"/>
          </w:tcPr>
          <w:p>
            <w:r>
              <w:rPr>
                <w:b/>
                <w:color w:val="FFFFFF"/>
                <w:sz w:val="18"/>
              </w:rPr>
              <w:t>Declaration</w:t>
            </w:r>
          </w:p>
        </w:tc>
      </w:tr>
      <w:tr>
        <w:trPr>
          <w:cantSplit/>
        </w:trPr>
        <w:tc>
          <w:tcPr>
            <w:tcW w:type="dxa" w:w="3240"/>
            <w:tcMar>
              <w:top w:w="95" w:type="dxa"/>
              <w:start w:w="95" w:type="dxa"/>
              <w:bottom w:w="95" w:type="dxa"/>
              <w:end w:w="95" w:type="dxa"/>
            </w:tcMar>
            <w:vAlign w:val="center"/>
          </w:tcPr>
          <w:p>
            <w:pPr>
              <w:spacing w:after="20" w:line="240" w:lineRule="auto"/>
            </w:pPr>
            <w:r>
              <w:rPr>
                <w:sz w:val="18"/>
              </w:rPr>
              <w:t>Disclosure ID</w:t>
            </w:r>
          </w:p>
        </w:tc>
        <w:tc>
          <w:tcPr>
            <w:tcW w:type="dxa" w:w="6696"/>
            <w:tcMar>
              <w:top w:w="95" w:type="dxa"/>
              <w:start w:w="95" w:type="dxa"/>
              <w:bottom w:w="95" w:type="dxa"/>
              <w:end w:w="95" w:type="dxa"/>
            </w:tcMar>
            <w:vAlign w:val="center"/>
          </w:tcPr>
          <w:p>
            <w:pPr>
              <w:spacing w:after="20" w:line="240" w:lineRule="auto"/>
            </w:pPr>
            <w:r>
              <w:rPr>
                <w:sz w:val="18"/>
              </w:rPr>
            </w:r>
          </w:p>
        </w:tc>
      </w:tr>
      <w:tr>
        <w:trPr>
          <w:cantSplit/>
        </w:trPr>
        <w:tc>
          <w:tcPr>
            <w:tcW w:type="dxa" w:w="3240"/>
            <w:tcMar>
              <w:top w:w="95" w:type="dxa"/>
              <w:start w:w="95" w:type="dxa"/>
              <w:bottom w:w="95" w:type="dxa"/>
              <w:end w:w="95" w:type="dxa"/>
            </w:tcMar>
            <w:vAlign w:val="center"/>
            <w:shd w:fill="F4F7FA"/>
          </w:tcPr>
          <w:p>
            <w:pPr>
              <w:spacing w:after="20" w:line="240" w:lineRule="auto"/>
            </w:pPr>
            <w:r>
              <w:rPr>
                <w:sz w:val="18"/>
              </w:rPr>
              <w:t>Type of conflict</w:t>
            </w:r>
          </w:p>
        </w:tc>
        <w:tc>
          <w:tcPr>
            <w:tcW w:type="dxa" w:w="6696"/>
            <w:tcMar>
              <w:top w:w="95" w:type="dxa"/>
              <w:start w:w="95" w:type="dxa"/>
              <w:bottom w:w="95" w:type="dxa"/>
              <w:end w:w="95" w:type="dxa"/>
            </w:tcMar>
            <w:vAlign w:val="center"/>
            <w:shd w:fill="F4F7FA"/>
          </w:tcPr>
          <w:p>
            <w:pPr>
              <w:spacing w:after="20" w:line="240" w:lineRule="auto"/>
            </w:pPr>
            <w:r>
              <w:rPr>
                <w:sz w:val="18"/>
              </w:rPr>
            </w:r>
          </w:p>
        </w:tc>
      </w:tr>
      <w:tr>
        <w:trPr>
          <w:cantSplit/>
        </w:trPr>
        <w:tc>
          <w:tcPr>
            <w:tcW w:type="dxa" w:w="3240"/>
            <w:tcMar>
              <w:top w:w="95" w:type="dxa"/>
              <w:start w:w="95" w:type="dxa"/>
              <w:bottom w:w="95" w:type="dxa"/>
              <w:end w:w="95" w:type="dxa"/>
            </w:tcMar>
            <w:vAlign w:val="center"/>
          </w:tcPr>
          <w:p>
            <w:pPr>
              <w:spacing w:after="20" w:line="240" w:lineRule="auto"/>
            </w:pPr>
            <w:r>
              <w:rPr>
                <w:sz w:val="18"/>
              </w:rPr>
              <w:t>Actual potential or perceived</w:t>
            </w:r>
          </w:p>
        </w:tc>
        <w:tc>
          <w:tcPr>
            <w:tcW w:type="dxa" w:w="6696"/>
            <w:tcMar>
              <w:top w:w="95" w:type="dxa"/>
              <w:start w:w="95" w:type="dxa"/>
              <w:bottom w:w="95" w:type="dxa"/>
              <w:end w:w="95" w:type="dxa"/>
            </w:tcMar>
            <w:vAlign w:val="center"/>
          </w:tcPr>
          <w:p>
            <w:pPr>
              <w:spacing w:after="20" w:line="240" w:lineRule="auto"/>
            </w:pPr>
            <w:r>
              <w:rPr>
                <w:sz w:val="18"/>
              </w:rPr>
            </w:r>
          </w:p>
        </w:tc>
      </w:tr>
      <w:tr>
        <w:trPr>
          <w:cantSplit/>
        </w:trPr>
        <w:tc>
          <w:tcPr>
            <w:tcW w:type="dxa" w:w="3240"/>
            <w:tcMar>
              <w:top w:w="95" w:type="dxa"/>
              <w:start w:w="95" w:type="dxa"/>
              <w:bottom w:w="95" w:type="dxa"/>
              <w:end w:w="95" w:type="dxa"/>
            </w:tcMar>
            <w:vAlign w:val="center"/>
            <w:shd w:fill="F4F7FA"/>
          </w:tcPr>
          <w:p>
            <w:pPr>
              <w:spacing w:after="20" w:line="240" w:lineRule="auto"/>
            </w:pPr>
            <w:r>
              <w:rPr>
                <w:sz w:val="18"/>
              </w:rPr>
              <w:t>Date conflict arose</w:t>
            </w:r>
          </w:p>
        </w:tc>
        <w:tc>
          <w:tcPr>
            <w:tcW w:type="dxa" w:w="6696"/>
            <w:tcMar>
              <w:top w:w="95" w:type="dxa"/>
              <w:start w:w="95" w:type="dxa"/>
              <w:bottom w:w="95" w:type="dxa"/>
              <w:end w:w="95" w:type="dxa"/>
            </w:tcMar>
            <w:vAlign w:val="center"/>
            <w:shd w:fill="F4F7FA"/>
          </w:tcPr>
          <w:p>
            <w:pPr>
              <w:spacing w:after="20" w:line="240" w:lineRule="auto"/>
            </w:pPr>
            <w:r>
              <w:rPr>
                <w:sz w:val="18"/>
              </w:rPr>
            </w:r>
          </w:p>
        </w:tc>
      </w:tr>
      <w:tr>
        <w:trPr>
          <w:cantSplit/>
        </w:trPr>
        <w:tc>
          <w:tcPr>
            <w:tcW w:type="dxa" w:w="3240"/>
            <w:tcMar>
              <w:top w:w="95" w:type="dxa"/>
              <w:start w:w="95" w:type="dxa"/>
              <w:bottom w:w="95" w:type="dxa"/>
              <w:end w:w="95" w:type="dxa"/>
            </w:tcMar>
            <w:vAlign w:val="center"/>
          </w:tcPr>
          <w:p>
            <w:pPr>
              <w:spacing w:after="20" w:line="240" w:lineRule="auto"/>
            </w:pPr>
            <w:r>
              <w:rPr>
                <w:sz w:val="18"/>
              </w:rPr>
              <w:t>Related decision process or party</w:t>
            </w:r>
          </w:p>
        </w:tc>
        <w:tc>
          <w:tcPr>
            <w:tcW w:type="dxa" w:w="6696"/>
            <w:tcMar>
              <w:top w:w="95" w:type="dxa"/>
              <w:start w:w="95" w:type="dxa"/>
              <w:bottom w:w="95" w:type="dxa"/>
              <w:end w:w="95" w:type="dxa"/>
            </w:tcMar>
            <w:vAlign w:val="center"/>
          </w:tcPr>
          <w:p>
            <w:pPr>
              <w:spacing w:after="20" w:line="240" w:lineRule="auto"/>
            </w:pPr>
            <w:r>
              <w:rPr>
                <w:sz w:val="18"/>
              </w:rPr>
            </w:r>
          </w:p>
        </w:tc>
      </w:tr>
      <w:tr>
        <w:trPr>
          <w:cantSplit/>
        </w:trPr>
        <w:tc>
          <w:tcPr>
            <w:tcW w:type="dxa" w:w="3240"/>
            <w:tcMar>
              <w:top w:w="95" w:type="dxa"/>
              <w:start w:w="95" w:type="dxa"/>
              <w:bottom w:w="95" w:type="dxa"/>
              <w:end w:w="95" w:type="dxa"/>
            </w:tcMar>
            <w:vAlign w:val="center"/>
            <w:shd w:fill="F4F7FA"/>
          </w:tcPr>
          <w:p>
            <w:pPr>
              <w:spacing w:after="20" w:line="240" w:lineRule="auto"/>
            </w:pPr>
            <w:r>
              <w:rPr>
                <w:sz w:val="18"/>
              </w:rPr>
              <w:t>Name of person or entity</w:t>
            </w:r>
          </w:p>
        </w:tc>
        <w:tc>
          <w:tcPr>
            <w:tcW w:type="dxa" w:w="6696"/>
            <w:tcMar>
              <w:top w:w="95" w:type="dxa"/>
              <w:start w:w="95" w:type="dxa"/>
              <w:bottom w:w="95" w:type="dxa"/>
              <w:end w:w="95" w:type="dxa"/>
            </w:tcMar>
            <w:vAlign w:val="center"/>
            <w:shd w:fill="F4F7FA"/>
          </w:tcPr>
          <w:p>
            <w:pPr>
              <w:spacing w:after="20" w:line="240" w:lineRule="auto"/>
            </w:pPr>
            <w:r>
              <w:rPr>
                <w:sz w:val="18"/>
              </w:rPr>
            </w:r>
          </w:p>
        </w:tc>
      </w:tr>
      <w:tr>
        <w:trPr>
          <w:cantSplit/>
        </w:trPr>
        <w:tc>
          <w:tcPr>
            <w:tcW w:type="dxa" w:w="3240"/>
            <w:tcMar>
              <w:top w:w="95" w:type="dxa"/>
              <w:start w:w="95" w:type="dxa"/>
              <w:bottom w:w="95" w:type="dxa"/>
              <w:end w:w="95" w:type="dxa"/>
            </w:tcMar>
            <w:vAlign w:val="center"/>
          </w:tcPr>
          <w:p>
            <w:pPr>
              <w:spacing w:after="20" w:line="240" w:lineRule="auto"/>
            </w:pPr>
            <w:r>
              <w:rPr>
                <w:sz w:val="18"/>
              </w:rPr>
              <w:t>Nature of relationship or interest</w:t>
            </w:r>
          </w:p>
        </w:tc>
        <w:tc>
          <w:tcPr>
            <w:tcW w:type="dxa" w:w="6696"/>
            <w:tcMar>
              <w:top w:w="95" w:type="dxa"/>
              <w:start w:w="95" w:type="dxa"/>
              <w:bottom w:w="95" w:type="dxa"/>
              <w:end w:w="95" w:type="dxa"/>
            </w:tcMar>
            <w:vAlign w:val="center"/>
          </w:tcPr>
          <w:p>
            <w:pPr>
              <w:spacing w:after="20" w:line="240" w:lineRule="auto"/>
            </w:pPr>
            <w:r>
              <w:rPr>
                <w:sz w:val="18"/>
              </w:rPr>
            </w:r>
          </w:p>
        </w:tc>
      </w:tr>
      <w:tr>
        <w:trPr>
          <w:cantSplit/>
        </w:trPr>
        <w:tc>
          <w:tcPr>
            <w:tcW w:type="dxa" w:w="3240"/>
            <w:tcMar>
              <w:top w:w="95" w:type="dxa"/>
              <w:start w:w="95" w:type="dxa"/>
              <w:bottom w:w="95" w:type="dxa"/>
              <w:end w:w="95" w:type="dxa"/>
            </w:tcMar>
            <w:vAlign w:val="center"/>
            <w:shd w:fill="F4F7FA"/>
          </w:tcPr>
          <w:p>
            <w:pPr>
              <w:spacing w:after="20" w:line="240" w:lineRule="auto"/>
            </w:pPr>
            <w:r>
              <w:rPr>
                <w:sz w:val="18"/>
              </w:rPr>
              <w:t>Ownership percentage or financial value</w:t>
            </w:r>
          </w:p>
        </w:tc>
        <w:tc>
          <w:tcPr>
            <w:tcW w:type="dxa" w:w="6696"/>
            <w:tcMar>
              <w:top w:w="95" w:type="dxa"/>
              <w:start w:w="95" w:type="dxa"/>
              <w:bottom w:w="95" w:type="dxa"/>
              <w:end w:w="95" w:type="dxa"/>
            </w:tcMar>
            <w:vAlign w:val="center"/>
            <w:shd w:fill="F4F7FA"/>
          </w:tcPr>
          <w:p>
            <w:pPr>
              <w:spacing w:after="20" w:line="240" w:lineRule="auto"/>
            </w:pPr>
            <w:r>
              <w:rPr>
                <w:sz w:val="18"/>
              </w:rPr>
            </w:r>
          </w:p>
        </w:tc>
      </w:tr>
      <w:tr>
        <w:trPr>
          <w:cantSplit/>
        </w:trPr>
        <w:tc>
          <w:tcPr>
            <w:tcW w:type="dxa" w:w="3240"/>
            <w:tcMar>
              <w:top w:w="95" w:type="dxa"/>
              <w:start w:w="95" w:type="dxa"/>
              <w:bottom w:w="95" w:type="dxa"/>
              <w:end w:w="95" w:type="dxa"/>
            </w:tcMar>
            <w:vAlign w:val="center"/>
          </w:tcPr>
          <w:p>
            <w:pPr>
              <w:spacing w:after="20" w:line="240" w:lineRule="auto"/>
            </w:pPr>
            <w:r>
              <w:rPr>
                <w:sz w:val="18"/>
              </w:rPr>
              <w:t>Role of declarant</w:t>
            </w:r>
          </w:p>
        </w:tc>
        <w:tc>
          <w:tcPr>
            <w:tcW w:type="dxa" w:w="6696"/>
            <w:tcMar>
              <w:top w:w="95" w:type="dxa"/>
              <w:start w:w="95" w:type="dxa"/>
              <w:bottom w:w="95" w:type="dxa"/>
              <w:end w:w="95" w:type="dxa"/>
            </w:tcMar>
            <w:vAlign w:val="center"/>
          </w:tcPr>
          <w:p>
            <w:pPr>
              <w:spacing w:after="20" w:line="240" w:lineRule="auto"/>
            </w:pPr>
            <w:r>
              <w:rPr>
                <w:sz w:val="18"/>
              </w:rPr>
            </w:r>
          </w:p>
        </w:tc>
      </w:tr>
      <w:tr>
        <w:trPr>
          <w:cantSplit/>
        </w:trPr>
        <w:tc>
          <w:tcPr>
            <w:tcW w:type="dxa" w:w="3240"/>
            <w:tcMar>
              <w:top w:w="95" w:type="dxa"/>
              <w:start w:w="95" w:type="dxa"/>
              <w:bottom w:w="95" w:type="dxa"/>
              <w:end w:w="95" w:type="dxa"/>
            </w:tcMar>
            <w:vAlign w:val="center"/>
            <w:shd w:fill="F4F7FA"/>
          </w:tcPr>
          <w:p>
            <w:pPr>
              <w:spacing w:after="20" w:line="240" w:lineRule="auto"/>
            </w:pPr>
            <w:r>
              <w:rPr>
                <w:sz w:val="18"/>
              </w:rPr>
              <w:t>Role of related person</w:t>
            </w:r>
          </w:p>
        </w:tc>
        <w:tc>
          <w:tcPr>
            <w:tcW w:type="dxa" w:w="6696"/>
            <w:tcMar>
              <w:top w:w="95" w:type="dxa"/>
              <w:start w:w="95" w:type="dxa"/>
              <w:bottom w:w="95" w:type="dxa"/>
              <w:end w:w="95" w:type="dxa"/>
            </w:tcMar>
            <w:vAlign w:val="center"/>
            <w:shd w:fill="F4F7FA"/>
          </w:tcPr>
          <w:p>
            <w:pPr>
              <w:spacing w:after="20" w:line="240" w:lineRule="auto"/>
            </w:pPr>
            <w:r>
              <w:rPr>
                <w:sz w:val="18"/>
              </w:rPr>
            </w:r>
          </w:p>
        </w:tc>
      </w:tr>
      <w:tr>
        <w:trPr>
          <w:cantSplit/>
        </w:trPr>
        <w:tc>
          <w:tcPr>
            <w:tcW w:type="dxa" w:w="3240"/>
            <w:tcMar>
              <w:top w:w="95" w:type="dxa"/>
              <w:start w:w="95" w:type="dxa"/>
              <w:bottom w:w="95" w:type="dxa"/>
              <w:end w:w="95" w:type="dxa"/>
            </w:tcMar>
            <w:vAlign w:val="center"/>
          </w:tcPr>
          <w:p>
            <w:pPr>
              <w:spacing w:after="20" w:line="240" w:lineRule="auto"/>
            </w:pPr>
            <w:r>
              <w:rPr>
                <w:sz w:val="18"/>
              </w:rPr>
              <w:t>Relevant dates</w:t>
            </w:r>
          </w:p>
        </w:tc>
        <w:tc>
          <w:tcPr>
            <w:tcW w:type="dxa" w:w="6696"/>
            <w:tcMar>
              <w:top w:w="95" w:type="dxa"/>
              <w:start w:w="95" w:type="dxa"/>
              <w:bottom w:w="95" w:type="dxa"/>
              <w:end w:w="95" w:type="dxa"/>
            </w:tcMar>
            <w:vAlign w:val="center"/>
          </w:tcPr>
          <w:p>
            <w:pPr>
              <w:spacing w:after="20" w:line="240" w:lineRule="auto"/>
            </w:pPr>
            <w:r>
              <w:rPr>
                <w:sz w:val="18"/>
              </w:rPr>
            </w:r>
          </w:p>
        </w:tc>
      </w:tr>
      <w:tr>
        <w:trPr>
          <w:cantSplit/>
        </w:trPr>
        <w:tc>
          <w:tcPr>
            <w:tcW w:type="dxa" w:w="3240"/>
            <w:tcMar>
              <w:top w:w="95" w:type="dxa"/>
              <w:start w:w="95" w:type="dxa"/>
              <w:bottom w:w="95" w:type="dxa"/>
              <w:end w:w="95" w:type="dxa"/>
            </w:tcMar>
            <w:vAlign w:val="center"/>
            <w:shd w:fill="F4F7FA"/>
          </w:tcPr>
          <w:p>
            <w:pPr>
              <w:spacing w:after="20" w:line="240" w:lineRule="auto"/>
            </w:pPr>
            <w:r>
              <w:rPr>
                <w:sz w:val="18"/>
              </w:rPr>
              <w:t>Benefits already received or expected</w:t>
            </w:r>
          </w:p>
        </w:tc>
        <w:tc>
          <w:tcPr>
            <w:tcW w:type="dxa" w:w="6696"/>
            <w:tcMar>
              <w:top w:w="95" w:type="dxa"/>
              <w:start w:w="95" w:type="dxa"/>
              <w:bottom w:w="95" w:type="dxa"/>
              <w:end w:w="95" w:type="dxa"/>
            </w:tcMar>
            <w:vAlign w:val="center"/>
            <w:shd w:fill="F4F7FA"/>
          </w:tcPr>
          <w:p>
            <w:pPr>
              <w:spacing w:after="20" w:line="240" w:lineRule="auto"/>
            </w:pPr>
            <w:r>
              <w:rPr>
                <w:sz w:val="18"/>
              </w:rPr>
            </w:r>
          </w:p>
        </w:tc>
      </w:tr>
      <w:tr>
        <w:trPr>
          <w:cantSplit/>
        </w:trPr>
        <w:tc>
          <w:tcPr>
            <w:tcW w:type="dxa" w:w="3240"/>
            <w:tcMar>
              <w:top w:w="95" w:type="dxa"/>
              <w:start w:w="95" w:type="dxa"/>
              <w:bottom w:w="95" w:type="dxa"/>
              <w:end w:w="95" w:type="dxa"/>
            </w:tcMar>
            <w:vAlign w:val="center"/>
          </w:tcPr>
          <w:p>
            <w:pPr>
              <w:spacing w:after="20" w:line="240" w:lineRule="auto"/>
            </w:pPr>
            <w:r>
              <w:rPr>
                <w:sz w:val="18"/>
              </w:rPr>
              <w:t>Confidential information held</w:t>
            </w:r>
          </w:p>
        </w:tc>
        <w:tc>
          <w:tcPr>
            <w:tcW w:type="dxa" w:w="6696"/>
            <w:tcMar>
              <w:top w:w="95" w:type="dxa"/>
              <w:start w:w="95" w:type="dxa"/>
              <w:bottom w:w="95" w:type="dxa"/>
              <w:end w:w="95" w:type="dxa"/>
            </w:tcMar>
            <w:vAlign w:val="center"/>
          </w:tcPr>
          <w:p>
            <w:pPr>
              <w:spacing w:after="20" w:line="240" w:lineRule="auto"/>
            </w:pPr>
            <w:r>
              <w:rPr>
                <w:sz w:val="18"/>
              </w:rPr>
            </w:r>
          </w:p>
        </w:tc>
      </w:tr>
      <w:tr>
        <w:trPr>
          <w:cantSplit/>
        </w:trPr>
        <w:tc>
          <w:tcPr>
            <w:tcW w:type="dxa" w:w="3240"/>
            <w:tcMar>
              <w:top w:w="95" w:type="dxa"/>
              <w:start w:w="95" w:type="dxa"/>
              <w:bottom w:w="95" w:type="dxa"/>
              <w:end w:w="95" w:type="dxa"/>
            </w:tcMar>
            <w:vAlign w:val="center"/>
            <w:shd w:fill="F4F7FA"/>
          </w:tcPr>
          <w:p>
            <w:pPr>
              <w:spacing w:after="20" w:line="240" w:lineRule="auto"/>
            </w:pPr>
            <w:r>
              <w:rPr>
                <w:sz w:val="18"/>
              </w:rPr>
              <w:t>Actions already taken</w:t>
            </w:r>
          </w:p>
        </w:tc>
        <w:tc>
          <w:tcPr>
            <w:tcW w:type="dxa" w:w="6696"/>
            <w:tcMar>
              <w:top w:w="95" w:type="dxa"/>
              <w:start w:w="95" w:type="dxa"/>
              <w:bottom w:w="95" w:type="dxa"/>
              <w:end w:w="95" w:type="dxa"/>
            </w:tcMar>
            <w:vAlign w:val="center"/>
            <w:shd w:fill="F4F7FA"/>
          </w:tcPr>
          <w:p>
            <w:pPr>
              <w:spacing w:after="20" w:line="240" w:lineRule="auto"/>
            </w:pPr>
            <w:r>
              <w:rPr>
                <w:sz w:val="18"/>
              </w:rPr>
            </w:r>
          </w:p>
        </w:tc>
      </w:tr>
      <w:tr>
        <w:trPr>
          <w:cantSplit/>
        </w:trPr>
        <w:tc>
          <w:tcPr>
            <w:tcW w:type="dxa" w:w="3240"/>
            <w:tcMar>
              <w:top w:w="95" w:type="dxa"/>
              <w:start w:w="95" w:type="dxa"/>
              <w:bottom w:w="95" w:type="dxa"/>
              <w:end w:w="95" w:type="dxa"/>
            </w:tcMar>
            <w:vAlign w:val="center"/>
          </w:tcPr>
          <w:p>
            <w:pPr>
              <w:spacing w:after="20" w:line="240" w:lineRule="auto"/>
            </w:pPr>
            <w:r>
              <w:rPr>
                <w:sz w:val="18"/>
              </w:rPr>
              <w:t>Documents attached</w:t>
            </w:r>
          </w:p>
        </w:tc>
        <w:tc>
          <w:tcPr>
            <w:tcW w:type="dxa" w:w="6696"/>
            <w:tcMar>
              <w:top w:w="95" w:type="dxa"/>
              <w:start w:w="95" w:type="dxa"/>
              <w:bottom w:w="95" w:type="dxa"/>
              <w:end w:w="95" w:type="dxa"/>
            </w:tcMar>
            <w:vAlign w:val="center"/>
          </w:tcPr>
          <w:p>
            <w:pPr>
              <w:spacing w:after="20" w:line="240" w:lineRule="auto"/>
            </w:pPr>
            <w:r>
              <w:rPr>
                <w:sz w:val="18"/>
              </w:rPr>
            </w:r>
          </w:p>
        </w:tc>
      </w:tr>
    </w:tbl>
    <w:p>
      <w:pPr>
        <w:spacing w:after="20"/>
      </w:pPr>
    </w:p>
    <w:p>
      <w:pPr>
        <w:pStyle w:val="Heading2"/>
      </w:pPr>
      <w:r>
        <w:t>3.1 Explanation</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0224"/>
      </w:tblGrid>
      <w:tr>
        <w:trPr>
          <w:tblHeader w:val="true"/>
          <w:cantSplit/>
        </w:trPr>
        <w:tc>
          <w:tcPr>
            <w:tcW w:type="dxa" w:w="9936"/>
            <w:shd w:fill="17365D"/>
            <w:tcMar>
              <w:top w:w="95" w:type="dxa"/>
              <w:start w:w="95" w:type="dxa"/>
              <w:bottom w:w="95" w:type="dxa"/>
              <w:end w:w="95" w:type="dxa"/>
            </w:tcMar>
            <w:vAlign w:val="center"/>
          </w:tcPr>
          <w:p>
            <w:r>
              <w:rPr>
                <w:b/>
                <w:color w:val="FFFFFF"/>
                <w:sz w:val="18"/>
              </w:rPr>
              <w:t>Describe how the private interest could affect or appear to affect your duties</w:t>
            </w:r>
          </w:p>
        </w:tc>
      </w:tr>
      <w:tr>
        <w:trPr>
          <w:cantSplit/>
        </w:trPr>
        <w:tc>
          <w:tcPr>
            <w:tcW w:type="dxa" w:w="9936"/>
            <w:tcMar>
              <w:top w:w="95" w:type="dxa"/>
              <w:start w:w="95" w:type="dxa"/>
              <w:bottom w:w="95" w:type="dxa"/>
              <w:end w:w="95" w:type="dxa"/>
            </w:tcMar>
            <w:vAlign w:val="center"/>
          </w:tcPr>
          <w:p>
            <w:pPr>
              <w:spacing w:after="20" w:line="240" w:lineRule="auto"/>
            </w:pPr>
            <w:r>
              <w:rPr>
                <w:sz w:val="18"/>
              </w:rPr>
            </w:r>
          </w:p>
        </w:tc>
      </w:tr>
      <w:tr>
        <w:trPr>
          <w:cantSplit/>
        </w:trPr>
        <w:tc>
          <w:tcPr>
            <w:tcW w:type="dxa" w:w="9936"/>
            <w:tcMar>
              <w:top w:w="95" w:type="dxa"/>
              <w:start w:w="95" w:type="dxa"/>
              <w:bottom w:w="95" w:type="dxa"/>
              <w:end w:w="95" w:type="dxa"/>
            </w:tcMar>
            <w:vAlign w:val="center"/>
            <w:shd w:fill="F4F7FA"/>
          </w:tcPr>
          <w:p>
            <w:pPr>
              <w:spacing w:after="20" w:line="240" w:lineRule="auto"/>
            </w:pPr>
            <w:r>
              <w:rPr>
                <w:sz w:val="18"/>
              </w:rPr>
            </w:r>
          </w:p>
        </w:tc>
      </w:tr>
      <w:tr>
        <w:trPr>
          <w:cantSplit/>
        </w:trPr>
        <w:tc>
          <w:tcPr>
            <w:tcW w:type="dxa" w:w="9936"/>
            <w:tcMar>
              <w:top w:w="95" w:type="dxa"/>
              <w:start w:w="95" w:type="dxa"/>
              <w:bottom w:w="95" w:type="dxa"/>
              <w:end w:w="95" w:type="dxa"/>
            </w:tcMar>
            <w:vAlign w:val="center"/>
          </w:tcPr>
          <w:p>
            <w:pPr>
              <w:spacing w:after="20" w:line="240" w:lineRule="auto"/>
            </w:pPr>
            <w:r>
              <w:rPr>
                <w:sz w:val="18"/>
              </w:rPr>
            </w:r>
          </w:p>
        </w:tc>
      </w:tr>
    </w:tbl>
    <w:p>
      <w:pPr>
        <w:spacing w:after="20"/>
      </w:pPr>
    </w:p>
    <w:p>
      <w:pPr>
        <w:pStyle w:val="Heading2"/>
      </w:pPr>
      <w:r>
        <w:t>3.2 People and Entities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704"/>
        <w:gridCol w:w="1704"/>
        <w:gridCol w:w="1704"/>
        <w:gridCol w:w="1704"/>
        <w:gridCol w:w="1704"/>
        <w:gridCol w:w="1704"/>
      </w:tblGrid>
      <w:tr>
        <w:trPr>
          <w:tblHeader w:val="true"/>
          <w:cantSplit/>
        </w:trPr>
        <w:tc>
          <w:tcPr>
            <w:tcW w:type="dxa" w:w="1656"/>
            <w:shd w:fill="17365D"/>
            <w:tcMar>
              <w:top w:w="95" w:type="dxa"/>
              <w:start w:w="95" w:type="dxa"/>
              <w:bottom w:w="95" w:type="dxa"/>
              <w:end w:w="95" w:type="dxa"/>
            </w:tcMar>
            <w:vAlign w:val="center"/>
          </w:tcPr>
          <w:p>
            <w:r>
              <w:rPr>
                <w:b/>
                <w:color w:val="FFFFFF"/>
                <w:sz w:val="15"/>
              </w:rPr>
              <w:t>Name</w:t>
            </w:r>
          </w:p>
        </w:tc>
        <w:tc>
          <w:tcPr>
            <w:tcW w:type="dxa" w:w="1656"/>
            <w:shd w:fill="17365D"/>
            <w:tcMar>
              <w:top w:w="95" w:type="dxa"/>
              <w:start w:w="95" w:type="dxa"/>
              <w:bottom w:w="95" w:type="dxa"/>
              <w:end w:w="95" w:type="dxa"/>
            </w:tcMar>
            <w:vAlign w:val="center"/>
          </w:tcPr>
          <w:p>
            <w:r>
              <w:rPr>
                <w:b/>
                <w:color w:val="FFFFFF"/>
                <w:sz w:val="15"/>
              </w:rPr>
              <w:t>Relationship</w:t>
            </w:r>
          </w:p>
        </w:tc>
        <w:tc>
          <w:tcPr>
            <w:tcW w:type="dxa" w:w="1872"/>
            <w:shd w:fill="17365D"/>
            <w:tcMar>
              <w:top w:w="95" w:type="dxa"/>
              <w:start w:w="95" w:type="dxa"/>
              <w:bottom w:w="95" w:type="dxa"/>
              <w:end w:w="95" w:type="dxa"/>
            </w:tcMar>
            <w:vAlign w:val="center"/>
          </w:tcPr>
          <w:p>
            <w:r>
              <w:rPr>
                <w:b/>
                <w:color w:val="FFFFFF"/>
                <w:sz w:val="15"/>
              </w:rPr>
              <w:t>Organisation</w:t>
            </w:r>
          </w:p>
        </w:tc>
        <w:tc>
          <w:tcPr>
            <w:tcW w:type="dxa" w:w="1440"/>
            <w:shd w:fill="17365D"/>
            <w:tcMar>
              <w:top w:w="95" w:type="dxa"/>
              <w:start w:w="95" w:type="dxa"/>
              <w:bottom w:w="95" w:type="dxa"/>
              <w:end w:w="95" w:type="dxa"/>
            </w:tcMar>
            <w:vAlign w:val="center"/>
          </w:tcPr>
          <w:p>
            <w:r>
              <w:rPr>
                <w:b/>
                <w:color w:val="FFFFFF"/>
                <w:sz w:val="15"/>
              </w:rPr>
              <w:t>Role</w:t>
            </w:r>
          </w:p>
        </w:tc>
        <w:tc>
          <w:tcPr>
            <w:tcW w:type="dxa" w:w="2376"/>
            <w:shd w:fill="17365D"/>
            <w:tcMar>
              <w:top w:w="95" w:type="dxa"/>
              <w:start w:w="95" w:type="dxa"/>
              <w:bottom w:w="95" w:type="dxa"/>
              <w:end w:w="95" w:type="dxa"/>
            </w:tcMar>
            <w:vAlign w:val="center"/>
          </w:tcPr>
          <w:p>
            <w:r>
              <w:rPr>
                <w:b/>
                <w:color w:val="FFFFFF"/>
                <w:sz w:val="15"/>
              </w:rPr>
              <w:t>Nature of interest</w:t>
            </w:r>
          </w:p>
        </w:tc>
        <w:tc>
          <w:tcPr>
            <w:tcW w:type="dxa" w:w="936"/>
            <w:shd w:fill="17365D"/>
            <w:tcMar>
              <w:top w:w="95" w:type="dxa"/>
              <w:start w:w="95" w:type="dxa"/>
              <w:bottom w:w="95" w:type="dxa"/>
              <w:end w:w="95" w:type="dxa"/>
            </w:tcMar>
            <w:vAlign w:val="center"/>
          </w:tcPr>
          <w:p>
            <w:r>
              <w:rPr>
                <w:b/>
                <w:color w:val="FFFFFF"/>
                <w:sz w:val="15"/>
              </w:rPr>
              <w:t>Period</w:t>
            </w:r>
          </w:p>
        </w:tc>
      </w:tr>
      <w:tr>
        <w:trPr>
          <w:cantSplit/>
        </w:trPr>
        <w:tc>
          <w:tcPr>
            <w:tcW w:type="dxa" w:w="1656"/>
            <w:tcMar>
              <w:top w:w="95" w:type="dxa"/>
              <w:start w:w="95" w:type="dxa"/>
              <w:bottom w:w="95" w:type="dxa"/>
              <w:end w:w="95" w:type="dxa"/>
            </w:tcMar>
            <w:vAlign w:val="center"/>
          </w:tcPr>
          <w:p>
            <w:pPr>
              <w:spacing w:after="20" w:line="240" w:lineRule="auto"/>
            </w:pPr>
            <w:r>
              <w:rPr>
                <w:sz w:val="15"/>
              </w:rPr>
            </w:r>
          </w:p>
        </w:tc>
        <w:tc>
          <w:tcPr>
            <w:tcW w:type="dxa" w:w="1656"/>
            <w:tcMar>
              <w:top w:w="95" w:type="dxa"/>
              <w:start w:w="95" w:type="dxa"/>
              <w:bottom w:w="95" w:type="dxa"/>
              <w:end w:w="95" w:type="dxa"/>
            </w:tcMar>
            <w:vAlign w:val="center"/>
          </w:tcPr>
          <w:p>
            <w:pPr>
              <w:spacing w:after="20" w:line="240" w:lineRule="auto"/>
            </w:pPr>
            <w:r>
              <w:rPr>
                <w:sz w:val="15"/>
              </w:rPr>
            </w:r>
          </w:p>
        </w:tc>
        <w:tc>
          <w:tcPr>
            <w:tcW w:type="dxa" w:w="1872"/>
            <w:tcMar>
              <w:top w:w="95" w:type="dxa"/>
              <w:start w:w="95" w:type="dxa"/>
              <w:bottom w:w="95" w:type="dxa"/>
              <w:end w:w="95" w:type="dxa"/>
            </w:tcMar>
            <w:vAlign w:val="center"/>
          </w:tcPr>
          <w:p>
            <w:pPr>
              <w:spacing w:after="20" w:line="240" w:lineRule="auto"/>
            </w:pPr>
            <w:r>
              <w:rPr>
                <w:sz w:val="15"/>
              </w:rPr>
            </w:r>
          </w:p>
        </w:tc>
        <w:tc>
          <w:tcPr>
            <w:tcW w:type="dxa" w:w="1440"/>
            <w:tcMar>
              <w:top w:w="95" w:type="dxa"/>
              <w:start w:w="95" w:type="dxa"/>
              <w:bottom w:w="95" w:type="dxa"/>
              <w:end w:w="95" w:type="dxa"/>
            </w:tcMar>
            <w:vAlign w:val="center"/>
          </w:tcPr>
          <w:p>
            <w:pPr>
              <w:spacing w:after="20" w:line="240" w:lineRule="auto"/>
            </w:pPr>
            <w:r>
              <w:rPr>
                <w:sz w:val="15"/>
              </w:rPr>
            </w:r>
          </w:p>
        </w:tc>
        <w:tc>
          <w:tcPr>
            <w:tcW w:type="dxa" w:w="2376"/>
            <w:tcMar>
              <w:top w:w="95" w:type="dxa"/>
              <w:start w:w="95" w:type="dxa"/>
              <w:bottom w:w="95" w:type="dxa"/>
              <w:end w:w="95" w:type="dxa"/>
            </w:tcMar>
            <w:vAlign w:val="center"/>
          </w:tcPr>
          <w:p>
            <w:pPr>
              <w:spacing w:after="20" w:line="240" w:lineRule="auto"/>
            </w:pPr>
            <w:r>
              <w:rPr>
                <w:sz w:val="15"/>
              </w:rPr>
            </w:r>
          </w:p>
        </w:tc>
        <w:tc>
          <w:tcPr>
            <w:tcW w:type="dxa" w:w="936"/>
            <w:tcMar>
              <w:top w:w="95" w:type="dxa"/>
              <w:start w:w="95" w:type="dxa"/>
              <w:bottom w:w="95" w:type="dxa"/>
              <w:end w:w="95" w:type="dxa"/>
            </w:tcMar>
            <w:vAlign w:val="center"/>
          </w:tcPr>
          <w:p>
            <w:pPr>
              <w:spacing w:after="20" w:line="240" w:lineRule="auto"/>
            </w:pPr>
            <w:r>
              <w:rPr>
                <w:sz w:val="15"/>
              </w:rPr>
            </w:r>
          </w:p>
        </w:tc>
      </w:tr>
      <w:tr>
        <w:trPr>
          <w:cantSplit/>
        </w:trPr>
        <w:tc>
          <w:tcPr>
            <w:tcW w:type="dxa" w:w="1656"/>
            <w:tcMar>
              <w:top w:w="95" w:type="dxa"/>
              <w:start w:w="95" w:type="dxa"/>
              <w:bottom w:w="95" w:type="dxa"/>
              <w:end w:w="95" w:type="dxa"/>
            </w:tcMar>
            <w:vAlign w:val="center"/>
            <w:shd w:fill="F4F7FA"/>
          </w:tcPr>
          <w:p>
            <w:pPr>
              <w:spacing w:after="20" w:line="240" w:lineRule="auto"/>
            </w:pPr>
            <w:r>
              <w:rPr>
                <w:sz w:val="15"/>
              </w:rPr>
            </w:r>
          </w:p>
        </w:tc>
        <w:tc>
          <w:tcPr>
            <w:tcW w:type="dxa" w:w="1656"/>
            <w:tcMar>
              <w:top w:w="95" w:type="dxa"/>
              <w:start w:w="95" w:type="dxa"/>
              <w:bottom w:w="95" w:type="dxa"/>
              <w:end w:w="95" w:type="dxa"/>
            </w:tcMar>
            <w:vAlign w:val="center"/>
            <w:shd w:fill="F4F7FA"/>
          </w:tcPr>
          <w:p>
            <w:pPr>
              <w:spacing w:after="20" w:line="240" w:lineRule="auto"/>
            </w:pPr>
            <w:r>
              <w:rPr>
                <w:sz w:val="15"/>
              </w:rPr>
            </w:r>
          </w:p>
        </w:tc>
        <w:tc>
          <w:tcPr>
            <w:tcW w:type="dxa" w:w="1872"/>
            <w:tcMar>
              <w:top w:w="95" w:type="dxa"/>
              <w:start w:w="95" w:type="dxa"/>
              <w:bottom w:w="95" w:type="dxa"/>
              <w:end w:w="95" w:type="dxa"/>
            </w:tcMar>
            <w:vAlign w:val="center"/>
            <w:shd w:fill="F4F7FA"/>
          </w:tcPr>
          <w:p>
            <w:pPr>
              <w:spacing w:after="20" w:line="240" w:lineRule="auto"/>
            </w:pPr>
            <w:r>
              <w:rPr>
                <w:sz w:val="15"/>
              </w:rPr>
            </w:r>
          </w:p>
        </w:tc>
        <w:tc>
          <w:tcPr>
            <w:tcW w:type="dxa" w:w="1440"/>
            <w:tcMar>
              <w:top w:w="95" w:type="dxa"/>
              <w:start w:w="95" w:type="dxa"/>
              <w:bottom w:w="95" w:type="dxa"/>
              <w:end w:w="95" w:type="dxa"/>
            </w:tcMar>
            <w:vAlign w:val="center"/>
            <w:shd w:fill="F4F7FA"/>
          </w:tcPr>
          <w:p>
            <w:pPr>
              <w:spacing w:after="20" w:line="240" w:lineRule="auto"/>
            </w:pPr>
            <w:r>
              <w:rPr>
                <w:sz w:val="15"/>
              </w:rPr>
            </w:r>
          </w:p>
        </w:tc>
        <w:tc>
          <w:tcPr>
            <w:tcW w:type="dxa" w:w="2376"/>
            <w:tcMar>
              <w:top w:w="95" w:type="dxa"/>
              <w:start w:w="95" w:type="dxa"/>
              <w:bottom w:w="95" w:type="dxa"/>
              <w:end w:w="95" w:type="dxa"/>
            </w:tcMar>
            <w:vAlign w:val="center"/>
            <w:shd w:fill="F4F7FA"/>
          </w:tcPr>
          <w:p>
            <w:pPr>
              <w:spacing w:after="20" w:line="240" w:lineRule="auto"/>
            </w:pPr>
            <w:r>
              <w:rPr>
                <w:sz w:val="15"/>
              </w:rPr>
            </w:r>
          </w:p>
        </w:tc>
        <w:tc>
          <w:tcPr>
            <w:tcW w:type="dxa" w:w="936"/>
            <w:tcMar>
              <w:top w:w="95" w:type="dxa"/>
              <w:start w:w="95" w:type="dxa"/>
              <w:bottom w:w="95" w:type="dxa"/>
              <w:end w:w="95" w:type="dxa"/>
            </w:tcMar>
            <w:vAlign w:val="center"/>
            <w:shd w:fill="F4F7FA"/>
          </w:tcPr>
          <w:p>
            <w:pPr>
              <w:spacing w:after="20" w:line="240" w:lineRule="auto"/>
            </w:pPr>
            <w:r>
              <w:rPr>
                <w:sz w:val="15"/>
              </w:rPr>
            </w:r>
          </w:p>
        </w:tc>
      </w:tr>
      <w:tr>
        <w:trPr>
          <w:cantSplit/>
        </w:trPr>
        <w:tc>
          <w:tcPr>
            <w:tcW w:type="dxa" w:w="1656"/>
            <w:tcMar>
              <w:top w:w="95" w:type="dxa"/>
              <w:start w:w="95" w:type="dxa"/>
              <w:bottom w:w="95" w:type="dxa"/>
              <w:end w:w="95" w:type="dxa"/>
            </w:tcMar>
            <w:vAlign w:val="center"/>
          </w:tcPr>
          <w:p>
            <w:pPr>
              <w:spacing w:after="20" w:line="240" w:lineRule="auto"/>
            </w:pPr>
            <w:r>
              <w:rPr>
                <w:sz w:val="15"/>
              </w:rPr>
            </w:r>
          </w:p>
        </w:tc>
        <w:tc>
          <w:tcPr>
            <w:tcW w:type="dxa" w:w="1656"/>
            <w:tcMar>
              <w:top w:w="95" w:type="dxa"/>
              <w:start w:w="95" w:type="dxa"/>
              <w:bottom w:w="95" w:type="dxa"/>
              <w:end w:w="95" w:type="dxa"/>
            </w:tcMar>
            <w:vAlign w:val="center"/>
          </w:tcPr>
          <w:p>
            <w:pPr>
              <w:spacing w:after="20" w:line="240" w:lineRule="auto"/>
            </w:pPr>
            <w:r>
              <w:rPr>
                <w:sz w:val="15"/>
              </w:rPr>
            </w:r>
          </w:p>
        </w:tc>
        <w:tc>
          <w:tcPr>
            <w:tcW w:type="dxa" w:w="1872"/>
            <w:tcMar>
              <w:top w:w="95" w:type="dxa"/>
              <w:start w:w="95" w:type="dxa"/>
              <w:bottom w:w="95" w:type="dxa"/>
              <w:end w:w="95" w:type="dxa"/>
            </w:tcMar>
            <w:vAlign w:val="center"/>
          </w:tcPr>
          <w:p>
            <w:pPr>
              <w:spacing w:after="20" w:line="240" w:lineRule="auto"/>
            </w:pPr>
            <w:r>
              <w:rPr>
                <w:sz w:val="15"/>
              </w:rPr>
            </w:r>
          </w:p>
        </w:tc>
        <w:tc>
          <w:tcPr>
            <w:tcW w:type="dxa" w:w="1440"/>
            <w:tcMar>
              <w:top w:w="95" w:type="dxa"/>
              <w:start w:w="95" w:type="dxa"/>
              <w:bottom w:w="95" w:type="dxa"/>
              <w:end w:w="95" w:type="dxa"/>
            </w:tcMar>
            <w:vAlign w:val="center"/>
          </w:tcPr>
          <w:p>
            <w:pPr>
              <w:spacing w:after="20" w:line="240" w:lineRule="auto"/>
            </w:pPr>
            <w:r>
              <w:rPr>
                <w:sz w:val="15"/>
              </w:rPr>
            </w:r>
          </w:p>
        </w:tc>
        <w:tc>
          <w:tcPr>
            <w:tcW w:type="dxa" w:w="2376"/>
            <w:tcMar>
              <w:top w:w="95" w:type="dxa"/>
              <w:start w:w="95" w:type="dxa"/>
              <w:bottom w:w="95" w:type="dxa"/>
              <w:end w:w="95" w:type="dxa"/>
            </w:tcMar>
            <w:vAlign w:val="center"/>
          </w:tcPr>
          <w:p>
            <w:pPr>
              <w:spacing w:after="20" w:line="240" w:lineRule="auto"/>
            </w:pPr>
            <w:r>
              <w:rPr>
                <w:sz w:val="15"/>
              </w:rPr>
            </w:r>
          </w:p>
        </w:tc>
        <w:tc>
          <w:tcPr>
            <w:tcW w:type="dxa" w:w="936"/>
            <w:tcMar>
              <w:top w:w="95" w:type="dxa"/>
              <w:start w:w="95" w:type="dxa"/>
              <w:bottom w:w="95" w:type="dxa"/>
              <w:end w:w="95" w:type="dxa"/>
            </w:tcMar>
            <w:vAlign w:val="center"/>
          </w:tcPr>
          <w:p>
            <w:pPr>
              <w:spacing w:after="20" w:line="240" w:lineRule="auto"/>
            </w:pPr>
            <w:r>
              <w:rPr>
                <w:sz w:val="15"/>
              </w:rPr>
            </w:r>
          </w:p>
        </w:tc>
      </w:tr>
      <w:tr>
        <w:trPr>
          <w:cantSplit/>
        </w:trPr>
        <w:tc>
          <w:tcPr>
            <w:tcW w:type="dxa" w:w="1656"/>
            <w:tcMar>
              <w:top w:w="95" w:type="dxa"/>
              <w:start w:w="95" w:type="dxa"/>
              <w:bottom w:w="95" w:type="dxa"/>
              <w:end w:w="95" w:type="dxa"/>
            </w:tcMar>
            <w:vAlign w:val="center"/>
            <w:shd w:fill="F4F7FA"/>
          </w:tcPr>
          <w:p>
            <w:pPr>
              <w:spacing w:after="20" w:line="240" w:lineRule="auto"/>
            </w:pPr>
            <w:r>
              <w:rPr>
                <w:sz w:val="15"/>
              </w:rPr>
            </w:r>
          </w:p>
        </w:tc>
        <w:tc>
          <w:tcPr>
            <w:tcW w:type="dxa" w:w="1656"/>
            <w:tcMar>
              <w:top w:w="95" w:type="dxa"/>
              <w:start w:w="95" w:type="dxa"/>
              <w:bottom w:w="95" w:type="dxa"/>
              <w:end w:w="95" w:type="dxa"/>
            </w:tcMar>
            <w:vAlign w:val="center"/>
            <w:shd w:fill="F4F7FA"/>
          </w:tcPr>
          <w:p>
            <w:pPr>
              <w:spacing w:after="20" w:line="240" w:lineRule="auto"/>
            </w:pPr>
            <w:r>
              <w:rPr>
                <w:sz w:val="15"/>
              </w:rPr>
            </w:r>
          </w:p>
        </w:tc>
        <w:tc>
          <w:tcPr>
            <w:tcW w:type="dxa" w:w="1872"/>
            <w:tcMar>
              <w:top w:w="95" w:type="dxa"/>
              <w:start w:w="95" w:type="dxa"/>
              <w:bottom w:w="95" w:type="dxa"/>
              <w:end w:w="95" w:type="dxa"/>
            </w:tcMar>
            <w:vAlign w:val="center"/>
            <w:shd w:fill="F4F7FA"/>
          </w:tcPr>
          <w:p>
            <w:pPr>
              <w:spacing w:after="20" w:line="240" w:lineRule="auto"/>
            </w:pPr>
            <w:r>
              <w:rPr>
                <w:sz w:val="15"/>
              </w:rPr>
            </w:r>
          </w:p>
        </w:tc>
        <w:tc>
          <w:tcPr>
            <w:tcW w:type="dxa" w:w="1440"/>
            <w:tcMar>
              <w:top w:w="95" w:type="dxa"/>
              <w:start w:w="95" w:type="dxa"/>
              <w:bottom w:w="95" w:type="dxa"/>
              <w:end w:w="95" w:type="dxa"/>
            </w:tcMar>
            <w:vAlign w:val="center"/>
            <w:shd w:fill="F4F7FA"/>
          </w:tcPr>
          <w:p>
            <w:pPr>
              <w:spacing w:after="20" w:line="240" w:lineRule="auto"/>
            </w:pPr>
            <w:r>
              <w:rPr>
                <w:sz w:val="15"/>
              </w:rPr>
            </w:r>
          </w:p>
        </w:tc>
        <w:tc>
          <w:tcPr>
            <w:tcW w:type="dxa" w:w="2376"/>
            <w:tcMar>
              <w:top w:w="95" w:type="dxa"/>
              <w:start w:w="95" w:type="dxa"/>
              <w:bottom w:w="95" w:type="dxa"/>
              <w:end w:w="95" w:type="dxa"/>
            </w:tcMar>
            <w:vAlign w:val="center"/>
            <w:shd w:fill="F4F7FA"/>
          </w:tcPr>
          <w:p>
            <w:pPr>
              <w:spacing w:after="20" w:line="240" w:lineRule="auto"/>
            </w:pPr>
            <w:r>
              <w:rPr>
                <w:sz w:val="15"/>
              </w:rPr>
            </w:r>
          </w:p>
        </w:tc>
        <w:tc>
          <w:tcPr>
            <w:tcW w:type="dxa" w:w="936"/>
            <w:tcMar>
              <w:top w:w="95" w:type="dxa"/>
              <w:start w:w="95" w:type="dxa"/>
              <w:bottom w:w="95" w:type="dxa"/>
              <w:end w:w="95" w:type="dxa"/>
            </w:tcMar>
            <w:vAlign w:val="center"/>
            <w:shd w:fill="F4F7FA"/>
          </w:tcPr>
          <w:p>
            <w:pPr>
              <w:spacing w:after="20" w:line="240" w:lineRule="auto"/>
            </w:pPr>
            <w:r>
              <w:rPr>
                <w:sz w:val="15"/>
              </w:rPr>
            </w:r>
          </w:p>
        </w:tc>
      </w:tr>
      <w:tr>
        <w:trPr>
          <w:cantSplit/>
        </w:trPr>
        <w:tc>
          <w:tcPr>
            <w:tcW w:type="dxa" w:w="1656"/>
            <w:tcMar>
              <w:top w:w="95" w:type="dxa"/>
              <w:start w:w="95" w:type="dxa"/>
              <w:bottom w:w="95" w:type="dxa"/>
              <w:end w:w="95" w:type="dxa"/>
            </w:tcMar>
            <w:vAlign w:val="center"/>
          </w:tcPr>
          <w:p>
            <w:pPr>
              <w:spacing w:after="20" w:line="240" w:lineRule="auto"/>
            </w:pPr>
            <w:r>
              <w:rPr>
                <w:sz w:val="15"/>
              </w:rPr>
            </w:r>
          </w:p>
        </w:tc>
        <w:tc>
          <w:tcPr>
            <w:tcW w:type="dxa" w:w="1656"/>
            <w:tcMar>
              <w:top w:w="95" w:type="dxa"/>
              <w:start w:w="95" w:type="dxa"/>
              <w:bottom w:w="95" w:type="dxa"/>
              <w:end w:w="95" w:type="dxa"/>
            </w:tcMar>
            <w:vAlign w:val="center"/>
          </w:tcPr>
          <w:p>
            <w:pPr>
              <w:spacing w:after="20" w:line="240" w:lineRule="auto"/>
            </w:pPr>
            <w:r>
              <w:rPr>
                <w:sz w:val="15"/>
              </w:rPr>
            </w:r>
          </w:p>
        </w:tc>
        <w:tc>
          <w:tcPr>
            <w:tcW w:type="dxa" w:w="1872"/>
            <w:tcMar>
              <w:top w:w="95" w:type="dxa"/>
              <w:start w:w="95" w:type="dxa"/>
              <w:bottom w:w="95" w:type="dxa"/>
              <w:end w:w="95" w:type="dxa"/>
            </w:tcMar>
            <w:vAlign w:val="center"/>
          </w:tcPr>
          <w:p>
            <w:pPr>
              <w:spacing w:after="20" w:line="240" w:lineRule="auto"/>
            </w:pPr>
            <w:r>
              <w:rPr>
                <w:sz w:val="15"/>
              </w:rPr>
            </w:r>
          </w:p>
        </w:tc>
        <w:tc>
          <w:tcPr>
            <w:tcW w:type="dxa" w:w="1440"/>
            <w:tcMar>
              <w:top w:w="95" w:type="dxa"/>
              <w:start w:w="95" w:type="dxa"/>
              <w:bottom w:w="95" w:type="dxa"/>
              <w:end w:w="95" w:type="dxa"/>
            </w:tcMar>
            <w:vAlign w:val="center"/>
          </w:tcPr>
          <w:p>
            <w:pPr>
              <w:spacing w:after="20" w:line="240" w:lineRule="auto"/>
            </w:pPr>
            <w:r>
              <w:rPr>
                <w:sz w:val="15"/>
              </w:rPr>
            </w:r>
          </w:p>
        </w:tc>
        <w:tc>
          <w:tcPr>
            <w:tcW w:type="dxa" w:w="2376"/>
            <w:tcMar>
              <w:top w:w="95" w:type="dxa"/>
              <w:start w:w="95" w:type="dxa"/>
              <w:bottom w:w="95" w:type="dxa"/>
              <w:end w:w="95" w:type="dxa"/>
            </w:tcMar>
            <w:vAlign w:val="center"/>
          </w:tcPr>
          <w:p>
            <w:pPr>
              <w:spacing w:after="20" w:line="240" w:lineRule="auto"/>
            </w:pPr>
            <w:r>
              <w:rPr>
                <w:sz w:val="15"/>
              </w:rPr>
            </w:r>
          </w:p>
        </w:tc>
        <w:tc>
          <w:tcPr>
            <w:tcW w:type="dxa" w:w="936"/>
            <w:tcMar>
              <w:top w:w="95" w:type="dxa"/>
              <w:start w:w="95" w:type="dxa"/>
              <w:bottom w:w="95" w:type="dxa"/>
              <w:end w:w="95" w:type="dxa"/>
            </w:tcMar>
            <w:vAlign w:val="center"/>
          </w:tcPr>
          <w:p>
            <w:pPr>
              <w:spacing w:after="20" w:line="240" w:lineRule="auto"/>
            </w:pPr>
            <w:r>
              <w:rPr>
                <w:sz w:val="15"/>
              </w:rPr>
            </w:r>
          </w:p>
        </w:tc>
      </w:tr>
      <w:tr>
        <w:trPr>
          <w:cantSplit/>
        </w:trPr>
        <w:tc>
          <w:tcPr>
            <w:tcW w:type="dxa" w:w="1656"/>
            <w:tcMar>
              <w:top w:w="95" w:type="dxa"/>
              <w:start w:w="95" w:type="dxa"/>
              <w:bottom w:w="95" w:type="dxa"/>
              <w:end w:w="95" w:type="dxa"/>
            </w:tcMar>
            <w:vAlign w:val="center"/>
            <w:shd w:fill="F4F7FA"/>
          </w:tcPr>
          <w:p>
            <w:pPr>
              <w:spacing w:after="20" w:line="240" w:lineRule="auto"/>
            </w:pPr>
            <w:r>
              <w:rPr>
                <w:sz w:val="15"/>
              </w:rPr>
            </w:r>
          </w:p>
        </w:tc>
        <w:tc>
          <w:tcPr>
            <w:tcW w:type="dxa" w:w="1656"/>
            <w:tcMar>
              <w:top w:w="95" w:type="dxa"/>
              <w:start w:w="95" w:type="dxa"/>
              <w:bottom w:w="95" w:type="dxa"/>
              <w:end w:w="95" w:type="dxa"/>
            </w:tcMar>
            <w:vAlign w:val="center"/>
            <w:shd w:fill="F4F7FA"/>
          </w:tcPr>
          <w:p>
            <w:pPr>
              <w:spacing w:after="20" w:line="240" w:lineRule="auto"/>
            </w:pPr>
            <w:r>
              <w:rPr>
                <w:sz w:val="15"/>
              </w:rPr>
            </w:r>
          </w:p>
        </w:tc>
        <w:tc>
          <w:tcPr>
            <w:tcW w:type="dxa" w:w="1872"/>
            <w:tcMar>
              <w:top w:w="95" w:type="dxa"/>
              <w:start w:w="95" w:type="dxa"/>
              <w:bottom w:w="95" w:type="dxa"/>
              <w:end w:w="95" w:type="dxa"/>
            </w:tcMar>
            <w:vAlign w:val="center"/>
            <w:shd w:fill="F4F7FA"/>
          </w:tcPr>
          <w:p>
            <w:pPr>
              <w:spacing w:after="20" w:line="240" w:lineRule="auto"/>
            </w:pPr>
            <w:r>
              <w:rPr>
                <w:sz w:val="15"/>
              </w:rPr>
            </w:r>
          </w:p>
        </w:tc>
        <w:tc>
          <w:tcPr>
            <w:tcW w:type="dxa" w:w="1440"/>
            <w:tcMar>
              <w:top w:w="95" w:type="dxa"/>
              <w:start w:w="95" w:type="dxa"/>
              <w:bottom w:w="95" w:type="dxa"/>
              <w:end w:w="95" w:type="dxa"/>
            </w:tcMar>
            <w:vAlign w:val="center"/>
            <w:shd w:fill="F4F7FA"/>
          </w:tcPr>
          <w:p>
            <w:pPr>
              <w:spacing w:after="20" w:line="240" w:lineRule="auto"/>
            </w:pPr>
            <w:r>
              <w:rPr>
                <w:sz w:val="15"/>
              </w:rPr>
            </w:r>
          </w:p>
        </w:tc>
        <w:tc>
          <w:tcPr>
            <w:tcW w:type="dxa" w:w="2376"/>
            <w:tcMar>
              <w:top w:w="95" w:type="dxa"/>
              <w:start w:w="95" w:type="dxa"/>
              <w:bottom w:w="95" w:type="dxa"/>
              <w:end w:w="95" w:type="dxa"/>
            </w:tcMar>
            <w:vAlign w:val="center"/>
            <w:shd w:fill="F4F7FA"/>
          </w:tcPr>
          <w:p>
            <w:pPr>
              <w:spacing w:after="20" w:line="240" w:lineRule="auto"/>
            </w:pPr>
            <w:r>
              <w:rPr>
                <w:sz w:val="15"/>
              </w:rPr>
            </w:r>
          </w:p>
        </w:tc>
        <w:tc>
          <w:tcPr>
            <w:tcW w:type="dxa" w:w="936"/>
            <w:tcMar>
              <w:top w:w="95" w:type="dxa"/>
              <w:start w:w="95" w:type="dxa"/>
              <w:bottom w:w="95" w:type="dxa"/>
              <w:end w:w="95" w:type="dxa"/>
            </w:tcMar>
            <w:vAlign w:val="center"/>
            <w:shd w:fill="F4F7FA"/>
          </w:tcPr>
          <w:p>
            <w:pPr>
              <w:spacing w:after="20" w:line="240" w:lineRule="auto"/>
            </w:pPr>
            <w:r>
              <w:rPr>
                <w:sz w:val="15"/>
              </w:rPr>
            </w:r>
          </w:p>
        </w:tc>
      </w:tr>
      <w:tr>
        <w:trPr>
          <w:cantSplit/>
        </w:trPr>
        <w:tc>
          <w:tcPr>
            <w:tcW w:type="dxa" w:w="1656"/>
            <w:tcMar>
              <w:top w:w="95" w:type="dxa"/>
              <w:start w:w="95" w:type="dxa"/>
              <w:bottom w:w="95" w:type="dxa"/>
              <w:end w:w="95" w:type="dxa"/>
            </w:tcMar>
            <w:vAlign w:val="center"/>
          </w:tcPr>
          <w:p>
            <w:pPr>
              <w:spacing w:after="20" w:line="240" w:lineRule="auto"/>
            </w:pPr>
            <w:r>
              <w:rPr>
                <w:sz w:val="15"/>
              </w:rPr>
            </w:r>
          </w:p>
        </w:tc>
        <w:tc>
          <w:tcPr>
            <w:tcW w:type="dxa" w:w="1656"/>
            <w:tcMar>
              <w:top w:w="95" w:type="dxa"/>
              <w:start w:w="95" w:type="dxa"/>
              <w:bottom w:w="95" w:type="dxa"/>
              <w:end w:w="95" w:type="dxa"/>
            </w:tcMar>
            <w:vAlign w:val="center"/>
          </w:tcPr>
          <w:p>
            <w:pPr>
              <w:spacing w:after="20" w:line="240" w:lineRule="auto"/>
            </w:pPr>
            <w:r>
              <w:rPr>
                <w:sz w:val="15"/>
              </w:rPr>
            </w:r>
          </w:p>
        </w:tc>
        <w:tc>
          <w:tcPr>
            <w:tcW w:type="dxa" w:w="1872"/>
            <w:tcMar>
              <w:top w:w="95" w:type="dxa"/>
              <w:start w:w="95" w:type="dxa"/>
              <w:bottom w:w="95" w:type="dxa"/>
              <w:end w:w="95" w:type="dxa"/>
            </w:tcMar>
            <w:vAlign w:val="center"/>
          </w:tcPr>
          <w:p>
            <w:pPr>
              <w:spacing w:after="20" w:line="240" w:lineRule="auto"/>
            </w:pPr>
            <w:r>
              <w:rPr>
                <w:sz w:val="15"/>
              </w:rPr>
            </w:r>
          </w:p>
        </w:tc>
        <w:tc>
          <w:tcPr>
            <w:tcW w:type="dxa" w:w="1440"/>
            <w:tcMar>
              <w:top w:w="95" w:type="dxa"/>
              <w:start w:w="95" w:type="dxa"/>
              <w:bottom w:w="95" w:type="dxa"/>
              <w:end w:w="95" w:type="dxa"/>
            </w:tcMar>
            <w:vAlign w:val="center"/>
          </w:tcPr>
          <w:p>
            <w:pPr>
              <w:spacing w:after="20" w:line="240" w:lineRule="auto"/>
            </w:pPr>
            <w:r>
              <w:rPr>
                <w:sz w:val="15"/>
              </w:rPr>
            </w:r>
          </w:p>
        </w:tc>
        <w:tc>
          <w:tcPr>
            <w:tcW w:type="dxa" w:w="2376"/>
            <w:tcMar>
              <w:top w:w="95" w:type="dxa"/>
              <w:start w:w="95" w:type="dxa"/>
              <w:bottom w:w="95" w:type="dxa"/>
              <w:end w:w="95" w:type="dxa"/>
            </w:tcMar>
            <w:vAlign w:val="center"/>
          </w:tcPr>
          <w:p>
            <w:pPr>
              <w:spacing w:after="20" w:line="240" w:lineRule="auto"/>
            </w:pPr>
            <w:r>
              <w:rPr>
                <w:sz w:val="15"/>
              </w:rPr>
            </w:r>
          </w:p>
        </w:tc>
        <w:tc>
          <w:tcPr>
            <w:tcW w:type="dxa" w:w="936"/>
            <w:tcMar>
              <w:top w:w="95" w:type="dxa"/>
              <w:start w:w="95" w:type="dxa"/>
              <w:bottom w:w="95" w:type="dxa"/>
              <w:end w:w="95" w:type="dxa"/>
            </w:tcMar>
            <w:vAlign w:val="center"/>
          </w:tcPr>
          <w:p>
            <w:pPr>
              <w:spacing w:after="20" w:line="240" w:lineRule="auto"/>
            </w:pPr>
            <w:r>
              <w:rPr>
                <w:sz w:val="15"/>
              </w:rPr>
            </w:r>
          </w:p>
        </w:tc>
      </w:tr>
    </w:tbl>
    <w:p>
      <w:pPr>
        <w:spacing w:after="20"/>
      </w:pPr>
    </w:p>
    <w:p>
      <w:pPr>
        <w:pStyle w:val="Heading2"/>
      </w:pPr>
      <w:r>
        <w:t>3.3 Supporting Information</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045"/>
        <w:gridCol w:w="2045"/>
        <w:gridCol w:w="2045"/>
        <w:gridCol w:w="2045"/>
        <w:gridCol w:w="2045"/>
      </w:tblGrid>
      <w:tr>
        <w:trPr>
          <w:tblHeader w:val="true"/>
          <w:cantSplit/>
        </w:trPr>
        <w:tc>
          <w:tcPr>
            <w:tcW w:type="dxa" w:w="2880"/>
            <w:shd w:fill="17365D"/>
            <w:tcMar>
              <w:top w:w="95" w:type="dxa"/>
              <w:start w:w="95" w:type="dxa"/>
              <w:bottom w:w="95" w:type="dxa"/>
              <w:end w:w="95" w:type="dxa"/>
            </w:tcMar>
            <w:vAlign w:val="center"/>
          </w:tcPr>
          <w:p>
            <w:r>
              <w:rPr>
                <w:b/>
                <w:color w:val="FFFFFF"/>
                <w:sz w:val="16"/>
              </w:rPr>
              <w:t>Document</w:t>
            </w:r>
          </w:p>
        </w:tc>
        <w:tc>
          <w:tcPr>
            <w:tcW w:type="dxa" w:w="1152"/>
            <w:shd w:fill="17365D"/>
            <w:tcMar>
              <w:top w:w="95" w:type="dxa"/>
              <w:start w:w="95" w:type="dxa"/>
              <w:bottom w:w="95" w:type="dxa"/>
              <w:end w:w="95" w:type="dxa"/>
            </w:tcMar>
            <w:vAlign w:val="center"/>
          </w:tcPr>
          <w:p>
            <w:r>
              <w:rPr>
                <w:b/>
                <w:color w:val="FFFFFF"/>
                <w:sz w:val="16"/>
              </w:rPr>
              <w:t>Date</w:t>
            </w:r>
          </w:p>
        </w:tc>
        <w:tc>
          <w:tcPr>
            <w:tcW w:type="dxa" w:w="2016"/>
            <w:shd w:fill="17365D"/>
            <w:tcMar>
              <w:top w:w="95" w:type="dxa"/>
              <w:start w:w="95" w:type="dxa"/>
              <w:bottom w:w="95" w:type="dxa"/>
              <w:end w:w="95" w:type="dxa"/>
            </w:tcMar>
            <w:vAlign w:val="center"/>
          </w:tcPr>
          <w:p>
            <w:r>
              <w:rPr>
                <w:b/>
                <w:color w:val="FFFFFF"/>
                <w:sz w:val="16"/>
              </w:rPr>
              <w:t>Source</w:t>
            </w:r>
          </w:p>
        </w:tc>
        <w:tc>
          <w:tcPr>
            <w:tcW w:type="dxa" w:w="1944"/>
            <w:shd w:fill="17365D"/>
            <w:tcMar>
              <w:top w:w="95" w:type="dxa"/>
              <w:start w:w="95" w:type="dxa"/>
              <w:bottom w:w="95" w:type="dxa"/>
              <w:end w:w="95" w:type="dxa"/>
            </w:tcMar>
            <w:vAlign w:val="center"/>
          </w:tcPr>
          <w:p>
            <w:r>
              <w:rPr>
                <w:b/>
                <w:color w:val="FFFFFF"/>
                <w:sz w:val="16"/>
              </w:rPr>
              <w:t>Reference</w:t>
            </w:r>
          </w:p>
        </w:tc>
        <w:tc>
          <w:tcPr>
            <w:tcW w:type="dxa" w:w="1944"/>
            <w:shd w:fill="17365D"/>
            <w:tcMar>
              <w:top w:w="95" w:type="dxa"/>
              <w:start w:w="95" w:type="dxa"/>
              <w:bottom w:w="95" w:type="dxa"/>
              <w:end w:w="95" w:type="dxa"/>
            </w:tcMar>
            <w:vAlign w:val="center"/>
          </w:tcPr>
          <w:p>
            <w:r>
              <w:rPr>
                <w:b/>
                <w:color w:val="FFFFFF"/>
                <w:sz w:val="16"/>
              </w:rPr>
              <w:t>Confidentiality</w:t>
            </w:r>
          </w:p>
        </w:tc>
      </w:tr>
      <w:tr>
        <w:trPr>
          <w:cantSplit/>
        </w:trPr>
        <w:tc>
          <w:tcPr>
            <w:tcW w:type="dxa" w:w="2880"/>
            <w:tcMar>
              <w:top w:w="95" w:type="dxa"/>
              <w:start w:w="95" w:type="dxa"/>
              <w:bottom w:w="95" w:type="dxa"/>
              <w:end w:w="95" w:type="dxa"/>
            </w:tcMar>
            <w:vAlign w:val="center"/>
          </w:tcPr>
          <w:p>
            <w:pPr>
              <w:spacing w:after="20" w:line="240" w:lineRule="auto"/>
            </w:pPr>
            <w:r>
              <w:rPr>
                <w:sz w:val="16"/>
              </w:rPr>
            </w:r>
          </w:p>
        </w:tc>
        <w:tc>
          <w:tcPr>
            <w:tcW w:type="dxa" w:w="1152"/>
            <w:tcMar>
              <w:top w:w="95" w:type="dxa"/>
              <w:start w:w="95" w:type="dxa"/>
              <w:bottom w:w="95" w:type="dxa"/>
              <w:end w:w="95" w:type="dxa"/>
            </w:tcMar>
            <w:vAlign w:val="center"/>
          </w:tcPr>
          <w:p>
            <w:pPr>
              <w:spacing w:after="20" w:line="240" w:lineRule="auto"/>
            </w:pPr>
            <w:r>
              <w:rPr>
                <w:sz w:val="16"/>
              </w:rPr>
            </w:r>
          </w:p>
        </w:tc>
        <w:tc>
          <w:tcPr>
            <w:tcW w:type="dxa" w:w="2016"/>
            <w:tcMar>
              <w:top w:w="95" w:type="dxa"/>
              <w:start w:w="95" w:type="dxa"/>
              <w:bottom w:w="95" w:type="dxa"/>
              <w:end w:w="95" w:type="dxa"/>
            </w:tcMar>
            <w:vAlign w:val="center"/>
          </w:tcPr>
          <w:p>
            <w:pPr>
              <w:spacing w:after="20" w:line="240" w:lineRule="auto"/>
            </w:pPr>
            <w:r>
              <w:rPr>
                <w:sz w:val="16"/>
              </w:rPr>
            </w:r>
          </w:p>
        </w:tc>
        <w:tc>
          <w:tcPr>
            <w:tcW w:type="dxa" w:w="1944"/>
            <w:tcMar>
              <w:top w:w="95" w:type="dxa"/>
              <w:start w:w="95" w:type="dxa"/>
              <w:bottom w:w="95" w:type="dxa"/>
              <w:end w:w="95" w:type="dxa"/>
            </w:tcMar>
            <w:vAlign w:val="center"/>
          </w:tcPr>
          <w:p>
            <w:pPr>
              <w:spacing w:after="20" w:line="240" w:lineRule="auto"/>
            </w:pPr>
            <w:r>
              <w:rPr>
                <w:sz w:val="16"/>
              </w:rPr>
            </w:r>
          </w:p>
        </w:tc>
        <w:tc>
          <w:tcPr>
            <w:tcW w:type="dxa" w:w="1944"/>
            <w:tcMar>
              <w:top w:w="95" w:type="dxa"/>
              <w:start w:w="95" w:type="dxa"/>
              <w:bottom w:w="95" w:type="dxa"/>
              <w:end w:w="95" w:type="dxa"/>
            </w:tcMar>
            <w:vAlign w:val="center"/>
          </w:tcPr>
          <w:p>
            <w:pPr>
              <w:spacing w:after="20" w:line="240" w:lineRule="auto"/>
            </w:pPr>
            <w:r>
              <w:rPr>
                <w:sz w:val="16"/>
              </w:rPr>
            </w:r>
          </w:p>
        </w:tc>
      </w:tr>
      <w:tr>
        <w:trPr>
          <w:cantSplit/>
        </w:trPr>
        <w:tc>
          <w:tcPr>
            <w:tcW w:type="dxa" w:w="2880"/>
            <w:tcMar>
              <w:top w:w="95" w:type="dxa"/>
              <w:start w:w="95" w:type="dxa"/>
              <w:bottom w:w="95" w:type="dxa"/>
              <w:end w:w="95" w:type="dxa"/>
            </w:tcMar>
            <w:vAlign w:val="center"/>
            <w:shd w:fill="F4F7FA"/>
          </w:tcPr>
          <w:p>
            <w:pPr>
              <w:spacing w:after="20" w:line="240" w:lineRule="auto"/>
            </w:pPr>
            <w:r>
              <w:rPr>
                <w:sz w:val="16"/>
              </w:rPr>
            </w:r>
          </w:p>
        </w:tc>
        <w:tc>
          <w:tcPr>
            <w:tcW w:type="dxa" w:w="1152"/>
            <w:tcMar>
              <w:top w:w="95" w:type="dxa"/>
              <w:start w:w="95" w:type="dxa"/>
              <w:bottom w:w="95" w:type="dxa"/>
              <w:end w:w="95" w:type="dxa"/>
            </w:tcMar>
            <w:vAlign w:val="center"/>
            <w:shd w:fill="F4F7FA"/>
          </w:tcPr>
          <w:p>
            <w:pPr>
              <w:spacing w:after="20" w:line="240" w:lineRule="auto"/>
            </w:pPr>
            <w:r>
              <w:rPr>
                <w:sz w:val="16"/>
              </w:rPr>
            </w:r>
          </w:p>
        </w:tc>
        <w:tc>
          <w:tcPr>
            <w:tcW w:type="dxa" w:w="2016"/>
            <w:tcMar>
              <w:top w:w="95" w:type="dxa"/>
              <w:start w:w="95" w:type="dxa"/>
              <w:bottom w:w="95" w:type="dxa"/>
              <w:end w:w="95" w:type="dxa"/>
            </w:tcMar>
            <w:vAlign w:val="center"/>
            <w:shd w:fill="F4F7FA"/>
          </w:tcPr>
          <w:p>
            <w:pPr>
              <w:spacing w:after="20" w:line="240" w:lineRule="auto"/>
            </w:pPr>
            <w:r>
              <w:rPr>
                <w:sz w:val="16"/>
              </w:rPr>
            </w:r>
          </w:p>
        </w:tc>
        <w:tc>
          <w:tcPr>
            <w:tcW w:type="dxa" w:w="1944"/>
            <w:tcMar>
              <w:top w:w="95" w:type="dxa"/>
              <w:start w:w="95" w:type="dxa"/>
              <w:bottom w:w="95" w:type="dxa"/>
              <w:end w:w="95" w:type="dxa"/>
            </w:tcMar>
            <w:vAlign w:val="center"/>
            <w:shd w:fill="F4F7FA"/>
          </w:tcPr>
          <w:p>
            <w:pPr>
              <w:spacing w:after="20" w:line="240" w:lineRule="auto"/>
            </w:pPr>
            <w:r>
              <w:rPr>
                <w:sz w:val="16"/>
              </w:rPr>
            </w:r>
          </w:p>
        </w:tc>
        <w:tc>
          <w:tcPr>
            <w:tcW w:type="dxa" w:w="1944"/>
            <w:tcMar>
              <w:top w:w="95" w:type="dxa"/>
              <w:start w:w="95" w:type="dxa"/>
              <w:bottom w:w="95" w:type="dxa"/>
              <w:end w:w="95" w:type="dxa"/>
            </w:tcMar>
            <w:vAlign w:val="center"/>
            <w:shd w:fill="F4F7FA"/>
          </w:tcPr>
          <w:p>
            <w:pPr>
              <w:spacing w:after="20" w:line="240" w:lineRule="auto"/>
            </w:pPr>
            <w:r>
              <w:rPr>
                <w:sz w:val="16"/>
              </w:rPr>
            </w:r>
          </w:p>
        </w:tc>
      </w:tr>
      <w:tr>
        <w:trPr>
          <w:cantSplit/>
        </w:trPr>
        <w:tc>
          <w:tcPr>
            <w:tcW w:type="dxa" w:w="2880"/>
            <w:tcMar>
              <w:top w:w="95" w:type="dxa"/>
              <w:start w:w="95" w:type="dxa"/>
              <w:bottom w:w="95" w:type="dxa"/>
              <w:end w:w="95" w:type="dxa"/>
            </w:tcMar>
            <w:vAlign w:val="center"/>
          </w:tcPr>
          <w:p>
            <w:pPr>
              <w:spacing w:after="20" w:line="240" w:lineRule="auto"/>
            </w:pPr>
            <w:r>
              <w:rPr>
                <w:sz w:val="16"/>
              </w:rPr>
            </w:r>
          </w:p>
        </w:tc>
        <w:tc>
          <w:tcPr>
            <w:tcW w:type="dxa" w:w="1152"/>
            <w:tcMar>
              <w:top w:w="95" w:type="dxa"/>
              <w:start w:w="95" w:type="dxa"/>
              <w:bottom w:w="95" w:type="dxa"/>
              <w:end w:w="95" w:type="dxa"/>
            </w:tcMar>
            <w:vAlign w:val="center"/>
          </w:tcPr>
          <w:p>
            <w:pPr>
              <w:spacing w:after="20" w:line="240" w:lineRule="auto"/>
            </w:pPr>
            <w:r>
              <w:rPr>
                <w:sz w:val="16"/>
              </w:rPr>
            </w:r>
          </w:p>
        </w:tc>
        <w:tc>
          <w:tcPr>
            <w:tcW w:type="dxa" w:w="2016"/>
            <w:tcMar>
              <w:top w:w="95" w:type="dxa"/>
              <w:start w:w="95" w:type="dxa"/>
              <w:bottom w:w="95" w:type="dxa"/>
              <w:end w:w="95" w:type="dxa"/>
            </w:tcMar>
            <w:vAlign w:val="center"/>
          </w:tcPr>
          <w:p>
            <w:pPr>
              <w:spacing w:after="20" w:line="240" w:lineRule="auto"/>
            </w:pPr>
            <w:r>
              <w:rPr>
                <w:sz w:val="16"/>
              </w:rPr>
            </w:r>
          </w:p>
        </w:tc>
        <w:tc>
          <w:tcPr>
            <w:tcW w:type="dxa" w:w="1944"/>
            <w:tcMar>
              <w:top w:w="95" w:type="dxa"/>
              <w:start w:w="95" w:type="dxa"/>
              <w:bottom w:w="95" w:type="dxa"/>
              <w:end w:w="95" w:type="dxa"/>
            </w:tcMar>
            <w:vAlign w:val="center"/>
          </w:tcPr>
          <w:p>
            <w:pPr>
              <w:spacing w:after="20" w:line="240" w:lineRule="auto"/>
            </w:pPr>
            <w:r>
              <w:rPr>
                <w:sz w:val="16"/>
              </w:rPr>
            </w:r>
          </w:p>
        </w:tc>
        <w:tc>
          <w:tcPr>
            <w:tcW w:type="dxa" w:w="1944"/>
            <w:tcMar>
              <w:top w:w="95" w:type="dxa"/>
              <w:start w:w="95" w:type="dxa"/>
              <w:bottom w:w="95" w:type="dxa"/>
              <w:end w:w="95" w:type="dxa"/>
            </w:tcMar>
            <w:vAlign w:val="center"/>
          </w:tcPr>
          <w:p>
            <w:pPr>
              <w:spacing w:after="20" w:line="240" w:lineRule="auto"/>
            </w:pPr>
            <w:r>
              <w:rPr>
                <w:sz w:val="16"/>
              </w:rPr>
            </w:r>
          </w:p>
        </w:tc>
      </w:tr>
      <w:tr>
        <w:trPr>
          <w:cantSplit/>
        </w:trPr>
        <w:tc>
          <w:tcPr>
            <w:tcW w:type="dxa" w:w="2880"/>
            <w:tcMar>
              <w:top w:w="95" w:type="dxa"/>
              <w:start w:w="95" w:type="dxa"/>
              <w:bottom w:w="95" w:type="dxa"/>
              <w:end w:w="95" w:type="dxa"/>
            </w:tcMar>
            <w:vAlign w:val="center"/>
            <w:shd w:fill="F4F7FA"/>
          </w:tcPr>
          <w:p>
            <w:pPr>
              <w:spacing w:after="20" w:line="240" w:lineRule="auto"/>
            </w:pPr>
            <w:r>
              <w:rPr>
                <w:sz w:val="16"/>
              </w:rPr>
            </w:r>
          </w:p>
        </w:tc>
        <w:tc>
          <w:tcPr>
            <w:tcW w:type="dxa" w:w="1152"/>
            <w:tcMar>
              <w:top w:w="95" w:type="dxa"/>
              <w:start w:w="95" w:type="dxa"/>
              <w:bottom w:w="95" w:type="dxa"/>
              <w:end w:w="95" w:type="dxa"/>
            </w:tcMar>
            <w:vAlign w:val="center"/>
            <w:shd w:fill="F4F7FA"/>
          </w:tcPr>
          <w:p>
            <w:pPr>
              <w:spacing w:after="20" w:line="240" w:lineRule="auto"/>
            </w:pPr>
            <w:r>
              <w:rPr>
                <w:sz w:val="16"/>
              </w:rPr>
            </w:r>
          </w:p>
        </w:tc>
        <w:tc>
          <w:tcPr>
            <w:tcW w:type="dxa" w:w="2016"/>
            <w:tcMar>
              <w:top w:w="95" w:type="dxa"/>
              <w:start w:w="95" w:type="dxa"/>
              <w:bottom w:w="95" w:type="dxa"/>
              <w:end w:w="95" w:type="dxa"/>
            </w:tcMar>
            <w:vAlign w:val="center"/>
            <w:shd w:fill="F4F7FA"/>
          </w:tcPr>
          <w:p>
            <w:pPr>
              <w:spacing w:after="20" w:line="240" w:lineRule="auto"/>
            </w:pPr>
            <w:r>
              <w:rPr>
                <w:sz w:val="16"/>
              </w:rPr>
            </w:r>
          </w:p>
        </w:tc>
        <w:tc>
          <w:tcPr>
            <w:tcW w:type="dxa" w:w="1944"/>
            <w:tcMar>
              <w:top w:w="95" w:type="dxa"/>
              <w:start w:w="95" w:type="dxa"/>
              <w:bottom w:w="95" w:type="dxa"/>
              <w:end w:w="95" w:type="dxa"/>
            </w:tcMar>
            <w:vAlign w:val="center"/>
            <w:shd w:fill="F4F7FA"/>
          </w:tcPr>
          <w:p>
            <w:pPr>
              <w:spacing w:after="20" w:line="240" w:lineRule="auto"/>
            </w:pPr>
            <w:r>
              <w:rPr>
                <w:sz w:val="16"/>
              </w:rPr>
            </w:r>
          </w:p>
        </w:tc>
        <w:tc>
          <w:tcPr>
            <w:tcW w:type="dxa" w:w="1944"/>
            <w:tcMar>
              <w:top w:w="95" w:type="dxa"/>
              <w:start w:w="95" w:type="dxa"/>
              <w:bottom w:w="95" w:type="dxa"/>
              <w:end w:w="95" w:type="dxa"/>
            </w:tcMar>
            <w:vAlign w:val="center"/>
            <w:shd w:fill="F4F7FA"/>
          </w:tcPr>
          <w:p>
            <w:pPr>
              <w:spacing w:after="20" w:line="240" w:lineRule="auto"/>
            </w:pPr>
            <w:r>
              <w:rPr>
                <w:sz w:val="16"/>
              </w:rPr>
            </w:r>
          </w:p>
        </w:tc>
      </w:tr>
      <w:tr>
        <w:trPr>
          <w:cantSplit/>
        </w:trPr>
        <w:tc>
          <w:tcPr>
            <w:tcW w:type="dxa" w:w="2880"/>
            <w:tcMar>
              <w:top w:w="95" w:type="dxa"/>
              <w:start w:w="95" w:type="dxa"/>
              <w:bottom w:w="95" w:type="dxa"/>
              <w:end w:w="95" w:type="dxa"/>
            </w:tcMar>
            <w:vAlign w:val="center"/>
          </w:tcPr>
          <w:p>
            <w:pPr>
              <w:spacing w:after="20" w:line="240" w:lineRule="auto"/>
            </w:pPr>
            <w:r>
              <w:rPr>
                <w:sz w:val="16"/>
              </w:rPr>
            </w:r>
          </w:p>
        </w:tc>
        <w:tc>
          <w:tcPr>
            <w:tcW w:type="dxa" w:w="1152"/>
            <w:tcMar>
              <w:top w:w="95" w:type="dxa"/>
              <w:start w:w="95" w:type="dxa"/>
              <w:bottom w:w="95" w:type="dxa"/>
              <w:end w:w="95" w:type="dxa"/>
            </w:tcMar>
            <w:vAlign w:val="center"/>
          </w:tcPr>
          <w:p>
            <w:pPr>
              <w:spacing w:after="20" w:line="240" w:lineRule="auto"/>
            </w:pPr>
            <w:r>
              <w:rPr>
                <w:sz w:val="16"/>
              </w:rPr>
            </w:r>
          </w:p>
        </w:tc>
        <w:tc>
          <w:tcPr>
            <w:tcW w:type="dxa" w:w="2016"/>
            <w:tcMar>
              <w:top w:w="95" w:type="dxa"/>
              <w:start w:w="95" w:type="dxa"/>
              <w:bottom w:w="95" w:type="dxa"/>
              <w:end w:w="95" w:type="dxa"/>
            </w:tcMar>
            <w:vAlign w:val="center"/>
          </w:tcPr>
          <w:p>
            <w:pPr>
              <w:spacing w:after="20" w:line="240" w:lineRule="auto"/>
            </w:pPr>
            <w:r>
              <w:rPr>
                <w:sz w:val="16"/>
              </w:rPr>
            </w:r>
          </w:p>
        </w:tc>
        <w:tc>
          <w:tcPr>
            <w:tcW w:type="dxa" w:w="1944"/>
            <w:tcMar>
              <w:top w:w="95" w:type="dxa"/>
              <w:start w:w="95" w:type="dxa"/>
              <w:bottom w:w="95" w:type="dxa"/>
              <w:end w:w="95" w:type="dxa"/>
            </w:tcMar>
            <w:vAlign w:val="center"/>
          </w:tcPr>
          <w:p>
            <w:pPr>
              <w:spacing w:after="20" w:line="240" w:lineRule="auto"/>
            </w:pPr>
            <w:r>
              <w:rPr>
                <w:sz w:val="16"/>
              </w:rPr>
            </w:r>
          </w:p>
        </w:tc>
        <w:tc>
          <w:tcPr>
            <w:tcW w:type="dxa" w:w="1944"/>
            <w:tcMar>
              <w:top w:w="95" w:type="dxa"/>
              <w:start w:w="95" w:type="dxa"/>
              <w:bottom w:w="95" w:type="dxa"/>
              <w:end w:w="95" w:type="dxa"/>
            </w:tcMar>
            <w:vAlign w:val="center"/>
          </w:tcPr>
          <w:p>
            <w:pPr>
              <w:spacing w:after="20" w:line="240" w:lineRule="auto"/>
            </w:pPr>
            <w:r>
              <w:rPr>
                <w:sz w:val="16"/>
              </w:rPr>
            </w:r>
          </w:p>
        </w:tc>
      </w:tr>
      <w:tr>
        <w:trPr>
          <w:cantSplit/>
        </w:trPr>
        <w:tc>
          <w:tcPr>
            <w:tcW w:type="dxa" w:w="2880"/>
            <w:tcMar>
              <w:top w:w="95" w:type="dxa"/>
              <w:start w:w="95" w:type="dxa"/>
              <w:bottom w:w="95" w:type="dxa"/>
              <w:end w:w="95" w:type="dxa"/>
            </w:tcMar>
            <w:vAlign w:val="center"/>
            <w:shd w:fill="F4F7FA"/>
          </w:tcPr>
          <w:p>
            <w:pPr>
              <w:spacing w:after="20" w:line="240" w:lineRule="auto"/>
            </w:pPr>
            <w:r>
              <w:rPr>
                <w:sz w:val="16"/>
              </w:rPr>
            </w:r>
          </w:p>
        </w:tc>
        <w:tc>
          <w:tcPr>
            <w:tcW w:type="dxa" w:w="1152"/>
            <w:tcMar>
              <w:top w:w="95" w:type="dxa"/>
              <w:start w:w="95" w:type="dxa"/>
              <w:bottom w:w="95" w:type="dxa"/>
              <w:end w:w="95" w:type="dxa"/>
            </w:tcMar>
            <w:vAlign w:val="center"/>
            <w:shd w:fill="F4F7FA"/>
          </w:tcPr>
          <w:p>
            <w:pPr>
              <w:spacing w:after="20" w:line="240" w:lineRule="auto"/>
            </w:pPr>
            <w:r>
              <w:rPr>
                <w:sz w:val="16"/>
              </w:rPr>
            </w:r>
          </w:p>
        </w:tc>
        <w:tc>
          <w:tcPr>
            <w:tcW w:type="dxa" w:w="2016"/>
            <w:tcMar>
              <w:top w:w="95" w:type="dxa"/>
              <w:start w:w="95" w:type="dxa"/>
              <w:bottom w:w="95" w:type="dxa"/>
              <w:end w:w="95" w:type="dxa"/>
            </w:tcMar>
            <w:vAlign w:val="center"/>
            <w:shd w:fill="F4F7FA"/>
          </w:tcPr>
          <w:p>
            <w:pPr>
              <w:spacing w:after="20" w:line="240" w:lineRule="auto"/>
            </w:pPr>
            <w:r>
              <w:rPr>
                <w:sz w:val="16"/>
              </w:rPr>
            </w:r>
          </w:p>
        </w:tc>
        <w:tc>
          <w:tcPr>
            <w:tcW w:type="dxa" w:w="1944"/>
            <w:tcMar>
              <w:top w:w="95" w:type="dxa"/>
              <w:start w:w="95" w:type="dxa"/>
              <w:bottom w:w="95" w:type="dxa"/>
              <w:end w:w="95" w:type="dxa"/>
            </w:tcMar>
            <w:vAlign w:val="center"/>
            <w:shd w:fill="F4F7FA"/>
          </w:tcPr>
          <w:p>
            <w:pPr>
              <w:spacing w:after="20" w:line="240" w:lineRule="auto"/>
            </w:pPr>
            <w:r>
              <w:rPr>
                <w:sz w:val="16"/>
              </w:rPr>
            </w:r>
          </w:p>
        </w:tc>
        <w:tc>
          <w:tcPr>
            <w:tcW w:type="dxa" w:w="1944"/>
            <w:tcMar>
              <w:top w:w="95" w:type="dxa"/>
              <w:start w:w="95" w:type="dxa"/>
              <w:bottom w:w="95" w:type="dxa"/>
              <w:end w:w="95" w:type="dxa"/>
            </w:tcMar>
            <w:vAlign w:val="center"/>
            <w:shd w:fill="F4F7FA"/>
          </w:tcPr>
          <w:p>
            <w:pPr>
              <w:spacing w:after="20" w:line="240" w:lineRule="auto"/>
            </w:pPr>
            <w:r>
              <w:rPr>
                <w:sz w:val="16"/>
              </w:rPr>
            </w:r>
          </w:p>
        </w:tc>
      </w:tr>
    </w:tbl>
    <w:p>
      <w:pPr>
        <w:spacing w:after="20"/>
      </w:pPr>
    </w:p>
    <w:p>
      <w:r>
        <w:br w:type="page"/>
      </w:r>
    </w:p>
    <w:p>
      <w:pPr>
        <w:pStyle w:val="Heading1"/>
      </w:pPr>
      <w:r>
        <w:t>Section 4 Declarant Certification</w:t>
      </w:r>
    </w:p>
    <w:p>
      <w:r>
        <w:t>☐ I have read and understood the organisation’s conflict-of-interest requirements.</w:t>
      </w:r>
    </w:p>
    <w:p>
      <w:r>
        <w:t>☐ I have disclosed all interests and relationships that may create an actual, potential or perceived conflict.</w:t>
      </w:r>
    </w:p>
    <w:p>
      <w:r>
        <w:t>☐ The information is complete and accurate to the best of my knowledge.</w:t>
      </w:r>
    </w:p>
    <w:p>
      <w:r>
        <w:t>☐ I have not intentionally concealed ownership, benefit, relationship or relevant information.</w:t>
      </w:r>
    </w:p>
    <w:p>
      <w:r>
        <w:t>☐ I will not participate in the relevant matter until authorised safeguards are confirmed.</w:t>
      </w:r>
    </w:p>
    <w:p>
      <w:r>
        <w:t>☐ I will notify the designated authority promptly if circumstances change.</w:t>
      </w:r>
    </w:p>
    <w:p>
      <w:r>
        <w:t>☐ I understand that disclosure does not by itself authorise participation.</w:t>
      </w:r>
    </w:p>
    <w:p>
      <w:r>
        <w:t>☐ I understand that false, incomplete or late disclosure may lead to action under applicable policy and law.</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12"/>
        <w:gridCol w:w="5112"/>
      </w:tblGrid>
      <w:tr>
        <w:trPr>
          <w:tblHeader w:val="true"/>
          <w:cantSplit/>
        </w:trPr>
        <w:tc>
          <w:tcPr>
            <w:tcW w:type="dxa" w:w="3240"/>
            <w:shd w:fill="17365D"/>
            <w:tcMar>
              <w:top w:w="95" w:type="dxa"/>
              <w:start w:w="95" w:type="dxa"/>
              <w:bottom w:w="95" w:type="dxa"/>
              <w:end w:w="95" w:type="dxa"/>
            </w:tcMar>
            <w:vAlign w:val="center"/>
          </w:tcPr>
          <w:p>
            <w:r>
              <w:rPr>
                <w:b/>
                <w:color w:val="FFFFFF"/>
                <w:sz w:val="18"/>
              </w:rPr>
              <w:t>Field</w:t>
            </w:r>
          </w:p>
        </w:tc>
        <w:tc>
          <w:tcPr>
            <w:tcW w:type="dxa" w:w="6696"/>
            <w:shd w:fill="17365D"/>
            <w:tcMar>
              <w:top w:w="95" w:type="dxa"/>
              <w:start w:w="95" w:type="dxa"/>
              <w:bottom w:w="95" w:type="dxa"/>
              <w:end w:w="95" w:type="dxa"/>
            </w:tcMar>
            <w:vAlign w:val="center"/>
          </w:tcPr>
          <w:p>
            <w:r>
              <w:rPr>
                <w:b/>
                <w:color w:val="FFFFFF"/>
                <w:sz w:val="18"/>
              </w:rPr>
              <w:t>Declaration</w:t>
            </w:r>
          </w:p>
        </w:tc>
      </w:tr>
      <w:tr>
        <w:trPr>
          <w:cantSplit/>
        </w:trPr>
        <w:tc>
          <w:tcPr>
            <w:tcW w:type="dxa" w:w="3240"/>
            <w:tcMar>
              <w:top w:w="95" w:type="dxa"/>
              <w:start w:w="95" w:type="dxa"/>
              <w:bottom w:w="95" w:type="dxa"/>
              <w:end w:w="95" w:type="dxa"/>
            </w:tcMar>
            <w:vAlign w:val="center"/>
          </w:tcPr>
          <w:p>
            <w:pPr>
              <w:spacing w:after="20" w:line="240" w:lineRule="auto"/>
            </w:pPr>
            <w:r>
              <w:rPr>
                <w:sz w:val="18"/>
              </w:rPr>
              <w:t>Declarant name</w:t>
            </w:r>
          </w:p>
        </w:tc>
        <w:tc>
          <w:tcPr>
            <w:tcW w:type="dxa" w:w="6696"/>
            <w:tcMar>
              <w:top w:w="95" w:type="dxa"/>
              <w:start w:w="95" w:type="dxa"/>
              <w:bottom w:w="95" w:type="dxa"/>
              <w:end w:w="95" w:type="dxa"/>
            </w:tcMar>
            <w:vAlign w:val="center"/>
          </w:tcPr>
          <w:p>
            <w:pPr>
              <w:spacing w:after="20" w:line="240" w:lineRule="auto"/>
            </w:pPr>
            <w:r>
              <w:rPr>
                <w:sz w:val="18"/>
              </w:rPr>
            </w:r>
          </w:p>
        </w:tc>
      </w:tr>
      <w:tr>
        <w:trPr>
          <w:cantSplit/>
        </w:trPr>
        <w:tc>
          <w:tcPr>
            <w:tcW w:type="dxa" w:w="3240"/>
            <w:tcMar>
              <w:top w:w="95" w:type="dxa"/>
              <w:start w:w="95" w:type="dxa"/>
              <w:bottom w:w="95" w:type="dxa"/>
              <w:end w:w="95" w:type="dxa"/>
            </w:tcMar>
            <w:vAlign w:val="center"/>
            <w:shd w:fill="F4F7FA"/>
          </w:tcPr>
          <w:p>
            <w:pPr>
              <w:spacing w:after="20" w:line="240" w:lineRule="auto"/>
            </w:pPr>
            <w:r>
              <w:rPr>
                <w:sz w:val="18"/>
              </w:rPr>
              <w:t>Signature</w:t>
            </w:r>
          </w:p>
        </w:tc>
        <w:tc>
          <w:tcPr>
            <w:tcW w:type="dxa" w:w="6696"/>
            <w:tcMar>
              <w:top w:w="95" w:type="dxa"/>
              <w:start w:w="95" w:type="dxa"/>
              <w:bottom w:w="95" w:type="dxa"/>
              <w:end w:w="95" w:type="dxa"/>
            </w:tcMar>
            <w:vAlign w:val="center"/>
            <w:shd w:fill="F4F7FA"/>
          </w:tcPr>
          <w:p>
            <w:pPr>
              <w:spacing w:after="20" w:line="240" w:lineRule="auto"/>
            </w:pPr>
            <w:r>
              <w:rPr>
                <w:sz w:val="18"/>
              </w:rPr>
            </w:r>
          </w:p>
        </w:tc>
      </w:tr>
      <w:tr>
        <w:trPr>
          <w:cantSplit/>
        </w:trPr>
        <w:tc>
          <w:tcPr>
            <w:tcW w:type="dxa" w:w="3240"/>
            <w:tcMar>
              <w:top w:w="95" w:type="dxa"/>
              <w:start w:w="95" w:type="dxa"/>
              <w:bottom w:w="95" w:type="dxa"/>
              <w:end w:w="95" w:type="dxa"/>
            </w:tcMar>
            <w:vAlign w:val="center"/>
          </w:tcPr>
          <w:p>
            <w:pPr>
              <w:spacing w:after="20" w:line="240" w:lineRule="auto"/>
            </w:pPr>
            <w:r>
              <w:rPr>
                <w:sz w:val="18"/>
              </w:rPr>
              <w:t>Date</w:t>
            </w:r>
          </w:p>
        </w:tc>
        <w:tc>
          <w:tcPr>
            <w:tcW w:type="dxa" w:w="6696"/>
            <w:tcMar>
              <w:top w:w="95" w:type="dxa"/>
              <w:start w:w="95" w:type="dxa"/>
              <w:bottom w:w="95" w:type="dxa"/>
              <w:end w:w="95" w:type="dxa"/>
            </w:tcMar>
            <w:vAlign w:val="center"/>
          </w:tcPr>
          <w:p>
            <w:pPr>
              <w:spacing w:after="20" w:line="240" w:lineRule="auto"/>
            </w:pPr>
            <w:r>
              <w:rPr>
                <w:sz w:val="18"/>
              </w:rPr>
            </w:r>
          </w:p>
        </w:tc>
      </w:tr>
      <w:tr>
        <w:trPr>
          <w:cantSplit/>
        </w:trPr>
        <w:tc>
          <w:tcPr>
            <w:tcW w:type="dxa" w:w="3240"/>
            <w:tcMar>
              <w:top w:w="95" w:type="dxa"/>
              <w:start w:w="95" w:type="dxa"/>
              <w:bottom w:w="95" w:type="dxa"/>
              <w:end w:w="95" w:type="dxa"/>
            </w:tcMar>
            <w:vAlign w:val="center"/>
            <w:shd w:fill="F4F7FA"/>
          </w:tcPr>
          <w:p>
            <w:pPr>
              <w:spacing w:after="20" w:line="240" w:lineRule="auto"/>
            </w:pPr>
            <w:r>
              <w:rPr>
                <w:sz w:val="18"/>
              </w:rPr>
              <w:t>Preferred confidential contact</w:t>
            </w:r>
          </w:p>
        </w:tc>
        <w:tc>
          <w:tcPr>
            <w:tcW w:type="dxa" w:w="6696"/>
            <w:tcMar>
              <w:top w:w="95" w:type="dxa"/>
              <w:start w:w="95" w:type="dxa"/>
              <w:bottom w:w="95" w:type="dxa"/>
              <w:end w:w="95" w:type="dxa"/>
            </w:tcMar>
            <w:vAlign w:val="center"/>
            <w:shd w:fill="F4F7FA"/>
          </w:tcPr>
          <w:p>
            <w:pPr>
              <w:spacing w:after="20" w:line="240" w:lineRule="auto"/>
            </w:pPr>
            <w:r>
              <w:rPr>
                <w:sz w:val="18"/>
              </w:rPr>
            </w:r>
          </w:p>
        </w:tc>
      </w:tr>
      <w:tr>
        <w:trPr>
          <w:cantSplit/>
        </w:trPr>
        <w:tc>
          <w:tcPr>
            <w:tcW w:type="dxa" w:w="3240"/>
            <w:tcMar>
              <w:top w:w="95" w:type="dxa"/>
              <w:start w:w="95" w:type="dxa"/>
              <w:bottom w:w="95" w:type="dxa"/>
              <w:end w:w="95" w:type="dxa"/>
            </w:tcMar>
            <w:vAlign w:val="center"/>
          </w:tcPr>
          <w:p>
            <w:pPr>
              <w:spacing w:after="20" w:line="240" w:lineRule="auto"/>
            </w:pPr>
            <w:r>
              <w:rPr>
                <w:sz w:val="18"/>
              </w:rPr>
              <w:t>Additional comment</w:t>
            </w:r>
          </w:p>
        </w:tc>
        <w:tc>
          <w:tcPr>
            <w:tcW w:type="dxa" w:w="6696"/>
            <w:tcMar>
              <w:top w:w="95" w:type="dxa"/>
              <w:start w:w="95" w:type="dxa"/>
              <w:bottom w:w="95" w:type="dxa"/>
              <w:end w:w="95" w:type="dxa"/>
            </w:tcMar>
            <w:vAlign w:val="center"/>
          </w:tcPr>
          <w:p>
            <w:pPr>
              <w:spacing w:after="20" w:line="240" w:lineRule="auto"/>
            </w:pPr>
            <w:r>
              <w:rPr>
                <w:sz w:val="18"/>
              </w:rPr>
            </w:r>
          </w:p>
        </w:tc>
      </w:tr>
    </w:tbl>
    <w:p>
      <w:pPr>
        <w:spacing w:after="20"/>
      </w:pPr>
    </w:p>
    <w:p>
      <w:pPr>
        <w:pStyle w:val="Heading2"/>
      </w:pPr>
      <w:r>
        <w:t>4.1 No Conflict Certification</w:t>
      </w:r>
    </w:p>
    <w:p>
      <w:r>
        <w:t>If no conflict is declared, complete this statement only after answering every question:</w:t>
      </w:r>
    </w:p>
    <w:p>
      <w:r>
        <w:t>☐ I certify that, after reasonable consideration, I am not aware of any actual, potential or perceived conflict that requires disclosure for the period or matter identified in this form. I understand that I must make a new disclosure if circumstances change.</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12"/>
        <w:gridCol w:w="5112"/>
      </w:tblGrid>
      <w:tr>
        <w:trPr>
          <w:tblHeader w:val="true"/>
          <w:cantSplit/>
        </w:trPr>
        <w:tc>
          <w:tcPr>
            <w:tcW w:type="dxa" w:w="3240"/>
            <w:shd w:fill="17365D"/>
            <w:tcMar>
              <w:top w:w="95" w:type="dxa"/>
              <w:start w:w="95" w:type="dxa"/>
              <w:bottom w:w="95" w:type="dxa"/>
              <w:end w:w="95" w:type="dxa"/>
            </w:tcMar>
            <w:vAlign w:val="center"/>
          </w:tcPr>
          <w:p>
            <w:r>
              <w:rPr>
                <w:b/>
                <w:color w:val="FFFFFF"/>
                <w:sz w:val="18"/>
              </w:rPr>
              <w:t>Field</w:t>
            </w:r>
          </w:p>
        </w:tc>
        <w:tc>
          <w:tcPr>
            <w:tcW w:type="dxa" w:w="6696"/>
            <w:shd w:fill="17365D"/>
            <w:tcMar>
              <w:top w:w="95" w:type="dxa"/>
              <w:start w:w="95" w:type="dxa"/>
              <w:bottom w:w="95" w:type="dxa"/>
              <w:end w:w="95" w:type="dxa"/>
            </w:tcMar>
            <w:vAlign w:val="center"/>
          </w:tcPr>
          <w:p>
            <w:r>
              <w:rPr>
                <w:b/>
                <w:color w:val="FFFFFF"/>
                <w:sz w:val="18"/>
              </w:rPr>
              <w:t>Declaration</w:t>
            </w:r>
          </w:p>
        </w:tc>
      </w:tr>
      <w:tr>
        <w:trPr>
          <w:cantSplit/>
        </w:trPr>
        <w:tc>
          <w:tcPr>
            <w:tcW w:type="dxa" w:w="3240"/>
            <w:tcMar>
              <w:top w:w="95" w:type="dxa"/>
              <w:start w:w="95" w:type="dxa"/>
              <w:bottom w:w="95" w:type="dxa"/>
              <w:end w:w="95" w:type="dxa"/>
            </w:tcMar>
            <w:vAlign w:val="center"/>
          </w:tcPr>
          <w:p>
            <w:pPr>
              <w:spacing w:after="20" w:line="240" w:lineRule="auto"/>
            </w:pPr>
            <w:r>
              <w:rPr>
                <w:sz w:val="18"/>
              </w:rPr>
              <w:t>Name</w:t>
            </w:r>
          </w:p>
        </w:tc>
        <w:tc>
          <w:tcPr>
            <w:tcW w:type="dxa" w:w="6696"/>
            <w:tcMar>
              <w:top w:w="95" w:type="dxa"/>
              <w:start w:w="95" w:type="dxa"/>
              <w:bottom w:w="95" w:type="dxa"/>
              <w:end w:w="95" w:type="dxa"/>
            </w:tcMar>
            <w:vAlign w:val="center"/>
          </w:tcPr>
          <w:p>
            <w:pPr>
              <w:spacing w:after="20" w:line="240" w:lineRule="auto"/>
            </w:pPr>
            <w:r>
              <w:rPr>
                <w:sz w:val="18"/>
              </w:rPr>
            </w:r>
          </w:p>
        </w:tc>
      </w:tr>
      <w:tr>
        <w:trPr>
          <w:cantSplit/>
        </w:trPr>
        <w:tc>
          <w:tcPr>
            <w:tcW w:type="dxa" w:w="3240"/>
            <w:tcMar>
              <w:top w:w="95" w:type="dxa"/>
              <w:start w:w="95" w:type="dxa"/>
              <w:bottom w:w="95" w:type="dxa"/>
              <w:end w:w="95" w:type="dxa"/>
            </w:tcMar>
            <w:vAlign w:val="center"/>
            <w:shd w:fill="F4F7FA"/>
          </w:tcPr>
          <w:p>
            <w:pPr>
              <w:spacing w:after="20" w:line="240" w:lineRule="auto"/>
            </w:pPr>
            <w:r>
              <w:rPr>
                <w:sz w:val="18"/>
              </w:rPr>
              <w:t>Signature</w:t>
            </w:r>
          </w:p>
        </w:tc>
        <w:tc>
          <w:tcPr>
            <w:tcW w:type="dxa" w:w="6696"/>
            <w:tcMar>
              <w:top w:w="95" w:type="dxa"/>
              <w:start w:w="95" w:type="dxa"/>
              <w:bottom w:w="95" w:type="dxa"/>
              <w:end w:w="95" w:type="dxa"/>
            </w:tcMar>
            <w:vAlign w:val="center"/>
            <w:shd w:fill="F4F7FA"/>
          </w:tcPr>
          <w:p>
            <w:pPr>
              <w:spacing w:after="20" w:line="240" w:lineRule="auto"/>
            </w:pPr>
            <w:r>
              <w:rPr>
                <w:sz w:val="18"/>
              </w:rPr>
            </w:r>
          </w:p>
        </w:tc>
      </w:tr>
      <w:tr>
        <w:trPr>
          <w:cantSplit/>
        </w:trPr>
        <w:tc>
          <w:tcPr>
            <w:tcW w:type="dxa" w:w="3240"/>
            <w:tcMar>
              <w:top w:w="95" w:type="dxa"/>
              <w:start w:w="95" w:type="dxa"/>
              <w:bottom w:w="95" w:type="dxa"/>
              <w:end w:w="95" w:type="dxa"/>
            </w:tcMar>
            <w:vAlign w:val="center"/>
          </w:tcPr>
          <w:p>
            <w:pPr>
              <w:spacing w:after="20" w:line="240" w:lineRule="auto"/>
            </w:pPr>
            <w:r>
              <w:rPr>
                <w:sz w:val="18"/>
              </w:rPr>
              <w:t>Date</w:t>
            </w:r>
          </w:p>
        </w:tc>
        <w:tc>
          <w:tcPr>
            <w:tcW w:type="dxa" w:w="6696"/>
            <w:tcMar>
              <w:top w:w="95" w:type="dxa"/>
              <w:start w:w="95" w:type="dxa"/>
              <w:bottom w:w="95" w:type="dxa"/>
              <w:end w:w="95" w:type="dxa"/>
            </w:tcMar>
            <w:vAlign w:val="center"/>
          </w:tcPr>
          <w:p>
            <w:pPr>
              <w:spacing w:after="20" w:line="240" w:lineRule="auto"/>
            </w:pPr>
            <w:r>
              <w:rPr>
                <w:sz w:val="18"/>
              </w:rPr>
            </w:r>
          </w:p>
        </w:tc>
      </w:tr>
    </w:tbl>
    <w:p>
      <w:pPr>
        <w:spacing w:after="20"/>
      </w:pPr>
    </w:p>
    <w:p>
      <w:r>
        <w:br w:type="page"/>
      </w:r>
    </w:p>
    <w:p>
      <w:pPr>
        <w:pStyle w:val="Heading1"/>
      </w:pPr>
      <w:r>
        <w:t>Section 5 Reviewer Assessment</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12"/>
        <w:gridCol w:w="5112"/>
      </w:tblGrid>
      <w:tr>
        <w:trPr>
          <w:tblHeader w:val="true"/>
          <w:cantSplit/>
        </w:trPr>
        <w:tc>
          <w:tcPr>
            <w:tcW w:type="dxa" w:w="3240"/>
            <w:shd w:fill="17365D"/>
            <w:tcMar>
              <w:top w:w="95" w:type="dxa"/>
              <w:start w:w="95" w:type="dxa"/>
              <w:bottom w:w="95" w:type="dxa"/>
              <w:end w:w="95" w:type="dxa"/>
            </w:tcMar>
            <w:vAlign w:val="center"/>
          </w:tcPr>
          <w:p>
            <w:r>
              <w:rPr>
                <w:b/>
                <w:color w:val="FFFFFF"/>
                <w:sz w:val="18"/>
              </w:rPr>
              <w:t>Field</w:t>
            </w:r>
          </w:p>
        </w:tc>
        <w:tc>
          <w:tcPr>
            <w:tcW w:type="dxa" w:w="6696"/>
            <w:shd w:fill="17365D"/>
            <w:tcMar>
              <w:top w:w="95" w:type="dxa"/>
              <w:start w:w="95" w:type="dxa"/>
              <w:bottom w:w="95" w:type="dxa"/>
              <w:end w:w="95" w:type="dxa"/>
            </w:tcMar>
            <w:vAlign w:val="center"/>
          </w:tcPr>
          <w:p>
            <w:r>
              <w:rPr>
                <w:b/>
                <w:color w:val="FFFFFF"/>
                <w:sz w:val="18"/>
              </w:rPr>
              <w:t>Declaration</w:t>
            </w:r>
          </w:p>
        </w:tc>
      </w:tr>
      <w:tr>
        <w:trPr>
          <w:cantSplit/>
        </w:trPr>
        <w:tc>
          <w:tcPr>
            <w:tcW w:type="dxa" w:w="3240"/>
            <w:tcMar>
              <w:top w:w="95" w:type="dxa"/>
              <w:start w:w="95" w:type="dxa"/>
              <w:bottom w:w="95" w:type="dxa"/>
              <w:end w:w="95" w:type="dxa"/>
            </w:tcMar>
            <w:vAlign w:val="center"/>
          </w:tcPr>
          <w:p>
            <w:pPr>
              <w:spacing w:after="20" w:line="240" w:lineRule="auto"/>
            </w:pPr>
            <w:r>
              <w:rPr>
                <w:sz w:val="18"/>
              </w:rPr>
              <w:t>Disclosure ID</w:t>
            </w:r>
          </w:p>
        </w:tc>
        <w:tc>
          <w:tcPr>
            <w:tcW w:type="dxa" w:w="6696"/>
            <w:tcMar>
              <w:top w:w="95" w:type="dxa"/>
              <w:start w:w="95" w:type="dxa"/>
              <w:bottom w:w="95" w:type="dxa"/>
              <w:end w:w="95" w:type="dxa"/>
            </w:tcMar>
            <w:vAlign w:val="center"/>
          </w:tcPr>
          <w:p>
            <w:pPr>
              <w:spacing w:after="20" w:line="240" w:lineRule="auto"/>
            </w:pPr>
            <w:r>
              <w:rPr>
                <w:sz w:val="18"/>
              </w:rPr>
            </w:r>
          </w:p>
        </w:tc>
      </w:tr>
      <w:tr>
        <w:trPr>
          <w:cantSplit/>
        </w:trPr>
        <w:tc>
          <w:tcPr>
            <w:tcW w:type="dxa" w:w="3240"/>
            <w:tcMar>
              <w:top w:w="95" w:type="dxa"/>
              <w:start w:w="95" w:type="dxa"/>
              <w:bottom w:w="95" w:type="dxa"/>
              <w:end w:w="95" w:type="dxa"/>
            </w:tcMar>
            <w:vAlign w:val="center"/>
            <w:shd w:fill="F4F7FA"/>
          </w:tcPr>
          <w:p>
            <w:pPr>
              <w:spacing w:after="20" w:line="240" w:lineRule="auto"/>
            </w:pPr>
            <w:r>
              <w:rPr>
                <w:sz w:val="18"/>
              </w:rPr>
              <w:t>Reviewer</w:t>
            </w:r>
          </w:p>
        </w:tc>
        <w:tc>
          <w:tcPr>
            <w:tcW w:type="dxa" w:w="6696"/>
            <w:tcMar>
              <w:top w:w="95" w:type="dxa"/>
              <w:start w:w="95" w:type="dxa"/>
              <w:bottom w:w="95" w:type="dxa"/>
              <w:end w:w="95" w:type="dxa"/>
            </w:tcMar>
            <w:vAlign w:val="center"/>
            <w:shd w:fill="F4F7FA"/>
          </w:tcPr>
          <w:p>
            <w:pPr>
              <w:spacing w:after="20" w:line="240" w:lineRule="auto"/>
            </w:pPr>
            <w:r>
              <w:rPr>
                <w:sz w:val="18"/>
              </w:rPr>
            </w:r>
          </w:p>
        </w:tc>
      </w:tr>
      <w:tr>
        <w:trPr>
          <w:cantSplit/>
        </w:trPr>
        <w:tc>
          <w:tcPr>
            <w:tcW w:type="dxa" w:w="3240"/>
            <w:tcMar>
              <w:top w:w="95" w:type="dxa"/>
              <w:start w:w="95" w:type="dxa"/>
              <w:bottom w:w="95" w:type="dxa"/>
              <w:end w:w="95" w:type="dxa"/>
            </w:tcMar>
            <w:vAlign w:val="center"/>
          </w:tcPr>
          <w:p>
            <w:pPr>
              <w:spacing w:after="20" w:line="240" w:lineRule="auto"/>
            </w:pPr>
            <w:r>
              <w:rPr>
                <w:sz w:val="18"/>
              </w:rPr>
              <w:t>Role and independence</w:t>
            </w:r>
          </w:p>
        </w:tc>
        <w:tc>
          <w:tcPr>
            <w:tcW w:type="dxa" w:w="6696"/>
            <w:tcMar>
              <w:top w:w="95" w:type="dxa"/>
              <w:start w:w="95" w:type="dxa"/>
              <w:bottom w:w="95" w:type="dxa"/>
              <w:end w:w="95" w:type="dxa"/>
            </w:tcMar>
            <w:vAlign w:val="center"/>
          </w:tcPr>
          <w:p>
            <w:pPr>
              <w:spacing w:after="20" w:line="240" w:lineRule="auto"/>
            </w:pPr>
            <w:r>
              <w:rPr>
                <w:sz w:val="18"/>
              </w:rPr>
            </w:r>
          </w:p>
        </w:tc>
      </w:tr>
      <w:tr>
        <w:trPr>
          <w:cantSplit/>
        </w:trPr>
        <w:tc>
          <w:tcPr>
            <w:tcW w:type="dxa" w:w="3240"/>
            <w:tcMar>
              <w:top w:w="95" w:type="dxa"/>
              <w:start w:w="95" w:type="dxa"/>
              <w:bottom w:w="95" w:type="dxa"/>
              <w:end w:w="95" w:type="dxa"/>
            </w:tcMar>
            <w:vAlign w:val="center"/>
            <w:shd w:fill="F4F7FA"/>
          </w:tcPr>
          <w:p>
            <w:pPr>
              <w:spacing w:after="20" w:line="240" w:lineRule="auto"/>
            </w:pPr>
            <w:r>
              <w:rPr>
                <w:sz w:val="18"/>
              </w:rPr>
              <w:t>Date received</w:t>
            </w:r>
          </w:p>
        </w:tc>
        <w:tc>
          <w:tcPr>
            <w:tcW w:type="dxa" w:w="6696"/>
            <w:tcMar>
              <w:top w:w="95" w:type="dxa"/>
              <w:start w:w="95" w:type="dxa"/>
              <w:bottom w:w="95" w:type="dxa"/>
              <w:end w:w="95" w:type="dxa"/>
            </w:tcMar>
            <w:vAlign w:val="center"/>
            <w:shd w:fill="F4F7FA"/>
          </w:tcPr>
          <w:p>
            <w:pPr>
              <w:spacing w:after="20" w:line="240" w:lineRule="auto"/>
            </w:pPr>
            <w:r>
              <w:rPr>
                <w:sz w:val="18"/>
              </w:rPr>
            </w:r>
          </w:p>
        </w:tc>
      </w:tr>
      <w:tr>
        <w:trPr>
          <w:cantSplit/>
        </w:trPr>
        <w:tc>
          <w:tcPr>
            <w:tcW w:type="dxa" w:w="3240"/>
            <w:tcMar>
              <w:top w:w="95" w:type="dxa"/>
              <w:start w:w="95" w:type="dxa"/>
              <w:bottom w:w="95" w:type="dxa"/>
              <w:end w:w="95" w:type="dxa"/>
            </w:tcMar>
            <w:vAlign w:val="center"/>
          </w:tcPr>
          <w:p>
            <w:pPr>
              <w:spacing w:after="20" w:line="240" w:lineRule="auto"/>
            </w:pPr>
            <w:r>
              <w:rPr>
                <w:sz w:val="18"/>
              </w:rPr>
              <w:t>Date assessed</w:t>
            </w:r>
          </w:p>
        </w:tc>
        <w:tc>
          <w:tcPr>
            <w:tcW w:type="dxa" w:w="6696"/>
            <w:tcMar>
              <w:top w:w="95" w:type="dxa"/>
              <w:start w:w="95" w:type="dxa"/>
              <w:bottom w:w="95" w:type="dxa"/>
              <w:end w:w="95" w:type="dxa"/>
            </w:tcMar>
            <w:vAlign w:val="center"/>
          </w:tcPr>
          <w:p>
            <w:pPr>
              <w:spacing w:after="20" w:line="240" w:lineRule="auto"/>
            </w:pPr>
            <w:r>
              <w:rPr>
                <w:sz w:val="18"/>
              </w:rPr>
            </w:r>
          </w:p>
        </w:tc>
      </w:tr>
      <w:tr>
        <w:trPr>
          <w:cantSplit/>
        </w:trPr>
        <w:tc>
          <w:tcPr>
            <w:tcW w:type="dxa" w:w="3240"/>
            <w:tcMar>
              <w:top w:w="95" w:type="dxa"/>
              <w:start w:w="95" w:type="dxa"/>
              <w:bottom w:w="95" w:type="dxa"/>
              <w:end w:w="95" w:type="dxa"/>
            </w:tcMar>
            <w:vAlign w:val="center"/>
            <w:shd w:fill="F4F7FA"/>
          </w:tcPr>
          <w:p>
            <w:pPr>
              <w:spacing w:after="20" w:line="240" w:lineRule="auto"/>
            </w:pPr>
            <w:r>
              <w:rPr>
                <w:sz w:val="18"/>
              </w:rPr>
              <w:t>Policy or standard applied</w:t>
            </w:r>
          </w:p>
        </w:tc>
        <w:tc>
          <w:tcPr>
            <w:tcW w:type="dxa" w:w="6696"/>
            <w:tcMar>
              <w:top w:w="95" w:type="dxa"/>
              <w:start w:w="95" w:type="dxa"/>
              <w:bottom w:w="95" w:type="dxa"/>
              <w:end w:w="95" w:type="dxa"/>
            </w:tcMar>
            <w:vAlign w:val="center"/>
            <w:shd w:fill="F4F7FA"/>
          </w:tcPr>
          <w:p>
            <w:pPr>
              <w:spacing w:after="20" w:line="240" w:lineRule="auto"/>
            </w:pPr>
            <w:r>
              <w:rPr>
                <w:sz w:val="18"/>
              </w:rPr>
            </w:r>
          </w:p>
        </w:tc>
      </w:tr>
      <w:tr>
        <w:trPr>
          <w:cantSplit/>
        </w:trPr>
        <w:tc>
          <w:tcPr>
            <w:tcW w:type="dxa" w:w="3240"/>
            <w:tcMar>
              <w:top w:w="95" w:type="dxa"/>
              <w:start w:w="95" w:type="dxa"/>
              <w:bottom w:w="95" w:type="dxa"/>
              <w:end w:w="95" w:type="dxa"/>
            </w:tcMar>
            <w:vAlign w:val="center"/>
          </w:tcPr>
          <w:p>
            <w:pPr>
              <w:spacing w:after="20" w:line="240" w:lineRule="auto"/>
            </w:pPr>
            <w:r>
              <w:rPr>
                <w:sz w:val="18"/>
              </w:rPr>
              <w:t>Additional information requested</w:t>
            </w:r>
          </w:p>
        </w:tc>
        <w:tc>
          <w:tcPr>
            <w:tcW w:type="dxa" w:w="6696"/>
            <w:tcMar>
              <w:top w:w="95" w:type="dxa"/>
              <w:start w:w="95" w:type="dxa"/>
              <w:bottom w:w="95" w:type="dxa"/>
              <w:end w:w="95" w:type="dxa"/>
            </w:tcMar>
            <w:vAlign w:val="center"/>
          </w:tcPr>
          <w:p>
            <w:pPr>
              <w:spacing w:after="20" w:line="240" w:lineRule="auto"/>
            </w:pPr>
            <w:r>
              <w:rPr>
                <w:sz w:val="18"/>
              </w:rPr>
            </w:r>
          </w:p>
        </w:tc>
      </w:tr>
      <w:tr>
        <w:trPr>
          <w:cantSplit/>
        </w:trPr>
        <w:tc>
          <w:tcPr>
            <w:tcW w:type="dxa" w:w="3240"/>
            <w:tcMar>
              <w:top w:w="95" w:type="dxa"/>
              <w:start w:w="95" w:type="dxa"/>
              <w:bottom w:w="95" w:type="dxa"/>
              <w:end w:w="95" w:type="dxa"/>
            </w:tcMar>
            <w:vAlign w:val="center"/>
            <w:shd w:fill="F4F7FA"/>
          </w:tcPr>
          <w:p>
            <w:pPr>
              <w:spacing w:after="20" w:line="240" w:lineRule="auto"/>
            </w:pPr>
            <w:r>
              <w:rPr>
                <w:sz w:val="18"/>
              </w:rPr>
              <w:t>People consulted</w:t>
            </w:r>
          </w:p>
        </w:tc>
        <w:tc>
          <w:tcPr>
            <w:tcW w:type="dxa" w:w="6696"/>
            <w:tcMar>
              <w:top w:w="95" w:type="dxa"/>
              <w:start w:w="95" w:type="dxa"/>
              <w:bottom w:w="95" w:type="dxa"/>
              <w:end w:w="95" w:type="dxa"/>
            </w:tcMar>
            <w:vAlign w:val="center"/>
            <w:shd w:fill="F4F7FA"/>
          </w:tcPr>
          <w:p>
            <w:pPr>
              <w:spacing w:after="20" w:line="240" w:lineRule="auto"/>
            </w:pPr>
            <w:r>
              <w:rPr>
                <w:sz w:val="18"/>
              </w:rPr>
            </w:r>
          </w:p>
        </w:tc>
      </w:tr>
      <w:tr>
        <w:trPr>
          <w:cantSplit/>
        </w:trPr>
        <w:tc>
          <w:tcPr>
            <w:tcW w:type="dxa" w:w="3240"/>
            <w:tcMar>
              <w:top w:w="95" w:type="dxa"/>
              <w:start w:w="95" w:type="dxa"/>
              <w:bottom w:w="95" w:type="dxa"/>
              <w:end w:w="95" w:type="dxa"/>
            </w:tcMar>
            <w:vAlign w:val="center"/>
          </w:tcPr>
          <w:p>
            <w:pPr>
              <w:spacing w:after="20" w:line="240" w:lineRule="auto"/>
            </w:pPr>
            <w:r>
              <w:rPr>
                <w:sz w:val="18"/>
              </w:rPr>
              <w:t>Evidence reviewed</w:t>
            </w:r>
          </w:p>
        </w:tc>
        <w:tc>
          <w:tcPr>
            <w:tcW w:type="dxa" w:w="6696"/>
            <w:tcMar>
              <w:top w:w="95" w:type="dxa"/>
              <w:start w:w="95" w:type="dxa"/>
              <w:bottom w:w="95" w:type="dxa"/>
              <w:end w:w="95" w:type="dxa"/>
            </w:tcMar>
            <w:vAlign w:val="center"/>
          </w:tcPr>
          <w:p>
            <w:pPr>
              <w:spacing w:after="20" w:line="240" w:lineRule="auto"/>
            </w:pPr>
            <w:r>
              <w:rPr>
                <w:sz w:val="18"/>
              </w:rPr>
            </w:r>
          </w:p>
        </w:tc>
      </w:tr>
    </w:tbl>
    <w:p>
      <w:pPr>
        <w:spacing w:after="20"/>
      </w:pPr>
    </w:p>
    <w:p>
      <w:pPr>
        <w:pStyle w:val="Heading2"/>
      </w:pPr>
      <w:r>
        <w:t>5.1 Assessment Questions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045"/>
        <w:gridCol w:w="2045"/>
        <w:gridCol w:w="2045"/>
        <w:gridCol w:w="2045"/>
        <w:gridCol w:w="2045"/>
      </w:tblGrid>
      <w:tr>
        <w:trPr>
          <w:tblHeader w:val="true"/>
          <w:cantSplit/>
        </w:trPr>
        <w:tc>
          <w:tcPr>
            <w:tcW w:type="dxa" w:w="5328"/>
            <w:shd w:fill="17365D"/>
            <w:tcMar>
              <w:top w:w="95" w:type="dxa"/>
              <w:start w:w="95" w:type="dxa"/>
              <w:bottom w:w="95" w:type="dxa"/>
              <w:end w:w="95" w:type="dxa"/>
            </w:tcMar>
            <w:vAlign w:val="center"/>
          </w:tcPr>
          <w:p>
            <w:r>
              <w:rPr>
                <w:b/>
                <w:color w:val="FFFFFF"/>
                <w:sz w:val="15"/>
              </w:rPr>
              <w:t>Question</w:t>
            </w:r>
          </w:p>
        </w:tc>
        <w:tc>
          <w:tcPr>
            <w:tcW w:type="dxa" w:w="648"/>
            <w:shd w:fill="17365D"/>
            <w:tcMar>
              <w:top w:w="95" w:type="dxa"/>
              <w:start w:w="95" w:type="dxa"/>
              <w:bottom w:w="95" w:type="dxa"/>
              <w:end w:w="95" w:type="dxa"/>
            </w:tcMar>
            <w:vAlign w:val="center"/>
          </w:tcPr>
          <w:p>
            <w:r>
              <w:rPr>
                <w:b/>
                <w:color w:val="FFFFFF"/>
                <w:sz w:val="15"/>
              </w:rPr>
              <w:t>Yes</w:t>
            </w:r>
          </w:p>
        </w:tc>
        <w:tc>
          <w:tcPr>
            <w:tcW w:type="dxa" w:w="648"/>
            <w:shd w:fill="17365D"/>
            <w:tcMar>
              <w:top w:w="95" w:type="dxa"/>
              <w:start w:w="95" w:type="dxa"/>
              <w:bottom w:w="95" w:type="dxa"/>
              <w:end w:w="95" w:type="dxa"/>
            </w:tcMar>
            <w:vAlign w:val="center"/>
          </w:tcPr>
          <w:p>
            <w:r>
              <w:rPr>
                <w:b/>
                <w:color w:val="FFFFFF"/>
                <w:sz w:val="15"/>
              </w:rPr>
              <w:t>No</w:t>
            </w:r>
          </w:p>
        </w:tc>
        <w:tc>
          <w:tcPr>
            <w:tcW w:type="dxa" w:w="792"/>
            <w:shd w:fill="17365D"/>
            <w:tcMar>
              <w:top w:w="95" w:type="dxa"/>
              <w:start w:w="95" w:type="dxa"/>
              <w:bottom w:w="95" w:type="dxa"/>
              <w:end w:w="95" w:type="dxa"/>
            </w:tcMar>
            <w:vAlign w:val="center"/>
          </w:tcPr>
          <w:p>
            <w:r>
              <w:rPr>
                <w:b/>
                <w:color w:val="FFFFFF"/>
                <w:sz w:val="15"/>
              </w:rPr>
              <w:t>Unclear</w:t>
            </w:r>
          </w:p>
        </w:tc>
        <w:tc>
          <w:tcPr>
            <w:tcW w:type="dxa" w:w="2520"/>
            <w:shd w:fill="17365D"/>
            <w:tcMar>
              <w:top w:w="95" w:type="dxa"/>
              <w:start w:w="95" w:type="dxa"/>
              <w:bottom w:w="95" w:type="dxa"/>
              <w:end w:w="95" w:type="dxa"/>
            </w:tcMar>
            <w:vAlign w:val="center"/>
          </w:tcPr>
          <w:p>
            <w:r>
              <w:rPr>
                <w:b/>
                <w:color w:val="FFFFFF"/>
                <w:sz w:val="15"/>
              </w:rPr>
              <w:t>Assessment note</w:t>
            </w:r>
          </w:p>
        </w:tc>
      </w:tr>
      <w:tr>
        <w:trPr>
          <w:cantSplit/>
        </w:trPr>
        <w:tc>
          <w:tcPr>
            <w:tcW w:type="dxa" w:w="5328"/>
            <w:tcMar>
              <w:top w:w="95" w:type="dxa"/>
              <w:start w:w="95" w:type="dxa"/>
              <w:bottom w:w="95" w:type="dxa"/>
              <w:end w:w="95" w:type="dxa"/>
            </w:tcMar>
            <w:vAlign w:val="center"/>
          </w:tcPr>
          <w:p>
            <w:pPr>
              <w:spacing w:after="20" w:line="240" w:lineRule="auto"/>
            </w:pPr>
            <w:r>
              <w:rPr>
                <w:sz w:val="15"/>
              </w:rPr>
              <w:t>Is the interest connected to the declarant’s duties or influence?</w:t>
            </w:r>
          </w:p>
        </w:tc>
        <w:tc>
          <w:tcPr>
            <w:tcW w:type="dxa" w:w="648"/>
            <w:tcMar>
              <w:top w:w="95" w:type="dxa"/>
              <w:start w:w="95" w:type="dxa"/>
              <w:bottom w:w="95" w:type="dxa"/>
              <w:end w:w="95" w:type="dxa"/>
            </w:tcMar>
            <w:vAlign w:val="center"/>
          </w:tcPr>
          <w:p>
            <w:pPr>
              <w:spacing w:after="20" w:line="240" w:lineRule="auto"/>
            </w:pPr>
            <w:r>
              <w:rPr>
                <w:sz w:val="15"/>
              </w:rPr>
              <w:t>☐</w:t>
            </w:r>
          </w:p>
        </w:tc>
        <w:tc>
          <w:tcPr>
            <w:tcW w:type="dxa" w:w="648"/>
            <w:tcMar>
              <w:top w:w="95" w:type="dxa"/>
              <w:start w:w="95" w:type="dxa"/>
              <w:bottom w:w="95" w:type="dxa"/>
              <w:end w:w="95" w:type="dxa"/>
            </w:tcMar>
            <w:vAlign w:val="center"/>
          </w:tcPr>
          <w:p>
            <w:pPr>
              <w:spacing w:after="20" w:line="240" w:lineRule="auto"/>
            </w:pPr>
            <w:r>
              <w:rPr>
                <w:sz w:val="15"/>
              </w:rPr>
              <w:t>☐</w:t>
            </w:r>
          </w:p>
        </w:tc>
        <w:tc>
          <w:tcPr>
            <w:tcW w:type="dxa" w:w="792"/>
            <w:tcMar>
              <w:top w:w="95" w:type="dxa"/>
              <w:start w:w="95" w:type="dxa"/>
              <w:bottom w:w="95" w:type="dxa"/>
              <w:end w:w="95" w:type="dxa"/>
            </w:tcMar>
            <w:vAlign w:val="center"/>
          </w:tcPr>
          <w:p>
            <w:pPr>
              <w:spacing w:after="20" w:line="240" w:lineRule="auto"/>
            </w:pPr>
            <w:r>
              <w:rPr>
                <w:sz w:val="15"/>
              </w:rPr>
              <w:t>☐</w:t>
            </w:r>
          </w:p>
        </w:tc>
        <w:tc>
          <w:tcPr>
            <w:tcW w:type="dxa" w:w="2520"/>
            <w:tcMar>
              <w:top w:w="95" w:type="dxa"/>
              <w:start w:w="95" w:type="dxa"/>
              <w:bottom w:w="95" w:type="dxa"/>
              <w:end w:w="95" w:type="dxa"/>
            </w:tcMar>
            <w:vAlign w:val="center"/>
          </w:tcPr>
          <w:p>
            <w:pPr>
              <w:spacing w:after="20" w:line="240" w:lineRule="auto"/>
            </w:pPr>
            <w:r>
              <w:rPr>
                <w:sz w:val="15"/>
              </w:rPr>
            </w:r>
          </w:p>
        </w:tc>
      </w:tr>
      <w:tr>
        <w:trPr>
          <w:cantSplit/>
        </w:trPr>
        <w:tc>
          <w:tcPr>
            <w:tcW w:type="dxa" w:w="5328"/>
            <w:tcMar>
              <w:top w:w="95" w:type="dxa"/>
              <w:start w:w="95" w:type="dxa"/>
              <w:bottom w:w="95" w:type="dxa"/>
              <w:end w:w="95" w:type="dxa"/>
            </w:tcMar>
            <w:vAlign w:val="center"/>
            <w:shd w:fill="F4F7FA"/>
          </w:tcPr>
          <w:p>
            <w:pPr>
              <w:spacing w:after="20" w:line="240" w:lineRule="auto"/>
            </w:pPr>
            <w:r>
              <w:rPr>
                <w:sz w:val="15"/>
              </w:rPr>
              <w:t>Could the declarant or a related person gain or avoid loss?</w:t>
            </w:r>
          </w:p>
        </w:tc>
        <w:tc>
          <w:tcPr>
            <w:tcW w:type="dxa" w:w="648"/>
            <w:tcMar>
              <w:top w:w="95" w:type="dxa"/>
              <w:start w:w="95" w:type="dxa"/>
              <w:bottom w:w="95" w:type="dxa"/>
              <w:end w:w="95" w:type="dxa"/>
            </w:tcMar>
            <w:vAlign w:val="center"/>
            <w:shd w:fill="F4F7FA"/>
          </w:tcPr>
          <w:p>
            <w:pPr>
              <w:spacing w:after="20" w:line="240" w:lineRule="auto"/>
            </w:pPr>
            <w:r>
              <w:rPr>
                <w:sz w:val="15"/>
              </w:rPr>
              <w:t>☐</w:t>
            </w:r>
          </w:p>
        </w:tc>
        <w:tc>
          <w:tcPr>
            <w:tcW w:type="dxa" w:w="648"/>
            <w:tcMar>
              <w:top w:w="95" w:type="dxa"/>
              <w:start w:w="95" w:type="dxa"/>
              <w:bottom w:w="95" w:type="dxa"/>
              <w:end w:w="95" w:type="dxa"/>
            </w:tcMar>
            <w:vAlign w:val="center"/>
            <w:shd w:fill="F4F7FA"/>
          </w:tcPr>
          <w:p>
            <w:pPr>
              <w:spacing w:after="20" w:line="240" w:lineRule="auto"/>
            </w:pPr>
            <w:r>
              <w:rPr>
                <w:sz w:val="15"/>
              </w:rPr>
              <w:t>☐</w:t>
            </w:r>
          </w:p>
        </w:tc>
        <w:tc>
          <w:tcPr>
            <w:tcW w:type="dxa" w:w="792"/>
            <w:tcMar>
              <w:top w:w="95" w:type="dxa"/>
              <w:start w:w="95" w:type="dxa"/>
              <w:bottom w:w="95" w:type="dxa"/>
              <w:end w:w="95" w:type="dxa"/>
            </w:tcMar>
            <w:vAlign w:val="center"/>
            <w:shd w:fill="F4F7FA"/>
          </w:tcPr>
          <w:p>
            <w:pPr>
              <w:spacing w:after="20" w:line="240" w:lineRule="auto"/>
            </w:pPr>
            <w:r>
              <w:rPr>
                <w:sz w:val="15"/>
              </w:rPr>
              <w:t>☐</w:t>
            </w:r>
          </w:p>
        </w:tc>
        <w:tc>
          <w:tcPr>
            <w:tcW w:type="dxa" w:w="2520"/>
            <w:tcMar>
              <w:top w:w="95" w:type="dxa"/>
              <w:start w:w="95" w:type="dxa"/>
              <w:bottom w:w="95" w:type="dxa"/>
              <w:end w:w="95" w:type="dxa"/>
            </w:tcMar>
            <w:vAlign w:val="center"/>
            <w:shd w:fill="F4F7FA"/>
          </w:tcPr>
          <w:p>
            <w:pPr>
              <w:spacing w:after="20" w:line="240" w:lineRule="auto"/>
            </w:pPr>
            <w:r>
              <w:rPr>
                <w:sz w:val="15"/>
              </w:rPr>
            </w:r>
          </w:p>
        </w:tc>
      </w:tr>
      <w:tr>
        <w:trPr>
          <w:cantSplit/>
        </w:trPr>
        <w:tc>
          <w:tcPr>
            <w:tcW w:type="dxa" w:w="5328"/>
            <w:tcMar>
              <w:top w:w="95" w:type="dxa"/>
              <w:start w:w="95" w:type="dxa"/>
              <w:bottom w:w="95" w:type="dxa"/>
              <w:end w:w="95" w:type="dxa"/>
            </w:tcMar>
            <w:vAlign w:val="center"/>
          </w:tcPr>
          <w:p>
            <w:pPr>
              <w:spacing w:after="20" w:line="240" w:lineRule="auto"/>
            </w:pPr>
            <w:r>
              <w:rPr>
                <w:sz w:val="15"/>
              </w:rPr>
              <w:t>Could judgement, access, confidentiality or impartiality be affected?</w:t>
            </w:r>
          </w:p>
        </w:tc>
        <w:tc>
          <w:tcPr>
            <w:tcW w:type="dxa" w:w="648"/>
            <w:tcMar>
              <w:top w:w="95" w:type="dxa"/>
              <w:start w:w="95" w:type="dxa"/>
              <w:bottom w:w="95" w:type="dxa"/>
              <w:end w:w="95" w:type="dxa"/>
            </w:tcMar>
            <w:vAlign w:val="center"/>
          </w:tcPr>
          <w:p>
            <w:pPr>
              <w:spacing w:after="20" w:line="240" w:lineRule="auto"/>
            </w:pPr>
            <w:r>
              <w:rPr>
                <w:sz w:val="15"/>
              </w:rPr>
              <w:t>☐</w:t>
            </w:r>
          </w:p>
        </w:tc>
        <w:tc>
          <w:tcPr>
            <w:tcW w:type="dxa" w:w="648"/>
            <w:tcMar>
              <w:top w:w="95" w:type="dxa"/>
              <w:start w:w="95" w:type="dxa"/>
              <w:bottom w:w="95" w:type="dxa"/>
              <w:end w:w="95" w:type="dxa"/>
            </w:tcMar>
            <w:vAlign w:val="center"/>
          </w:tcPr>
          <w:p>
            <w:pPr>
              <w:spacing w:after="20" w:line="240" w:lineRule="auto"/>
            </w:pPr>
            <w:r>
              <w:rPr>
                <w:sz w:val="15"/>
              </w:rPr>
              <w:t>☐</w:t>
            </w:r>
          </w:p>
        </w:tc>
        <w:tc>
          <w:tcPr>
            <w:tcW w:type="dxa" w:w="792"/>
            <w:tcMar>
              <w:top w:w="95" w:type="dxa"/>
              <w:start w:w="95" w:type="dxa"/>
              <w:bottom w:w="95" w:type="dxa"/>
              <w:end w:w="95" w:type="dxa"/>
            </w:tcMar>
            <w:vAlign w:val="center"/>
          </w:tcPr>
          <w:p>
            <w:pPr>
              <w:spacing w:after="20" w:line="240" w:lineRule="auto"/>
            </w:pPr>
            <w:r>
              <w:rPr>
                <w:sz w:val="15"/>
              </w:rPr>
              <w:t>☐</w:t>
            </w:r>
          </w:p>
        </w:tc>
        <w:tc>
          <w:tcPr>
            <w:tcW w:type="dxa" w:w="2520"/>
            <w:tcMar>
              <w:top w:w="95" w:type="dxa"/>
              <w:start w:w="95" w:type="dxa"/>
              <w:bottom w:w="95" w:type="dxa"/>
              <w:end w:w="95" w:type="dxa"/>
            </w:tcMar>
            <w:vAlign w:val="center"/>
          </w:tcPr>
          <w:p>
            <w:pPr>
              <w:spacing w:after="20" w:line="240" w:lineRule="auto"/>
            </w:pPr>
            <w:r>
              <w:rPr>
                <w:sz w:val="15"/>
              </w:rPr>
            </w:r>
          </w:p>
        </w:tc>
      </w:tr>
      <w:tr>
        <w:trPr>
          <w:cantSplit/>
        </w:trPr>
        <w:tc>
          <w:tcPr>
            <w:tcW w:type="dxa" w:w="5328"/>
            <w:tcMar>
              <w:top w:w="95" w:type="dxa"/>
              <w:start w:w="95" w:type="dxa"/>
              <w:bottom w:w="95" w:type="dxa"/>
              <w:end w:w="95" w:type="dxa"/>
            </w:tcMar>
            <w:vAlign w:val="center"/>
            <w:shd w:fill="F4F7FA"/>
          </w:tcPr>
          <w:p>
            <w:pPr>
              <w:spacing w:after="20" w:line="240" w:lineRule="auto"/>
            </w:pPr>
            <w:r>
              <w:rPr>
                <w:sz w:val="15"/>
              </w:rPr>
              <w:t>Would a reasonable person perceive improper influence?</w:t>
            </w:r>
          </w:p>
        </w:tc>
        <w:tc>
          <w:tcPr>
            <w:tcW w:type="dxa" w:w="648"/>
            <w:tcMar>
              <w:top w:w="95" w:type="dxa"/>
              <w:start w:w="95" w:type="dxa"/>
              <w:bottom w:w="95" w:type="dxa"/>
              <w:end w:w="95" w:type="dxa"/>
            </w:tcMar>
            <w:vAlign w:val="center"/>
            <w:shd w:fill="F4F7FA"/>
          </w:tcPr>
          <w:p>
            <w:pPr>
              <w:spacing w:after="20" w:line="240" w:lineRule="auto"/>
            </w:pPr>
            <w:r>
              <w:rPr>
                <w:sz w:val="15"/>
              </w:rPr>
              <w:t>☐</w:t>
            </w:r>
          </w:p>
        </w:tc>
        <w:tc>
          <w:tcPr>
            <w:tcW w:type="dxa" w:w="648"/>
            <w:tcMar>
              <w:top w:w="95" w:type="dxa"/>
              <w:start w:w="95" w:type="dxa"/>
              <w:bottom w:w="95" w:type="dxa"/>
              <w:end w:w="95" w:type="dxa"/>
            </w:tcMar>
            <w:vAlign w:val="center"/>
            <w:shd w:fill="F4F7FA"/>
          </w:tcPr>
          <w:p>
            <w:pPr>
              <w:spacing w:after="20" w:line="240" w:lineRule="auto"/>
            </w:pPr>
            <w:r>
              <w:rPr>
                <w:sz w:val="15"/>
              </w:rPr>
              <w:t>☐</w:t>
            </w:r>
          </w:p>
        </w:tc>
        <w:tc>
          <w:tcPr>
            <w:tcW w:type="dxa" w:w="792"/>
            <w:tcMar>
              <w:top w:w="95" w:type="dxa"/>
              <w:start w:w="95" w:type="dxa"/>
              <w:bottom w:w="95" w:type="dxa"/>
              <w:end w:w="95" w:type="dxa"/>
            </w:tcMar>
            <w:vAlign w:val="center"/>
            <w:shd w:fill="F4F7FA"/>
          </w:tcPr>
          <w:p>
            <w:pPr>
              <w:spacing w:after="20" w:line="240" w:lineRule="auto"/>
            </w:pPr>
            <w:r>
              <w:rPr>
                <w:sz w:val="15"/>
              </w:rPr>
              <w:t>☐</w:t>
            </w:r>
          </w:p>
        </w:tc>
        <w:tc>
          <w:tcPr>
            <w:tcW w:type="dxa" w:w="2520"/>
            <w:tcMar>
              <w:top w:w="95" w:type="dxa"/>
              <w:start w:w="95" w:type="dxa"/>
              <w:bottom w:w="95" w:type="dxa"/>
              <w:end w:w="95" w:type="dxa"/>
            </w:tcMar>
            <w:vAlign w:val="center"/>
            <w:shd w:fill="F4F7FA"/>
          </w:tcPr>
          <w:p>
            <w:pPr>
              <w:spacing w:after="20" w:line="240" w:lineRule="auto"/>
            </w:pPr>
            <w:r>
              <w:rPr>
                <w:sz w:val="15"/>
              </w:rPr>
            </w:r>
          </w:p>
        </w:tc>
      </w:tr>
      <w:tr>
        <w:trPr>
          <w:cantSplit/>
        </w:trPr>
        <w:tc>
          <w:tcPr>
            <w:tcW w:type="dxa" w:w="5328"/>
            <w:tcMar>
              <w:top w:w="95" w:type="dxa"/>
              <w:start w:w="95" w:type="dxa"/>
              <w:bottom w:w="95" w:type="dxa"/>
              <w:end w:w="95" w:type="dxa"/>
            </w:tcMar>
            <w:vAlign w:val="center"/>
          </w:tcPr>
          <w:p>
            <w:pPr>
              <w:spacing w:after="20" w:line="240" w:lineRule="auto"/>
            </w:pPr>
            <w:r>
              <w:rPr>
                <w:sz w:val="15"/>
              </w:rPr>
              <w:t>Is the matter current, material, repeated or difficult to monitor?</w:t>
            </w:r>
          </w:p>
        </w:tc>
        <w:tc>
          <w:tcPr>
            <w:tcW w:type="dxa" w:w="648"/>
            <w:tcMar>
              <w:top w:w="95" w:type="dxa"/>
              <w:start w:w="95" w:type="dxa"/>
              <w:bottom w:w="95" w:type="dxa"/>
              <w:end w:w="95" w:type="dxa"/>
            </w:tcMar>
            <w:vAlign w:val="center"/>
          </w:tcPr>
          <w:p>
            <w:pPr>
              <w:spacing w:after="20" w:line="240" w:lineRule="auto"/>
            </w:pPr>
            <w:r>
              <w:rPr>
                <w:sz w:val="15"/>
              </w:rPr>
              <w:t>☐</w:t>
            </w:r>
          </w:p>
        </w:tc>
        <w:tc>
          <w:tcPr>
            <w:tcW w:type="dxa" w:w="648"/>
            <w:tcMar>
              <w:top w:w="95" w:type="dxa"/>
              <w:start w:w="95" w:type="dxa"/>
              <w:bottom w:w="95" w:type="dxa"/>
              <w:end w:w="95" w:type="dxa"/>
            </w:tcMar>
            <w:vAlign w:val="center"/>
          </w:tcPr>
          <w:p>
            <w:pPr>
              <w:spacing w:after="20" w:line="240" w:lineRule="auto"/>
            </w:pPr>
            <w:r>
              <w:rPr>
                <w:sz w:val="15"/>
              </w:rPr>
              <w:t>☐</w:t>
            </w:r>
          </w:p>
        </w:tc>
        <w:tc>
          <w:tcPr>
            <w:tcW w:type="dxa" w:w="792"/>
            <w:tcMar>
              <w:top w:w="95" w:type="dxa"/>
              <w:start w:w="95" w:type="dxa"/>
              <w:bottom w:w="95" w:type="dxa"/>
              <w:end w:w="95" w:type="dxa"/>
            </w:tcMar>
            <w:vAlign w:val="center"/>
          </w:tcPr>
          <w:p>
            <w:pPr>
              <w:spacing w:after="20" w:line="240" w:lineRule="auto"/>
            </w:pPr>
            <w:r>
              <w:rPr>
                <w:sz w:val="15"/>
              </w:rPr>
              <w:t>☐</w:t>
            </w:r>
          </w:p>
        </w:tc>
        <w:tc>
          <w:tcPr>
            <w:tcW w:type="dxa" w:w="2520"/>
            <w:tcMar>
              <w:top w:w="95" w:type="dxa"/>
              <w:start w:w="95" w:type="dxa"/>
              <w:bottom w:w="95" w:type="dxa"/>
              <w:end w:w="95" w:type="dxa"/>
            </w:tcMar>
            <w:vAlign w:val="center"/>
          </w:tcPr>
          <w:p>
            <w:pPr>
              <w:spacing w:after="20" w:line="240" w:lineRule="auto"/>
            </w:pPr>
            <w:r>
              <w:rPr>
                <w:sz w:val="15"/>
              </w:rPr>
            </w:r>
          </w:p>
        </w:tc>
      </w:tr>
      <w:tr>
        <w:trPr>
          <w:cantSplit/>
        </w:trPr>
        <w:tc>
          <w:tcPr>
            <w:tcW w:type="dxa" w:w="5328"/>
            <w:tcMar>
              <w:top w:w="95" w:type="dxa"/>
              <w:start w:w="95" w:type="dxa"/>
              <w:bottom w:w="95" w:type="dxa"/>
              <w:end w:w="95" w:type="dxa"/>
            </w:tcMar>
            <w:vAlign w:val="center"/>
            <w:shd w:fill="F4F7FA"/>
          </w:tcPr>
          <w:p>
            <w:pPr>
              <w:spacing w:after="20" w:line="240" w:lineRule="auto"/>
            </w:pPr>
            <w:r>
              <w:rPr>
                <w:sz w:val="15"/>
              </w:rPr>
              <w:t>Can the risk be managed without undermining the process?</w:t>
            </w:r>
          </w:p>
        </w:tc>
        <w:tc>
          <w:tcPr>
            <w:tcW w:type="dxa" w:w="648"/>
            <w:tcMar>
              <w:top w:w="95" w:type="dxa"/>
              <w:start w:w="95" w:type="dxa"/>
              <w:bottom w:w="95" w:type="dxa"/>
              <w:end w:w="95" w:type="dxa"/>
            </w:tcMar>
            <w:vAlign w:val="center"/>
            <w:shd w:fill="F4F7FA"/>
          </w:tcPr>
          <w:p>
            <w:pPr>
              <w:spacing w:after="20" w:line="240" w:lineRule="auto"/>
            </w:pPr>
            <w:r>
              <w:rPr>
                <w:sz w:val="15"/>
              </w:rPr>
              <w:t>☐</w:t>
            </w:r>
          </w:p>
        </w:tc>
        <w:tc>
          <w:tcPr>
            <w:tcW w:type="dxa" w:w="648"/>
            <w:tcMar>
              <w:top w:w="95" w:type="dxa"/>
              <w:start w:w="95" w:type="dxa"/>
              <w:bottom w:w="95" w:type="dxa"/>
              <w:end w:w="95" w:type="dxa"/>
            </w:tcMar>
            <w:vAlign w:val="center"/>
            <w:shd w:fill="F4F7FA"/>
          </w:tcPr>
          <w:p>
            <w:pPr>
              <w:spacing w:after="20" w:line="240" w:lineRule="auto"/>
            </w:pPr>
            <w:r>
              <w:rPr>
                <w:sz w:val="15"/>
              </w:rPr>
              <w:t>☐</w:t>
            </w:r>
          </w:p>
        </w:tc>
        <w:tc>
          <w:tcPr>
            <w:tcW w:type="dxa" w:w="792"/>
            <w:tcMar>
              <w:top w:w="95" w:type="dxa"/>
              <w:start w:w="95" w:type="dxa"/>
              <w:bottom w:w="95" w:type="dxa"/>
              <w:end w:w="95" w:type="dxa"/>
            </w:tcMar>
            <w:vAlign w:val="center"/>
            <w:shd w:fill="F4F7FA"/>
          </w:tcPr>
          <w:p>
            <w:pPr>
              <w:spacing w:after="20" w:line="240" w:lineRule="auto"/>
            </w:pPr>
            <w:r>
              <w:rPr>
                <w:sz w:val="15"/>
              </w:rPr>
              <w:t>☐</w:t>
            </w:r>
          </w:p>
        </w:tc>
        <w:tc>
          <w:tcPr>
            <w:tcW w:type="dxa" w:w="2520"/>
            <w:tcMar>
              <w:top w:w="95" w:type="dxa"/>
              <w:start w:w="95" w:type="dxa"/>
              <w:bottom w:w="95" w:type="dxa"/>
              <w:end w:w="95" w:type="dxa"/>
            </w:tcMar>
            <w:vAlign w:val="center"/>
            <w:shd w:fill="F4F7FA"/>
          </w:tcPr>
          <w:p>
            <w:pPr>
              <w:spacing w:after="20" w:line="240" w:lineRule="auto"/>
            </w:pPr>
            <w:r>
              <w:rPr>
                <w:sz w:val="15"/>
              </w:rPr>
            </w:r>
          </w:p>
        </w:tc>
      </w:tr>
      <w:tr>
        <w:trPr>
          <w:cantSplit/>
        </w:trPr>
        <w:tc>
          <w:tcPr>
            <w:tcW w:type="dxa" w:w="5328"/>
            <w:tcMar>
              <w:top w:w="95" w:type="dxa"/>
              <w:start w:w="95" w:type="dxa"/>
              <w:bottom w:w="95" w:type="dxa"/>
              <w:end w:w="95" w:type="dxa"/>
            </w:tcMar>
            <w:vAlign w:val="center"/>
          </w:tcPr>
          <w:p>
            <w:pPr>
              <w:spacing w:after="20" w:line="240" w:lineRule="auto"/>
            </w:pPr>
            <w:r>
              <w:rPr>
                <w:sz w:val="15"/>
              </w:rPr>
              <w:t>Does law, policy or contract prohibit participation or ownership?</w:t>
            </w:r>
          </w:p>
        </w:tc>
        <w:tc>
          <w:tcPr>
            <w:tcW w:type="dxa" w:w="648"/>
            <w:tcMar>
              <w:top w:w="95" w:type="dxa"/>
              <w:start w:w="95" w:type="dxa"/>
              <w:bottom w:w="95" w:type="dxa"/>
              <w:end w:w="95" w:type="dxa"/>
            </w:tcMar>
            <w:vAlign w:val="center"/>
          </w:tcPr>
          <w:p>
            <w:pPr>
              <w:spacing w:after="20" w:line="240" w:lineRule="auto"/>
            </w:pPr>
            <w:r>
              <w:rPr>
                <w:sz w:val="15"/>
              </w:rPr>
              <w:t>☐</w:t>
            </w:r>
          </w:p>
        </w:tc>
        <w:tc>
          <w:tcPr>
            <w:tcW w:type="dxa" w:w="648"/>
            <w:tcMar>
              <w:top w:w="95" w:type="dxa"/>
              <w:start w:w="95" w:type="dxa"/>
              <w:bottom w:w="95" w:type="dxa"/>
              <w:end w:w="95" w:type="dxa"/>
            </w:tcMar>
            <w:vAlign w:val="center"/>
          </w:tcPr>
          <w:p>
            <w:pPr>
              <w:spacing w:after="20" w:line="240" w:lineRule="auto"/>
            </w:pPr>
            <w:r>
              <w:rPr>
                <w:sz w:val="15"/>
              </w:rPr>
              <w:t>☐</w:t>
            </w:r>
          </w:p>
        </w:tc>
        <w:tc>
          <w:tcPr>
            <w:tcW w:type="dxa" w:w="792"/>
            <w:tcMar>
              <w:top w:w="95" w:type="dxa"/>
              <w:start w:w="95" w:type="dxa"/>
              <w:bottom w:w="95" w:type="dxa"/>
              <w:end w:w="95" w:type="dxa"/>
            </w:tcMar>
            <w:vAlign w:val="center"/>
          </w:tcPr>
          <w:p>
            <w:pPr>
              <w:spacing w:after="20" w:line="240" w:lineRule="auto"/>
            </w:pPr>
            <w:r>
              <w:rPr>
                <w:sz w:val="15"/>
              </w:rPr>
              <w:t>☐</w:t>
            </w:r>
          </w:p>
        </w:tc>
        <w:tc>
          <w:tcPr>
            <w:tcW w:type="dxa" w:w="2520"/>
            <w:tcMar>
              <w:top w:w="95" w:type="dxa"/>
              <w:start w:w="95" w:type="dxa"/>
              <w:bottom w:w="95" w:type="dxa"/>
              <w:end w:w="95" w:type="dxa"/>
            </w:tcMar>
            <w:vAlign w:val="center"/>
          </w:tcPr>
          <w:p>
            <w:pPr>
              <w:spacing w:after="20" w:line="240" w:lineRule="auto"/>
            </w:pPr>
            <w:r>
              <w:rPr>
                <w:sz w:val="15"/>
              </w:rPr>
            </w:r>
          </w:p>
        </w:tc>
      </w:tr>
      <w:tr>
        <w:trPr>
          <w:cantSplit/>
        </w:trPr>
        <w:tc>
          <w:tcPr>
            <w:tcW w:type="dxa" w:w="5328"/>
            <w:tcMar>
              <w:top w:w="95" w:type="dxa"/>
              <w:start w:w="95" w:type="dxa"/>
              <w:bottom w:w="95" w:type="dxa"/>
              <w:end w:w="95" w:type="dxa"/>
            </w:tcMar>
            <w:vAlign w:val="center"/>
            <w:shd w:fill="F4F7FA"/>
          </w:tcPr>
          <w:p>
            <w:pPr>
              <w:spacing w:after="20" w:line="240" w:lineRule="auto"/>
            </w:pPr>
            <w:r>
              <w:rPr>
                <w:sz w:val="15"/>
              </w:rPr>
              <w:t>Is independent specialist advice required?</w:t>
            </w:r>
          </w:p>
        </w:tc>
        <w:tc>
          <w:tcPr>
            <w:tcW w:type="dxa" w:w="648"/>
            <w:tcMar>
              <w:top w:w="95" w:type="dxa"/>
              <w:start w:w="95" w:type="dxa"/>
              <w:bottom w:w="95" w:type="dxa"/>
              <w:end w:w="95" w:type="dxa"/>
            </w:tcMar>
            <w:vAlign w:val="center"/>
            <w:shd w:fill="F4F7FA"/>
          </w:tcPr>
          <w:p>
            <w:pPr>
              <w:spacing w:after="20" w:line="240" w:lineRule="auto"/>
            </w:pPr>
            <w:r>
              <w:rPr>
                <w:sz w:val="15"/>
              </w:rPr>
              <w:t>☐</w:t>
            </w:r>
          </w:p>
        </w:tc>
        <w:tc>
          <w:tcPr>
            <w:tcW w:type="dxa" w:w="648"/>
            <w:tcMar>
              <w:top w:w="95" w:type="dxa"/>
              <w:start w:w="95" w:type="dxa"/>
              <w:bottom w:w="95" w:type="dxa"/>
              <w:end w:w="95" w:type="dxa"/>
            </w:tcMar>
            <w:vAlign w:val="center"/>
            <w:shd w:fill="F4F7FA"/>
          </w:tcPr>
          <w:p>
            <w:pPr>
              <w:spacing w:after="20" w:line="240" w:lineRule="auto"/>
            </w:pPr>
            <w:r>
              <w:rPr>
                <w:sz w:val="15"/>
              </w:rPr>
              <w:t>☐</w:t>
            </w:r>
          </w:p>
        </w:tc>
        <w:tc>
          <w:tcPr>
            <w:tcW w:type="dxa" w:w="792"/>
            <w:tcMar>
              <w:top w:w="95" w:type="dxa"/>
              <w:start w:w="95" w:type="dxa"/>
              <w:bottom w:w="95" w:type="dxa"/>
              <w:end w:w="95" w:type="dxa"/>
            </w:tcMar>
            <w:vAlign w:val="center"/>
            <w:shd w:fill="F4F7FA"/>
          </w:tcPr>
          <w:p>
            <w:pPr>
              <w:spacing w:after="20" w:line="240" w:lineRule="auto"/>
            </w:pPr>
            <w:r>
              <w:rPr>
                <w:sz w:val="15"/>
              </w:rPr>
              <w:t>☐</w:t>
            </w:r>
          </w:p>
        </w:tc>
        <w:tc>
          <w:tcPr>
            <w:tcW w:type="dxa" w:w="2520"/>
            <w:tcMar>
              <w:top w:w="95" w:type="dxa"/>
              <w:start w:w="95" w:type="dxa"/>
              <w:bottom w:w="95" w:type="dxa"/>
              <w:end w:w="95" w:type="dxa"/>
            </w:tcMar>
            <w:vAlign w:val="center"/>
            <w:shd w:fill="F4F7FA"/>
          </w:tcPr>
          <w:p>
            <w:pPr>
              <w:spacing w:after="20" w:line="240" w:lineRule="auto"/>
            </w:pPr>
            <w:r>
              <w:rPr>
                <w:sz w:val="15"/>
              </w:rPr>
            </w:r>
          </w:p>
        </w:tc>
      </w:tr>
    </w:tbl>
    <w:p>
      <w:pPr>
        <w:spacing w:after="20"/>
      </w:pPr>
    </w:p>
    <w:p>
      <w:pPr>
        <w:pStyle w:val="Heading2"/>
      </w:pPr>
      <w:r>
        <w:t>5.2 Risk Classification</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045"/>
        <w:gridCol w:w="2045"/>
        <w:gridCol w:w="2045"/>
        <w:gridCol w:w="2045"/>
        <w:gridCol w:w="2045"/>
      </w:tblGrid>
      <w:tr>
        <w:trPr>
          <w:tblHeader w:val="true"/>
          <w:cantSplit/>
        </w:trPr>
        <w:tc>
          <w:tcPr>
            <w:tcW w:type="dxa" w:w="2016"/>
            <w:shd w:fill="17365D"/>
            <w:tcMar>
              <w:top w:w="95" w:type="dxa"/>
              <w:start w:w="95" w:type="dxa"/>
              <w:bottom w:w="95" w:type="dxa"/>
              <w:end w:w="95" w:type="dxa"/>
            </w:tcMar>
            <w:vAlign w:val="center"/>
          </w:tcPr>
          <w:p>
            <w:r>
              <w:rPr>
                <w:b/>
                <w:color w:val="FFFFFF"/>
                <w:sz w:val="14"/>
              </w:rPr>
              <w:t>Factor</w:t>
            </w:r>
          </w:p>
        </w:tc>
        <w:tc>
          <w:tcPr>
            <w:tcW w:type="dxa" w:w="2088"/>
            <w:shd w:fill="17365D"/>
            <w:tcMar>
              <w:top w:w="95" w:type="dxa"/>
              <w:start w:w="95" w:type="dxa"/>
              <w:bottom w:w="95" w:type="dxa"/>
              <w:end w:w="95" w:type="dxa"/>
            </w:tcMar>
            <w:vAlign w:val="center"/>
          </w:tcPr>
          <w:p>
            <w:r>
              <w:rPr>
                <w:b/>
                <w:color w:val="FFFFFF"/>
                <w:sz w:val="14"/>
              </w:rPr>
              <w:t>Low</w:t>
            </w:r>
          </w:p>
        </w:tc>
        <w:tc>
          <w:tcPr>
            <w:tcW w:type="dxa" w:w="2088"/>
            <w:shd w:fill="17365D"/>
            <w:tcMar>
              <w:top w:w="95" w:type="dxa"/>
              <w:start w:w="95" w:type="dxa"/>
              <w:bottom w:w="95" w:type="dxa"/>
              <w:end w:w="95" w:type="dxa"/>
            </w:tcMar>
            <w:vAlign w:val="center"/>
          </w:tcPr>
          <w:p>
            <w:r>
              <w:rPr>
                <w:b/>
                <w:color w:val="FFFFFF"/>
                <w:sz w:val="14"/>
              </w:rPr>
              <w:t>Moderate</w:t>
            </w:r>
          </w:p>
        </w:tc>
        <w:tc>
          <w:tcPr>
            <w:tcW w:type="dxa" w:w="2232"/>
            <w:shd w:fill="17365D"/>
            <w:tcMar>
              <w:top w:w="95" w:type="dxa"/>
              <w:start w:w="95" w:type="dxa"/>
              <w:bottom w:w="95" w:type="dxa"/>
              <w:end w:w="95" w:type="dxa"/>
            </w:tcMar>
            <w:vAlign w:val="center"/>
          </w:tcPr>
          <w:p>
            <w:r>
              <w:rPr>
                <w:b/>
                <w:color w:val="FFFFFF"/>
                <w:sz w:val="14"/>
              </w:rPr>
              <w:t>High</w:t>
            </w:r>
          </w:p>
        </w:tc>
        <w:tc>
          <w:tcPr>
            <w:tcW w:type="dxa" w:w="1512"/>
            <w:shd w:fill="17365D"/>
            <w:tcMar>
              <w:top w:w="95" w:type="dxa"/>
              <w:start w:w="95" w:type="dxa"/>
              <w:bottom w:w="95" w:type="dxa"/>
              <w:end w:w="95" w:type="dxa"/>
            </w:tcMar>
            <w:vAlign w:val="center"/>
          </w:tcPr>
          <w:p>
            <w:r>
              <w:rPr>
                <w:b/>
                <w:color w:val="FFFFFF"/>
                <w:sz w:val="14"/>
              </w:rPr>
              <w:t>Assessment</w:t>
            </w:r>
          </w:p>
        </w:tc>
      </w:tr>
      <w:tr>
        <w:trPr>
          <w:cantSplit/>
        </w:trPr>
        <w:tc>
          <w:tcPr>
            <w:tcW w:type="dxa" w:w="2016"/>
            <w:tcMar>
              <w:top w:w="95" w:type="dxa"/>
              <w:start w:w="95" w:type="dxa"/>
              <w:bottom w:w="95" w:type="dxa"/>
              <w:end w:w="95" w:type="dxa"/>
            </w:tcMar>
            <w:vAlign w:val="center"/>
          </w:tcPr>
          <w:p>
            <w:pPr>
              <w:spacing w:after="20" w:line="240" w:lineRule="auto"/>
            </w:pPr>
            <w:r>
              <w:rPr>
                <w:sz w:val="14"/>
              </w:rPr>
              <w:t>Influence over decision</w:t>
            </w:r>
          </w:p>
        </w:tc>
        <w:tc>
          <w:tcPr>
            <w:tcW w:type="dxa" w:w="2088"/>
            <w:tcMar>
              <w:top w:w="95" w:type="dxa"/>
              <w:start w:w="95" w:type="dxa"/>
              <w:bottom w:w="95" w:type="dxa"/>
              <w:end w:w="95" w:type="dxa"/>
            </w:tcMar>
            <w:vAlign w:val="center"/>
          </w:tcPr>
          <w:p>
            <w:pPr>
              <w:spacing w:after="20" w:line="240" w:lineRule="auto"/>
            </w:pPr>
            <w:r>
              <w:rPr>
                <w:sz w:val="14"/>
              </w:rPr>
              <w:t>Administrative or remote</w:t>
            </w:r>
          </w:p>
        </w:tc>
        <w:tc>
          <w:tcPr>
            <w:tcW w:type="dxa" w:w="2088"/>
            <w:tcMar>
              <w:top w:w="95" w:type="dxa"/>
              <w:start w:w="95" w:type="dxa"/>
              <w:bottom w:w="95" w:type="dxa"/>
              <w:end w:w="95" w:type="dxa"/>
            </w:tcMar>
            <w:vAlign w:val="center"/>
          </w:tcPr>
          <w:p>
            <w:pPr>
              <w:spacing w:after="20" w:line="240" w:lineRule="auto"/>
            </w:pPr>
            <w:r>
              <w:rPr>
                <w:sz w:val="14"/>
              </w:rPr>
              <w:t>Advisory or limited</w:t>
            </w:r>
          </w:p>
        </w:tc>
        <w:tc>
          <w:tcPr>
            <w:tcW w:type="dxa" w:w="2232"/>
            <w:tcMar>
              <w:top w:w="95" w:type="dxa"/>
              <w:start w:w="95" w:type="dxa"/>
              <w:bottom w:w="95" w:type="dxa"/>
              <w:end w:w="95" w:type="dxa"/>
            </w:tcMar>
            <w:vAlign w:val="center"/>
          </w:tcPr>
          <w:p>
            <w:pPr>
              <w:spacing w:after="20" w:line="240" w:lineRule="auto"/>
            </w:pPr>
            <w:r>
              <w:rPr>
                <w:sz w:val="14"/>
              </w:rPr>
              <w:t>Direct, final or override authority</w:t>
            </w:r>
          </w:p>
        </w:tc>
        <w:tc>
          <w:tcPr>
            <w:tcW w:type="dxa" w:w="1512"/>
            <w:tcMar>
              <w:top w:w="95" w:type="dxa"/>
              <w:start w:w="95" w:type="dxa"/>
              <w:bottom w:w="95" w:type="dxa"/>
              <w:end w:w="95" w:type="dxa"/>
            </w:tcMar>
            <w:vAlign w:val="center"/>
          </w:tcPr>
          <w:p>
            <w:pPr>
              <w:spacing w:after="20" w:line="240" w:lineRule="auto"/>
            </w:pPr>
            <w:r>
              <w:rPr>
                <w:sz w:val="14"/>
              </w:rPr>
            </w:r>
          </w:p>
        </w:tc>
      </w:tr>
      <w:tr>
        <w:trPr>
          <w:cantSplit/>
        </w:trPr>
        <w:tc>
          <w:tcPr>
            <w:tcW w:type="dxa" w:w="2016"/>
            <w:tcMar>
              <w:top w:w="95" w:type="dxa"/>
              <w:start w:w="95" w:type="dxa"/>
              <w:bottom w:w="95" w:type="dxa"/>
              <w:end w:w="95" w:type="dxa"/>
            </w:tcMar>
            <w:vAlign w:val="center"/>
            <w:shd w:fill="F4F7FA"/>
          </w:tcPr>
          <w:p>
            <w:pPr>
              <w:spacing w:after="20" w:line="240" w:lineRule="auto"/>
            </w:pPr>
            <w:r>
              <w:rPr>
                <w:sz w:val="14"/>
              </w:rPr>
              <w:t>Financial or personal benefit</w:t>
            </w:r>
          </w:p>
        </w:tc>
        <w:tc>
          <w:tcPr>
            <w:tcW w:type="dxa" w:w="2088"/>
            <w:tcMar>
              <w:top w:w="95" w:type="dxa"/>
              <w:start w:w="95" w:type="dxa"/>
              <w:bottom w:w="95" w:type="dxa"/>
              <w:end w:w="95" w:type="dxa"/>
            </w:tcMar>
            <w:vAlign w:val="center"/>
            <w:shd w:fill="F4F7FA"/>
          </w:tcPr>
          <w:p>
            <w:pPr>
              <w:spacing w:after="20" w:line="240" w:lineRule="auto"/>
            </w:pPr>
            <w:r>
              <w:rPr>
                <w:sz w:val="14"/>
              </w:rPr>
              <w:t>Minimal or remote</w:t>
            </w:r>
          </w:p>
        </w:tc>
        <w:tc>
          <w:tcPr>
            <w:tcW w:type="dxa" w:w="2088"/>
            <w:tcMar>
              <w:top w:w="95" w:type="dxa"/>
              <w:start w:w="95" w:type="dxa"/>
              <w:bottom w:w="95" w:type="dxa"/>
              <w:end w:w="95" w:type="dxa"/>
            </w:tcMar>
            <w:vAlign w:val="center"/>
            <w:shd w:fill="F4F7FA"/>
          </w:tcPr>
          <w:p>
            <w:pPr>
              <w:spacing w:after="20" w:line="240" w:lineRule="auto"/>
            </w:pPr>
            <w:r>
              <w:rPr>
                <w:sz w:val="14"/>
              </w:rPr>
              <w:t>Meaningful but limited</w:t>
            </w:r>
          </w:p>
        </w:tc>
        <w:tc>
          <w:tcPr>
            <w:tcW w:type="dxa" w:w="2232"/>
            <w:tcMar>
              <w:top w:w="95" w:type="dxa"/>
              <w:start w:w="95" w:type="dxa"/>
              <w:bottom w:w="95" w:type="dxa"/>
              <w:end w:w="95" w:type="dxa"/>
            </w:tcMar>
            <w:vAlign w:val="center"/>
            <w:shd w:fill="F4F7FA"/>
          </w:tcPr>
          <w:p>
            <w:pPr>
              <w:spacing w:after="20" w:line="240" w:lineRule="auto"/>
            </w:pPr>
            <w:r>
              <w:rPr>
                <w:sz w:val="14"/>
              </w:rPr>
              <w:t>Material, direct or recurring</w:t>
            </w:r>
          </w:p>
        </w:tc>
        <w:tc>
          <w:tcPr>
            <w:tcW w:type="dxa" w:w="1512"/>
            <w:tcMar>
              <w:top w:w="95" w:type="dxa"/>
              <w:start w:w="95" w:type="dxa"/>
              <w:bottom w:w="95" w:type="dxa"/>
              <w:end w:w="95" w:type="dxa"/>
            </w:tcMar>
            <w:vAlign w:val="center"/>
            <w:shd w:fill="F4F7FA"/>
          </w:tcPr>
          <w:p>
            <w:pPr>
              <w:spacing w:after="20" w:line="240" w:lineRule="auto"/>
            </w:pPr>
            <w:r>
              <w:rPr>
                <w:sz w:val="14"/>
              </w:rPr>
            </w:r>
          </w:p>
        </w:tc>
      </w:tr>
      <w:tr>
        <w:trPr>
          <w:cantSplit/>
        </w:trPr>
        <w:tc>
          <w:tcPr>
            <w:tcW w:type="dxa" w:w="2016"/>
            <w:tcMar>
              <w:top w:w="95" w:type="dxa"/>
              <w:start w:w="95" w:type="dxa"/>
              <w:bottom w:w="95" w:type="dxa"/>
              <w:end w:w="95" w:type="dxa"/>
            </w:tcMar>
            <w:vAlign w:val="center"/>
          </w:tcPr>
          <w:p>
            <w:pPr>
              <w:spacing w:after="20" w:line="240" w:lineRule="auto"/>
            </w:pPr>
            <w:r>
              <w:rPr>
                <w:sz w:val="14"/>
              </w:rPr>
              <w:t>Relationship proximity</w:t>
            </w:r>
          </w:p>
        </w:tc>
        <w:tc>
          <w:tcPr>
            <w:tcW w:type="dxa" w:w="2088"/>
            <w:tcMar>
              <w:top w:w="95" w:type="dxa"/>
              <w:start w:w="95" w:type="dxa"/>
              <w:bottom w:w="95" w:type="dxa"/>
              <w:end w:w="95" w:type="dxa"/>
            </w:tcMar>
            <w:vAlign w:val="center"/>
          </w:tcPr>
          <w:p>
            <w:pPr>
              <w:spacing w:after="20" w:line="240" w:lineRule="auto"/>
            </w:pPr>
            <w:r>
              <w:rPr>
                <w:sz w:val="14"/>
              </w:rPr>
              <w:t>Distant or historic</w:t>
            </w:r>
          </w:p>
        </w:tc>
        <w:tc>
          <w:tcPr>
            <w:tcW w:type="dxa" w:w="2088"/>
            <w:tcMar>
              <w:top w:w="95" w:type="dxa"/>
              <w:start w:w="95" w:type="dxa"/>
              <w:bottom w:w="95" w:type="dxa"/>
              <w:end w:w="95" w:type="dxa"/>
            </w:tcMar>
            <w:vAlign w:val="center"/>
          </w:tcPr>
          <w:p>
            <w:pPr>
              <w:spacing w:after="20" w:line="240" w:lineRule="auto"/>
            </w:pPr>
            <w:r>
              <w:rPr>
                <w:sz w:val="14"/>
              </w:rPr>
              <w:t>Ongoing professional or social</w:t>
            </w:r>
          </w:p>
        </w:tc>
        <w:tc>
          <w:tcPr>
            <w:tcW w:type="dxa" w:w="2232"/>
            <w:tcMar>
              <w:top w:w="95" w:type="dxa"/>
              <w:start w:w="95" w:type="dxa"/>
              <w:bottom w:w="95" w:type="dxa"/>
              <w:end w:w="95" w:type="dxa"/>
            </w:tcMar>
            <w:vAlign w:val="center"/>
          </w:tcPr>
          <w:p>
            <w:pPr>
              <w:spacing w:after="20" w:line="240" w:lineRule="auto"/>
            </w:pPr>
            <w:r>
              <w:rPr>
                <w:sz w:val="14"/>
              </w:rPr>
              <w:t>Close family, partner or controlled entity</w:t>
            </w:r>
          </w:p>
        </w:tc>
        <w:tc>
          <w:tcPr>
            <w:tcW w:type="dxa" w:w="1512"/>
            <w:tcMar>
              <w:top w:w="95" w:type="dxa"/>
              <w:start w:w="95" w:type="dxa"/>
              <w:bottom w:w="95" w:type="dxa"/>
              <w:end w:w="95" w:type="dxa"/>
            </w:tcMar>
            <w:vAlign w:val="center"/>
          </w:tcPr>
          <w:p>
            <w:pPr>
              <w:spacing w:after="20" w:line="240" w:lineRule="auto"/>
            </w:pPr>
            <w:r>
              <w:rPr>
                <w:sz w:val="14"/>
              </w:rPr>
            </w:r>
          </w:p>
        </w:tc>
      </w:tr>
      <w:tr>
        <w:trPr>
          <w:cantSplit/>
        </w:trPr>
        <w:tc>
          <w:tcPr>
            <w:tcW w:type="dxa" w:w="2016"/>
            <w:tcMar>
              <w:top w:w="95" w:type="dxa"/>
              <w:start w:w="95" w:type="dxa"/>
              <w:bottom w:w="95" w:type="dxa"/>
              <w:end w:w="95" w:type="dxa"/>
            </w:tcMar>
            <w:vAlign w:val="center"/>
            <w:shd w:fill="F4F7FA"/>
          </w:tcPr>
          <w:p>
            <w:pPr>
              <w:spacing w:after="20" w:line="240" w:lineRule="auto"/>
            </w:pPr>
            <w:r>
              <w:rPr>
                <w:sz w:val="14"/>
              </w:rPr>
              <w:t>Transparency</w:t>
            </w:r>
          </w:p>
        </w:tc>
        <w:tc>
          <w:tcPr>
            <w:tcW w:type="dxa" w:w="2088"/>
            <w:tcMar>
              <w:top w:w="95" w:type="dxa"/>
              <w:start w:w="95" w:type="dxa"/>
              <w:bottom w:w="95" w:type="dxa"/>
              <w:end w:w="95" w:type="dxa"/>
            </w:tcMar>
            <w:vAlign w:val="center"/>
            <w:shd w:fill="F4F7FA"/>
          </w:tcPr>
          <w:p>
            <w:pPr>
              <w:spacing w:after="20" w:line="240" w:lineRule="auto"/>
            </w:pPr>
            <w:r>
              <w:rPr>
                <w:sz w:val="14"/>
              </w:rPr>
              <w:t>Fully disclosed and verified</w:t>
            </w:r>
          </w:p>
        </w:tc>
        <w:tc>
          <w:tcPr>
            <w:tcW w:type="dxa" w:w="2088"/>
            <w:tcMar>
              <w:top w:w="95" w:type="dxa"/>
              <w:start w:w="95" w:type="dxa"/>
              <w:bottom w:w="95" w:type="dxa"/>
              <w:end w:w="95" w:type="dxa"/>
            </w:tcMar>
            <w:vAlign w:val="center"/>
            <w:shd w:fill="F4F7FA"/>
          </w:tcPr>
          <w:p>
            <w:pPr>
              <w:spacing w:after="20" w:line="240" w:lineRule="auto"/>
            </w:pPr>
            <w:r>
              <w:rPr>
                <w:sz w:val="14"/>
              </w:rPr>
              <w:t>Some uncertainty</w:t>
            </w:r>
          </w:p>
        </w:tc>
        <w:tc>
          <w:tcPr>
            <w:tcW w:type="dxa" w:w="2232"/>
            <w:tcMar>
              <w:top w:w="95" w:type="dxa"/>
              <w:start w:w="95" w:type="dxa"/>
              <w:bottom w:w="95" w:type="dxa"/>
              <w:end w:w="95" w:type="dxa"/>
            </w:tcMar>
            <w:vAlign w:val="center"/>
            <w:shd w:fill="F4F7FA"/>
          </w:tcPr>
          <w:p>
            <w:pPr>
              <w:spacing w:after="20" w:line="240" w:lineRule="auto"/>
            </w:pPr>
            <w:r>
              <w:rPr>
                <w:sz w:val="14"/>
              </w:rPr>
              <w:t>Hidden, late, inconsistent or unsupported</w:t>
            </w:r>
          </w:p>
        </w:tc>
        <w:tc>
          <w:tcPr>
            <w:tcW w:type="dxa" w:w="1512"/>
            <w:tcMar>
              <w:top w:w="95" w:type="dxa"/>
              <w:start w:w="95" w:type="dxa"/>
              <w:bottom w:w="95" w:type="dxa"/>
              <w:end w:w="95" w:type="dxa"/>
            </w:tcMar>
            <w:vAlign w:val="center"/>
            <w:shd w:fill="F4F7FA"/>
          </w:tcPr>
          <w:p>
            <w:pPr>
              <w:spacing w:after="20" w:line="240" w:lineRule="auto"/>
            </w:pPr>
            <w:r>
              <w:rPr>
                <w:sz w:val="14"/>
              </w:rPr>
            </w:r>
          </w:p>
        </w:tc>
      </w:tr>
      <w:tr>
        <w:trPr>
          <w:cantSplit/>
        </w:trPr>
        <w:tc>
          <w:tcPr>
            <w:tcW w:type="dxa" w:w="2016"/>
            <w:tcMar>
              <w:top w:w="95" w:type="dxa"/>
              <w:start w:w="95" w:type="dxa"/>
              <w:bottom w:w="95" w:type="dxa"/>
              <w:end w:w="95" w:type="dxa"/>
            </w:tcMar>
            <w:vAlign w:val="center"/>
          </w:tcPr>
          <w:p>
            <w:pPr>
              <w:spacing w:after="20" w:line="240" w:lineRule="auto"/>
            </w:pPr>
            <w:r>
              <w:rPr>
                <w:sz w:val="14"/>
              </w:rPr>
              <w:t>Manageability</w:t>
            </w:r>
          </w:p>
        </w:tc>
        <w:tc>
          <w:tcPr>
            <w:tcW w:type="dxa" w:w="2088"/>
            <w:tcMar>
              <w:top w:w="95" w:type="dxa"/>
              <w:start w:w="95" w:type="dxa"/>
              <w:bottom w:w="95" w:type="dxa"/>
              <w:end w:w="95" w:type="dxa"/>
            </w:tcMar>
            <w:vAlign w:val="center"/>
          </w:tcPr>
          <w:p>
            <w:pPr>
              <w:spacing w:after="20" w:line="240" w:lineRule="auto"/>
            </w:pPr>
            <w:r>
              <w:rPr>
                <w:sz w:val="14"/>
              </w:rPr>
              <w:t>Simple, observable safeguard</w:t>
            </w:r>
          </w:p>
        </w:tc>
        <w:tc>
          <w:tcPr>
            <w:tcW w:type="dxa" w:w="2088"/>
            <w:tcMar>
              <w:top w:w="95" w:type="dxa"/>
              <w:start w:w="95" w:type="dxa"/>
              <w:bottom w:w="95" w:type="dxa"/>
              <w:end w:w="95" w:type="dxa"/>
            </w:tcMar>
            <w:vAlign w:val="center"/>
          </w:tcPr>
          <w:p>
            <w:pPr>
              <w:spacing w:after="20" w:line="240" w:lineRule="auto"/>
            </w:pPr>
            <w:r>
              <w:rPr>
                <w:sz w:val="14"/>
              </w:rPr>
              <w:t>Several safeguards required</w:t>
            </w:r>
          </w:p>
        </w:tc>
        <w:tc>
          <w:tcPr>
            <w:tcW w:type="dxa" w:w="2232"/>
            <w:tcMar>
              <w:top w:w="95" w:type="dxa"/>
              <w:start w:w="95" w:type="dxa"/>
              <w:bottom w:w="95" w:type="dxa"/>
              <w:end w:w="95" w:type="dxa"/>
            </w:tcMar>
            <w:vAlign w:val="center"/>
          </w:tcPr>
          <w:p>
            <w:pPr>
              <w:spacing w:after="20" w:line="240" w:lineRule="auto"/>
            </w:pPr>
            <w:r>
              <w:rPr>
                <w:sz w:val="14"/>
              </w:rPr>
              <w:t>Cannot be credibly managed</w:t>
            </w:r>
          </w:p>
        </w:tc>
        <w:tc>
          <w:tcPr>
            <w:tcW w:type="dxa" w:w="1512"/>
            <w:tcMar>
              <w:top w:w="95" w:type="dxa"/>
              <w:start w:w="95" w:type="dxa"/>
              <w:bottom w:w="95" w:type="dxa"/>
              <w:end w:w="95" w:type="dxa"/>
            </w:tcMar>
            <w:vAlign w:val="center"/>
          </w:tcPr>
          <w:p>
            <w:pPr>
              <w:spacing w:after="20" w:line="240" w:lineRule="auto"/>
            </w:pPr>
            <w:r>
              <w:rPr>
                <w:sz w:val="14"/>
              </w:rPr>
            </w:r>
          </w:p>
        </w:tc>
      </w:tr>
    </w:tbl>
    <w:p>
      <w:pPr>
        <w:spacing w:after="2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12"/>
        <w:gridCol w:w="5112"/>
      </w:tblGrid>
      <w:tr>
        <w:trPr>
          <w:tblHeader w:val="true"/>
          <w:cantSplit/>
        </w:trPr>
        <w:tc>
          <w:tcPr>
            <w:tcW w:type="dxa" w:w="3240"/>
            <w:shd w:fill="17365D"/>
            <w:tcMar>
              <w:top w:w="95" w:type="dxa"/>
              <w:start w:w="95" w:type="dxa"/>
              <w:bottom w:w="95" w:type="dxa"/>
              <w:end w:w="95" w:type="dxa"/>
            </w:tcMar>
            <w:vAlign w:val="center"/>
          </w:tcPr>
          <w:p>
            <w:r>
              <w:rPr>
                <w:b/>
                <w:color w:val="FFFFFF"/>
                <w:sz w:val="18"/>
              </w:rPr>
              <w:t>Field</w:t>
            </w:r>
          </w:p>
        </w:tc>
        <w:tc>
          <w:tcPr>
            <w:tcW w:type="dxa" w:w="6696"/>
            <w:shd w:fill="17365D"/>
            <w:tcMar>
              <w:top w:w="95" w:type="dxa"/>
              <w:start w:w="95" w:type="dxa"/>
              <w:bottom w:w="95" w:type="dxa"/>
              <w:end w:w="95" w:type="dxa"/>
            </w:tcMar>
            <w:vAlign w:val="center"/>
          </w:tcPr>
          <w:p>
            <w:r>
              <w:rPr>
                <w:b/>
                <w:color w:val="FFFFFF"/>
                <w:sz w:val="18"/>
              </w:rPr>
              <w:t>Declaration</w:t>
            </w:r>
          </w:p>
        </w:tc>
      </w:tr>
      <w:tr>
        <w:trPr>
          <w:cantSplit/>
        </w:trPr>
        <w:tc>
          <w:tcPr>
            <w:tcW w:type="dxa" w:w="3240"/>
            <w:tcMar>
              <w:top w:w="95" w:type="dxa"/>
              <w:start w:w="95" w:type="dxa"/>
              <w:bottom w:w="95" w:type="dxa"/>
              <w:end w:w="95" w:type="dxa"/>
            </w:tcMar>
            <w:vAlign w:val="center"/>
          </w:tcPr>
          <w:p>
            <w:pPr>
              <w:spacing w:after="20" w:line="240" w:lineRule="auto"/>
            </w:pPr>
            <w:r>
              <w:rPr>
                <w:sz w:val="18"/>
              </w:rPr>
              <w:t>Overall rating</w:t>
            </w:r>
          </w:p>
        </w:tc>
        <w:tc>
          <w:tcPr>
            <w:tcW w:type="dxa" w:w="6696"/>
            <w:tcMar>
              <w:top w:w="95" w:type="dxa"/>
              <w:start w:w="95" w:type="dxa"/>
              <w:bottom w:w="95" w:type="dxa"/>
              <w:end w:w="95" w:type="dxa"/>
            </w:tcMar>
            <w:vAlign w:val="center"/>
          </w:tcPr>
          <w:p>
            <w:pPr>
              <w:spacing w:after="20" w:line="240" w:lineRule="auto"/>
            </w:pPr>
            <w:r>
              <w:rPr>
                <w:sz w:val="18"/>
              </w:rPr>
            </w:r>
          </w:p>
        </w:tc>
      </w:tr>
      <w:tr>
        <w:trPr>
          <w:cantSplit/>
        </w:trPr>
        <w:tc>
          <w:tcPr>
            <w:tcW w:type="dxa" w:w="3240"/>
            <w:tcMar>
              <w:top w:w="95" w:type="dxa"/>
              <w:start w:w="95" w:type="dxa"/>
              <w:bottom w:w="95" w:type="dxa"/>
              <w:end w:w="95" w:type="dxa"/>
            </w:tcMar>
            <w:vAlign w:val="center"/>
            <w:shd w:fill="F4F7FA"/>
          </w:tcPr>
          <w:p>
            <w:pPr>
              <w:spacing w:after="20" w:line="240" w:lineRule="auto"/>
            </w:pPr>
            <w:r>
              <w:rPr>
                <w:sz w:val="18"/>
              </w:rPr>
              <w:t>Actual potential or perceived</w:t>
            </w:r>
          </w:p>
        </w:tc>
        <w:tc>
          <w:tcPr>
            <w:tcW w:type="dxa" w:w="6696"/>
            <w:tcMar>
              <w:top w:w="95" w:type="dxa"/>
              <w:start w:w="95" w:type="dxa"/>
              <w:bottom w:w="95" w:type="dxa"/>
              <w:end w:w="95" w:type="dxa"/>
            </w:tcMar>
            <w:vAlign w:val="center"/>
            <w:shd w:fill="F4F7FA"/>
          </w:tcPr>
          <w:p>
            <w:pPr>
              <w:spacing w:after="20" w:line="240" w:lineRule="auto"/>
            </w:pPr>
            <w:r>
              <w:rPr>
                <w:sz w:val="18"/>
              </w:rPr>
            </w:r>
          </w:p>
        </w:tc>
      </w:tr>
      <w:tr>
        <w:trPr>
          <w:cantSplit/>
        </w:trPr>
        <w:tc>
          <w:tcPr>
            <w:tcW w:type="dxa" w:w="3240"/>
            <w:tcMar>
              <w:top w:w="95" w:type="dxa"/>
              <w:start w:w="95" w:type="dxa"/>
              <w:bottom w:w="95" w:type="dxa"/>
              <w:end w:w="95" w:type="dxa"/>
            </w:tcMar>
            <w:vAlign w:val="center"/>
          </w:tcPr>
          <w:p>
            <w:pPr>
              <w:spacing w:after="20" w:line="240" w:lineRule="auto"/>
            </w:pPr>
            <w:r>
              <w:rPr>
                <w:sz w:val="18"/>
              </w:rPr>
              <w:t>Decision</w:t>
            </w:r>
          </w:p>
        </w:tc>
        <w:tc>
          <w:tcPr>
            <w:tcW w:type="dxa" w:w="6696"/>
            <w:tcMar>
              <w:top w:w="95" w:type="dxa"/>
              <w:start w:w="95" w:type="dxa"/>
              <w:bottom w:w="95" w:type="dxa"/>
              <w:end w:w="95" w:type="dxa"/>
            </w:tcMar>
            <w:vAlign w:val="center"/>
          </w:tcPr>
          <w:p>
            <w:pPr>
              <w:spacing w:after="20" w:line="240" w:lineRule="auto"/>
            </w:pPr>
            <w:r>
              <w:rPr>
                <w:sz w:val="18"/>
              </w:rPr>
            </w:r>
          </w:p>
        </w:tc>
      </w:tr>
      <w:tr>
        <w:trPr>
          <w:cantSplit/>
        </w:trPr>
        <w:tc>
          <w:tcPr>
            <w:tcW w:type="dxa" w:w="3240"/>
            <w:tcMar>
              <w:top w:w="95" w:type="dxa"/>
              <w:start w:w="95" w:type="dxa"/>
              <w:bottom w:w="95" w:type="dxa"/>
              <w:end w:w="95" w:type="dxa"/>
            </w:tcMar>
            <w:vAlign w:val="center"/>
            <w:shd w:fill="F4F7FA"/>
          </w:tcPr>
          <w:p>
            <w:pPr>
              <w:spacing w:after="20" w:line="240" w:lineRule="auto"/>
            </w:pPr>
            <w:r>
              <w:rPr>
                <w:sz w:val="18"/>
              </w:rPr>
              <w:t>Rationale</w:t>
            </w:r>
          </w:p>
        </w:tc>
        <w:tc>
          <w:tcPr>
            <w:tcW w:type="dxa" w:w="6696"/>
            <w:tcMar>
              <w:top w:w="95" w:type="dxa"/>
              <w:start w:w="95" w:type="dxa"/>
              <w:bottom w:w="95" w:type="dxa"/>
              <w:end w:w="95" w:type="dxa"/>
            </w:tcMar>
            <w:vAlign w:val="center"/>
            <w:shd w:fill="F4F7FA"/>
          </w:tcPr>
          <w:p>
            <w:pPr>
              <w:spacing w:after="20" w:line="240" w:lineRule="auto"/>
            </w:pPr>
            <w:r>
              <w:rPr>
                <w:sz w:val="18"/>
              </w:rPr>
            </w:r>
          </w:p>
        </w:tc>
      </w:tr>
      <w:tr>
        <w:trPr>
          <w:cantSplit/>
        </w:trPr>
        <w:tc>
          <w:tcPr>
            <w:tcW w:type="dxa" w:w="3240"/>
            <w:tcMar>
              <w:top w:w="95" w:type="dxa"/>
              <w:start w:w="95" w:type="dxa"/>
              <w:bottom w:w="95" w:type="dxa"/>
              <w:end w:w="95" w:type="dxa"/>
            </w:tcMar>
            <w:vAlign w:val="center"/>
          </w:tcPr>
          <w:p>
            <w:pPr>
              <w:spacing w:after="20" w:line="240" w:lineRule="auto"/>
            </w:pPr>
            <w:r>
              <w:rPr>
                <w:sz w:val="18"/>
              </w:rPr>
              <w:t>Approving authority</w:t>
            </w:r>
          </w:p>
        </w:tc>
        <w:tc>
          <w:tcPr>
            <w:tcW w:type="dxa" w:w="6696"/>
            <w:tcMar>
              <w:top w:w="95" w:type="dxa"/>
              <w:start w:w="95" w:type="dxa"/>
              <w:bottom w:w="95" w:type="dxa"/>
              <w:end w:w="95" w:type="dxa"/>
            </w:tcMar>
            <w:vAlign w:val="center"/>
          </w:tcPr>
          <w:p>
            <w:pPr>
              <w:spacing w:after="20" w:line="240" w:lineRule="auto"/>
            </w:pPr>
            <w:r>
              <w:rPr>
                <w:sz w:val="18"/>
              </w:rPr>
            </w:r>
          </w:p>
        </w:tc>
      </w:tr>
      <w:tr>
        <w:trPr>
          <w:cantSplit/>
        </w:trPr>
        <w:tc>
          <w:tcPr>
            <w:tcW w:type="dxa" w:w="3240"/>
            <w:tcMar>
              <w:top w:w="95" w:type="dxa"/>
              <w:start w:w="95" w:type="dxa"/>
              <w:bottom w:w="95" w:type="dxa"/>
              <w:end w:w="95" w:type="dxa"/>
            </w:tcMar>
            <w:vAlign w:val="center"/>
            <w:shd w:fill="F4F7FA"/>
          </w:tcPr>
          <w:p>
            <w:pPr>
              <w:spacing w:after="20" w:line="240" w:lineRule="auto"/>
            </w:pPr>
            <w:r>
              <w:rPr>
                <w:sz w:val="18"/>
              </w:rPr>
              <w:t>Review date</w:t>
            </w:r>
          </w:p>
        </w:tc>
        <w:tc>
          <w:tcPr>
            <w:tcW w:type="dxa" w:w="6696"/>
            <w:tcMar>
              <w:top w:w="95" w:type="dxa"/>
              <w:start w:w="95" w:type="dxa"/>
              <w:bottom w:w="95" w:type="dxa"/>
              <w:end w:w="95" w:type="dxa"/>
            </w:tcMar>
            <w:vAlign w:val="center"/>
            <w:shd w:fill="F4F7FA"/>
          </w:tcPr>
          <w:p>
            <w:pPr>
              <w:spacing w:after="20" w:line="240" w:lineRule="auto"/>
            </w:pPr>
            <w:r>
              <w:rPr>
                <w:sz w:val="18"/>
              </w:rPr>
            </w:r>
          </w:p>
        </w:tc>
      </w:tr>
    </w:tbl>
    <w:p>
      <w:pPr>
        <w:spacing w:after="20"/>
      </w:pPr>
    </w:p>
    <w:p>
      <w:r>
        <w:br w:type="page"/>
      </w:r>
    </w:p>
    <w:p>
      <w:pPr>
        <w:pStyle w:val="Heading1"/>
      </w:pPr>
      <w:r>
        <w:t>Section 6 Conflict Management Plan</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461"/>
        <w:gridCol w:w="1461"/>
        <w:gridCol w:w="1461"/>
        <w:gridCol w:w="1461"/>
        <w:gridCol w:w="1461"/>
        <w:gridCol w:w="1461"/>
        <w:gridCol w:w="1461"/>
      </w:tblGrid>
      <w:tr>
        <w:trPr>
          <w:tblHeader w:val="true"/>
          <w:cantSplit/>
        </w:trPr>
        <w:tc>
          <w:tcPr>
            <w:tcW w:type="dxa" w:w="3096"/>
            <w:shd w:fill="17365D"/>
            <w:tcMar>
              <w:top w:w="95" w:type="dxa"/>
              <w:start w:w="95" w:type="dxa"/>
              <w:bottom w:w="95" w:type="dxa"/>
              <w:end w:w="95" w:type="dxa"/>
            </w:tcMar>
            <w:vAlign w:val="center"/>
          </w:tcPr>
          <w:p>
            <w:r>
              <w:rPr>
                <w:b/>
                <w:color w:val="FFFFFF"/>
                <w:sz w:val="13"/>
              </w:rPr>
              <w:t>Safeguard</w:t>
            </w:r>
          </w:p>
        </w:tc>
        <w:tc>
          <w:tcPr>
            <w:tcW w:type="dxa" w:w="792"/>
            <w:shd w:fill="17365D"/>
            <w:tcMar>
              <w:top w:w="95" w:type="dxa"/>
              <w:start w:w="95" w:type="dxa"/>
              <w:bottom w:w="95" w:type="dxa"/>
              <w:end w:w="95" w:type="dxa"/>
            </w:tcMar>
            <w:vAlign w:val="center"/>
          </w:tcPr>
          <w:p>
            <w:r>
              <w:rPr>
                <w:b/>
                <w:color w:val="FFFFFF"/>
                <w:sz w:val="13"/>
              </w:rPr>
              <w:t>Required</w:t>
            </w:r>
          </w:p>
        </w:tc>
        <w:tc>
          <w:tcPr>
            <w:tcW w:type="dxa" w:w="2232"/>
            <w:shd w:fill="17365D"/>
            <w:tcMar>
              <w:top w:w="95" w:type="dxa"/>
              <w:start w:w="95" w:type="dxa"/>
              <w:bottom w:w="95" w:type="dxa"/>
              <w:end w:w="95" w:type="dxa"/>
            </w:tcMar>
            <w:vAlign w:val="center"/>
          </w:tcPr>
          <w:p>
            <w:r>
              <w:rPr>
                <w:b/>
                <w:color w:val="FFFFFF"/>
                <w:sz w:val="13"/>
              </w:rPr>
              <w:t>Details and scope</w:t>
            </w:r>
          </w:p>
        </w:tc>
        <w:tc>
          <w:tcPr>
            <w:tcW w:type="dxa" w:w="936"/>
            <w:shd w:fill="17365D"/>
            <w:tcMar>
              <w:top w:w="95" w:type="dxa"/>
              <w:start w:w="95" w:type="dxa"/>
              <w:bottom w:w="95" w:type="dxa"/>
              <w:end w:w="95" w:type="dxa"/>
            </w:tcMar>
            <w:vAlign w:val="center"/>
          </w:tcPr>
          <w:p>
            <w:r>
              <w:rPr>
                <w:b/>
                <w:color w:val="FFFFFF"/>
                <w:sz w:val="13"/>
              </w:rPr>
              <w:t>Owner</w:t>
            </w:r>
          </w:p>
        </w:tc>
        <w:tc>
          <w:tcPr>
            <w:tcW w:type="dxa" w:w="1008"/>
            <w:shd w:fill="17365D"/>
            <w:tcMar>
              <w:top w:w="95" w:type="dxa"/>
              <w:start w:w="95" w:type="dxa"/>
              <w:bottom w:w="95" w:type="dxa"/>
              <w:end w:w="95" w:type="dxa"/>
            </w:tcMar>
            <w:vAlign w:val="center"/>
          </w:tcPr>
          <w:p>
            <w:r>
              <w:rPr>
                <w:b/>
                <w:color w:val="FFFFFF"/>
                <w:sz w:val="13"/>
              </w:rPr>
              <w:t>Effective date</w:t>
            </w:r>
          </w:p>
        </w:tc>
        <w:tc>
          <w:tcPr>
            <w:tcW w:type="dxa" w:w="1080"/>
            <w:shd w:fill="17365D"/>
            <w:tcMar>
              <w:top w:w="95" w:type="dxa"/>
              <w:start w:w="95" w:type="dxa"/>
              <w:bottom w:w="95" w:type="dxa"/>
              <w:end w:w="95" w:type="dxa"/>
            </w:tcMar>
            <w:vAlign w:val="center"/>
          </w:tcPr>
          <w:p>
            <w:r>
              <w:rPr>
                <w:b/>
                <w:color w:val="FFFFFF"/>
                <w:sz w:val="13"/>
              </w:rPr>
              <w:t>Evidence</w:t>
            </w:r>
          </w:p>
        </w:tc>
        <w:tc>
          <w:tcPr>
            <w:tcW w:type="dxa" w:w="792"/>
            <w:shd w:fill="17365D"/>
            <w:tcMar>
              <w:top w:w="95" w:type="dxa"/>
              <w:start w:w="95" w:type="dxa"/>
              <w:bottom w:w="95" w:type="dxa"/>
              <w:end w:w="95" w:type="dxa"/>
            </w:tcMar>
            <w:vAlign w:val="center"/>
          </w:tcPr>
          <w:p>
            <w:r>
              <w:rPr>
                <w:b/>
                <w:color w:val="FFFFFF"/>
                <w:sz w:val="13"/>
              </w:rPr>
              <w:t>Review date</w:t>
            </w:r>
          </w:p>
        </w:tc>
      </w:tr>
      <w:tr>
        <w:trPr>
          <w:cantSplit/>
        </w:trPr>
        <w:tc>
          <w:tcPr>
            <w:tcW w:type="dxa" w:w="3096"/>
            <w:tcMar>
              <w:top w:w="95" w:type="dxa"/>
              <w:start w:w="95" w:type="dxa"/>
              <w:bottom w:w="95" w:type="dxa"/>
              <w:end w:w="95" w:type="dxa"/>
            </w:tcMar>
            <w:vAlign w:val="center"/>
          </w:tcPr>
          <w:p>
            <w:pPr>
              <w:spacing w:after="20" w:line="240" w:lineRule="auto"/>
            </w:pPr>
            <w:r>
              <w:rPr>
                <w:sz w:val="13"/>
              </w:rPr>
              <w:t>Full recusal from discussion and decision</w:t>
            </w:r>
          </w:p>
        </w:tc>
        <w:tc>
          <w:tcPr>
            <w:tcW w:type="dxa" w:w="792"/>
            <w:tcMar>
              <w:top w:w="95" w:type="dxa"/>
              <w:start w:w="95" w:type="dxa"/>
              <w:bottom w:w="95" w:type="dxa"/>
              <w:end w:w="95" w:type="dxa"/>
            </w:tcMar>
            <w:vAlign w:val="center"/>
          </w:tcPr>
          <w:p>
            <w:pPr>
              <w:spacing w:after="20" w:line="240" w:lineRule="auto"/>
            </w:pPr>
            <w:r>
              <w:rPr>
                <w:sz w:val="13"/>
              </w:rPr>
              <w:t>☐</w:t>
            </w:r>
          </w:p>
        </w:tc>
        <w:tc>
          <w:tcPr>
            <w:tcW w:type="dxa" w:w="2232"/>
            <w:tcMar>
              <w:top w:w="95" w:type="dxa"/>
              <w:start w:w="95" w:type="dxa"/>
              <w:bottom w:w="95" w:type="dxa"/>
              <w:end w:w="95" w:type="dxa"/>
            </w:tcMar>
            <w:vAlign w:val="center"/>
          </w:tcPr>
          <w:p>
            <w:pPr>
              <w:spacing w:after="20" w:line="240" w:lineRule="auto"/>
            </w:pPr>
            <w:r>
              <w:rPr>
                <w:sz w:val="13"/>
              </w:rPr>
            </w:r>
          </w:p>
        </w:tc>
        <w:tc>
          <w:tcPr>
            <w:tcW w:type="dxa" w:w="936"/>
            <w:tcMar>
              <w:top w:w="95" w:type="dxa"/>
              <w:start w:w="95" w:type="dxa"/>
              <w:bottom w:w="95" w:type="dxa"/>
              <w:end w:w="95" w:type="dxa"/>
            </w:tcMar>
            <w:vAlign w:val="center"/>
          </w:tcPr>
          <w:p>
            <w:pPr>
              <w:spacing w:after="20" w:line="240" w:lineRule="auto"/>
            </w:pPr>
            <w:r>
              <w:rPr>
                <w:sz w:val="13"/>
              </w:rPr>
            </w:r>
          </w:p>
        </w:tc>
        <w:tc>
          <w:tcPr>
            <w:tcW w:type="dxa" w:w="1008"/>
            <w:tcMar>
              <w:top w:w="95" w:type="dxa"/>
              <w:start w:w="95" w:type="dxa"/>
              <w:bottom w:w="95" w:type="dxa"/>
              <w:end w:w="95" w:type="dxa"/>
            </w:tcMar>
            <w:vAlign w:val="center"/>
          </w:tcPr>
          <w:p>
            <w:pPr>
              <w:spacing w:after="20" w:line="240" w:lineRule="auto"/>
            </w:pPr>
            <w:r>
              <w:rPr>
                <w:sz w:val="13"/>
              </w:rPr>
            </w:r>
          </w:p>
        </w:tc>
        <w:tc>
          <w:tcPr>
            <w:tcW w:type="dxa" w:w="1080"/>
            <w:tcMar>
              <w:top w:w="95" w:type="dxa"/>
              <w:start w:w="95" w:type="dxa"/>
              <w:bottom w:w="95" w:type="dxa"/>
              <w:end w:w="95" w:type="dxa"/>
            </w:tcMar>
            <w:vAlign w:val="center"/>
          </w:tcPr>
          <w:p>
            <w:pPr>
              <w:spacing w:after="20" w:line="240" w:lineRule="auto"/>
            </w:pPr>
            <w:r>
              <w:rPr>
                <w:sz w:val="13"/>
              </w:rPr>
            </w:r>
          </w:p>
        </w:tc>
        <w:tc>
          <w:tcPr>
            <w:tcW w:type="dxa" w:w="792"/>
            <w:tcMar>
              <w:top w:w="95" w:type="dxa"/>
              <w:start w:w="95" w:type="dxa"/>
              <w:bottom w:w="95" w:type="dxa"/>
              <w:end w:w="95" w:type="dxa"/>
            </w:tcMar>
            <w:vAlign w:val="center"/>
          </w:tcPr>
          <w:p>
            <w:pPr>
              <w:spacing w:after="20" w:line="240" w:lineRule="auto"/>
            </w:pPr>
            <w:r>
              <w:rPr>
                <w:sz w:val="13"/>
              </w:rPr>
            </w:r>
          </w:p>
        </w:tc>
      </w:tr>
      <w:tr>
        <w:trPr>
          <w:cantSplit/>
        </w:trPr>
        <w:tc>
          <w:tcPr>
            <w:tcW w:type="dxa" w:w="3096"/>
            <w:tcMar>
              <w:top w:w="95" w:type="dxa"/>
              <w:start w:w="95" w:type="dxa"/>
              <w:bottom w:w="95" w:type="dxa"/>
              <w:end w:w="95" w:type="dxa"/>
            </w:tcMar>
            <w:vAlign w:val="center"/>
            <w:shd w:fill="F4F7FA"/>
          </w:tcPr>
          <w:p>
            <w:pPr>
              <w:spacing w:after="20" w:line="240" w:lineRule="auto"/>
            </w:pPr>
            <w:r>
              <w:rPr>
                <w:sz w:val="13"/>
              </w:rPr>
              <w:t>Restricted access to information or systems</w:t>
            </w:r>
          </w:p>
        </w:tc>
        <w:tc>
          <w:tcPr>
            <w:tcW w:type="dxa" w:w="792"/>
            <w:tcMar>
              <w:top w:w="95" w:type="dxa"/>
              <w:start w:w="95" w:type="dxa"/>
              <w:bottom w:w="95" w:type="dxa"/>
              <w:end w:w="95" w:type="dxa"/>
            </w:tcMar>
            <w:vAlign w:val="center"/>
            <w:shd w:fill="F4F7FA"/>
          </w:tcPr>
          <w:p>
            <w:pPr>
              <w:spacing w:after="20" w:line="240" w:lineRule="auto"/>
            </w:pPr>
            <w:r>
              <w:rPr>
                <w:sz w:val="13"/>
              </w:rPr>
              <w:t>☐</w:t>
            </w:r>
          </w:p>
        </w:tc>
        <w:tc>
          <w:tcPr>
            <w:tcW w:type="dxa" w:w="2232"/>
            <w:tcMar>
              <w:top w:w="95" w:type="dxa"/>
              <w:start w:w="95" w:type="dxa"/>
              <w:bottom w:w="95" w:type="dxa"/>
              <w:end w:w="95" w:type="dxa"/>
            </w:tcMar>
            <w:vAlign w:val="center"/>
            <w:shd w:fill="F4F7FA"/>
          </w:tcPr>
          <w:p>
            <w:pPr>
              <w:spacing w:after="20" w:line="240" w:lineRule="auto"/>
            </w:pPr>
            <w:r>
              <w:rPr>
                <w:sz w:val="13"/>
              </w:rPr>
            </w:r>
          </w:p>
        </w:tc>
        <w:tc>
          <w:tcPr>
            <w:tcW w:type="dxa" w:w="936"/>
            <w:tcMar>
              <w:top w:w="95" w:type="dxa"/>
              <w:start w:w="95" w:type="dxa"/>
              <w:bottom w:w="95" w:type="dxa"/>
              <w:end w:w="95" w:type="dxa"/>
            </w:tcMar>
            <w:vAlign w:val="center"/>
            <w:shd w:fill="F4F7FA"/>
          </w:tcPr>
          <w:p>
            <w:pPr>
              <w:spacing w:after="20" w:line="240" w:lineRule="auto"/>
            </w:pPr>
            <w:r>
              <w:rPr>
                <w:sz w:val="13"/>
              </w:rPr>
            </w:r>
          </w:p>
        </w:tc>
        <w:tc>
          <w:tcPr>
            <w:tcW w:type="dxa" w:w="1008"/>
            <w:tcMar>
              <w:top w:w="95" w:type="dxa"/>
              <w:start w:w="95" w:type="dxa"/>
              <w:bottom w:w="95" w:type="dxa"/>
              <w:end w:w="95" w:type="dxa"/>
            </w:tcMar>
            <w:vAlign w:val="center"/>
            <w:shd w:fill="F4F7FA"/>
          </w:tcPr>
          <w:p>
            <w:pPr>
              <w:spacing w:after="20" w:line="240" w:lineRule="auto"/>
            </w:pPr>
            <w:r>
              <w:rPr>
                <w:sz w:val="13"/>
              </w:rPr>
            </w:r>
          </w:p>
        </w:tc>
        <w:tc>
          <w:tcPr>
            <w:tcW w:type="dxa" w:w="1080"/>
            <w:tcMar>
              <w:top w:w="95" w:type="dxa"/>
              <w:start w:w="95" w:type="dxa"/>
              <w:bottom w:w="95" w:type="dxa"/>
              <w:end w:w="95" w:type="dxa"/>
            </w:tcMar>
            <w:vAlign w:val="center"/>
            <w:shd w:fill="F4F7FA"/>
          </w:tcPr>
          <w:p>
            <w:pPr>
              <w:spacing w:after="20" w:line="240" w:lineRule="auto"/>
            </w:pPr>
            <w:r>
              <w:rPr>
                <w:sz w:val="13"/>
              </w:rPr>
            </w:r>
          </w:p>
        </w:tc>
        <w:tc>
          <w:tcPr>
            <w:tcW w:type="dxa" w:w="792"/>
            <w:tcMar>
              <w:top w:w="95" w:type="dxa"/>
              <w:start w:w="95" w:type="dxa"/>
              <w:bottom w:w="95" w:type="dxa"/>
              <w:end w:w="95" w:type="dxa"/>
            </w:tcMar>
            <w:vAlign w:val="center"/>
            <w:shd w:fill="F4F7FA"/>
          </w:tcPr>
          <w:p>
            <w:pPr>
              <w:spacing w:after="20" w:line="240" w:lineRule="auto"/>
            </w:pPr>
            <w:r>
              <w:rPr>
                <w:sz w:val="13"/>
              </w:rPr>
            </w:r>
          </w:p>
        </w:tc>
      </w:tr>
      <w:tr>
        <w:trPr>
          <w:cantSplit/>
        </w:trPr>
        <w:tc>
          <w:tcPr>
            <w:tcW w:type="dxa" w:w="3096"/>
            <w:tcMar>
              <w:top w:w="95" w:type="dxa"/>
              <w:start w:w="95" w:type="dxa"/>
              <w:bottom w:w="95" w:type="dxa"/>
              <w:end w:w="95" w:type="dxa"/>
            </w:tcMar>
            <w:vAlign w:val="center"/>
          </w:tcPr>
          <w:p>
            <w:pPr>
              <w:spacing w:after="20" w:line="240" w:lineRule="auto"/>
            </w:pPr>
            <w:r>
              <w:rPr>
                <w:sz w:val="13"/>
              </w:rPr>
              <w:t>Removal from evaluation approval or supervision</w:t>
            </w:r>
          </w:p>
        </w:tc>
        <w:tc>
          <w:tcPr>
            <w:tcW w:type="dxa" w:w="792"/>
            <w:tcMar>
              <w:top w:w="95" w:type="dxa"/>
              <w:start w:w="95" w:type="dxa"/>
              <w:bottom w:w="95" w:type="dxa"/>
              <w:end w:w="95" w:type="dxa"/>
            </w:tcMar>
            <w:vAlign w:val="center"/>
          </w:tcPr>
          <w:p>
            <w:pPr>
              <w:spacing w:after="20" w:line="240" w:lineRule="auto"/>
            </w:pPr>
            <w:r>
              <w:rPr>
                <w:sz w:val="13"/>
              </w:rPr>
              <w:t>☐</w:t>
            </w:r>
          </w:p>
        </w:tc>
        <w:tc>
          <w:tcPr>
            <w:tcW w:type="dxa" w:w="2232"/>
            <w:tcMar>
              <w:top w:w="95" w:type="dxa"/>
              <w:start w:w="95" w:type="dxa"/>
              <w:bottom w:w="95" w:type="dxa"/>
              <w:end w:w="95" w:type="dxa"/>
            </w:tcMar>
            <w:vAlign w:val="center"/>
          </w:tcPr>
          <w:p>
            <w:pPr>
              <w:spacing w:after="20" w:line="240" w:lineRule="auto"/>
            </w:pPr>
            <w:r>
              <w:rPr>
                <w:sz w:val="13"/>
              </w:rPr>
            </w:r>
          </w:p>
        </w:tc>
        <w:tc>
          <w:tcPr>
            <w:tcW w:type="dxa" w:w="936"/>
            <w:tcMar>
              <w:top w:w="95" w:type="dxa"/>
              <w:start w:w="95" w:type="dxa"/>
              <w:bottom w:w="95" w:type="dxa"/>
              <w:end w:w="95" w:type="dxa"/>
            </w:tcMar>
            <w:vAlign w:val="center"/>
          </w:tcPr>
          <w:p>
            <w:pPr>
              <w:spacing w:after="20" w:line="240" w:lineRule="auto"/>
            </w:pPr>
            <w:r>
              <w:rPr>
                <w:sz w:val="13"/>
              </w:rPr>
            </w:r>
          </w:p>
        </w:tc>
        <w:tc>
          <w:tcPr>
            <w:tcW w:type="dxa" w:w="1008"/>
            <w:tcMar>
              <w:top w:w="95" w:type="dxa"/>
              <w:start w:w="95" w:type="dxa"/>
              <w:bottom w:w="95" w:type="dxa"/>
              <w:end w:w="95" w:type="dxa"/>
            </w:tcMar>
            <w:vAlign w:val="center"/>
          </w:tcPr>
          <w:p>
            <w:pPr>
              <w:spacing w:after="20" w:line="240" w:lineRule="auto"/>
            </w:pPr>
            <w:r>
              <w:rPr>
                <w:sz w:val="13"/>
              </w:rPr>
            </w:r>
          </w:p>
        </w:tc>
        <w:tc>
          <w:tcPr>
            <w:tcW w:type="dxa" w:w="1080"/>
            <w:tcMar>
              <w:top w:w="95" w:type="dxa"/>
              <w:start w:w="95" w:type="dxa"/>
              <w:bottom w:w="95" w:type="dxa"/>
              <w:end w:w="95" w:type="dxa"/>
            </w:tcMar>
            <w:vAlign w:val="center"/>
          </w:tcPr>
          <w:p>
            <w:pPr>
              <w:spacing w:after="20" w:line="240" w:lineRule="auto"/>
            </w:pPr>
            <w:r>
              <w:rPr>
                <w:sz w:val="13"/>
              </w:rPr>
            </w:r>
          </w:p>
        </w:tc>
        <w:tc>
          <w:tcPr>
            <w:tcW w:type="dxa" w:w="792"/>
            <w:tcMar>
              <w:top w:w="95" w:type="dxa"/>
              <w:start w:w="95" w:type="dxa"/>
              <w:bottom w:w="95" w:type="dxa"/>
              <w:end w:w="95" w:type="dxa"/>
            </w:tcMar>
            <w:vAlign w:val="center"/>
          </w:tcPr>
          <w:p>
            <w:pPr>
              <w:spacing w:after="20" w:line="240" w:lineRule="auto"/>
            </w:pPr>
            <w:r>
              <w:rPr>
                <w:sz w:val="13"/>
              </w:rPr>
            </w:r>
          </w:p>
        </w:tc>
      </w:tr>
      <w:tr>
        <w:trPr>
          <w:cantSplit/>
        </w:trPr>
        <w:tc>
          <w:tcPr>
            <w:tcW w:type="dxa" w:w="3096"/>
            <w:tcMar>
              <w:top w:w="95" w:type="dxa"/>
              <w:start w:w="95" w:type="dxa"/>
              <w:bottom w:w="95" w:type="dxa"/>
              <w:end w:w="95" w:type="dxa"/>
            </w:tcMar>
            <w:vAlign w:val="center"/>
            <w:shd w:fill="F4F7FA"/>
          </w:tcPr>
          <w:p>
            <w:pPr>
              <w:spacing w:after="20" w:line="240" w:lineRule="auto"/>
            </w:pPr>
            <w:r>
              <w:rPr>
                <w:sz w:val="13"/>
              </w:rPr>
              <w:t>Independent reviewer or additional approver</w:t>
            </w:r>
          </w:p>
        </w:tc>
        <w:tc>
          <w:tcPr>
            <w:tcW w:type="dxa" w:w="792"/>
            <w:tcMar>
              <w:top w:w="95" w:type="dxa"/>
              <w:start w:w="95" w:type="dxa"/>
              <w:bottom w:w="95" w:type="dxa"/>
              <w:end w:w="95" w:type="dxa"/>
            </w:tcMar>
            <w:vAlign w:val="center"/>
            <w:shd w:fill="F4F7FA"/>
          </w:tcPr>
          <w:p>
            <w:pPr>
              <w:spacing w:after="20" w:line="240" w:lineRule="auto"/>
            </w:pPr>
            <w:r>
              <w:rPr>
                <w:sz w:val="13"/>
              </w:rPr>
              <w:t>☐</w:t>
            </w:r>
          </w:p>
        </w:tc>
        <w:tc>
          <w:tcPr>
            <w:tcW w:type="dxa" w:w="2232"/>
            <w:tcMar>
              <w:top w:w="95" w:type="dxa"/>
              <w:start w:w="95" w:type="dxa"/>
              <w:bottom w:w="95" w:type="dxa"/>
              <w:end w:w="95" w:type="dxa"/>
            </w:tcMar>
            <w:vAlign w:val="center"/>
            <w:shd w:fill="F4F7FA"/>
          </w:tcPr>
          <w:p>
            <w:pPr>
              <w:spacing w:after="20" w:line="240" w:lineRule="auto"/>
            </w:pPr>
            <w:r>
              <w:rPr>
                <w:sz w:val="13"/>
              </w:rPr>
            </w:r>
          </w:p>
        </w:tc>
        <w:tc>
          <w:tcPr>
            <w:tcW w:type="dxa" w:w="936"/>
            <w:tcMar>
              <w:top w:w="95" w:type="dxa"/>
              <w:start w:w="95" w:type="dxa"/>
              <w:bottom w:w="95" w:type="dxa"/>
              <w:end w:w="95" w:type="dxa"/>
            </w:tcMar>
            <w:vAlign w:val="center"/>
            <w:shd w:fill="F4F7FA"/>
          </w:tcPr>
          <w:p>
            <w:pPr>
              <w:spacing w:after="20" w:line="240" w:lineRule="auto"/>
            </w:pPr>
            <w:r>
              <w:rPr>
                <w:sz w:val="13"/>
              </w:rPr>
            </w:r>
          </w:p>
        </w:tc>
        <w:tc>
          <w:tcPr>
            <w:tcW w:type="dxa" w:w="1008"/>
            <w:tcMar>
              <w:top w:w="95" w:type="dxa"/>
              <w:start w:w="95" w:type="dxa"/>
              <w:bottom w:w="95" w:type="dxa"/>
              <w:end w:w="95" w:type="dxa"/>
            </w:tcMar>
            <w:vAlign w:val="center"/>
            <w:shd w:fill="F4F7FA"/>
          </w:tcPr>
          <w:p>
            <w:pPr>
              <w:spacing w:after="20" w:line="240" w:lineRule="auto"/>
            </w:pPr>
            <w:r>
              <w:rPr>
                <w:sz w:val="13"/>
              </w:rPr>
            </w:r>
          </w:p>
        </w:tc>
        <w:tc>
          <w:tcPr>
            <w:tcW w:type="dxa" w:w="1080"/>
            <w:tcMar>
              <w:top w:w="95" w:type="dxa"/>
              <w:start w:w="95" w:type="dxa"/>
              <w:bottom w:w="95" w:type="dxa"/>
              <w:end w:w="95" w:type="dxa"/>
            </w:tcMar>
            <w:vAlign w:val="center"/>
            <w:shd w:fill="F4F7FA"/>
          </w:tcPr>
          <w:p>
            <w:pPr>
              <w:spacing w:after="20" w:line="240" w:lineRule="auto"/>
            </w:pPr>
            <w:r>
              <w:rPr>
                <w:sz w:val="13"/>
              </w:rPr>
            </w:r>
          </w:p>
        </w:tc>
        <w:tc>
          <w:tcPr>
            <w:tcW w:type="dxa" w:w="792"/>
            <w:tcMar>
              <w:top w:w="95" w:type="dxa"/>
              <w:start w:w="95" w:type="dxa"/>
              <w:bottom w:w="95" w:type="dxa"/>
              <w:end w:w="95" w:type="dxa"/>
            </w:tcMar>
            <w:vAlign w:val="center"/>
            <w:shd w:fill="F4F7FA"/>
          </w:tcPr>
          <w:p>
            <w:pPr>
              <w:spacing w:after="20" w:line="240" w:lineRule="auto"/>
            </w:pPr>
            <w:r>
              <w:rPr>
                <w:sz w:val="13"/>
              </w:rPr>
            </w:r>
          </w:p>
        </w:tc>
      </w:tr>
      <w:tr>
        <w:trPr>
          <w:cantSplit/>
        </w:trPr>
        <w:tc>
          <w:tcPr>
            <w:tcW w:type="dxa" w:w="3096"/>
            <w:tcMar>
              <w:top w:w="95" w:type="dxa"/>
              <w:start w:w="95" w:type="dxa"/>
              <w:bottom w:w="95" w:type="dxa"/>
              <w:end w:w="95" w:type="dxa"/>
            </w:tcMar>
            <w:vAlign w:val="center"/>
          </w:tcPr>
          <w:p>
            <w:pPr>
              <w:spacing w:after="20" w:line="240" w:lineRule="auto"/>
            </w:pPr>
            <w:r>
              <w:rPr>
                <w:sz w:val="13"/>
              </w:rPr>
              <w:t>Transfer of responsibility or reporting line</w:t>
            </w:r>
          </w:p>
        </w:tc>
        <w:tc>
          <w:tcPr>
            <w:tcW w:type="dxa" w:w="792"/>
            <w:tcMar>
              <w:top w:w="95" w:type="dxa"/>
              <w:start w:w="95" w:type="dxa"/>
              <w:bottom w:w="95" w:type="dxa"/>
              <w:end w:w="95" w:type="dxa"/>
            </w:tcMar>
            <w:vAlign w:val="center"/>
          </w:tcPr>
          <w:p>
            <w:pPr>
              <w:spacing w:after="20" w:line="240" w:lineRule="auto"/>
            </w:pPr>
            <w:r>
              <w:rPr>
                <w:sz w:val="13"/>
              </w:rPr>
              <w:t>☐</w:t>
            </w:r>
          </w:p>
        </w:tc>
        <w:tc>
          <w:tcPr>
            <w:tcW w:type="dxa" w:w="2232"/>
            <w:tcMar>
              <w:top w:w="95" w:type="dxa"/>
              <w:start w:w="95" w:type="dxa"/>
              <w:bottom w:w="95" w:type="dxa"/>
              <w:end w:w="95" w:type="dxa"/>
            </w:tcMar>
            <w:vAlign w:val="center"/>
          </w:tcPr>
          <w:p>
            <w:pPr>
              <w:spacing w:after="20" w:line="240" w:lineRule="auto"/>
            </w:pPr>
            <w:r>
              <w:rPr>
                <w:sz w:val="13"/>
              </w:rPr>
            </w:r>
          </w:p>
        </w:tc>
        <w:tc>
          <w:tcPr>
            <w:tcW w:type="dxa" w:w="936"/>
            <w:tcMar>
              <w:top w:w="95" w:type="dxa"/>
              <w:start w:w="95" w:type="dxa"/>
              <w:bottom w:w="95" w:type="dxa"/>
              <w:end w:w="95" w:type="dxa"/>
            </w:tcMar>
            <w:vAlign w:val="center"/>
          </w:tcPr>
          <w:p>
            <w:pPr>
              <w:spacing w:after="20" w:line="240" w:lineRule="auto"/>
            </w:pPr>
            <w:r>
              <w:rPr>
                <w:sz w:val="13"/>
              </w:rPr>
            </w:r>
          </w:p>
        </w:tc>
        <w:tc>
          <w:tcPr>
            <w:tcW w:type="dxa" w:w="1008"/>
            <w:tcMar>
              <w:top w:w="95" w:type="dxa"/>
              <w:start w:w="95" w:type="dxa"/>
              <w:bottom w:w="95" w:type="dxa"/>
              <w:end w:w="95" w:type="dxa"/>
            </w:tcMar>
            <w:vAlign w:val="center"/>
          </w:tcPr>
          <w:p>
            <w:pPr>
              <w:spacing w:after="20" w:line="240" w:lineRule="auto"/>
            </w:pPr>
            <w:r>
              <w:rPr>
                <w:sz w:val="13"/>
              </w:rPr>
            </w:r>
          </w:p>
        </w:tc>
        <w:tc>
          <w:tcPr>
            <w:tcW w:type="dxa" w:w="1080"/>
            <w:tcMar>
              <w:top w:w="95" w:type="dxa"/>
              <w:start w:w="95" w:type="dxa"/>
              <w:bottom w:w="95" w:type="dxa"/>
              <w:end w:w="95" w:type="dxa"/>
            </w:tcMar>
            <w:vAlign w:val="center"/>
          </w:tcPr>
          <w:p>
            <w:pPr>
              <w:spacing w:after="20" w:line="240" w:lineRule="auto"/>
            </w:pPr>
            <w:r>
              <w:rPr>
                <w:sz w:val="13"/>
              </w:rPr>
            </w:r>
          </w:p>
        </w:tc>
        <w:tc>
          <w:tcPr>
            <w:tcW w:type="dxa" w:w="792"/>
            <w:tcMar>
              <w:top w:w="95" w:type="dxa"/>
              <w:start w:w="95" w:type="dxa"/>
              <w:bottom w:w="95" w:type="dxa"/>
              <w:end w:w="95" w:type="dxa"/>
            </w:tcMar>
            <w:vAlign w:val="center"/>
          </w:tcPr>
          <w:p>
            <w:pPr>
              <w:spacing w:after="20" w:line="240" w:lineRule="auto"/>
            </w:pPr>
            <w:r>
              <w:rPr>
                <w:sz w:val="13"/>
              </w:rPr>
            </w:r>
          </w:p>
        </w:tc>
      </w:tr>
      <w:tr>
        <w:trPr>
          <w:cantSplit/>
        </w:trPr>
        <w:tc>
          <w:tcPr>
            <w:tcW w:type="dxa" w:w="3096"/>
            <w:tcMar>
              <w:top w:w="95" w:type="dxa"/>
              <w:start w:w="95" w:type="dxa"/>
              <w:bottom w:w="95" w:type="dxa"/>
              <w:end w:w="95" w:type="dxa"/>
            </w:tcMar>
            <w:vAlign w:val="center"/>
            <w:shd w:fill="F4F7FA"/>
          </w:tcPr>
          <w:p>
            <w:pPr>
              <w:spacing w:after="20" w:line="240" w:lineRule="auto"/>
            </w:pPr>
            <w:r>
              <w:rPr>
                <w:sz w:val="13"/>
              </w:rPr>
              <w:t>Divestment disposal or blind management of interest</w:t>
            </w:r>
          </w:p>
        </w:tc>
        <w:tc>
          <w:tcPr>
            <w:tcW w:type="dxa" w:w="792"/>
            <w:tcMar>
              <w:top w:w="95" w:type="dxa"/>
              <w:start w:w="95" w:type="dxa"/>
              <w:bottom w:w="95" w:type="dxa"/>
              <w:end w:w="95" w:type="dxa"/>
            </w:tcMar>
            <w:vAlign w:val="center"/>
            <w:shd w:fill="F4F7FA"/>
          </w:tcPr>
          <w:p>
            <w:pPr>
              <w:spacing w:after="20" w:line="240" w:lineRule="auto"/>
            </w:pPr>
            <w:r>
              <w:rPr>
                <w:sz w:val="13"/>
              </w:rPr>
              <w:t>☐</w:t>
            </w:r>
          </w:p>
        </w:tc>
        <w:tc>
          <w:tcPr>
            <w:tcW w:type="dxa" w:w="2232"/>
            <w:tcMar>
              <w:top w:w="95" w:type="dxa"/>
              <w:start w:w="95" w:type="dxa"/>
              <w:bottom w:w="95" w:type="dxa"/>
              <w:end w:w="95" w:type="dxa"/>
            </w:tcMar>
            <w:vAlign w:val="center"/>
            <w:shd w:fill="F4F7FA"/>
          </w:tcPr>
          <w:p>
            <w:pPr>
              <w:spacing w:after="20" w:line="240" w:lineRule="auto"/>
            </w:pPr>
            <w:r>
              <w:rPr>
                <w:sz w:val="13"/>
              </w:rPr>
            </w:r>
          </w:p>
        </w:tc>
        <w:tc>
          <w:tcPr>
            <w:tcW w:type="dxa" w:w="936"/>
            <w:tcMar>
              <w:top w:w="95" w:type="dxa"/>
              <w:start w:w="95" w:type="dxa"/>
              <w:bottom w:w="95" w:type="dxa"/>
              <w:end w:w="95" w:type="dxa"/>
            </w:tcMar>
            <w:vAlign w:val="center"/>
            <w:shd w:fill="F4F7FA"/>
          </w:tcPr>
          <w:p>
            <w:pPr>
              <w:spacing w:after="20" w:line="240" w:lineRule="auto"/>
            </w:pPr>
            <w:r>
              <w:rPr>
                <w:sz w:val="13"/>
              </w:rPr>
            </w:r>
          </w:p>
        </w:tc>
        <w:tc>
          <w:tcPr>
            <w:tcW w:type="dxa" w:w="1008"/>
            <w:tcMar>
              <w:top w:w="95" w:type="dxa"/>
              <w:start w:w="95" w:type="dxa"/>
              <w:bottom w:w="95" w:type="dxa"/>
              <w:end w:w="95" w:type="dxa"/>
            </w:tcMar>
            <w:vAlign w:val="center"/>
            <w:shd w:fill="F4F7FA"/>
          </w:tcPr>
          <w:p>
            <w:pPr>
              <w:spacing w:after="20" w:line="240" w:lineRule="auto"/>
            </w:pPr>
            <w:r>
              <w:rPr>
                <w:sz w:val="13"/>
              </w:rPr>
            </w:r>
          </w:p>
        </w:tc>
        <w:tc>
          <w:tcPr>
            <w:tcW w:type="dxa" w:w="1080"/>
            <w:tcMar>
              <w:top w:w="95" w:type="dxa"/>
              <w:start w:w="95" w:type="dxa"/>
              <w:bottom w:w="95" w:type="dxa"/>
              <w:end w:w="95" w:type="dxa"/>
            </w:tcMar>
            <w:vAlign w:val="center"/>
            <w:shd w:fill="F4F7FA"/>
          </w:tcPr>
          <w:p>
            <w:pPr>
              <w:spacing w:after="20" w:line="240" w:lineRule="auto"/>
            </w:pPr>
            <w:r>
              <w:rPr>
                <w:sz w:val="13"/>
              </w:rPr>
            </w:r>
          </w:p>
        </w:tc>
        <w:tc>
          <w:tcPr>
            <w:tcW w:type="dxa" w:w="792"/>
            <w:tcMar>
              <w:top w:w="95" w:type="dxa"/>
              <w:start w:w="95" w:type="dxa"/>
              <w:bottom w:w="95" w:type="dxa"/>
              <w:end w:w="95" w:type="dxa"/>
            </w:tcMar>
            <w:vAlign w:val="center"/>
            <w:shd w:fill="F4F7FA"/>
          </w:tcPr>
          <w:p>
            <w:pPr>
              <w:spacing w:after="20" w:line="240" w:lineRule="auto"/>
            </w:pPr>
            <w:r>
              <w:rPr>
                <w:sz w:val="13"/>
              </w:rPr>
            </w:r>
          </w:p>
        </w:tc>
      </w:tr>
      <w:tr>
        <w:trPr>
          <w:cantSplit/>
        </w:trPr>
        <w:tc>
          <w:tcPr>
            <w:tcW w:type="dxa" w:w="3096"/>
            <w:tcMar>
              <w:top w:w="95" w:type="dxa"/>
              <w:start w:w="95" w:type="dxa"/>
              <w:bottom w:w="95" w:type="dxa"/>
              <w:end w:w="95" w:type="dxa"/>
            </w:tcMar>
            <w:vAlign w:val="center"/>
          </w:tcPr>
          <w:p>
            <w:pPr>
              <w:spacing w:after="20" w:line="240" w:lineRule="auto"/>
            </w:pPr>
            <w:r>
              <w:rPr>
                <w:sz w:val="13"/>
              </w:rPr>
              <w:t>Termination or amendment of outside role</w:t>
            </w:r>
          </w:p>
        </w:tc>
        <w:tc>
          <w:tcPr>
            <w:tcW w:type="dxa" w:w="792"/>
            <w:tcMar>
              <w:top w:w="95" w:type="dxa"/>
              <w:start w:w="95" w:type="dxa"/>
              <w:bottom w:w="95" w:type="dxa"/>
              <w:end w:w="95" w:type="dxa"/>
            </w:tcMar>
            <w:vAlign w:val="center"/>
          </w:tcPr>
          <w:p>
            <w:pPr>
              <w:spacing w:after="20" w:line="240" w:lineRule="auto"/>
            </w:pPr>
            <w:r>
              <w:rPr>
                <w:sz w:val="13"/>
              </w:rPr>
              <w:t>☐</w:t>
            </w:r>
          </w:p>
        </w:tc>
        <w:tc>
          <w:tcPr>
            <w:tcW w:type="dxa" w:w="2232"/>
            <w:tcMar>
              <w:top w:w="95" w:type="dxa"/>
              <w:start w:w="95" w:type="dxa"/>
              <w:bottom w:w="95" w:type="dxa"/>
              <w:end w:w="95" w:type="dxa"/>
            </w:tcMar>
            <w:vAlign w:val="center"/>
          </w:tcPr>
          <w:p>
            <w:pPr>
              <w:spacing w:after="20" w:line="240" w:lineRule="auto"/>
            </w:pPr>
            <w:r>
              <w:rPr>
                <w:sz w:val="13"/>
              </w:rPr>
            </w:r>
          </w:p>
        </w:tc>
        <w:tc>
          <w:tcPr>
            <w:tcW w:type="dxa" w:w="936"/>
            <w:tcMar>
              <w:top w:w="95" w:type="dxa"/>
              <w:start w:w="95" w:type="dxa"/>
              <w:bottom w:w="95" w:type="dxa"/>
              <w:end w:w="95" w:type="dxa"/>
            </w:tcMar>
            <w:vAlign w:val="center"/>
          </w:tcPr>
          <w:p>
            <w:pPr>
              <w:spacing w:after="20" w:line="240" w:lineRule="auto"/>
            </w:pPr>
            <w:r>
              <w:rPr>
                <w:sz w:val="13"/>
              </w:rPr>
            </w:r>
          </w:p>
        </w:tc>
        <w:tc>
          <w:tcPr>
            <w:tcW w:type="dxa" w:w="1008"/>
            <w:tcMar>
              <w:top w:w="95" w:type="dxa"/>
              <w:start w:w="95" w:type="dxa"/>
              <w:bottom w:w="95" w:type="dxa"/>
              <w:end w:w="95" w:type="dxa"/>
            </w:tcMar>
            <w:vAlign w:val="center"/>
          </w:tcPr>
          <w:p>
            <w:pPr>
              <w:spacing w:after="20" w:line="240" w:lineRule="auto"/>
            </w:pPr>
            <w:r>
              <w:rPr>
                <w:sz w:val="13"/>
              </w:rPr>
            </w:r>
          </w:p>
        </w:tc>
        <w:tc>
          <w:tcPr>
            <w:tcW w:type="dxa" w:w="1080"/>
            <w:tcMar>
              <w:top w:w="95" w:type="dxa"/>
              <w:start w:w="95" w:type="dxa"/>
              <w:bottom w:w="95" w:type="dxa"/>
              <w:end w:w="95" w:type="dxa"/>
            </w:tcMar>
            <w:vAlign w:val="center"/>
          </w:tcPr>
          <w:p>
            <w:pPr>
              <w:spacing w:after="20" w:line="240" w:lineRule="auto"/>
            </w:pPr>
            <w:r>
              <w:rPr>
                <w:sz w:val="13"/>
              </w:rPr>
            </w:r>
          </w:p>
        </w:tc>
        <w:tc>
          <w:tcPr>
            <w:tcW w:type="dxa" w:w="792"/>
            <w:tcMar>
              <w:top w:w="95" w:type="dxa"/>
              <w:start w:w="95" w:type="dxa"/>
              <w:bottom w:w="95" w:type="dxa"/>
              <w:end w:w="95" w:type="dxa"/>
            </w:tcMar>
            <w:vAlign w:val="center"/>
          </w:tcPr>
          <w:p>
            <w:pPr>
              <w:spacing w:after="20" w:line="240" w:lineRule="auto"/>
            </w:pPr>
            <w:r>
              <w:rPr>
                <w:sz w:val="13"/>
              </w:rPr>
            </w:r>
          </w:p>
        </w:tc>
      </w:tr>
      <w:tr>
        <w:trPr>
          <w:cantSplit/>
        </w:trPr>
        <w:tc>
          <w:tcPr>
            <w:tcW w:type="dxa" w:w="3096"/>
            <w:tcMar>
              <w:top w:w="95" w:type="dxa"/>
              <w:start w:w="95" w:type="dxa"/>
              <w:bottom w:w="95" w:type="dxa"/>
              <w:end w:w="95" w:type="dxa"/>
            </w:tcMar>
            <w:vAlign w:val="center"/>
            <w:shd w:fill="F4F7FA"/>
          </w:tcPr>
          <w:p>
            <w:pPr>
              <w:spacing w:after="20" w:line="240" w:lineRule="auto"/>
            </w:pPr>
            <w:r>
              <w:rPr>
                <w:sz w:val="13"/>
              </w:rPr>
              <w:t>Prohibition or return of gift or benefit</w:t>
            </w:r>
          </w:p>
        </w:tc>
        <w:tc>
          <w:tcPr>
            <w:tcW w:type="dxa" w:w="792"/>
            <w:tcMar>
              <w:top w:w="95" w:type="dxa"/>
              <w:start w:w="95" w:type="dxa"/>
              <w:bottom w:w="95" w:type="dxa"/>
              <w:end w:w="95" w:type="dxa"/>
            </w:tcMar>
            <w:vAlign w:val="center"/>
            <w:shd w:fill="F4F7FA"/>
          </w:tcPr>
          <w:p>
            <w:pPr>
              <w:spacing w:after="20" w:line="240" w:lineRule="auto"/>
            </w:pPr>
            <w:r>
              <w:rPr>
                <w:sz w:val="13"/>
              </w:rPr>
              <w:t>☐</w:t>
            </w:r>
          </w:p>
        </w:tc>
        <w:tc>
          <w:tcPr>
            <w:tcW w:type="dxa" w:w="2232"/>
            <w:tcMar>
              <w:top w:w="95" w:type="dxa"/>
              <w:start w:w="95" w:type="dxa"/>
              <w:bottom w:w="95" w:type="dxa"/>
              <w:end w:w="95" w:type="dxa"/>
            </w:tcMar>
            <w:vAlign w:val="center"/>
            <w:shd w:fill="F4F7FA"/>
          </w:tcPr>
          <w:p>
            <w:pPr>
              <w:spacing w:after="20" w:line="240" w:lineRule="auto"/>
            </w:pPr>
            <w:r>
              <w:rPr>
                <w:sz w:val="13"/>
              </w:rPr>
            </w:r>
          </w:p>
        </w:tc>
        <w:tc>
          <w:tcPr>
            <w:tcW w:type="dxa" w:w="936"/>
            <w:tcMar>
              <w:top w:w="95" w:type="dxa"/>
              <w:start w:w="95" w:type="dxa"/>
              <w:bottom w:w="95" w:type="dxa"/>
              <w:end w:w="95" w:type="dxa"/>
            </w:tcMar>
            <w:vAlign w:val="center"/>
            <w:shd w:fill="F4F7FA"/>
          </w:tcPr>
          <w:p>
            <w:pPr>
              <w:spacing w:after="20" w:line="240" w:lineRule="auto"/>
            </w:pPr>
            <w:r>
              <w:rPr>
                <w:sz w:val="13"/>
              </w:rPr>
            </w:r>
          </w:p>
        </w:tc>
        <w:tc>
          <w:tcPr>
            <w:tcW w:type="dxa" w:w="1008"/>
            <w:tcMar>
              <w:top w:w="95" w:type="dxa"/>
              <w:start w:w="95" w:type="dxa"/>
              <w:bottom w:w="95" w:type="dxa"/>
              <w:end w:w="95" w:type="dxa"/>
            </w:tcMar>
            <w:vAlign w:val="center"/>
            <w:shd w:fill="F4F7FA"/>
          </w:tcPr>
          <w:p>
            <w:pPr>
              <w:spacing w:after="20" w:line="240" w:lineRule="auto"/>
            </w:pPr>
            <w:r>
              <w:rPr>
                <w:sz w:val="13"/>
              </w:rPr>
            </w:r>
          </w:p>
        </w:tc>
        <w:tc>
          <w:tcPr>
            <w:tcW w:type="dxa" w:w="1080"/>
            <w:tcMar>
              <w:top w:w="95" w:type="dxa"/>
              <w:start w:w="95" w:type="dxa"/>
              <w:bottom w:w="95" w:type="dxa"/>
              <w:end w:w="95" w:type="dxa"/>
            </w:tcMar>
            <w:vAlign w:val="center"/>
            <w:shd w:fill="F4F7FA"/>
          </w:tcPr>
          <w:p>
            <w:pPr>
              <w:spacing w:after="20" w:line="240" w:lineRule="auto"/>
            </w:pPr>
            <w:r>
              <w:rPr>
                <w:sz w:val="13"/>
              </w:rPr>
            </w:r>
          </w:p>
        </w:tc>
        <w:tc>
          <w:tcPr>
            <w:tcW w:type="dxa" w:w="792"/>
            <w:tcMar>
              <w:top w:w="95" w:type="dxa"/>
              <w:start w:w="95" w:type="dxa"/>
              <w:bottom w:w="95" w:type="dxa"/>
              <w:end w:w="95" w:type="dxa"/>
            </w:tcMar>
            <w:vAlign w:val="center"/>
            <w:shd w:fill="F4F7FA"/>
          </w:tcPr>
          <w:p>
            <w:pPr>
              <w:spacing w:after="20" w:line="240" w:lineRule="auto"/>
            </w:pPr>
            <w:r>
              <w:rPr>
                <w:sz w:val="13"/>
              </w:rPr>
            </w:r>
          </w:p>
        </w:tc>
      </w:tr>
      <w:tr>
        <w:trPr>
          <w:cantSplit/>
        </w:trPr>
        <w:tc>
          <w:tcPr>
            <w:tcW w:type="dxa" w:w="3096"/>
            <w:tcMar>
              <w:top w:w="95" w:type="dxa"/>
              <w:start w:w="95" w:type="dxa"/>
              <w:bottom w:w="95" w:type="dxa"/>
              <w:end w:w="95" w:type="dxa"/>
            </w:tcMar>
            <w:vAlign w:val="center"/>
          </w:tcPr>
          <w:p>
            <w:pPr>
              <w:spacing w:after="20" w:line="240" w:lineRule="auto"/>
            </w:pPr>
            <w:r>
              <w:rPr>
                <w:sz w:val="13"/>
              </w:rPr>
              <w:t>Contractual disclosure and monitoring</w:t>
            </w:r>
          </w:p>
        </w:tc>
        <w:tc>
          <w:tcPr>
            <w:tcW w:type="dxa" w:w="792"/>
            <w:tcMar>
              <w:top w:w="95" w:type="dxa"/>
              <w:start w:w="95" w:type="dxa"/>
              <w:bottom w:w="95" w:type="dxa"/>
              <w:end w:w="95" w:type="dxa"/>
            </w:tcMar>
            <w:vAlign w:val="center"/>
          </w:tcPr>
          <w:p>
            <w:pPr>
              <w:spacing w:after="20" w:line="240" w:lineRule="auto"/>
            </w:pPr>
            <w:r>
              <w:rPr>
                <w:sz w:val="13"/>
              </w:rPr>
              <w:t>☐</w:t>
            </w:r>
          </w:p>
        </w:tc>
        <w:tc>
          <w:tcPr>
            <w:tcW w:type="dxa" w:w="2232"/>
            <w:tcMar>
              <w:top w:w="95" w:type="dxa"/>
              <w:start w:w="95" w:type="dxa"/>
              <w:bottom w:w="95" w:type="dxa"/>
              <w:end w:w="95" w:type="dxa"/>
            </w:tcMar>
            <w:vAlign w:val="center"/>
          </w:tcPr>
          <w:p>
            <w:pPr>
              <w:spacing w:after="20" w:line="240" w:lineRule="auto"/>
            </w:pPr>
            <w:r>
              <w:rPr>
                <w:sz w:val="13"/>
              </w:rPr>
            </w:r>
          </w:p>
        </w:tc>
        <w:tc>
          <w:tcPr>
            <w:tcW w:type="dxa" w:w="936"/>
            <w:tcMar>
              <w:top w:w="95" w:type="dxa"/>
              <w:start w:w="95" w:type="dxa"/>
              <w:bottom w:w="95" w:type="dxa"/>
              <w:end w:w="95" w:type="dxa"/>
            </w:tcMar>
            <w:vAlign w:val="center"/>
          </w:tcPr>
          <w:p>
            <w:pPr>
              <w:spacing w:after="20" w:line="240" w:lineRule="auto"/>
            </w:pPr>
            <w:r>
              <w:rPr>
                <w:sz w:val="13"/>
              </w:rPr>
            </w:r>
          </w:p>
        </w:tc>
        <w:tc>
          <w:tcPr>
            <w:tcW w:type="dxa" w:w="1008"/>
            <w:tcMar>
              <w:top w:w="95" w:type="dxa"/>
              <w:start w:w="95" w:type="dxa"/>
              <w:bottom w:w="95" w:type="dxa"/>
              <w:end w:w="95" w:type="dxa"/>
            </w:tcMar>
            <w:vAlign w:val="center"/>
          </w:tcPr>
          <w:p>
            <w:pPr>
              <w:spacing w:after="20" w:line="240" w:lineRule="auto"/>
            </w:pPr>
            <w:r>
              <w:rPr>
                <w:sz w:val="13"/>
              </w:rPr>
            </w:r>
          </w:p>
        </w:tc>
        <w:tc>
          <w:tcPr>
            <w:tcW w:type="dxa" w:w="1080"/>
            <w:tcMar>
              <w:top w:w="95" w:type="dxa"/>
              <w:start w:w="95" w:type="dxa"/>
              <w:bottom w:w="95" w:type="dxa"/>
              <w:end w:w="95" w:type="dxa"/>
            </w:tcMar>
            <w:vAlign w:val="center"/>
          </w:tcPr>
          <w:p>
            <w:pPr>
              <w:spacing w:after="20" w:line="240" w:lineRule="auto"/>
            </w:pPr>
            <w:r>
              <w:rPr>
                <w:sz w:val="13"/>
              </w:rPr>
            </w:r>
          </w:p>
        </w:tc>
        <w:tc>
          <w:tcPr>
            <w:tcW w:type="dxa" w:w="792"/>
            <w:tcMar>
              <w:top w:w="95" w:type="dxa"/>
              <w:start w:w="95" w:type="dxa"/>
              <w:bottom w:w="95" w:type="dxa"/>
              <w:end w:w="95" w:type="dxa"/>
            </w:tcMar>
            <w:vAlign w:val="center"/>
          </w:tcPr>
          <w:p>
            <w:pPr>
              <w:spacing w:after="20" w:line="240" w:lineRule="auto"/>
            </w:pPr>
            <w:r>
              <w:rPr>
                <w:sz w:val="13"/>
              </w:rPr>
            </w:r>
          </w:p>
        </w:tc>
      </w:tr>
      <w:tr>
        <w:trPr>
          <w:cantSplit/>
        </w:trPr>
        <w:tc>
          <w:tcPr>
            <w:tcW w:type="dxa" w:w="3096"/>
            <w:tcMar>
              <w:top w:w="95" w:type="dxa"/>
              <w:start w:w="95" w:type="dxa"/>
              <w:bottom w:w="95" w:type="dxa"/>
              <w:end w:w="95" w:type="dxa"/>
            </w:tcMar>
            <w:vAlign w:val="center"/>
            <w:shd w:fill="F4F7FA"/>
          </w:tcPr>
          <w:p>
            <w:pPr>
              <w:spacing w:after="20" w:line="240" w:lineRule="auto"/>
            </w:pPr>
            <w:r>
              <w:rPr>
                <w:sz w:val="13"/>
              </w:rPr>
              <w:t>Temporary restriction pending decision</w:t>
            </w:r>
          </w:p>
        </w:tc>
        <w:tc>
          <w:tcPr>
            <w:tcW w:type="dxa" w:w="792"/>
            <w:tcMar>
              <w:top w:w="95" w:type="dxa"/>
              <w:start w:w="95" w:type="dxa"/>
              <w:bottom w:w="95" w:type="dxa"/>
              <w:end w:w="95" w:type="dxa"/>
            </w:tcMar>
            <w:vAlign w:val="center"/>
            <w:shd w:fill="F4F7FA"/>
          </w:tcPr>
          <w:p>
            <w:pPr>
              <w:spacing w:after="20" w:line="240" w:lineRule="auto"/>
            </w:pPr>
            <w:r>
              <w:rPr>
                <w:sz w:val="13"/>
              </w:rPr>
              <w:t>☐</w:t>
            </w:r>
          </w:p>
        </w:tc>
        <w:tc>
          <w:tcPr>
            <w:tcW w:type="dxa" w:w="2232"/>
            <w:tcMar>
              <w:top w:w="95" w:type="dxa"/>
              <w:start w:w="95" w:type="dxa"/>
              <w:bottom w:w="95" w:type="dxa"/>
              <w:end w:w="95" w:type="dxa"/>
            </w:tcMar>
            <w:vAlign w:val="center"/>
            <w:shd w:fill="F4F7FA"/>
          </w:tcPr>
          <w:p>
            <w:pPr>
              <w:spacing w:after="20" w:line="240" w:lineRule="auto"/>
            </w:pPr>
            <w:r>
              <w:rPr>
                <w:sz w:val="13"/>
              </w:rPr>
            </w:r>
          </w:p>
        </w:tc>
        <w:tc>
          <w:tcPr>
            <w:tcW w:type="dxa" w:w="936"/>
            <w:tcMar>
              <w:top w:w="95" w:type="dxa"/>
              <w:start w:w="95" w:type="dxa"/>
              <w:bottom w:w="95" w:type="dxa"/>
              <w:end w:w="95" w:type="dxa"/>
            </w:tcMar>
            <w:vAlign w:val="center"/>
            <w:shd w:fill="F4F7FA"/>
          </w:tcPr>
          <w:p>
            <w:pPr>
              <w:spacing w:after="20" w:line="240" w:lineRule="auto"/>
            </w:pPr>
            <w:r>
              <w:rPr>
                <w:sz w:val="13"/>
              </w:rPr>
            </w:r>
          </w:p>
        </w:tc>
        <w:tc>
          <w:tcPr>
            <w:tcW w:type="dxa" w:w="1008"/>
            <w:tcMar>
              <w:top w:w="95" w:type="dxa"/>
              <w:start w:w="95" w:type="dxa"/>
              <w:bottom w:w="95" w:type="dxa"/>
              <w:end w:w="95" w:type="dxa"/>
            </w:tcMar>
            <w:vAlign w:val="center"/>
            <w:shd w:fill="F4F7FA"/>
          </w:tcPr>
          <w:p>
            <w:pPr>
              <w:spacing w:after="20" w:line="240" w:lineRule="auto"/>
            </w:pPr>
            <w:r>
              <w:rPr>
                <w:sz w:val="13"/>
              </w:rPr>
            </w:r>
          </w:p>
        </w:tc>
        <w:tc>
          <w:tcPr>
            <w:tcW w:type="dxa" w:w="1080"/>
            <w:tcMar>
              <w:top w:w="95" w:type="dxa"/>
              <w:start w:w="95" w:type="dxa"/>
              <w:bottom w:w="95" w:type="dxa"/>
              <w:end w:w="95" w:type="dxa"/>
            </w:tcMar>
            <w:vAlign w:val="center"/>
            <w:shd w:fill="F4F7FA"/>
          </w:tcPr>
          <w:p>
            <w:pPr>
              <w:spacing w:after="20" w:line="240" w:lineRule="auto"/>
            </w:pPr>
            <w:r>
              <w:rPr>
                <w:sz w:val="13"/>
              </w:rPr>
            </w:r>
          </w:p>
        </w:tc>
        <w:tc>
          <w:tcPr>
            <w:tcW w:type="dxa" w:w="792"/>
            <w:tcMar>
              <w:top w:w="95" w:type="dxa"/>
              <w:start w:w="95" w:type="dxa"/>
              <w:bottom w:w="95" w:type="dxa"/>
              <w:end w:w="95" w:type="dxa"/>
            </w:tcMar>
            <w:vAlign w:val="center"/>
            <w:shd w:fill="F4F7FA"/>
          </w:tcPr>
          <w:p>
            <w:pPr>
              <w:spacing w:after="20" w:line="240" w:lineRule="auto"/>
            </w:pPr>
            <w:r>
              <w:rPr>
                <w:sz w:val="13"/>
              </w:rPr>
            </w:r>
          </w:p>
        </w:tc>
      </w:tr>
      <w:tr>
        <w:trPr>
          <w:cantSplit/>
        </w:trPr>
        <w:tc>
          <w:tcPr>
            <w:tcW w:type="dxa" w:w="3096"/>
            <w:tcMar>
              <w:top w:w="95" w:type="dxa"/>
              <w:start w:w="95" w:type="dxa"/>
              <w:bottom w:w="95" w:type="dxa"/>
              <w:end w:w="95" w:type="dxa"/>
            </w:tcMar>
            <w:vAlign w:val="center"/>
          </w:tcPr>
          <w:p>
            <w:pPr>
              <w:spacing w:after="20" w:line="240" w:lineRule="auto"/>
            </w:pPr>
            <w:r>
              <w:rPr>
                <w:sz w:val="13"/>
              </w:rPr>
              <w:t>Other safeguard</w:t>
            </w:r>
          </w:p>
        </w:tc>
        <w:tc>
          <w:tcPr>
            <w:tcW w:type="dxa" w:w="792"/>
            <w:tcMar>
              <w:top w:w="95" w:type="dxa"/>
              <w:start w:w="95" w:type="dxa"/>
              <w:bottom w:w="95" w:type="dxa"/>
              <w:end w:w="95" w:type="dxa"/>
            </w:tcMar>
            <w:vAlign w:val="center"/>
          </w:tcPr>
          <w:p>
            <w:pPr>
              <w:spacing w:after="20" w:line="240" w:lineRule="auto"/>
            </w:pPr>
            <w:r>
              <w:rPr>
                <w:sz w:val="13"/>
              </w:rPr>
              <w:t>☐</w:t>
            </w:r>
          </w:p>
        </w:tc>
        <w:tc>
          <w:tcPr>
            <w:tcW w:type="dxa" w:w="2232"/>
            <w:tcMar>
              <w:top w:w="95" w:type="dxa"/>
              <w:start w:w="95" w:type="dxa"/>
              <w:bottom w:w="95" w:type="dxa"/>
              <w:end w:w="95" w:type="dxa"/>
            </w:tcMar>
            <w:vAlign w:val="center"/>
          </w:tcPr>
          <w:p>
            <w:pPr>
              <w:spacing w:after="20" w:line="240" w:lineRule="auto"/>
            </w:pPr>
            <w:r>
              <w:rPr>
                <w:sz w:val="13"/>
              </w:rPr>
            </w:r>
          </w:p>
        </w:tc>
        <w:tc>
          <w:tcPr>
            <w:tcW w:type="dxa" w:w="936"/>
            <w:tcMar>
              <w:top w:w="95" w:type="dxa"/>
              <w:start w:w="95" w:type="dxa"/>
              <w:bottom w:w="95" w:type="dxa"/>
              <w:end w:w="95" w:type="dxa"/>
            </w:tcMar>
            <w:vAlign w:val="center"/>
          </w:tcPr>
          <w:p>
            <w:pPr>
              <w:spacing w:after="20" w:line="240" w:lineRule="auto"/>
            </w:pPr>
            <w:r>
              <w:rPr>
                <w:sz w:val="13"/>
              </w:rPr>
            </w:r>
          </w:p>
        </w:tc>
        <w:tc>
          <w:tcPr>
            <w:tcW w:type="dxa" w:w="1008"/>
            <w:tcMar>
              <w:top w:w="95" w:type="dxa"/>
              <w:start w:w="95" w:type="dxa"/>
              <w:bottom w:w="95" w:type="dxa"/>
              <w:end w:w="95" w:type="dxa"/>
            </w:tcMar>
            <w:vAlign w:val="center"/>
          </w:tcPr>
          <w:p>
            <w:pPr>
              <w:spacing w:after="20" w:line="240" w:lineRule="auto"/>
            </w:pPr>
            <w:r>
              <w:rPr>
                <w:sz w:val="13"/>
              </w:rPr>
            </w:r>
          </w:p>
        </w:tc>
        <w:tc>
          <w:tcPr>
            <w:tcW w:type="dxa" w:w="1080"/>
            <w:tcMar>
              <w:top w:w="95" w:type="dxa"/>
              <w:start w:w="95" w:type="dxa"/>
              <w:bottom w:w="95" w:type="dxa"/>
              <w:end w:w="95" w:type="dxa"/>
            </w:tcMar>
            <w:vAlign w:val="center"/>
          </w:tcPr>
          <w:p>
            <w:pPr>
              <w:spacing w:after="20" w:line="240" w:lineRule="auto"/>
            </w:pPr>
            <w:r>
              <w:rPr>
                <w:sz w:val="13"/>
              </w:rPr>
            </w:r>
          </w:p>
        </w:tc>
        <w:tc>
          <w:tcPr>
            <w:tcW w:type="dxa" w:w="792"/>
            <w:tcMar>
              <w:top w:w="95" w:type="dxa"/>
              <w:start w:w="95" w:type="dxa"/>
              <w:bottom w:w="95" w:type="dxa"/>
              <w:end w:w="95" w:type="dxa"/>
            </w:tcMar>
            <w:vAlign w:val="center"/>
          </w:tcPr>
          <w:p>
            <w:pPr>
              <w:spacing w:after="20" w:line="240" w:lineRule="auto"/>
            </w:pPr>
            <w:r>
              <w:rPr>
                <w:sz w:val="13"/>
              </w:rPr>
            </w:r>
          </w:p>
        </w:tc>
      </w:tr>
    </w:tbl>
    <w:p>
      <w:pPr>
        <w:spacing w:after="20"/>
      </w:pPr>
    </w:p>
    <w:p>
      <w:pPr>
        <w:pStyle w:val="Heading2"/>
      </w:pPr>
      <w:r>
        <w:t>6.1 Management Plan Conditions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12"/>
        <w:gridCol w:w="5112"/>
      </w:tblGrid>
      <w:tr>
        <w:trPr>
          <w:tblHeader w:val="true"/>
          <w:cantSplit/>
        </w:trPr>
        <w:tc>
          <w:tcPr>
            <w:tcW w:type="dxa" w:w="3240"/>
            <w:shd w:fill="17365D"/>
            <w:tcMar>
              <w:top w:w="95" w:type="dxa"/>
              <w:start w:w="95" w:type="dxa"/>
              <w:bottom w:w="95" w:type="dxa"/>
              <w:end w:w="95" w:type="dxa"/>
            </w:tcMar>
            <w:vAlign w:val="center"/>
          </w:tcPr>
          <w:p>
            <w:r>
              <w:rPr>
                <w:b/>
                <w:color w:val="FFFFFF"/>
                <w:sz w:val="18"/>
              </w:rPr>
              <w:t>Field</w:t>
            </w:r>
          </w:p>
        </w:tc>
        <w:tc>
          <w:tcPr>
            <w:tcW w:type="dxa" w:w="6696"/>
            <w:shd w:fill="17365D"/>
            <w:tcMar>
              <w:top w:w="95" w:type="dxa"/>
              <w:start w:w="95" w:type="dxa"/>
              <w:bottom w:w="95" w:type="dxa"/>
              <w:end w:w="95" w:type="dxa"/>
            </w:tcMar>
            <w:vAlign w:val="center"/>
          </w:tcPr>
          <w:p>
            <w:r>
              <w:rPr>
                <w:b/>
                <w:color w:val="FFFFFF"/>
                <w:sz w:val="18"/>
              </w:rPr>
              <w:t>Declaration</w:t>
            </w:r>
          </w:p>
        </w:tc>
      </w:tr>
      <w:tr>
        <w:trPr>
          <w:cantSplit/>
        </w:trPr>
        <w:tc>
          <w:tcPr>
            <w:tcW w:type="dxa" w:w="3240"/>
            <w:tcMar>
              <w:top w:w="95" w:type="dxa"/>
              <w:start w:w="95" w:type="dxa"/>
              <w:bottom w:w="95" w:type="dxa"/>
              <w:end w:w="95" w:type="dxa"/>
            </w:tcMar>
            <w:vAlign w:val="center"/>
          </w:tcPr>
          <w:p>
            <w:pPr>
              <w:spacing w:after="20" w:line="240" w:lineRule="auto"/>
            </w:pPr>
            <w:r>
              <w:rPr>
                <w:sz w:val="18"/>
              </w:rPr>
              <w:t>Activities prohibited</w:t>
            </w:r>
          </w:p>
        </w:tc>
        <w:tc>
          <w:tcPr>
            <w:tcW w:type="dxa" w:w="6696"/>
            <w:tcMar>
              <w:top w:w="95" w:type="dxa"/>
              <w:start w:w="95" w:type="dxa"/>
              <w:bottom w:w="95" w:type="dxa"/>
              <w:end w:w="95" w:type="dxa"/>
            </w:tcMar>
            <w:vAlign w:val="center"/>
          </w:tcPr>
          <w:p>
            <w:pPr>
              <w:spacing w:after="20" w:line="240" w:lineRule="auto"/>
            </w:pPr>
            <w:r>
              <w:rPr>
                <w:sz w:val="18"/>
              </w:rPr>
            </w:r>
          </w:p>
        </w:tc>
      </w:tr>
      <w:tr>
        <w:trPr>
          <w:cantSplit/>
        </w:trPr>
        <w:tc>
          <w:tcPr>
            <w:tcW w:type="dxa" w:w="3240"/>
            <w:tcMar>
              <w:top w:w="95" w:type="dxa"/>
              <w:start w:w="95" w:type="dxa"/>
              <w:bottom w:w="95" w:type="dxa"/>
              <w:end w:w="95" w:type="dxa"/>
            </w:tcMar>
            <w:vAlign w:val="center"/>
            <w:shd w:fill="F4F7FA"/>
          </w:tcPr>
          <w:p>
            <w:pPr>
              <w:spacing w:after="20" w:line="240" w:lineRule="auto"/>
            </w:pPr>
            <w:r>
              <w:rPr>
                <w:sz w:val="18"/>
              </w:rPr>
              <w:t>Activities permitted</w:t>
            </w:r>
          </w:p>
        </w:tc>
        <w:tc>
          <w:tcPr>
            <w:tcW w:type="dxa" w:w="6696"/>
            <w:tcMar>
              <w:top w:w="95" w:type="dxa"/>
              <w:start w:w="95" w:type="dxa"/>
              <w:bottom w:w="95" w:type="dxa"/>
              <w:end w:w="95" w:type="dxa"/>
            </w:tcMar>
            <w:vAlign w:val="center"/>
            <w:shd w:fill="F4F7FA"/>
          </w:tcPr>
          <w:p>
            <w:pPr>
              <w:spacing w:after="20" w:line="240" w:lineRule="auto"/>
            </w:pPr>
            <w:r>
              <w:rPr>
                <w:sz w:val="18"/>
              </w:rPr>
            </w:r>
          </w:p>
        </w:tc>
      </w:tr>
      <w:tr>
        <w:trPr>
          <w:cantSplit/>
        </w:trPr>
        <w:tc>
          <w:tcPr>
            <w:tcW w:type="dxa" w:w="3240"/>
            <w:tcMar>
              <w:top w:w="95" w:type="dxa"/>
              <w:start w:w="95" w:type="dxa"/>
              <w:bottom w:w="95" w:type="dxa"/>
              <w:end w:w="95" w:type="dxa"/>
            </w:tcMar>
            <w:vAlign w:val="center"/>
          </w:tcPr>
          <w:p>
            <w:pPr>
              <w:spacing w:after="20" w:line="240" w:lineRule="auto"/>
            </w:pPr>
            <w:r>
              <w:rPr>
                <w:sz w:val="18"/>
              </w:rPr>
              <w:t>Information restrictions</w:t>
            </w:r>
          </w:p>
        </w:tc>
        <w:tc>
          <w:tcPr>
            <w:tcW w:type="dxa" w:w="6696"/>
            <w:tcMar>
              <w:top w:w="95" w:type="dxa"/>
              <w:start w:w="95" w:type="dxa"/>
              <w:bottom w:w="95" w:type="dxa"/>
              <w:end w:w="95" w:type="dxa"/>
            </w:tcMar>
            <w:vAlign w:val="center"/>
          </w:tcPr>
          <w:p>
            <w:pPr>
              <w:spacing w:after="20" w:line="240" w:lineRule="auto"/>
            </w:pPr>
            <w:r>
              <w:rPr>
                <w:sz w:val="18"/>
              </w:rPr>
            </w:r>
          </w:p>
        </w:tc>
      </w:tr>
      <w:tr>
        <w:trPr>
          <w:cantSplit/>
        </w:trPr>
        <w:tc>
          <w:tcPr>
            <w:tcW w:type="dxa" w:w="3240"/>
            <w:tcMar>
              <w:top w:w="95" w:type="dxa"/>
              <w:start w:w="95" w:type="dxa"/>
              <w:bottom w:w="95" w:type="dxa"/>
              <w:end w:w="95" w:type="dxa"/>
            </w:tcMar>
            <w:vAlign w:val="center"/>
            <w:shd w:fill="F4F7FA"/>
          </w:tcPr>
          <w:p>
            <w:pPr>
              <w:spacing w:after="20" w:line="240" w:lineRule="auto"/>
            </w:pPr>
            <w:r>
              <w:rPr>
                <w:sz w:val="18"/>
              </w:rPr>
              <w:t>Communication protocol</w:t>
            </w:r>
          </w:p>
        </w:tc>
        <w:tc>
          <w:tcPr>
            <w:tcW w:type="dxa" w:w="6696"/>
            <w:tcMar>
              <w:top w:w="95" w:type="dxa"/>
              <w:start w:w="95" w:type="dxa"/>
              <w:bottom w:w="95" w:type="dxa"/>
              <w:end w:w="95" w:type="dxa"/>
            </w:tcMar>
            <w:vAlign w:val="center"/>
            <w:shd w:fill="F4F7FA"/>
          </w:tcPr>
          <w:p>
            <w:pPr>
              <w:spacing w:after="20" w:line="240" w:lineRule="auto"/>
            </w:pPr>
            <w:r>
              <w:rPr>
                <w:sz w:val="18"/>
              </w:rPr>
            </w:r>
          </w:p>
        </w:tc>
      </w:tr>
      <w:tr>
        <w:trPr>
          <w:cantSplit/>
        </w:trPr>
        <w:tc>
          <w:tcPr>
            <w:tcW w:type="dxa" w:w="3240"/>
            <w:tcMar>
              <w:top w:w="95" w:type="dxa"/>
              <w:start w:w="95" w:type="dxa"/>
              <w:bottom w:w="95" w:type="dxa"/>
              <w:end w:w="95" w:type="dxa"/>
            </w:tcMar>
            <w:vAlign w:val="center"/>
          </w:tcPr>
          <w:p>
            <w:pPr>
              <w:spacing w:after="20" w:line="240" w:lineRule="auto"/>
            </w:pPr>
            <w:r>
              <w:rPr>
                <w:sz w:val="18"/>
              </w:rPr>
              <w:t>Delegated decision-maker</w:t>
            </w:r>
          </w:p>
        </w:tc>
        <w:tc>
          <w:tcPr>
            <w:tcW w:type="dxa" w:w="6696"/>
            <w:tcMar>
              <w:top w:w="95" w:type="dxa"/>
              <w:start w:w="95" w:type="dxa"/>
              <w:bottom w:w="95" w:type="dxa"/>
              <w:end w:w="95" w:type="dxa"/>
            </w:tcMar>
            <w:vAlign w:val="center"/>
          </w:tcPr>
          <w:p>
            <w:pPr>
              <w:spacing w:after="20" w:line="240" w:lineRule="auto"/>
            </w:pPr>
            <w:r>
              <w:rPr>
                <w:sz w:val="18"/>
              </w:rPr>
            </w:r>
          </w:p>
        </w:tc>
      </w:tr>
      <w:tr>
        <w:trPr>
          <w:cantSplit/>
        </w:trPr>
        <w:tc>
          <w:tcPr>
            <w:tcW w:type="dxa" w:w="3240"/>
            <w:tcMar>
              <w:top w:w="95" w:type="dxa"/>
              <w:start w:w="95" w:type="dxa"/>
              <w:bottom w:w="95" w:type="dxa"/>
              <w:end w:w="95" w:type="dxa"/>
            </w:tcMar>
            <w:vAlign w:val="center"/>
            <w:shd w:fill="F4F7FA"/>
          </w:tcPr>
          <w:p>
            <w:pPr>
              <w:spacing w:after="20" w:line="240" w:lineRule="auto"/>
            </w:pPr>
            <w:r>
              <w:rPr>
                <w:sz w:val="18"/>
              </w:rPr>
              <w:t>Monitoring method</w:t>
            </w:r>
          </w:p>
        </w:tc>
        <w:tc>
          <w:tcPr>
            <w:tcW w:type="dxa" w:w="6696"/>
            <w:tcMar>
              <w:top w:w="95" w:type="dxa"/>
              <w:start w:w="95" w:type="dxa"/>
              <w:bottom w:w="95" w:type="dxa"/>
              <w:end w:w="95" w:type="dxa"/>
            </w:tcMar>
            <w:vAlign w:val="center"/>
            <w:shd w:fill="F4F7FA"/>
          </w:tcPr>
          <w:p>
            <w:pPr>
              <w:spacing w:after="20" w:line="240" w:lineRule="auto"/>
            </w:pPr>
            <w:r>
              <w:rPr>
                <w:sz w:val="18"/>
              </w:rPr>
            </w:r>
          </w:p>
        </w:tc>
      </w:tr>
      <w:tr>
        <w:trPr>
          <w:cantSplit/>
        </w:trPr>
        <w:tc>
          <w:tcPr>
            <w:tcW w:type="dxa" w:w="3240"/>
            <w:tcMar>
              <w:top w:w="95" w:type="dxa"/>
              <w:start w:w="95" w:type="dxa"/>
              <w:bottom w:w="95" w:type="dxa"/>
              <w:end w:w="95" w:type="dxa"/>
            </w:tcMar>
            <w:vAlign w:val="center"/>
          </w:tcPr>
          <w:p>
            <w:pPr>
              <w:spacing w:after="20" w:line="240" w:lineRule="auto"/>
            </w:pPr>
            <w:r>
              <w:rPr>
                <w:sz w:val="18"/>
              </w:rPr>
              <w:t>Breach escalation</w:t>
            </w:r>
          </w:p>
        </w:tc>
        <w:tc>
          <w:tcPr>
            <w:tcW w:type="dxa" w:w="6696"/>
            <w:tcMar>
              <w:top w:w="95" w:type="dxa"/>
              <w:start w:w="95" w:type="dxa"/>
              <w:bottom w:w="95" w:type="dxa"/>
              <w:end w:w="95" w:type="dxa"/>
            </w:tcMar>
            <w:vAlign w:val="center"/>
          </w:tcPr>
          <w:p>
            <w:pPr>
              <w:spacing w:after="20" w:line="240" w:lineRule="auto"/>
            </w:pPr>
            <w:r>
              <w:rPr>
                <w:sz w:val="18"/>
              </w:rPr>
            </w:r>
          </w:p>
        </w:tc>
      </w:tr>
      <w:tr>
        <w:trPr>
          <w:cantSplit/>
        </w:trPr>
        <w:tc>
          <w:tcPr>
            <w:tcW w:type="dxa" w:w="3240"/>
            <w:tcMar>
              <w:top w:w="95" w:type="dxa"/>
              <w:start w:w="95" w:type="dxa"/>
              <w:bottom w:w="95" w:type="dxa"/>
              <w:end w:w="95" w:type="dxa"/>
            </w:tcMar>
            <w:vAlign w:val="center"/>
            <w:shd w:fill="F4F7FA"/>
          </w:tcPr>
          <w:p>
            <w:pPr>
              <w:spacing w:after="20" w:line="240" w:lineRule="auto"/>
            </w:pPr>
            <w:r>
              <w:rPr>
                <w:sz w:val="18"/>
              </w:rPr>
              <w:t>Plan expiry</w:t>
            </w:r>
          </w:p>
        </w:tc>
        <w:tc>
          <w:tcPr>
            <w:tcW w:type="dxa" w:w="6696"/>
            <w:tcMar>
              <w:top w:w="95" w:type="dxa"/>
              <w:start w:w="95" w:type="dxa"/>
              <w:bottom w:w="95" w:type="dxa"/>
              <w:end w:w="95" w:type="dxa"/>
            </w:tcMar>
            <w:vAlign w:val="center"/>
            <w:shd w:fill="F4F7FA"/>
          </w:tcPr>
          <w:p>
            <w:pPr>
              <w:spacing w:after="20" w:line="240" w:lineRule="auto"/>
            </w:pPr>
            <w:r>
              <w:rPr>
                <w:sz w:val="18"/>
              </w:rPr>
            </w:r>
          </w:p>
        </w:tc>
      </w:tr>
      <w:tr>
        <w:trPr>
          <w:cantSplit/>
        </w:trPr>
        <w:tc>
          <w:tcPr>
            <w:tcW w:type="dxa" w:w="3240"/>
            <w:tcMar>
              <w:top w:w="95" w:type="dxa"/>
              <w:start w:w="95" w:type="dxa"/>
              <w:bottom w:w="95" w:type="dxa"/>
              <w:end w:w="95" w:type="dxa"/>
            </w:tcMar>
            <w:vAlign w:val="center"/>
          </w:tcPr>
          <w:p>
            <w:pPr>
              <w:spacing w:after="20" w:line="240" w:lineRule="auto"/>
            </w:pPr>
            <w:r>
              <w:rPr>
                <w:sz w:val="18"/>
              </w:rPr>
              <w:t>Change requiring reassessment</w:t>
            </w:r>
          </w:p>
        </w:tc>
        <w:tc>
          <w:tcPr>
            <w:tcW w:type="dxa" w:w="6696"/>
            <w:tcMar>
              <w:top w:w="95" w:type="dxa"/>
              <w:start w:w="95" w:type="dxa"/>
              <w:bottom w:w="95" w:type="dxa"/>
              <w:end w:w="95" w:type="dxa"/>
            </w:tcMar>
            <w:vAlign w:val="center"/>
          </w:tcPr>
          <w:p>
            <w:pPr>
              <w:spacing w:after="20" w:line="240" w:lineRule="auto"/>
            </w:pPr>
            <w:r>
              <w:rPr>
                <w:sz w:val="18"/>
              </w:rPr>
            </w:r>
          </w:p>
        </w:tc>
      </w:tr>
    </w:tbl>
    <w:p>
      <w:pPr>
        <w:spacing w:after="20"/>
      </w:pPr>
    </w:p>
    <w:p>
      <w:pPr>
        <w:pStyle w:val="Heading2"/>
      </w:pPr>
      <w:r>
        <w:t>6.2 Acceptance</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045"/>
        <w:gridCol w:w="2045"/>
        <w:gridCol w:w="2045"/>
        <w:gridCol w:w="2045"/>
        <w:gridCol w:w="2045"/>
      </w:tblGrid>
      <w:tr>
        <w:trPr>
          <w:tblHeader w:val="true"/>
          <w:cantSplit/>
        </w:trPr>
        <w:tc>
          <w:tcPr>
            <w:tcW w:type="dxa" w:w="2376"/>
            <w:shd w:fill="17365D"/>
            <w:tcMar>
              <w:top w:w="95" w:type="dxa"/>
              <w:start w:w="95" w:type="dxa"/>
              <w:bottom w:w="95" w:type="dxa"/>
              <w:end w:w="95" w:type="dxa"/>
            </w:tcMar>
            <w:vAlign w:val="center"/>
          </w:tcPr>
          <w:p>
            <w:r>
              <w:rPr>
                <w:b/>
                <w:color w:val="FFFFFF"/>
                <w:sz w:val="16"/>
              </w:rPr>
              <w:t>Role</w:t>
            </w:r>
          </w:p>
        </w:tc>
        <w:tc>
          <w:tcPr>
            <w:tcW w:type="dxa" w:w="1728"/>
            <w:shd w:fill="17365D"/>
            <w:tcMar>
              <w:top w:w="95" w:type="dxa"/>
              <w:start w:w="95" w:type="dxa"/>
              <w:bottom w:w="95" w:type="dxa"/>
              <w:end w:w="95" w:type="dxa"/>
            </w:tcMar>
            <w:vAlign w:val="center"/>
          </w:tcPr>
          <w:p>
            <w:r>
              <w:rPr>
                <w:b/>
                <w:color w:val="FFFFFF"/>
                <w:sz w:val="16"/>
              </w:rPr>
              <w:t>Name</w:t>
            </w:r>
          </w:p>
        </w:tc>
        <w:tc>
          <w:tcPr>
            <w:tcW w:type="dxa" w:w="2376"/>
            <w:shd w:fill="17365D"/>
            <w:tcMar>
              <w:top w:w="95" w:type="dxa"/>
              <w:start w:w="95" w:type="dxa"/>
              <w:bottom w:w="95" w:type="dxa"/>
              <w:end w:w="95" w:type="dxa"/>
            </w:tcMar>
            <w:vAlign w:val="center"/>
          </w:tcPr>
          <w:p>
            <w:r>
              <w:rPr>
                <w:b/>
                <w:color w:val="FFFFFF"/>
                <w:sz w:val="16"/>
              </w:rPr>
              <w:t>Decision</w:t>
            </w:r>
          </w:p>
        </w:tc>
        <w:tc>
          <w:tcPr>
            <w:tcW w:type="dxa" w:w="2160"/>
            <w:shd w:fill="17365D"/>
            <w:tcMar>
              <w:top w:w="95" w:type="dxa"/>
              <w:start w:w="95" w:type="dxa"/>
              <w:bottom w:w="95" w:type="dxa"/>
              <w:end w:w="95" w:type="dxa"/>
            </w:tcMar>
            <w:vAlign w:val="center"/>
          </w:tcPr>
          <w:p>
            <w:r>
              <w:rPr>
                <w:b/>
                <w:color w:val="FFFFFF"/>
                <w:sz w:val="16"/>
              </w:rPr>
              <w:t>Signature</w:t>
            </w:r>
          </w:p>
        </w:tc>
        <w:tc>
          <w:tcPr>
            <w:tcW w:type="dxa" w:w="1296"/>
            <w:shd w:fill="17365D"/>
            <w:tcMar>
              <w:top w:w="95" w:type="dxa"/>
              <w:start w:w="95" w:type="dxa"/>
              <w:bottom w:w="95" w:type="dxa"/>
              <w:end w:w="95" w:type="dxa"/>
            </w:tcMar>
            <w:vAlign w:val="center"/>
          </w:tcPr>
          <w:p>
            <w:r>
              <w:rPr>
                <w:b/>
                <w:color w:val="FFFFFF"/>
                <w:sz w:val="16"/>
              </w:rPr>
              <w:t>Date</w:t>
            </w:r>
          </w:p>
        </w:tc>
      </w:tr>
      <w:tr>
        <w:trPr>
          <w:cantSplit/>
        </w:trPr>
        <w:tc>
          <w:tcPr>
            <w:tcW w:type="dxa" w:w="2376"/>
            <w:tcMar>
              <w:top w:w="95" w:type="dxa"/>
              <w:start w:w="95" w:type="dxa"/>
              <w:bottom w:w="95" w:type="dxa"/>
              <w:end w:w="95" w:type="dxa"/>
            </w:tcMar>
            <w:vAlign w:val="center"/>
          </w:tcPr>
          <w:p>
            <w:pPr>
              <w:spacing w:after="20" w:line="240" w:lineRule="auto"/>
            </w:pPr>
            <w:r>
              <w:rPr>
                <w:sz w:val="16"/>
              </w:rPr>
              <w:t>Declarant</w:t>
            </w:r>
          </w:p>
        </w:tc>
        <w:tc>
          <w:tcPr>
            <w:tcW w:type="dxa" w:w="1728"/>
            <w:tcMar>
              <w:top w:w="95" w:type="dxa"/>
              <w:start w:w="95" w:type="dxa"/>
              <w:bottom w:w="95" w:type="dxa"/>
              <w:end w:w="95" w:type="dxa"/>
            </w:tcMar>
            <w:vAlign w:val="center"/>
          </w:tcPr>
          <w:p>
            <w:pPr>
              <w:spacing w:after="20" w:line="240" w:lineRule="auto"/>
            </w:pPr>
            <w:r>
              <w:rPr>
                <w:sz w:val="16"/>
              </w:rPr>
            </w:r>
          </w:p>
        </w:tc>
        <w:tc>
          <w:tcPr>
            <w:tcW w:type="dxa" w:w="2376"/>
            <w:tcMar>
              <w:top w:w="95" w:type="dxa"/>
              <w:start w:w="95" w:type="dxa"/>
              <w:bottom w:w="95" w:type="dxa"/>
              <w:end w:w="95" w:type="dxa"/>
            </w:tcMar>
            <w:vAlign w:val="center"/>
          </w:tcPr>
          <w:p>
            <w:pPr>
              <w:spacing w:after="20" w:line="240" w:lineRule="auto"/>
            </w:pPr>
            <w:r>
              <w:rPr>
                <w:sz w:val="16"/>
              </w:rPr>
              <w:t>Accept / Do not accept</w:t>
            </w:r>
          </w:p>
        </w:tc>
        <w:tc>
          <w:tcPr>
            <w:tcW w:type="dxa" w:w="2160"/>
            <w:tcMar>
              <w:top w:w="95" w:type="dxa"/>
              <w:start w:w="95" w:type="dxa"/>
              <w:bottom w:w="95" w:type="dxa"/>
              <w:end w:w="95" w:type="dxa"/>
            </w:tcMar>
            <w:vAlign w:val="center"/>
          </w:tcPr>
          <w:p>
            <w:pPr>
              <w:spacing w:after="20" w:line="240" w:lineRule="auto"/>
            </w:pPr>
            <w:r>
              <w:rPr>
                <w:sz w:val="16"/>
              </w:rPr>
            </w:r>
          </w:p>
        </w:tc>
        <w:tc>
          <w:tcPr>
            <w:tcW w:type="dxa" w:w="1296"/>
            <w:tcMar>
              <w:top w:w="95" w:type="dxa"/>
              <w:start w:w="95" w:type="dxa"/>
              <w:bottom w:w="95" w:type="dxa"/>
              <w:end w:w="95" w:type="dxa"/>
            </w:tcMar>
            <w:vAlign w:val="center"/>
          </w:tcPr>
          <w:p>
            <w:pPr>
              <w:spacing w:after="20" w:line="240" w:lineRule="auto"/>
            </w:pPr>
            <w:r>
              <w:rPr>
                <w:sz w:val="16"/>
              </w:rPr>
            </w:r>
          </w:p>
        </w:tc>
      </w:tr>
      <w:tr>
        <w:trPr>
          <w:cantSplit/>
        </w:trPr>
        <w:tc>
          <w:tcPr>
            <w:tcW w:type="dxa" w:w="2376"/>
            <w:tcMar>
              <w:top w:w="95" w:type="dxa"/>
              <w:start w:w="95" w:type="dxa"/>
              <w:bottom w:w="95" w:type="dxa"/>
              <w:end w:w="95" w:type="dxa"/>
            </w:tcMar>
            <w:vAlign w:val="center"/>
            <w:shd w:fill="F4F7FA"/>
          </w:tcPr>
          <w:p>
            <w:pPr>
              <w:spacing w:after="20" w:line="240" w:lineRule="auto"/>
            </w:pPr>
            <w:r>
              <w:rPr>
                <w:sz w:val="16"/>
              </w:rPr>
              <w:t>Manager or chair</w:t>
            </w:r>
          </w:p>
        </w:tc>
        <w:tc>
          <w:tcPr>
            <w:tcW w:type="dxa" w:w="1728"/>
            <w:tcMar>
              <w:top w:w="95" w:type="dxa"/>
              <w:start w:w="95" w:type="dxa"/>
              <w:bottom w:w="95" w:type="dxa"/>
              <w:end w:w="95" w:type="dxa"/>
            </w:tcMar>
            <w:vAlign w:val="center"/>
            <w:shd w:fill="F4F7FA"/>
          </w:tcPr>
          <w:p>
            <w:pPr>
              <w:spacing w:after="20" w:line="240" w:lineRule="auto"/>
            </w:pPr>
            <w:r>
              <w:rPr>
                <w:sz w:val="16"/>
              </w:rPr>
            </w:r>
          </w:p>
        </w:tc>
        <w:tc>
          <w:tcPr>
            <w:tcW w:type="dxa" w:w="2376"/>
            <w:tcMar>
              <w:top w:w="95" w:type="dxa"/>
              <w:start w:w="95" w:type="dxa"/>
              <w:bottom w:w="95" w:type="dxa"/>
              <w:end w:w="95" w:type="dxa"/>
            </w:tcMar>
            <w:vAlign w:val="center"/>
            <w:shd w:fill="F4F7FA"/>
          </w:tcPr>
          <w:p>
            <w:pPr>
              <w:spacing w:after="20" w:line="240" w:lineRule="auto"/>
            </w:pPr>
            <w:r>
              <w:rPr>
                <w:sz w:val="16"/>
              </w:rPr>
              <w:t>Approve / Return</w:t>
            </w:r>
          </w:p>
        </w:tc>
        <w:tc>
          <w:tcPr>
            <w:tcW w:type="dxa" w:w="2160"/>
            <w:tcMar>
              <w:top w:w="95" w:type="dxa"/>
              <w:start w:w="95" w:type="dxa"/>
              <w:bottom w:w="95" w:type="dxa"/>
              <w:end w:w="95" w:type="dxa"/>
            </w:tcMar>
            <w:vAlign w:val="center"/>
            <w:shd w:fill="F4F7FA"/>
          </w:tcPr>
          <w:p>
            <w:pPr>
              <w:spacing w:after="20" w:line="240" w:lineRule="auto"/>
            </w:pPr>
            <w:r>
              <w:rPr>
                <w:sz w:val="16"/>
              </w:rPr>
            </w:r>
          </w:p>
        </w:tc>
        <w:tc>
          <w:tcPr>
            <w:tcW w:type="dxa" w:w="1296"/>
            <w:tcMar>
              <w:top w:w="95" w:type="dxa"/>
              <w:start w:w="95" w:type="dxa"/>
              <w:bottom w:w="95" w:type="dxa"/>
              <w:end w:w="95" w:type="dxa"/>
            </w:tcMar>
            <w:vAlign w:val="center"/>
            <w:shd w:fill="F4F7FA"/>
          </w:tcPr>
          <w:p>
            <w:pPr>
              <w:spacing w:after="20" w:line="240" w:lineRule="auto"/>
            </w:pPr>
            <w:r>
              <w:rPr>
                <w:sz w:val="16"/>
              </w:rPr>
            </w:r>
          </w:p>
        </w:tc>
      </w:tr>
      <w:tr>
        <w:trPr>
          <w:cantSplit/>
        </w:trPr>
        <w:tc>
          <w:tcPr>
            <w:tcW w:type="dxa" w:w="2376"/>
            <w:tcMar>
              <w:top w:w="95" w:type="dxa"/>
              <w:start w:w="95" w:type="dxa"/>
              <w:bottom w:w="95" w:type="dxa"/>
              <w:end w:w="95" w:type="dxa"/>
            </w:tcMar>
            <w:vAlign w:val="center"/>
          </w:tcPr>
          <w:p>
            <w:pPr>
              <w:spacing w:after="20" w:line="240" w:lineRule="auto"/>
            </w:pPr>
            <w:r>
              <w:rPr>
                <w:sz w:val="16"/>
              </w:rPr>
              <w:t>Compliance or ethics</w:t>
            </w:r>
          </w:p>
        </w:tc>
        <w:tc>
          <w:tcPr>
            <w:tcW w:type="dxa" w:w="1728"/>
            <w:tcMar>
              <w:top w:w="95" w:type="dxa"/>
              <w:start w:w="95" w:type="dxa"/>
              <w:bottom w:w="95" w:type="dxa"/>
              <w:end w:w="95" w:type="dxa"/>
            </w:tcMar>
            <w:vAlign w:val="center"/>
          </w:tcPr>
          <w:p>
            <w:pPr>
              <w:spacing w:after="20" w:line="240" w:lineRule="auto"/>
            </w:pPr>
            <w:r>
              <w:rPr>
                <w:sz w:val="16"/>
              </w:rPr>
            </w:r>
          </w:p>
        </w:tc>
        <w:tc>
          <w:tcPr>
            <w:tcW w:type="dxa" w:w="2376"/>
            <w:tcMar>
              <w:top w:w="95" w:type="dxa"/>
              <w:start w:w="95" w:type="dxa"/>
              <w:bottom w:w="95" w:type="dxa"/>
              <w:end w:w="95" w:type="dxa"/>
            </w:tcMar>
            <w:vAlign w:val="center"/>
          </w:tcPr>
          <w:p>
            <w:pPr>
              <w:spacing w:after="20" w:line="240" w:lineRule="auto"/>
            </w:pPr>
            <w:r>
              <w:rPr>
                <w:sz w:val="16"/>
              </w:rPr>
              <w:t>Approve / Qualify</w:t>
            </w:r>
          </w:p>
        </w:tc>
        <w:tc>
          <w:tcPr>
            <w:tcW w:type="dxa" w:w="2160"/>
            <w:tcMar>
              <w:top w:w="95" w:type="dxa"/>
              <w:start w:w="95" w:type="dxa"/>
              <w:bottom w:w="95" w:type="dxa"/>
              <w:end w:w="95" w:type="dxa"/>
            </w:tcMar>
            <w:vAlign w:val="center"/>
          </w:tcPr>
          <w:p>
            <w:pPr>
              <w:spacing w:after="20" w:line="240" w:lineRule="auto"/>
            </w:pPr>
            <w:r>
              <w:rPr>
                <w:sz w:val="16"/>
              </w:rPr>
            </w:r>
          </w:p>
        </w:tc>
        <w:tc>
          <w:tcPr>
            <w:tcW w:type="dxa" w:w="1296"/>
            <w:tcMar>
              <w:top w:w="95" w:type="dxa"/>
              <w:start w:w="95" w:type="dxa"/>
              <w:bottom w:w="95" w:type="dxa"/>
              <w:end w:w="95" w:type="dxa"/>
            </w:tcMar>
            <w:vAlign w:val="center"/>
          </w:tcPr>
          <w:p>
            <w:pPr>
              <w:spacing w:after="20" w:line="240" w:lineRule="auto"/>
            </w:pPr>
            <w:r>
              <w:rPr>
                <w:sz w:val="16"/>
              </w:rPr>
            </w:r>
          </w:p>
        </w:tc>
      </w:tr>
      <w:tr>
        <w:trPr>
          <w:cantSplit/>
        </w:trPr>
        <w:tc>
          <w:tcPr>
            <w:tcW w:type="dxa" w:w="2376"/>
            <w:tcMar>
              <w:top w:w="95" w:type="dxa"/>
              <w:start w:w="95" w:type="dxa"/>
              <w:bottom w:w="95" w:type="dxa"/>
              <w:end w:w="95" w:type="dxa"/>
            </w:tcMar>
            <w:vAlign w:val="center"/>
            <w:shd w:fill="F4F7FA"/>
          </w:tcPr>
          <w:p>
            <w:pPr>
              <w:spacing w:after="20" w:line="240" w:lineRule="auto"/>
            </w:pPr>
            <w:r>
              <w:rPr>
                <w:sz w:val="16"/>
              </w:rPr>
              <w:t>Final authority</w:t>
            </w:r>
          </w:p>
        </w:tc>
        <w:tc>
          <w:tcPr>
            <w:tcW w:type="dxa" w:w="1728"/>
            <w:tcMar>
              <w:top w:w="95" w:type="dxa"/>
              <w:start w:w="95" w:type="dxa"/>
              <w:bottom w:w="95" w:type="dxa"/>
              <w:end w:w="95" w:type="dxa"/>
            </w:tcMar>
            <w:vAlign w:val="center"/>
            <w:shd w:fill="F4F7FA"/>
          </w:tcPr>
          <w:p>
            <w:pPr>
              <w:spacing w:after="20" w:line="240" w:lineRule="auto"/>
            </w:pPr>
            <w:r>
              <w:rPr>
                <w:sz w:val="16"/>
              </w:rPr>
            </w:r>
          </w:p>
        </w:tc>
        <w:tc>
          <w:tcPr>
            <w:tcW w:type="dxa" w:w="2376"/>
            <w:tcMar>
              <w:top w:w="95" w:type="dxa"/>
              <w:start w:w="95" w:type="dxa"/>
              <w:bottom w:w="95" w:type="dxa"/>
              <w:end w:w="95" w:type="dxa"/>
            </w:tcMar>
            <w:vAlign w:val="center"/>
            <w:shd w:fill="F4F7FA"/>
          </w:tcPr>
          <w:p>
            <w:pPr>
              <w:spacing w:after="20" w:line="240" w:lineRule="auto"/>
            </w:pPr>
            <w:r>
              <w:rPr>
                <w:sz w:val="16"/>
              </w:rPr>
              <w:t>Approve / Prohibit</w:t>
            </w:r>
          </w:p>
        </w:tc>
        <w:tc>
          <w:tcPr>
            <w:tcW w:type="dxa" w:w="2160"/>
            <w:tcMar>
              <w:top w:w="95" w:type="dxa"/>
              <w:start w:w="95" w:type="dxa"/>
              <w:bottom w:w="95" w:type="dxa"/>
              <w:end w:w="95" w:type="dxa"/>
            </w:tcMar>
            <w:vAlign w:val="center"/>
            <w:shd w:fill="F4F7FA"/>
          </w:tcPr>
          <w:p>
            <w:pPr>
              <w:spacing w:after="20" w:line="240" w:lineRule="auto"/>
            </w:pPr>
            <w:r>
              <w:rPr>
                <w:sz w:val="16"/>
              </w:rPr>
            </w:r>
          </w:p>
        </w:tc>
        <w:tc>
          <w:tcPr>
            <w:tcW w:type="dxa" w:w="1296"/>
            <w:tcMar>
              <w:top w:w="95" w:type="dxa"/>
              <w:start w:w="95" w:type="dxa"/>
              <w:bottom w:w="95" w:type="dxa"/>
              <w:end w:w="95" w:type="dxa"/>
            </w:tcMar>
            <w:vAlign w:val="center"/>
            <w:shd w:fill="F4F7FA"/>
          </w:tcPr>
          <w:p>
            <w:pPr>
              <w:spacing w:after="20" w:line="240" w:lineRule="auto"/>
            </w:pPr>
            <w:r>
              <w:rPr>
                <w:sz w:val="16"/>
              </w:rPr>
            </w:r>
          </w:p>
        </w:tc>
      </w:tr>
    </w:tbl>
    <w:p>
      <w:pPr>
        <w:spacing w:after="20"/>
      </w:pPr>
    </w:p>
    <w:p>
      <w:r>
        <w:br w:type="page"/>
      </w:r>
    </w:p>
    <w:p>
      <w:pPr>
        <w:pStyle w:val="Heading1"/>
      </w:pPr>
      <w:r>
        <w:t>Section 7 Recusal and Meeting Record</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278"/>
        <w:gridCol w:w="1278"/>
        <w:gridCol w:w="1278"/>
        <w:gridCol w:w="1278"/>
        <w:gridCol w:w="1278"/>
        <w:gridCol w:w="1278"/>
        <w:gridCol w:w="1278"/>
        <w:gridCol w:w="1278"/>
      </w:tblGrid>
      <w:tr>
        <w:trPr>
          <w:tblHeader w:val="true"/>
          <w:cantSplit/>
        </w:trPr>
        <w:tc>
          <w:tcPr>
            <w:tcW w:type="dxa" w:w="2016"/>
            <w:shd w:fill="17365D"/>
            <w:tcMar>
              <w:top w:w="95" w:type="dxa"/>
              <w:start w:w="95" w:type="dxa"/>
              <w:bottom w:w="95" w:type="dxa"/>
              <w:end w:w="95" w:type="dxa"/>
            </w:tcMar>
            <w:vAlign w:val="center"/>
          </w:tcPr>
          <w:p>
            <w:r>
              <w:rPr>
                <w:b/>
                <w:color w:val="FFFFFF"/>
                <w:sz w:val="14"/>
              </w:rPr>
              <w:t>Meeting or decision</w:t>
            </w:r>
          </w:p>
        </w:tc>
        <w:tc>
          <w:tcPr>
            <w:tcW w:type="dxa" w:w="936"/>
            <w:shd w:fill="17365D"/>
            <w:tcMar>
              <w:top w:w="95" w:type="dxa"/>
              <w:start w:w="95" w:type="dxa"/>
              <w:bottom w:w="95" w:type="dxa"/>
              <w:end w:w="95" w:type="dxa"/>
            </w:tcMar>
            <w:vAlign w:val="center"/>
          </w:tcPr>
          <w:p>
            <w:r>
              <w:rPr>
                <w:b/>
                <w:color w:val="FFFFFF"/>
                <w:sz w:val="14"/>
              </w:rPr>
              <w:t>Date</w:t>
            </w:r>
          </w:p>
        </w:tc>
        <w:tc>
          <w:tcPr>
            <w:tcW w:type="dxa" w:w="1800"/>
            <w:shd w:fill="17365D"/>
            <w:tcMar>
              <w:top w:w="95" w:type="dxa"/>
              <w:start w:w="95" w:type="dxa"/>
              <w:bottom w:w="95" w:type="dxa"/>
              <w:end w:w="95" w:type="dxa"/>
            </w:tcMar>
            <w:vAlign w:val="center"/>
          </w:tcPr>
          <w:p>
            <w:r>
              <w:rPr>
                <w:b/>
                <w:color w:val="FFFFFF"/>
                <w:sz w:val="14"/>
              </w:rPr>
              <w:t>Agenda item</w:t>
            </w:r>
          </w:p>
        </w:tc>
        <w:tc>
          <w:tcPr>
            <w:tcW w:type="dxa" w:w="1080"/>
            <w:shd w:fill="17365D"/>
            <w:tcMar>
              <w:top w:w="95" w:type="dxa"/>
              <w:start w:w="95" w:type="dxa"/>
              <w:bottom w:w="95" w:type="dxa"/>
              <w:end w:w="95" w:type="dxa"/>
            </w:tcMar>
            <w:vAlign w:val="center"/>
          </w:tcPr>
          <w:p>
            <w:r>
              <w:rPr>
                <w:b/>
                <w:color w:val="FFFFFF"/>
                <w:sz w:val="14"/>
              </w:rPr>
              <w:t>Conflict declared</w:t>
            </w:r>
          </w:p>
        </w:tc>
        <w:tc>
          <w:tcPr>
            <w:tcW w:type="dxa" w:w="1008"/>
            <w:shd w:fill="17365D"/>
            <w:tcMar>
              <w:top w:w="95" w:type="dxa"/>
              <w:start w:w="95" w:type="dxa"/>
              <w:bottom w:w="95" w:type="dxa"/>
              <w:end w:w="95" w:type="dxa"/>
            </w:tcMar>
            <w:vAlign w:val="center"/>
          </w:tcPr>
          <w:p>
            <w:r>
              <w:rPr>
                <w:b/>
                <w:color w:val="FFFFFF"/>
                <w:sz w:val="14"/>
              </w:rPr>
              <w:t>Recusal start</w:t>
            </w:r>
          </w:p>
        </w:tc>
        <w:tc>
          <w:tcPr>
            <w:tcW w:type="dxa" w:w="1008"/>
            <w:shd w:fill="17365D"/>
            <w:tcMar>
              <w:top w:w="95" w:type="dxa"/>
              <w:start w:w="95" w:type="dxa"/>
              <w:bottom w:w="95" w:type="dxa"/>
              <w:end w:w="95" w:type="dxa"/>
            </w:tcMar>
            <w:vAlign w:val="center"/>
          </w:tcPr>
          <w:p>
            <w:r>
              <w:rPr>
                <w:b/>
                <w:color w:val="FFFFFF"/>
                <w:sz w:val="14"/>
              </w:rPr>
              <w:t>Recusal end</w:t>
            </w:r>
          </w:p>
        </w:tc>
        <w:tc>
          <w:tcPr>
            <w:tcW w:type="dxa" w:w="1152"/>
            <w:shd w:fill="17365D"/>
            <w:tcMar>
              <w:top w:w="95" w:type="dxa"/>
              <w:start w:w="95" w:type="dxa"/>
              <w:bottom w:w="95" w:type="dxa"/>
              <w:end w:w="95" w:type="dxa"/>
            </w:tcMar>
            <w:vAlign w:val="center"/>
          </w:tcPr>
          <w:p>
            <w:r>
              <w:rPr>
                <w:b/>
                <w:color w:val="FFFFFF"/>
                <w:sz w:val="14"/>
              </w:rPr>
              <w:t>Access restricted</w:t>
            </w:r>
          </w:p>
        </w:tc>
        <w:tc>
          <w:tcPr>
            <w:tcW w:type="dxa" w:w="936"/>
            <w:shd w:fill="17365D"/>
            <w:tcMar>
              <w:top w:w="95" w:type="dxa"/>
              <w:start w:w="95" w:type="dxa"/>
              <w:bottom w:w="95" w:type="dxa"/>
              <w:end w:w="95" w:type="dxa"/>
            </w:tcMar>
            <w:vAlign w:val="center"/>
          </w:tcPr>
          <w:p>
            <w:r>
              <w:rPr>
                <w:b/>
                <w:color w:val="FFFFFF"/>
                <w:sz w:val="14"/>
              </w:rPr>
              <w:t>Minutes ref</w:t>
            </w:r>
          </w:p>
        </w:tc>
      </w:tr>
      <w:tr>
        <w:trPr>
          <w:cantSplit/>
        </w:trPr>
        <w:tc>
          <w:tcPr>
            <w:tcW w:type="dxa" w:w="2016"/>
            <w:tcMar>
              <w:top w:w="95" w:type="dxa"/>
              <w:start w:w="95" w:type="dxa"/>
              <w:bottom w:w="95" w:type="dxa"/>
              <w:end w:w="95" w:type="dxa"/>
            </w:tcMar>
            <w:vAlign w:val="center"/>
          </w:tcPr>
          <w:p>
            <w:pPr>
              <w:spacing w:after="20" w:line="240" w:lineRule="auto"/>
            </w:pPr>
            <w:r>
              <w:rPr>
                <w:sz w:val="14"/>
              </w:rPr>
            </w:r>
          </w:p>
        </w:tc>
        <w:tc>
          <w:tcPr>
            <w:tcW w:type="dxa" w:w="936"/>
            <w:tcMar>
              <w:top w:w="95" w:type="dxa"/>
              <w:start w:w="95" w:type="dxa"/>
              <w:bottom w:w="95" w:type="dxa"/>
              <w:end w:w="95" w:type="dxa"/>
            </w:tcMar>
            <w:vAlign w:val="center"/>
          </w:tcPr>
          <w:p>
            <w:pPr>
              <w:spacing w:after="20" w:line="240" w:lineRule="auto"/>
            </w:pPr>
            <w:r>
              <w:rPr>
                <w:sz w:val="14"/>
              </w:rPr>
            </w:r>
          </w:p>
        </w:tc>
        <w:tc>
          <w:tcPr>
            <w:tcW w:type="dxa" w:w="1800"/>
            <w:tcMar>
              <w:top w:w="95" w:type="dxa"/>
              <w:start w:w="95" w:type="dxa"/>
              <w:bottom w:w="95" w:type="dxa"/>
              <w:end w:w="95" w:type="dxa"/>
            </w:tcMar>
            <w:vAlign w:val="center"/>
          </w:tcPr>
          <w:p>
            <w:pPr>
              <w:spacing w:after="20" w:line="240" w:lineRule="auto"/>
            </w:pPr>
            <w:r>
              <w:rPr>
                <w:sz w:val="14"/>
              </w:rPr>
            </w:r>
          </w:p>
        </w:tc>
        <w:tc>
          <w:tcPr>
            <w:tcW w:type="dxa" w:w="1080"/>
            <w:tcMar>
              <w:top w:w="95" w:type="dxa"/>
              <w:start w:w="95" w:type="dxa"/>
              <w:bottom w:w="95" w:type="dxa"/>
              <w:end w:w="95" w:type="dxa"/>
            </w:tcMar>
            <w:vAlign w:val="center"/>
          </w:tcPr>
          <w:p>
            <w:pPr>
              <w:spacing w:after="20" w:line="240" w:lineRule="auto"/>
            </w:pPr>
            <w:r>
              <w:rPr>
                <w:sz w:val="14"/>
              </w:rPr>
              <w:t>☐</w:t>
            </w:r>
          </w:p>
        </w:tc>
        <w:tc>
          <w:tcPr>
            <w:tcW w:type="dxa" w:w="1008"/>
            <w:tcMar>
              <w:top w:w="95" w:type="dxa"/>
              <w:start w:w="95" w:type="dxa"/>
              <w:bottom w:w="95" w:type="dxa"/>
              <w:end w:w="95" w:type="dxa"/>
            </w:tcMar>
            <w:vAlign w:val="center"/>
          </w:tcPr>
          <w:p>
            <w:pPr>
              <w:spacing w:after="20" w:line="240" w:lineRule="auto"/>
            </w:pPr>
            <w:r>
              <w:rPr>
                <w:sz w:val="14"/>
              </w:rPr>
            </w:r>
          </w:p>
        </w:tc>
        <w:tc>
          <w:tcPr>
            <w:tcW w:type="dxa" w:w="1008"/>
            <w:tcMar>
              <w:top w:w="95" w:type="dxa"/>
              <w:start w:w="95" w:type="dxa"/>
              <w:bottom w:w="95" w:type="dxa"/>
              <w:end w:w="95" w:type="dxa"/>
            </w:tcMar>
            <w:vAlign w:val="center"/>
          </w:tcPr>
          <w:p>
            <w:pPr>
              <w:spacing w:after="20" w:line="240" w:lineRule="auto"/>
            </w:pPr>
            <w:r>
              <w:rPr>
                <w:sz w:val="14"/>
              </w:rPr>
            </w:r>
          </w:p>
        </w:tc>
        <w:tc>
          <w:tcPr>
            <w:tcW w:type="dxa" w:w="1152"/>
            <w:tcMar>
              <w:top w:w="95" w:type="dxa"/>
              <w:start w:w="95" w:type="dxa"/>
              <w:bottom w:w="95" w:type="dxa"/>
              <w:end w:w="95" w:type="dxa"/>
            </w:tcMar>
            <w:vAlign w:val="center"/>
          </w:tcPr>
          <w:p>
            <w:pPr>
              <w:spacing w:after="20" w:line="240" w:lineRule="auto"/>
            </w:pPr>
            <w:r>
              <w:rPr>
                <w:sz w:val="14"/>
              </w:rPr>
              <w:t>☐</w:t>
            </w:r>
          </w:p>
        </w:tc>
        <w:tc>
          <w:tcPr>
            <w:tcW w:type="dxa" w:w="936"/>
            <w:tcMar>
              <w:top w:w="95" w:type="dxa"/>
              <w:start w:w="95" w:type="dxa"/>
              <w:bottom w:w="95" w:type="dxa"/>
              <w:end w:w="95" w:type="dxa"/>
            </w:tcMar>
            <w:vAlign w:val="center"/>
          </w:tcPr>
          <w:p>
            <w:pPr>
              <w:spacing w:after="20" w:line="240" w:lineRule="auto"/>
            </w:pPr>
            <w:r>
              <w:rPr>
                <w:sz w:val="14"/>
              </w:rPr>
            </w:r>
          </w:p>
        </w:tc>
      </w:tr>
      <w:tr>
        <w:trPr>
          <w:cantSplit/>
        </w:trPr>
        <w:tc>
          <w:tcPr>
            <w:tcW w:type="dxa" w:w="2016"/>
            <w:tcMar>
              <w:top w:w="95" w:type="dxa"/>
              <w:start w:w="95" w:type="dxa"/>
              <w:bottom w:w="95" w:type="dxa"/>
              <w:end w:w="95" w:type="dxa"/>
            </w:tcMar>
            <w:vAlign w:val="center"/>
            <w:shd w:fill="F4F7FA"/>
          </w:tcPr>
          <w:p>
            <w:pPr>
              <w:spacing w:after="20" w:line="240" w:lineRule="auto"/>
            </w:pPr>
            <w:r>
              <w:rPr>
                <w:sz w:val="14"/>
              </w:rPr>
            </w:r>
          </w:p>
        </w:tc>
        <w:tc>
          <w:tcPr>
            <w:tcW w:type="dxa" w:w="936"/>
            <w:tcMar>
              <w:top w:w="95" w:type="dxa"/>
              <w:start w:w="95" w:type="dxa"/>
              <w:bottom w:w="95" w:type="dxa"/>
              <w:end w:w="95" w:type="dxa"/>
            </w:tcMar>
            <w:vAlign w:val="center"/>
            <w:shd w:fill="F4F7FA"/>
          </w:tcPr>
          <w:p>
            <w:pPr>
              <w:spacing w:after="20" w:line="240" w:lineRule="auto"/>
            </w:pPr>
            <w:r>
              <w:rPr>
                <w:sz w:val="14"/>
              </w:rPr>
            </w:r>
          </w:p>
        </w:tc>
        <w:tc>
          <w:tcPr>
            <w:tcW w:type="dxa" w:w="1800"/>
            <w:tcMar>
              <w:top w:w="95" w:type="dxa"/>
              <w:start w:w="95" w:type="dxa"/>
              <w:bottom w:w="95" w:type="dxa"/>
              <w:end w:w="95" w:type="dxa"/>
            </w:tcMar>
            <w:vAlign w:val="center"/>
            <w:shd w:fill="F4F7FA"/>
          </w:tcPr>
          <w:p>
            <w:pPr>
              <w:spacing w:after="20" w:line="240" w:lineRule="auto"/>
            </w:pPr>
            <w:r>
              <w:rPr>
                <w:sz w:val="14"/>
              </w:rPr>
            </w:r>
          </w:p>
        </w:tc>
        <w:tc>
          <w:tcPr>
            <w:tcW w:type="dxa" w:w="1080"/>
            <w:tcMar>
              <w:top w:w="95" w:type="dxa"/>
              <w:start w:w="95" w:type="dxa"/>
              <w:bottom w:w="95" w:type="dxa"/>
              <w:end w:w="95" w:type="dxa"/>
            </w:tcMar>
            <w:vAlign w:val="center"/>
            <w:shd w:fill="F4F7FA"/>
          </w:tcPr>
          <w:p>
            <w:pPr>
              <w:spacing w:after="20" w:line="240" w:lineRule="auto"/>
            </w:pPr>
            <w:r>
              <w:rPr>
                <w:sz w:val="14"/>
              </w:rPr>
              <w:t>☐</w:t>
            </w:r>
          </w:p>
        </w:tc>
        <w:tc>
          <w:tcPr>
            <w:tcW w:type="dxa" w:w="1008"/>
            <w:tcMar>
              <w:top w:w="95" w:type="dxa"/>
              <w:start w:w="95" w:type="dxa"/>
              <w:bottom w:w="95" w:type="dxa"/>
              <w:end w:w="95" w:type="dxa"/>
            </w:tcMar>
            <w:vAlign w:val="center"/>
            <w:shd w:fill="F4F7FA"/>
          </w:tcPr>
          <w:p>
            <w:pPr>
              <w:spacing w:after="20" w:line="240" w:lineRule="auto"/>
            </w:pPr>
            <w:r>
              <w:rPr>
                <w:sz w:val="14"/>
              </w:rPr>
            </w:r>
          </w:p>
        </w:tc>
        <w:tc>
          <w:tcPr>
            <w:tcW w:type="dxa" w:w="1008"/>
            <w:tcMar>
              <w:top w:w="95" w:type="dxa"/>
              <w:start w:w="95" w:type="dxa"/>
              <w:bottom w:w="95" w:type="dxa"/>
              <w:end w:w="95" w:type="dxa"/>
            </w:tcMar>
            <w:vAlign w:val="center"/>
            <w:shd w:fill="F4F7FA"/>
          </w:tcPr>
          <w:p>
            <w:pPr>
              <w:spacing w:after="20" w:line="240" w:lineRule="auto"/>
            </w:pPr>
            <w:r>
              <w:rPr>
                <w:sz w:val="14"/>
              </w:rPr>
            </w:r>
          </w:p>
        </w:tc>
        <w:tc>
          <w:tcPr>
            <w:tcW w:type="dxa" w:w="1152"/>
            <w:tcMar>
              <w:top w:w="95" w:type="dxa"/>
              <w:start w:w="95" w:type="dxa"/>
              <w:bottom w:w="95" w:type="dxa"/>
              <w:end w:w="95" w:type="dxa"/>
            </w:tcMar>
            <w:vAlign w:val="center"/>
            <w:shd w:fill="F4F7FA"/>
          </w:tcPr>
          <w:p>
            <w:pPr>
              <w:spacing w:after="20" w:line="240" w:lineRule="auto"/>
            </w:pPr>
            <w:r>
              <w:rPr>
                <w:sz w:val="14"/>
              </w:rPr>
              <w:t>☐</w:t>
            </w:r>
          </w:p>
        </w:tc>
        <w:tc>
          <w:tcPr>
            <w:tcW w:type="dxa" w:w="936"/>
            <w:tcMar>
              <w:top w:w="95" w:type="dxa"/>
              <w:start w:w="95" w:type="dxa"/>
              <w:bottom w:w="95" w:type="dxa"/>
              <w:end w:w="95" w:type="dxa"/>
            </w:tcMar>
            <w:vAlign w:val="center"/>
            <w:shd w:fill="F4F7FA"/>
          </w:tcPr>
          <w:p>
            <w:pPr>
              <w:spacing w:after="20" w:line="240" w:lineRule="auto"/>
            </w:pPr>
            <w:r>
              <w:rPr>
                <w:sz w:val="14"/>
              </w:rPr>
            </w:r>
          </w:p>
        </w:tc>
      </w:tr>
      <w:tr>
        <w:trPr>
          <w:cantSplit/>
        </w:trPr>
        <w:tc>
          <w:tcPr>
            <w:tcW w:type="dxa" w:w="2016"/>
            <w:tcMar>
              <w:top w:w="95" w:type="dxa"/>
              <w:start w:w="95" w:type="dxa"/>
              <w:bottom w:w="95" w:type="dxa"/>
              <w:end w:w="95" w:type="dxa"/>
            </w:tcMar>
            <w:vAlign w:val="center"/>
          </w:tcPr>
          <w:p>
            <w:pPr>
              <w:spacing w:after="20" w:line="240" w:lineRule="auto"/>
            </w:pPr>
            <w:r>
              <w:rPr>
                <w:sz w:val="14"/>
              </w:rPr>
            </w:r>
          </w:p>
        </w:tc>
        <w:tc>
          <w:tcPr>
            <w:tcW w:type="dxa" w:w="936"/>
            <w:tcMar>
              <w:top w:w="95" w:type="dxa"/>
              <w:start w:w="95" w:type="dxa"/>
              <w:bottom w:w="95" w:type="dxa"/>
              <w:end w:w="95" w:type="dxa"/>
            </w:tcMar>
            <w:vAlign w:val="center"/>
          </w:tcPr>
          <w:p>
            <w:pPr>
              <w:spacing w:after="20" w:line="240" w:lineRule="auto"/>
            </w:pPr>
            <w:r>
              <w:rPr>
                <w:sz w:val="14"/>
              </w:rPr>
            </w:r>
          </w:p>
        </w:tc>
        <w:tc>
          <w:tcPr>
            <w:tcW w:type="dxa" w:w="1800"/>
            <w:tcMar>
              <w:top w:w="95" w:type="dxa"/>
              <w:start w:w="95" w:type="dxa"/>
              <w:bottom w:w="95" w:type="dxa"/>
              <w:end w:w="95" w:type="dxa"/>
            </w:tcMar>
            <w:vAlign w:val="center"/>
          </w:tcPr>
          <w:p>
            <w:pPr>
              <w:spacing w:after="20" w:line="240" w:lineRule="auto"/>
            </w:pPr>
            <w:r>
              <w:rPr>
                <w:sz w:val="14"/>
              </w:rPr>
            </w:r>
          </w:p>
        </w:tc>
        <w:tc>
          <w:tcPr>
            <w:tcW w:type="dxa" w:w="1080"/>
            <w:tcMar>
              <w:top w:w="95" w:type="dxa"/>
              <w:start w:w="95" w:type="dxa"/>
              <w:bottom w:w="95" w:type="dxa"/>
              <w:end w:w="95" w:type="dxa"/>
            </w:tcMar>
            <w:vAlign w:val="center"/>
          </w:tcPr>
          <w:p>
            <w:pPr>
              <w:spacing w:after="20" w:line="240" w:lineRule="auto"/>
            </w:pPr>
            <w:r>
              <w:rPr>
                <w:sz w:val="14"/>
              </w:rPr>
              <w:t>☐</w:t>
            </w:r>
          </w:p>
        </w:tc>
        <w:tc>
          <w:tcPr>
            <w:tcW w:type="dxa" w:w="1008"/>
            <w:tcMar>
              <w:top w:w="95" w:type="dxa"/>
              <w:start w:w="95" w:type="dxa"/>
              <w:bottom w:w="95" w:type="dxa"/>
              <w:end w:w="95" w:type="dxa"/>
            </w:tcMar>
            <w:vAlign w:val="center"/>
          </w:tcPr>
          <w:p>
            <w:pPr>
              <w:spacing w:after="20" w:line="240" w:lineRule="auto"/>
            </w:pPr>
            <w:r>
              <w:rPr>
                <w:sz w:val="14"/>
              </w:rPr>
            </w:r>
          </w:p>
        </w:tc>
        <w:tc>
          <w:tcPr>
            <w:tcW w:type="dxa" w:w="1008"/>
            <w:tcMar>
              <w:top w:w="95" w:type="dxa"/>
              <w:start w:w="95" w:type="dxa"/>
              <w:bottom w:w="95" w:type="dxa"/>
              <w:end w:w="95" w:type="dxa"/>
            </w:tcMar>
            <w:vAlign w:val="center"/>
          </w:tcPr>
          <w:p>
            <w:pPr>
              <w:spacing w:after="20" w:line="240" w:lineRule="auto"/>
            </w:pPr>
            <w:r>
              <w:rPr>
                <w:sz w:val="14"/>
              </w:rPr>
            </w:r>
          </w:p>
        </w:tc>
        <w:tc>
          <w:tcPr>
            <w:tcW w:type="dxa" w:w="1152"/>
            <w:tcMar>
              <w:top w:w="95" w:type="dxa"/>
              <w:start w:w="95" w:type="dxa"/>
              <w:bottom w:w="95" w:type="dxa"/>
              <w:end w:w="95" w:type="dxa"/>
            </w:tcMar>
            <w:vAlign w:val="center"/>
          </w:tcPr>
          <w:p>
            <w:pPr>
              <w:spacing w:after="20" w:line="240" w:lineRule="auto"/>
            </w:pPr>
            <w:r>
              <w:rPr>
                <w:sz w:val="14"/>
              </w:rPr>
              <w:t>☐</w:t>
            </w:r>
          </w:p>
        </w:tc>
        <w:tc>
          <w:tcPr>
            <w:tcW w:type="dxa" w:w="936"/>
            <w:tcMar>
              <w:top w:w="95" w:type="dxa"/>
              <w:start w:w="95" w:type="dxa"/>
              <w:bottom w:w="95" w:type="dxa"/>
              <w:end w:w="95" w:type="dxa"/>
            </w:tcMar>
            <w:vAlign w:val="center"/>
          </w:tcPr>
          <w:p>
            <w:pPr>
              <w:spacing w:after="20" w:line="240" w:lineRule="auto"/>
            </w:pPr>
            <w:r>
              <w:rPr>
                <w:sz w:val="14"/>
              </w:rPr>
            </w:r>
          </w:p>
        </w:tc>
      </w:tr>
      <w:tr>
        <w:trPr>
          <w:cantSplit/>
        </w:trPr>
        <w:tc>
          <w:tcPr>
            <w:tcW w:type="dxa" w:w="2016"/>
            <w:tcMar>
              <w:top w:w="95" w:type="dxa"/>
              <w:start w:w="95" w:type="dxa"/>
              <w:bottom w:w="95" w:type="dxa"/>
              <w:end w:w="95" w:type="dxa"/>
            </w:tcMar>
            <w:vAlign w:val="center"/>
            <w:shd w:fill="F4F7FA"/>
          </w:tcPr>
          <w:p>
            <w:pPr>
              <w:spacing w:after="20" w:line="240" w:lineRule="auto"/>
            </w:pPr>
            <w:r>
              <w:rPr>
                <w:sz w:val="14"/>
              </w:rPr>
            </w:r>
          </w:p>
        </w:tc>
        <w:tc>
          <w:tcPr>
            <w:tcW w:type="dxa" w:w="936"/>
            <w:tcMar>
              <w:top w:w="95" w:type="dxa"/>
              <w:start w:w="95" w:type="dxa"/>
              <w:bottom w:w="95" w:type="dxa"/>
              <w:end w:w="95" w:type="dxa"/>
            </w:tcMar>
            <w:vAlign w:val="center"/>
            <w:shd w:fill="F4F7FA"/>
          </w:tcPr>
          <w:p>
            <w:pPr>
              <w:spacing w:after="20" w:line="240" w:lineRule="auto"/>
            </w:pPr>
            <w:r>
              <w:rPr>
                <w:sz w:val="14"/>
              </w:rPr>
            </w:r>
          </w:p>
        </w:tc>
        <w:tc>
          <w:tcPr>
            <w:tcW w:type="dxa" w:w="1800"/>
            <w:tcMar>
              <w:top w:w="95" w:type="dxa"/>
              <w:start w:w="95" w:type="dxa"/>
              <w:bottom w:w="95" w:type="dxa"/>
              <w:end w:w="95" w:type="dxa"/>
            </w:tcMar>
            <w:vAlign w:val="center"/>
            <w:shd w:fill="F4F7FA"/>
          </w:tcPr>
          <w:p>
            <w:pPr>
              <w:spacing w:after="20" w:line="240" w:lineRule="auto"/>
            </w:pPr>
            <w:r>
              <w:rPr>
                <w:sz w:val="14"/>
              </w:rPr>
            </w:r>
          </w:p>
        </w:tc>
        <w:tc>
          <w:tcPr>
            <w:tcW w:type="dxa" w:w="1080"/>
            <w:tcMar>
              <w:top w:w="95" w:type="dxa"/>
              <w:start w:w="95" w:type="dxa"/>
              <w:bottom w:w="95" w:type="dxa"/>
              <w:end w:w="95" w:type="dxa"/>
            </w:tcMar>
            <w:vAlign w:val="center"/>
            <w:shd w:fill="F4F7FA"/>
          </w:tcPr>
          <w:p>
            <w:pPr>
              <w:spacing w:after="20" w:line="240" w:lineRule="auto"/>
            </w:pPr>
            <w:r>
              <w:rPr>
                <w:sz w:val="14"/>
              </w:rPr>
              <w:t>☐</w:t>
            </w:r>
          </w:p>
        </w:tc>
        <w:tc>
          <w:tcPr>
            <w:tcW w:type="dxa" w:w="1008"/>
            <w:tcMar>
              <w:top w:w="95" w:type="dxa"/>
              <w:start w:w="95" w:type="dxa"/>
              <w:bottom w:w="95" w:type="dxa"/>
              <w:end w:w="95" w:type="dxa"/>
            </w:tcMar>
            <w:vAlign w:val="center"/>
            <w:shd w:fill="F4F7FA"/>
          </w:tcPr>
          <w:p>
            <w:pPr>
              <w:spacing w:after="20" w:line="240" w:lineRule="auto"/>
            </w:pPr>
            <w:r>
              <w:rPr>
                <w:sz w:val="14"/>
              </w:rPr>
            </w:r>
          </w:p>
        </w:tc>
        <w:tc>
          <w:tcPr>
            <w:tcW w:type="dxa" w:w="1008"/>
            <w:tcMar>
              <w:top w:w="95" w:type="dxa"/>
              <w:start w:w="95" w:type="dxa"/>
              <w:bottom w:w="95" w:type="dxa"/>
              <w:end w:w="95" w:type="dxa"/>
            </w:tcMar>
            <w:vAlign w:val="center"/>
            <w:shd w:fill="F4F7FA"/>
          </w:tcPr>
          <w:p>
            <w:pPr>
              <w:spacing w:after="20" w:line="240" w:lineRule="auto"/>
            </w:pPr>
            <w:r>
              <w:rPr>
                <w:sz w:val="14"/>
              </w:rPr>
            </w:r>
          </w:p>
        </w:tc>
        <w:tc>
          <w:tcPr>
            <w:tcW w:type="dxa" w:w="1152"/>
            <w:tcMar>
              <w:top w:w="95" w:type="dxa"/>
              <w:start w:w="95" w:type="dxa"/>
              <w:bottom w:w="95" w:type="dxa"/>
              <w:end w:w="95" w:type="dxa"/>
            </w:tcMar>
            <w:vAlign w:val="center"/>
            <w:shd w:fill="F4F7FA"/>
          </w:tcPr>
          <w:p>
            <w:pPr>
              <w:spacing w:after="20" w:line="240" w:lineRule="auto"/>
            </w:pPr>
            <w:r>
              <w:rPr>
                <w:sz w:val="14"/>
              </w:rPr>
              <w:t>☐</w:t>
            </w:r>
          </w:p>
        </w:tc>
        <w:tc>
          <w:tcPr>
            <w:tcW w:type="dxa" w:w="936"/>
            <w:tcMar>
              <w:top w:w="95" w:type="dxa"/>
              <w:start w:w="95" w:type="dxa"/>
              <w:bottom w:w="95" w:type="dxa"/>
              <w:end w:w="95" w:type="dxa"/>
            </w:tcMar>
            <w:vAlign w:val="center"/>
            <w:shd w:fill="F4F7FA"/>
          </w:tcPr>
          <w:p>
            <w:pPr>
              <w:spacing w:after="20" w:line="240" w:lineRule="auto"/>
            </w:pPr>
            <w:r>
              <w:rPr>
                <w:sz w:val="14"/>
              </w:rPr>
            </w:r>
          </w:p>
        </w:tc>
      </w:tr>
      <w:tr>
        <w:trPr>
          <w:cantSplit/>
        </w:trPr>
        <w:tc>
          <w:tcPr>
            <w:tcW w:type="dxa" w:w="2016"/>
            <w:tcMar>
              <w:top w:w="95" w:type="dxa"/>
              <w:start w:w="95" w:type="dxa"/>
              <w:bottom w:w="95" w:type="dxa"/>
              <w:end w:w="95" w:type="dxa"/>
            </w:tcMar>
            <w:vAlign w:val="center"/>
          </w:tcPr>
          <w:p>
            <w:pPr>
              <w:spacing w:after="20" w:line="240" w:lineRule="auto"/>
            </w:pPr>
            <w:r>
              <w:rPr>
                <w:sz w:val="14"/>
              </w:rPr>
            </w:r>
          </w:p>
        </w:tc>
        <w:tc>
          <w:tcPr>
            <w:tcW w:type="dxa" w:w="936"/>
            <w:tcMar>
              <w:top w:w="95" w:type="dxa"/>
              <w:start w:w="95" w:type="dxa"/>
              <w:bottom w:w="95" w:type="dxa"/>
              <w:end w:w="95" w:type="dxa"/>
            </w:tcMar>
            <w:vAlign w:val="center"/>
          </w:tcPr>
          <w:p>
            <w:pPr>
              <w:spacing w:after="20" w:line="240" w:lineRule="auto"/>
            </w:pPr>
            <w:r>
              <w:rPr>
                <w:sz w:val="14"/>
              </w:rPr>
            </w:r>
          </w:p>
        </w:tc>
        <w:tc>
          <w:tcPr>
            <w:tcW w:type="dxa" w:w="1800"/>
            <w:tcMar>
              <w:top w:w="95" w:type="dxa"/>
              <w:start w:w="95" w:type="dxa"/>
              <w:bottom w:w="95" w:type="dxa"/>
              <w:end w:w="95" w:type="dxa"/>
            </w:tcMar>
            <w:vAlign w:val="center"/>
          </w:tcPr>
          <w:p>
            <w:pPr>
              <w:spacing w:after="20" w:line="240" w:lineRule="auto"/>
            </w:pPr>
            <w:r>
              <w:rPr>
                <w:sz w:val="14"/>
              </w:rPr>
            </w:r>
          </w:p>
        </w:tc>
        <w:tc>
          <w:tcPr>
            <w:tcW w:type="dxa" w:w="1080"/>
            <w:tcMar>
              <w:top w:w="95" w:type="dxa"/>
              <w:start w:w="95" w:type="dxa"/>
              <w:bottom w:w="95" w:type="dxa"/>
              <w:end w:w="95" w:type="dxa"/>
            </w:tcMar>
            <w:vAlign w:val="center"/>
          </w:tcPr>
          <w:p>
            <w:pPr>
              <w:spacing w:after="20" w:line="240" w:lineRule="auto"/>
            </w:pPr>
            <w:r>
              <w:rPr>
                <w:sz w:val="14"/>
              </w:rPr>
              <w:t>☐</w:t>
            </w:r>
          </w:p>
        </w:tc>
        <w:tc>
          <w:tcPr>
            <w:tcW w:type="dxa" w:w="1008"/>
            <w:tcMar>
              <w:top w:w="95" w:type="dxa"/>
              <w:start w:w="95" w:type="dxa"/>
              <w:bottom w:w="95" w:type="dxa"/>
              <w:end w:w="95" w:type="dxa"/>
            </w:tcMar>
            <w:vAlign w:val="center"/>
          </w:tcPr>
          <w:p>
            <w:pPr>
              <w:spacing w:after="20" w:line="240" w:lineRule="auto"/>
            </w:pPr>
            <w:r>
              <w:rPr>
                <w:sz w:val="14"/>
              </w:rPr>
            </w:r>
          </w:p>
        </w:tc>
        <w:tc>
          <w:tcPr>
            <w:tcW w:type="dxa" w:w="1008"/>
            <w:tcMar>
              <w:top w:w="95" w:type="dxa"/>
              <w:start w:w="95" w:type="dxa"/>
              <w:bottom w:w="95" w:type="dxa"/>
              <w:end w:w="95" w:type="dxa"/>
            </w:tcMar>
            <w:vAlign w:val="center"/>
          </w:tcPr>
          <w:p>
            <w:pPr>
              <w:spacing w:after="20" w:line="240" w:lineRule="auto"/>
            </w:pPr>
            <w:r>
              <w:rPr>
                <w:sz w:val="14"/>
              </w:rPr>
            </w:r>
          </w:p>
        </w:tc>
        <w:tc>
          <w:tcPr>
            <w:tcW w:type="dxa" w:w="1152"/>
            <w:tcMar>
              <w:top w:w="95" w:type="dxa"/>
              <w:start w:w="95" w:type="dxa"/>
              <w:bottom w:w="95" w:type="dxa"/>
              <w:end w:w="95" w:type="dxa"/>
            </w:tcMar>
            <w:vAlign w:val="center"/>
          </w:tcPr>
          <w:p>
            <w:pPr>
              <w:spacing w:after="20" w:line="240" w:lineRule="auto"/>
            </w:pPr>
            <w:r>
              <w:rPr>
                <w:sz w:val="14"/>
              </w:rPr>
              <w:t>☐</w:t>
            </w:r>
          </w:p>
        </w:tc>
        <w:tc>
          <w:tcPr>
            <w:tcW w:type="dxa" w:w="936"/>
            <w:tcMar>
              <w:top w:w="95" w:type="dxa"/>
              <w:start w:w="95" w:type="dxa"/>
              <w:bottom w:w="95" w:type="dxa"/>
              <w:end w:w="95" w:type="dxa"/>
            </w:tcMar>
            <w:vAlign w:val="center"/>
          </w:tcPr>
          <w:p>
            <w:pPr>
              <w:spacing w:after="20" w:line="240" w:lineRule="auto"/>
            </w:pPr>
            <w:r>
              <w:rPr>
                <w:sz w:val="14"/>
              </w:rPr>
            </w:r>
          </w:p>
        </w:tc>
      </w:tr>
      <w:tr>
        <w:trPr>
          <w:cantSplit/>
        </w:trPr>
        <w:tc>
          <w:tcPr>
            <w:tcW w:type="dxa" w:w="2016"/>
            <w:tcMar>
              <w:top w:w="95" w:type="dxa"/>
              <w:start w:w="95" w:type="dxa"/>
              <w:bottom w:w="95" w:type="dxa"/>
              <w:end w:w="95" w:type="dxa"/>
            </w:tcMar>
            <w:vAlign w:val="center"/>
            <w:shd w:fill="F4F7FA"/>
          </w:tcPr>
          <w:p>
            <w:pPr>
              <w:spacing w:after="20" w:line="240" w:lineRule="auto"/>
            </w:pPr>
            <w:r>
              <w:rPr>
                <w:sz w:val="14"/>
              </w:rPr>
            </w:r>
          </w:p>
        </w:tc>
        <w:tc>
          <w:tcPr>
            <w:tcW w:type="dxa" w:w="936"/>
            <w:tcMar>
              <w:top w:w="95" w:type="dxa"/>
              <w:start w:w="95" w:type="dxa"/>
              <w:bottom w:w="95" w:type="dxa"/>
              <w:end w:w="95" w:type="dxa"/>
            </w:tcMar>
            <w:vAlign w:val="center"/>
            <w:shd w:fill="F4F7FA"/>
          </w:tcPr>
          <w:p>
            <w:pPr>
              <w:spacing w:after="20" w:line="240" w:lineRule="auto"/>
            </w:pPr>
            <w:r>
              <w:rPr>
                <w:sz w:val="14"/>
              </w:rPr>
            </w:r>
          </w:p>
        </w:tc>
        <w:tc>
          <w:tcPr>
            <w:tcW w:type="dxa" w:w="1800"/>
            <w:tcMar>
              <w:top w:w="95" w:type="dxa"/>
              <w:start w:w="95" w:type="dxa"/>
              <w:bottom w:w="95" w:type="dxa"/>
              <w:end w:w="95" w:type="dxa"/>
            </w:tcMar>
            <w:vAlign w:val="center"/>
            <w:shd w:fill="F4F7FA"/>
          </w:tcPr>
          <w:p>
            <w:pPr>
              <w:spacing w:after="20" w:line="240" w:lineRule="auto"/>
            </w:pPr>
            <w:r>
              <w:rPr>
                <w:sz w:val="14"/>
              </w:rPr>
            </w:r>
          </w:p>
        </w:tc>
        <w:tc>
          <w:tcPr>
            <w:tcW w:type="dxa" w:w="1080"/>
            <w:tcMar>
              <w:top w:w="95" w:type="dxa"/>
              <w:start w:w="95" w:type="dxa"/>
              <w:bottom w:w="95" w:type="dxa"/>
              <w:end w:w="95" w:type="dxa"/>
            </w:tcMar>
            <w:vAlign w:val="center"/>
            <w:shd w:fill="F4F7FA"/>
          </w:tcPr>
          <w:p>
            <w:pPr>
              <w:spacing w:after="20" w:line="240" w:lineRule="auto"/>
            </w:pPr>
            <w:r>
              <w:rPr>
                <w:sz w:val="14"/>
              </w:rPr>
              <w:t>☐</w:t>
            </w:r>
          </w:p>
        </w:tc>
        <w:tc>
          <w:tcPr>
            <w:tcW w:type="dxa" w:w="1008"/>
            <w:tcMar>
              <w:top w:w="95" w:type="dxa"/>
              <w:start w:w="95" w:type="dxa"/>
              <w:bottom w:w="95" w:type="dxa"/>
              <w:end w:w="95" w:type="dxa"/>
            </w:tcMar>
            <w:vAlign w:val="center"/>
            <w:shd w:fill="F4F7FA"/>
          </w:tcPr>
          <w:p>
            <w:pPr>
              <w:spacing w:after="20" w:line="240" w:lineRule="auto"/>
            </w:pPr>
            <w:r>
              <w:rPr>
                <w:sz w:val="14"/>
              </w:rPr>
            </w:r>
          </w:p>
        </w:tc>
        <w:tc>
          <w:tcPr>
            <w:tcW w:type="dxa" w:w="1008"/>
            <w:tcMar>
              <w:top w:w="95" w:type="dxa"/>
              <w:start w:w="95" w:type="dxa"/>
              <w:bottom w:w="95" w:type="dxa"/>
              <w:end w:w="95" w:type="dxa"/>
            </w:tcMar>
            <w:vAlign w:val="center"/>
            <w:shd w:fill="F4F7FA"/>
          </w:tcPr>
          <w:p>
            <w:pPr>
              <w:spacing w:after="20" w:line="240" w:lineRule="auto"/>
            </w:pPr>
            <w:r>
              <w:rPr>
                <w:sz w:val="14"/>
              </w:rPr>
            </w:r>
          </w:p>
        </w:tc>
        <w:tc>
          <w:tcPr>
            <w:tcW w:type="dxa" w:w="1152"/>
            <w:tcMar>
              <w:top w:w="95" w:type="dxa"/>
              <w:start w:w="95" w:type="dxa"/>
              <w:bottom w:w="95" w:type="dxa"/>
              <w:end w:w="95" w:type="dxa"/>
            </w:tcMar>
            <w:vAlign w:val="center"/>
            <w:shd w:fill="F4F7FA"/>
          </w:tcPr>
          <w:p>
            <w:pPr>
              <w:spacing w:after="20" w:line="240" w:lineRule="auto"/>
            </w:pPr>
            <w:r>
              <w:rPr>
                <w:sz w:val="14"/>
              </w:rPr>
              <w:t>☐</w:t>
            </w:r>
          </w:p>
        </w:tc>
        <w:tc>
          <w:tcPr>
            <w:tcW w:type="dxa" w:w="936"/>
            <w:tcMar>
              <w:top w:w="95" w:type="dxa"/>
              <w:start w:w="95" w:type="dxa"/>
              <w:bottom w:w="95" w:type="dxa"/>
              <w:end w:w="95" w:type="dxa"/>
            </w:tcMar>
            <w:vAlign w:val="center"/>
            <w:shd w:fill="F4F7FA"/>
          </w:tcPr>
          <w:p>
            <w:pPr>
              <w:spacing w:after="20" w:line="240" w:lineRule="auto"/>
            </w:pPr>
            <w:r>
              <w:rPr>
                <w:sz w:val="14"/>
              </w:rPr>
            </w:r>
          </w:p>
        </w:tc>
      </w:tr>
      <w:tr>
        <w:trPr>
          <w:cantSplit/>
        </w:trPr>
        <w:tc>
          <w:tcPr>
            <w:tcW w:type="dxa" w:w="2016"/>
            <w:tcMar>
              <w:top w:w="95" w:type="dxa"/>
              <w:start w:w="95" w:type="dxa"/>
              <w:bottom w:w="95" w:type="dxa"/>
              <w:end w:w="95" w:type="dxa"/>
            </w:tcMar>
            <w:vAlign w:val="center"/>
          </w:tcPr>
          <w:p>
            <w:pPr>
              <w:spacing w:after="20" w:line="240" w:lineRule="auto"/>
            </w:pPr>
            <w:r>
              <w:rPr>
                <w:sz w:val="14"/>
              </w:rPr>
            </w:r>
          </w:p>
        </w:tc>
        <w:tc>
          <w:tcPr>
            <w:tcW w:type="dxa" w:w="936"/>
            <w:tcMar>
              <w:top w:w="95" w:type="dxa"/>
              <w:start w:w="95" w:type="dxa"/>
              <w:bottom w:w="95" w:type="dxa"/>
              <w:end w:w="95" w:type="dxa"/>
            </w:tcMar>
            <w:vAlign w:val="center"/>
          </w:tcPr>
          <w:p>
            <w:pPr>
              <w:spacing w:after="20" w:line="240" w:lineRule="auto"/>
            </w:pPr>
            <w:r>
              <w:rPr>
                <w:sz w:val="14"/>
              </w:rPr>
            </w:r>
          </w:p>
        </w:tc>
        <w:tc>
          <w:tcPr>
            <w:tcW w:type="dxa" w:w="1800"/>
            <w:tcMar>
              <w:top w:w="95" w:type="dxa"/>
              <w:start w:w="95" w:type="dxa"/>
              <w:bottom w:w="95" w:type="dxa"/>
              <w:end w:w="95" w:type="dxa"/>
            </w:tcMar>
            <w:vAlign w:val="center"/>
          </w:tcPr>
          <w:p>
            <w:pPr>
              <w:spacing w:after="20" w:line="240" w:lineRule="auto"/>
            </w:pPr>
            <w:r>
              <w:rPr>
                <w:sz w:val="14"/>
              </w:rPr>
            </w:r>
          </w:p>
        </w:tc>
        <w:tc>
          <w:tcPr>
            <w:tcW w:type="dxa" w:w="1080"/>
            <w:tcMar>
              <w:top w:w="95" w:type="dxa"/>
              <w:start w:w="95" w:type="dxa"/>
              <w:bottom w:w="95" w:type="dxa"/>
              <w:end w:w="95" w:type="dxa"/>
            </w:tcMar>
            <w:vAlign w:val="center"/>
          </w:tcPr>
          <w:p>
            <w:pPr>
              <w:spacing w:after="20" w:line="240" w:lineRule="auto"/>
            </w:pPr>
            <w:r>
              <w:rPr>
                <w:sz w:val="14"/>
              </w:rPr>
              <w:t>☐</w:t>
            </w:r>
          </w:p>
        </w:tc>
        <w:tc>
          <w:tcPr>
            <w:tcW w:type="dxa" w:w="1008"/>
            <w:tcMar>
              <w:top w:w="95" w:type="dxa"/>
              <w:start w:w="95" w:type="dxa"/>
              <w:bottom w:w="95" w:type="dxa"/>
              <w:end w:w="95" w:type="dxa"/>
            </w:tcMar>
            <w:vAlign w:val="center"/>
          </w:tcPr>
          <w:p>
            <w:pPr>
              <w:spacing w:after="20" w:line="240" w:lineRule="auto"/>
            </w:pPr>
            <w:r>
              <w:rPr>
                <w:sz w:val="14"/>
              </w:rPr>
            </w:r>
          </w:p>
        </w:tc>
        <w:tc>
          <w:tcPr>
            <w:tcW w:type="dxa" w:w="1008"/>
            <w:tcMar>
              <w:top w:w="95" w:type="dxa"/>
              <w:start w:w="95" w:type="dxa"/>
              <w:bottom w:w="95" w:type="dxa"/>
              <w:end w:w="95" w:type="dxa"/>
            </w:tcMar>
            <w:vAlign w:val="center"/>
          </w:tcPr>
          <w:p>
            <w:pPr>
              <w:spacing w:after="20" w:line="240" w:lineRule="auto"/>
            </w:pPr>
            <w:r>
              <w:rPr>
                <w:sz w:val="14"/>
              </w:rPr>
            </w:r>
          </w:p>
        </w:tc>
        <w:tc>
          <w:tcPr>
            <w:tcW w:type="dxa" w:w="1152"/>
            <w:tcMar>
              <w:top w:w="95" w:type="dxa"/>
              <w:start w:w="95" w:type="dxa"/>
              <w:bottom w:w="95" w:type="dxa"/>
              <w:end w:w="95" w:type="dxa"/>
            </w:tcMar>
            <w:vAlign w:val="center"/>
          </w:tcPr>
          <w:p>
            <w:pPr>
              <w:spacing w:after="20" w:line="240" w:lineRule="auto"/>
            </w:pPr>
            <w:r>
              <w:rPr>
                <w:sz w:val="14"/>
              </w:rPr>
              <w:t>☐</w:t>
            </w:r>
          </w:p>
        </w:tc>
        <w:tc>
          <w:tcPr>
            <w:tcW w:type="dxa" w:w="936"/>
            <w:tcMar>
              <w:top w:w="95" w:type="dxa"/>
              <w:start w:w="95" w:type="dxa"/>
              <w:bottom w:w="95" w:type="dxa"/>
              <w:end w:w="95" w:type="dxa"/>
            </w:tcMar>
            <w:vAlign w:val="center"/>
          </w:tcPr>
          <w:p>
            <w:pPr>
              <w:spacing w:after="20" w:line="240" w:lineRule="auto"/>
            </w:pPr>
            <w:r>
              <w:rPr>
                <w:sz w:val="14"/>
              </w:rPr>
            </w:r>
          </w:p>
        </w:tc>
      </w:tr>
      <w:tr>
        <w:trPr>
          <w:cantSplit/>
        </w:trPr>
        <w:tc>
          <w:tcPr>
            <w:tcW w:type="dxa" w:w="2016"/>
            <w:tcMar>
              <w:top w:w="95" w:type="dxa"/>
              <w:start w:w="95" w:type="dxa"/>
              <w:bottom w:w="95" w:type="dxa"/>
              <w:end w:w="95" w:type="dxa"/>
            </w:tcMar>
            <w:vAlign w:val="center"/>
            <w:shd w:fill="F4F7FA"/>
          </w:tcPr>
          <w:p>
            <w:pPr>
              <w:spacing w:after="20" w:line="240" w:lineRule="auto"/>
            </w:pPr>
            <w:r>
              <w:rPr>
                <w:sz w:val="14"/>
              </w:rPr>
            </w:r>
          </w:p>
        </w:tc>
        <w:tc>
          <w:tcPr>
            <w:tcW w:type="dxa" w:w="936"/>
            <w:tcMar>
              <w:top w:w="95" w:type="dxa"/>
              <w:start w:w="95" w:type="dxa"/>
              <w:bottom w:w="95" w:type="dxa"/>
              <w:end w:w="95" w:type="dxa"/>
            </w:tcMar>
            <w:vAlign w:val="center"/>
            <w:shd w:fill="F4F7FA"/>
          </w:tcPr>
          <w:p>
            <w:pPr>
              <w:spacing w:after="20" w:line="240" w:lineRule="auto"/>
            </w:pPr>
            <w:r>
              <w:rPr>
                <w:sz w:val="14"/>
              </w:rPr>
            </w:r>
          </w:p>
        </w:tc>
        <w:tc>
          <w:tcPr>
            <w:tcW w:type="dxa" w:w="1800"/>
            <w:tcMar>
              <w:top w:w="95" w:type="dxa"/>
              <w:start w:w="95" w:type="dxa"/>
              <w:bottom w:w="95" w:type="dxa"/>
              <w:end w:w="95" w:type="dxa"/>
            </w:tcMar>
            <w:vAlign w:val="center"/>
            <w:shd w:fill="F4F7FA"/>
          </w:tcPr>
          <w:p>
            <w:pPr>
              <w:spacing w:after="20" w:line="240" w:lineRule="auto"/>
            </w:pPr>
            <w:r>
              <w:rPr>
                <w:sz w:val="14"/>
              </w:rPr>
            </w:r>
          </w:p>
        </w:tc>
        <w:tc>
          <w:tcPr>
            <w:tcW w:type="dxa" w:w="1080"/>
            <w:tcMar>
              <w:top w:w="95" w:type="dxa"/>
              <w:start w:w="95" w:type="dxa"/>
              <w:bottom w:w="95" w:type="dxa"/>
              <w:end w:w="95" w:type="dxa"/>
            </w:tcMar>
            <w:vAlign w:val="center"/>
            <w:shd w:fill="F4F7FA"/>
          </w:tcPr>
          <w:p>
            <w:pPr>
              <w:spacing w:after="20" w:line="240" w:lineRule="auto"/>
            </w:pPr>
            <w:r>
              <w:rPr>
                <w:sz w:val="14"/>
              </w:rPr>
              <w:t>☐</w:t>
            </w:r>
          </w:p>
        </w:tc>
        <w:tc>
          <w:tcPr>
            <w:tcW w:type="dxa" w:w="1008"/>
            <w:tcMar>
              <w:top w:w="95" w:type="dxa"/>
              <w:start w:w="95" w:type="dxa"/>
              <w:bottom w:w="95" w:type="dxa"/>
              <w:end w:w="95" w:type="dxa"/>
            </w:tcMar>
            <w:vAlign w:val="center"/>
            <w:shd w:fill="F4F7FA"/>
          </w:tcPr>
          <w:p>
            <w:pPr>
              <w:spacing w:after="20" w:line="240" w:lineRule="auto"/>
            </w:pPr>
            <w:r>
              <w:rPr>
                <w:sz w:val="14"/>
              </w:rPr>
            </w:r>
          </w:p>
        </w:tc>
        <w:tc>
          <w:tcPr>
            <w:tcW w:type="dxa" w:w="1008"/>
            <w:tcMar>
              <w:top w:w="95" w:type="dxa"/>
              <w:start w:w="95" w:type="dxa"/>
              <w:bottom w:w="95" w:type="dxa"/>
              <w:end w:w="95" w:type="dxa"/>
            </w:tcMar>
            <w:vAlign w:val="center"/>
            <w:shd w:fill="F4F7FA"/>
          </w:tcPr>
          <w:p>
            <w:pPr>
              <w:spacing w:after="20" w:line="240" w:lineRule="auto"/>
            </w:pPr>
            <w:r>
              <w:rPr>
                <w:sz w:val="14"/>
              </w:rPr>
            </w:r>
          </w:p>
        </w:tc>
        <w:tc>
          <w:tcPr>
            <w:tcW w:type="dxa" w:w="1152"/>
            <w:tcMar>
              <w:top w:w="95" w:type="dxa"/>
              <w:start w:w="95" w:type="dxa"/>
              <w:bottom w:w="95" w:type="dxa"/>
              <w:end w:w="95" w:type="dxa"/>
            </w:tcMar>
            <w:vAlign w:val="center"/>
            <w:shd w:fill="F4F7FA"/>
          </w:tcPr>
          <w:p>
            <w:pPr>
              <w:spacing w:after="20" w:line="240" w:lineRule="auto"/>
            </w:pPr>
            <w:r>
              <w:rPr>
                <w:sz w:val="14"/>
              </w:rPr>
              <w:t>☐</w:t>
            </w:r>
          </w:p>
        </w:tc>
        <w:tc>
          <w:tcPr>
            <w:tcW w:type="dxa" w:w="936"/>
            <w:tcMar>
              <w:top w:w="95" w:type="dxa"/>
              <w:start w:w="95" w:type="dxa"/>
              <w:bottom w:w="95" w:type="dxa"/>
              <w:end w:w="95" w:type="dxa"/>
            </w:tcMar>
            <w:vAlign w:val="center"/>
            <w:shd w:fill="F4F7FA"/>
          </w:tcPr>
          <w:p>
            <w:pPr>
              <w:spacing w:after="20" w:line="240" w:lineRule="auto"/>
            </w:pPr>
            <w:r>
              <w:rPr>
                <w:sz w:val="14"/>
              </w:rPr>
            </w:r>
          </w:p>
        </w:tc>
      </w:tr>
    </w:tbl>
    <w:p>
      <w:pPr>
        <w:spacing w:after="20"/>
      </w:pPr>
    </w:p>
    <w:p>
      <w:pPr>
        <w:pStyle w:val="Heading2"/>
      </w:pPr>
      <w:r>
        <w:t>7.1 Recusal Confirmation</w:t>
      </w:r>
    </w:p>
    <w:p>
      <w:r>
        <w:t>☐ Conflict was declared before discussion.</w:t>
      </w:r>
    </w:p>
    <w:p>
      <w:r>
        <w:t>☐ Declarant did not receive restricted papers or information.</w:t>
      </w:r>
    </w:p>
    <w:p>
      <w:r>
        <w:t>☐ Declarant left the meeting or platform where required.</w:t>
      </w:r>
    </w:p>
    <w:p>
      <w:r>
        <w:t>☐ Declarant did not influence participants before or after the meeting.</w:t>
      </w:r>
    </w:p>
    <w:p>
      <w:r>
        <w:t>☐ Quorum and decision authority remained valid.</w:t>
      </w:r>
    </w:p>
    <w:p>
      <w:r>
        <w:t>☐ Minutes recorded the declaration, absence and return.</w:t>
      </w:r>
    </w:p>
    <w:p>
      <w:r>
        <w:t>☐ Related access rights and delegations were updated.</w:t>
      </w:r>
    </w:p>
    <w:p>
      <w:pPr>
        <w:pStyle w:val="Heading2"/>
      </w:pPr>
      <w:r>
        <w:t>7.2 Decision Record</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12"/>
        <w:gridCol w:w="5112"/>
      </w:tblGrid>
      <w:tr>
        <w:trPr>
          <w:tblHeader w:val="true"/>
          <w:cantSplit/>
        </w:trPr>
        <w:tc>
          <w:tcPr>
            <w:tcW w:type="dxa" w:w="3240"/>
            <w:shd w:fill="17365D"/>
            <w:tcMar>
              <w:top w:w="95" w:type="dxa"/>
              <w:start w:w="95" w:type="dxa"/>
              <w:bottom w:w="95" w:type="dxa"/>
              <w:end w:w="95" w:type="dxa"/>
            </w:tcMar>
            <w:vAlign w:val="center"/>
          </w:tcPr>
          <w:p>
            <w:r>
              <w:rPr>
                <w:b/>
                <w:color w:val="FFFFFF"/>
                <w:sz w:val="18"/>
              </w:rPr>
              <w:t>Field</w:t>
            </w:r>
          </w:p>
        </w:tc>
        <w:tc>
          <w:tcPr>
            <w:tcW w:type="dxa" w:w="6696"/>
            <w:shd w:fill="17365D"/>
            <w:tcMar>
              <w:top w:w="95" w:type="dxa"/>
              <w:start w:w="95" w:type="dxa"/>
              <w:bottom w:w="95" w:type="dxa"/>
              <w:end w:w="95" w:type="dxa"/>
            </w:tcMar>
            <w:vAlign w:val="center"/>
          </w:tcPr>
          <w:p>
            <w:r>
              <w:rPr>
                <w:b/>
                <w:color w:val="FFFFFF"/>
                <w:sz w:val="18"/>
              </w:rPr>
              <w:t>Declaration</w:t>
            </w:r>
          </w:p>
        </w:tc>
      </w:tr>
      <w:tr>
        <w:trPr>
          <w:cantSplit/>
        </w:trPr>
        <w:tc>
          <w:tcPr>
            <w:tcW w:type="dxa" w:w="3240"/>
            <w:tcMar>
              <w:top w:w="95" w:type="dxa"/>
              <w:start w:w="95" w:type="dxa"/>
              <w:bottom w:w="95" w:type="dxa"/>
              <w:end w:w="95" w:type="dxa"/>
            </w:tcMar>
            <w:vAlign w:val="center"/>
          </w:tcPr>
          <w:p>
            <w:pPr>
              <w:spacing w:after="20" w:line="240" w:lineRule="auto"/>
            </w:pPr>
            <w:r>
              <w:rPr>
                <w:sz w:val="18"/>
              </w:rPr>
              <w:t>Decision taken</w:t>
            </w:r>
          </w:p>
        </w:tc>
        <w:tc>
          <w:tcPr>
            <w:tcW w:type="dxa" w:w="6696"/>
            <w:tcMar>
              <w:top w:w="95" w:type="dxa"/>
              <w:start w:w="95" w:type="dxa"/>
              <w:bottom w:w="95" w:type="dxa"/>
              <w:end w:w="95" w:type="dxa"/>
            </w:tcMar>
            <w:vAlign w:val="center"/>
          </w:tcPr>
          <w:p>
            <w:pPr>
              <w:spacing w:after="20" w:line="240" w:lineRule="auto"/>
            </w:pPr>
            <w:r>
              <w:rPr>
                <w:sz w:val="18"/>
              </w:rPr>
            </w:r>
          </w:p>
        </w:tc>
      </w:tr>
      <w:tr>
        <w:trPr>
          <w:cantSplit/>
        </w:trPr>
        <w:tc>
          <w:tcPr>
            <w:tcW w:type="dxa" w:w="3240"/>
            <w:tcMar>
              <w:top w:w="95" w:type="dxa"/>
              <w:start w:w="95" w:type="dxa"/>
              <w:bottom w:w="95" w:type="dxa"/>
              <w:end w:w="95" w:type="dxa"/>
            </w:tcMar>
            <w:vAlign w:val="center"/>
            <w:shd w:fill="F4F7FA"/>
          </w:tcPr>
          <w:p>
            <w:pPr>
              <w:spacing w:after="20" w:line="240" w:lineRule="auto"/>
            </w:pPr>
            <w:r>
              <w:rPr>
                <w:sz w:val="18"/>
              </w:rPr>
              <w:t>Decision-makers</w:t>
            </w:r>
          </w:p>
        </w:tc>
        <w:tc>
          <w:tcPr>
            <w:tcW w:type="dxa" w:w="6696"/>
            <w:tcMar>
              <w:top w:w="95" w:type="dxa"/>
              <w:start w:w="95" w:type="dxa"/>
              <w:bottom w:w="95" w:type="dxa"/>
              <w:end w:w="95" w:type="dxa"/>
            </w:tcMar>
            <w:vAlign w:val="center"/>
            <w:shd w:fill="F4F7FA"/>
          </w:tcPr>
          <w:p>
            <w:pPr>
              <w:spacing w:after="20" w:line="240" w:lineRule="auto"/>
            </w:pPr>
            <w:r>
              <w:rPr>
                <w:sz w:val="18"/>
              </w:rPr>
            </w:r>
          </w:p>
        </w:tc>
      </w:tr>
      <w:tr>
        <w:trPr>
          <w:cantSplit/>
        </w:trPr>
        <w:tc>
          <w:tcPr>
            <w:tcW w:type="dxa" w:w="3240"/>
            <w:tcMar>
              <w:top w:w="95" w:type="dxa"/>
              <w:start w:w="95" w:type="dxa"/>
              <w:bottom w:w="95" w:type="dxa"/>
              <w:end w:w="95" w:type="dxa"/>
            </w:tcMar>
            <w:vAlign w:val="center"/>
          </w:tcPr>
          <w:p>
            <w:pPr>
              <w:spacing w:after="20" w:line="240" w:lineRule="auto"/>
            </w:pPr>
            <w:r>
              <w:rPr>
                <w:sz w:val="18"/>
              </w:rPr>
              <w:t>Evidence considered</w:t>
            </w:r>
          </w:p>
        </w:tc>
        <w:tc>
          <w:tcPr>
            <w:tcW w:type="dxa" w:w="6696"/>
            <w:tcMar>
              <w:top w:w="95" w:type="dxa"/>
              <w:start w:w="95" w:type="dxa"/>
              <w:bottom w:w="95" w:type="dxa"/>
              <w:end w:w="95" w:type="dxa"/>
            </w:tcMar>
            <w:vAlign w:val="center"/>
          </w:tcPr>
          <w:p>
            <w:pPr>
              <w:spacing w:after="20" w:line="240" w:lineRule="auto"/>
            </w:pPr>
            <w:r>
              <w:rPr>
                <w:sz w:val="18"/>
              </w:rPr>
            </w:r>
          </w:p>
        </w:tc>
      </w:tr>
      <w:tr>
        <w:trPr>
          <w:cantSplit/>
        </w:trPr>
        <w:tc>
          <w:tcPr>
            <w:tcW w:type="dxa" w:w="3240"/>
            <w:tcMar>
              <w:top w:w="95" w:type="dxa"/>
              <w:start w:w="95" w:type="dxa"/>
              <w:bottom w:w="95" w:type="dxa"/>
              <w:end w:w="95" w:type="dxa"/>
            </w:tcMar>
            <w:vAlign w:val="center"/>
            <w:shd w:fill="F4F7FA"/>
          </w:tcPr>
          <w:p>
            <w:pPr>
              <w:spacing w:after="20" w:line="240" w:lineRule="auto"/>
            </w:pPr>
            <w:r>
              <w:rPr>
                <w:sz w:val="18"/>
              </w:rPr>
              <w:t>Conditions</w:t>
            </w:r>
          </w:p>
        </w:tc>
        <w:tc>
          <w:tcPr>
            <w:tcW w:type="dxa" w:w="6696"/>
            <w:tcMar>
              <w:top w:w="95" w:type="dxa"/>
              <w:start w:w="95" w:type="dxa"/>
              <w:bottom w:w="95" w:type="dxa"/>
              <w:end w:w="95" w:type="dxa"/>
            </w:tcMar>
            <w:vAlign w:val="center"/>
            <w:shd w:fill="F4F7FA"/>
          </w:tcPr>
          <w:p>
            <w:pPr>
              <w:spacing w:after="20" w:line="240" w:lineRule="auto"/>
            </w:pPr>
            <w:r>
              <w:rPr>
                <w:sz w:val="18"/>
              </w:rPr>
            </w:r>
          </w:p>
        </w:tc>
      </w:tr>
      <w:tr>
        <w:trPr>
          <w:cantSplit/>
        </w:trPr>
        <w:tc>
          <w:tcPr>
            <w:tcW w:type="dxa" w:w="3240"/>
            <w:tcMar>
              <w:top w:w="95" w:type="dxa"/>
              <w:start w:w="95" w:type="dxa"/>
              <w:bottom w:w="95" w:type="dxa"/>
              <w:end w:w="95" w:type="dxa"/>
            </w:tcMar>
            <w:vAlign w:val="center"/>
          </w:tcPr>
          <w:p>
            <w:pPr>
              <w:spacing w:after="20" w:line="240" w:lineRule="auto"/>
            </w:pPr>
            <w:r>
              <w:rPr>
                <w:sz w:val="18"/>
              </w:rPr>
              <w:t>Reason conflict was adequately managed</w:t>
            </w:r>
          </w:p>
        </w:tc>
        <w:tc>
          <w:tcPr>
            <w:tcW w:type="dxa" w:w="6696"/>
            <w:tcMar>
              <w:top w:w="95" w:type="dxa"/>
              <w:start w:w="95" w:type="dxa"/>
              <w:bottom w:w="95" w:type="dxa"/>
              <w:end w:w="95" w:type="dxa"/>
            </w:tcMar>
            <w:vAlign w:val="center"/>
          </w:tcPr>
          <w:p>
            <w:pPr>
              <w:spacing w:after="20" w:line="240" w:lineRule="auto"/>
            </w:pPr>
            <w:r>
              <w:rPr>
                <w:sz w:val="18"/>
              </w:rPr>
            </w:r>
          </w:p>
        </w:tc>
      </w:tr>
      <w:tr>
        <w:trPr>
          <w:cantSplit/>
        </w:trPr>
        <w:tc>
          <w:tcPr>
            <w:tcW w:type="dxa" w:w="3240"/>
            <w:tcMar>
              <w:top w:w="95" w:type="dxa"/>
              <w:start w:w="95" w:type="dxa"/>
              <w:bottom w:w="95" w:type="dxa"/>
              <w:end w:w="95" w:type="dxa"/>
            </w:tcMar>
            <w:vAlign w:val="center"/>
            <w:shd w:fill="F4F7FA"/>
          </w:tcPr>
          <w:p>
            <w:pPr>
              <w:spacing w:after="20" w:line="240" w:lineRule="auto"/>
            </w:pPr>
            <w:r>
              <w:rPr>
                <w:sz w:val="18"/>
              </w:rPr>
              <w:t>Follow-up</w:t>
            </w:r>
          </w:p>
        </w:tc>
        <w:tc>
          <w:tcPr>
            <w:tcW w:type="dxa" w:w="6696"/>
            <w:tcMar>
              <w:top w:w="95" w:type="dxa"/>
              <w:start w:w="95" w:type="dxa"/>
              <w:bottom w:w="95" w:type="dxa"/>
              <w:end w:w="95" w:type="dxa"/>
            </w:tcMar>
            <w:vAlign w:val="center"/>
            <w:shd w:fill="F4F7FA"/>
          </w:tcPr>
          <w:p>
            <w:pPr>
              <w:spacing w:after="20" w:line="240" w:lineRule="auto"/>
            </w:pPr>
            <w:r>
              <w:rPr>
                <w:sz w:val="18"/>
              </w:rPr>
            </w:r>
          </w:p>
        </w:tc>
      </w:tr>
    </w:tbl>
    <w:p>
      <w:pPr>
        <w:spacing w:after="20"/>
      </w:pPr>
    </w:p>
    <w:p>
      <w:r>
        <w:br w:type="page"/>
      </w:r>
    </w:p>
    <w:p>
      <w:pPr>
        <w:pStyle w:val="Heading1"/>
      </w:pPr>
      <w:r>
        <w:t>Section 8 Gifts Benefits and Related Transactions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136"/>
        <w:gridCol w:w="1136"/>
        <w:gridCol w:w="1136"/>
        <w:gridCol w:w="1136"/>
        <w:gridCol w:w="1136"/>
        <w:gridCol w:w="1136"/>
        <w:gridCol w:w="1136"/>
        <w:gridCol w:w="1136"/>
        <w:gridCol w:w="1136"/>
      </w:tblGrid>
      <w:tr>
        <w:trPr>
          <w:tblHeader w:val="true"/>
          <w:cantSplit/>
        </w:trPr>
        <w:tc>
          <w:tcPr>
            <w:tcW w:type="dxa" w:w="864"/>
            <w:shd w:fill="17365D"/>
            <w:tcMar>
              <w:top w:w="95" w:type="dxa"/>
              <w:start w:w="95" w:type="dxa"/>
              <w:bottom w:w="95" w:type="dxa"/>
              <w:end w:w="95" w:type="dxa"/>
            </w:tcMar>
            <w:vAlign w:val="center"/>
          </w:tcPr>
          <w:p>
            <w:r>
              <w:rPr>
                <w:b/>
                <w:color w:val="FFFFFF"/>
                <w:sz w:val="14"/>
              </w:rPr>
              <w:t>Date</w:t>
            </w:r>
          </w:p>
        </w:tc>
        <w:tc>
          <w:tcPr>
            <w:tcW w:type="dxa" w:w="1512"/>
            <w:shd w:fill="17365D"/>
            <w:tcMar>
              <w:top w:w="95" w:type="dxa"/>
              <w:start w:w="95" w:type="dxa"/>
              <w:bottom w:w="95" w:type="dxa"/>
              <w:end w:w="95" w:type="dxa"/>
            </w:tcMar>
            <w:vAlign w:val="center"/>
          </w:tcPr>
          <w:p>
            <w:r>
              <w:rPr>
                <w:b/>
                <w:color w:val="FFFFFF"/>
                <w:sz w:val="14"/>
              </w:rPr>
              <w:t>Giver or recipient</w:t>
            </w:r>
          </w:p>
        </w:tc>
        <w:tc>
          <w:tcPr>
            <w:tcW w:type="dxa" w:w="1512"/>
            <w:shd w:fill="17365D"/>
            <w:tcMar>
              <w:top w:w="95" w:type="dxa"/>
              <w:start w:w="95" w:type="dxa"/>
              <w:bottom w:w="95" w:type="dxa"/>
              <w:end w:w="95" w:type="dxa"/>
            </w:tcMar>
            <w:vAlign w:val="center"/>
          </w:tcPr>
          <w:p>
            <w:r>
              <w:rPr>
                <w:b/>
                <w:color w:val="FFFFFF"/>
                <w:sz w:val="14"/>
              </w:rPr>
              <w:t>Organisation</w:t>
            </w:r>
          </w:p>
        </w:tc>
        <w:tc>
          <w:tcPr>
            <w:tcW w:type="dxa" w:w="1584"/>
            <w:shd w:fill="17365D"/>
            <w:tcMar>
              <w:top w:w="95" w:type="dxa"/>
              <w:start w:w="95" w:type="dxa"/>
              <w:bottom w:w="95" w:type="dxa"/>
              <w:end w:w="95" w:type="dxa"/>
            </w:tcMar>
            <w:vAlign w:val="center"/>
          </w:tcPr>
          <w:p>
            <w:r>
              <w:rPr>
                <w:b/>
                <w:color w:val="FFFFFF"/>
                <w:sz w:val="14"/>
              </w:rPr>
              <w:t>Benefit</w:t>
            </w:r>
          </w:p>
        </w:tc>
        <w:tc>
          <w:tcPr>
            <w:tcW w:type="dxa" w:w="792"/>
            <w:shd w:fill="17365D"/>
            <w:tcMar>
              <w:top w:w="95" w:type="dxa"/>
              <w:start w:w="95" w:type="dxa"/>
              <w:bottom w:w="95" w:type="dxa"/>
              <w:end w:w="95" w:type="dxa"/>
            </w:tcMar>
            <w:vAlign w:val="center"/>
          </w:tcPr>
          <w:p>
            <w:r>
              <w:rPr>
                <w:b/>
                <w:color w:val="FFFFFF"/>
                <w:sz w:val="14"/>
              </w:rPr>
              <w:t>Value</w:t>
            </w:r>
          </w:p>
        </w:tc>
        <w:tc>
          <w:tcPr>
            <w:tcW w:type="dxa" w:w="1440"/>
            <w:shd w:fill="17365D"/>
            <w:tcMar>
              <w:top w:w="95" w:type="dxa"/>
              <w:start w:w="95" w:type="dxa"/>
              <w:bottom w:w="95" w:type="dxa"/>
              <w:end w:w="95" w:type="dxa"/>
            </w:tcMar>
            <w:vAlign w:val="center"/>
          </w:tcPr>
          <w:p>
            <w:r>
              <w:rPr>
                <w:b/>
                <w:color w:val="FFFFFF"/>
                <w:sz w:val="14"/>
              </w:rPr>
              <w:t>Related matter</w:t>
            </w:r>
          </w:p>
        </w:tc>
        <w:tc>
          <w:tcPr>
            <w:tcW w:type="dxa" w:w="1152"/>
            <w:shd w:fill="17365D"/>
            <w:tcMar>
              <w:top w:w="95" w:type="dxa"/>
              <w:start w:w="95" w:type="dxa"/>
              <w:bottom w:w="95" w:type="dxa"/>
              <w:end w:w="95" w:type="dxa"/>
            </w:tcMar>
            <w:vAlign w:val="center"/>
          </w:tcPr>
          <w:p>
            <w:r>
              <w:rPr>
                <w:b/>
                <w:color w:val="FFFFFF"/>
                <w:sz w:val="14"/>
              </w:rPr>
              <w:t>Relationship</w:t>
            </w:r>
          </w:p>
        </w:tc>
        <w:tc>
          <w:tcPr>
            <w:tcW w:type="dxa" w:w="792"/>
            <w:shd w:fill="17365D"/>
            <w:tcMar>
              <w:top w:w="95" w:type="dxa"/>
              <w:start w:w="95" w:type="dxa"/>
              <w:bottom w:w="95" w:type="dxa"/>
              <w:end w:w="95" w:type="dxa"/>
            </w:tcMar>
            <w:vAlign w:val="center"/>
          </w:tcPr>
          <w:p>
            <w:r>
              <w:rPr>
                <w:b/>
                <w:color w:val="FFFFFF"/>
                <w:sz w:val="14"/>
              </w:rPr>
              <w:t>Approval</w:t>
            </w:r>
          </w:p>
        </w:tc>
        <w:tc>
          <w:tcPr>
            <w:tcW w:type="dxa" w:w="864"/>
            <w:shd w:fill="17365D"/>
            <w:tcMar>
              <w:top w:w="95" w:type="dxa"/>
              <w:start w:w="95" w:type="dxa"/>
              <w:bottom w:w="95" w:type="dxa"/>
              <w:end w:w="95" w:type="dxa"/>
            </w:tcMar>
            <w:vAlign w:val="center"/>
          </w:tcPr>
          <w:p>
            <w:r>
              <w:rPr>
                <w:b/>
                <w:color w:val="FFFFFF"/>
                <w:sz w:val="14"/>
              </w:rPr>
              <w:t>Disposition</w:t>
            </w:r>
          </w:p>
        </w:tc>
      </w:tr>
      <w:tr>
        <w:trPr>
          <w:cantSplit/>
        </w:trPr>
        <w:tc>
          <w:tcPr>
            <w:tcW w:type="dxa" w:w="864"/>
            <w:tcMar>
              <w:top w:w="95" w:type="dxa"/>
              <w:start w:w="95" w:type="dxa"/>
              <w:bottom w:w="95" w:type="dxa"/>
              <w:end w:w="95" w:type="dxa"/>
            </w:tcMar>
            <w:vAlign w:val="center"/>
          </w:tcPr>
          <w:p>
            <w:pPr>
              <w:spacing w:after="20" w:line="240" w:lineRule="auto"/>
            </w:pPr>
            <w:r>
              <w:rPr>
                <w:sz w:val="14"/>
              </w:rPr>
            </w:r>
          </w:p>
        </w:tc>
        <w:tc>
          <w:tcPr>
            <w:tcW w:type="dxa" w:w="1512"/>
            <w:tcMar>
              <w:top w:w="95" w:type="dxa"/>
              <w:start w:w="95" w:type="dxa"/>
              <w:bottom w:w="95" w:type="dxa"/>
              <w:end w:w="95" w:type="dxa"/>
            </w:tcMar>
            <w:vAlign w:val="center"/>
          </w:tcPr>
          <w:p>
            <w:pPr>
              <w:spacing w:after="20" w:line="240" w:lineRule="auto"/>
            </w:pPr>
            <w:r>
              <w:rPr>
                <w:sz w:val="14"/>
              </w:rPr>
            </w:r>
          </w:p>
        </w:tc>
        <w:tc>
          <w:tcPr>
            <w:tcW w:type="dxa" w:w="1512"/>
            <w:tcMar>
              <w:top w:w="95" w:type="dxa"/>
              <w:start w:w="95" w:type="dxa"/>
              <w:bottom w:w="95" w:type="dxa"/>
              <w:end w:w="95" w:type="dxa"/>
            </w:tcMar>
            <w:vAlign w:val="center"/>
          </w:tcPr>
          <w:p>
            <w:pPr>
              <w:spacing w:after="20" w:line="240" w:lineRule="auto"/>
            </w:pPr>
            <w:r>
              <w:rPr>
                <w:sz w:val="14"/>
              </w:rPr>
            </w:r>
          </w:p>
        </w:tc>
        <w:tc>
          <w:tcPr>
            <w:tcW w:type="dxa" w:w="1584"/>
            <w:tcMar>
              <w:top w:w="95" w:type="dxa"/>
              <w:start w:w="95" w:type="dxa"/>
              <w:bottom w:w="95" w:type="dxa"/>
              <w:end w:w="95" w:type="dxa"/>
            </w:tcMar>
            <w:vAlign w:val="center"/>
          </w:tcPr>
          <w:p>
            <w:pPr>
              <w:spacing w:after="20" w:line="240" w:lineRule="auto"/>
            </w:pPr>
            <w:r>
              <w:rPr>
                <w:sz w:val="14"/>
              </w:rPr>
            </w:r>
          </w:p>
        </w:tc>
        <w:tc>
          <w:tcPr>
            <w:tcW w:type="dxa" w:w="792"/>
            <w:tcMar>
              <w:top w:w="95" w:type="dxa"/>
              <w:start w:w="95" w:type="dxa"/>
              <w:bottom w:w="95" w:type="dxa"/>
              <w:end w:w="95" w:type="dxa"/>
            </w:tcMar>
            <w:vAlign w:val="center"/>
          </w:tcPr>
          <w:p>
            <w:pPr>
              <w:spacing w:after="20" w:line="240" w:lineRule="auto"/>
            </w:pPr>
            <w:r>
              <w:rPr>
                <w:sz w:val="14"/>
              </w:rPr>
            </w:r>
          </w:p>
        </w:tc>
        <w:tc>
          <w:tcPr>
            <w:tcW w:type="dxa" w:w="1440"/>
            <w:tcMar>
              <w:top w:w="95" w:type="dxa"/>
              <w:start w:w="95" w:type="dxa"/>
              <w:bottom w:w="95" w:type="dxa"/>
              <w:end w:w="95" w:type="dxa"/>
            </w:tcMar>
            <w:vAlign w:val="center"/>
          </w:tcPr>
          <w:p>
            <w:pPr>
              <w:spacing w:after="20" w:line="240" w:lineRule="auto"/>
            </w:pPr>
            <w:r>
              <w:rPr>
                <w:sz w:val="14"/>
              </w:rPr>
            </w:r>
          </w:p>
        </w:tc>
        <w:tc>
          <w:tcPr>
            <w:tcW w:type="dxa" w:w="1152"/>
            <w:tcMar>
              <w:top w:w="95" w:type="dxa"/>
              <w:start w:w="95" w:type="dxa"/>
              <w:bottom w:w="95" w:type="dxa"/>
              <w:end w:w="95" w:type="dxa"/>
            </w:tcMar>
            <w:vAlign w:val="center"/>
          </w:tcPr>
          <w:p>
            <w:pPr>
              <w:spacing w:after="20" w:line="240" w:lineRule="auto"/>
            </w:pPr>
            <w:r>
              <w:rPr>
                <w:sz w:val="14"/>
              </w:rPr>
            </w:r>
          </w:p>
        </w:tc>
        <w:tc>
          <w:tcPr>
            <w:tcW w:type="dxa" w:w="792"/>
            <w:tcMar>
              <w:top w:w="95" w:type="dxa"/>
              <w:start w:w="95" w:type="dxa"/>
              <w:bottom w:w="95" w:type="dxa"/>
              <w:end w:w="95" w:type="dxa"/>
            </w:tcMar>
            <w:vAlign w:val="center"/>
          </w:tcPr>
          <w:p>
            <w:pPr>
              <w:spacing w:after="20" w:line="240" w:lineRule="auto"/>
            </w:pPr>
            <w:r>
              <w:rPr>
                <w:sz w:val="14"/>
              </w:rPr>
            </w:r>
          </w:p>
        </w:tc>
        <w:tc>
          <w:tcPr>
            <w:tcW w:type="dxa" w:w="864"/>
            <w:tcMar>
              <w:top w:w="95" w:type="dxa"/>
              <w:start w:w="95" w:type="dxa"/>
              <w:bottom w:w="95" w:type="dxa"/>
              <w:end w:w="95" w:type="dxa"/>
            </w:tcMar>
            <w:vAlign w:val="center"/>
          </w:tcPr>
          <w:p>
            <w:pPr>
              <w:spacing w:after="20" w:line="240" w:lineRule="auto"/>
            </w:pPr>
            <w:r>
              <w:rPr>
                <w:sz w:val="14"/>
              </w:rPr>
            </w:r>
          </w:p>
        </w:tc>
      </w:tr>
      <w:tr>
        <w:trPr>
          <w:cantSplit/>
        </w:trPr>
        <w:tc>
          <w:tcPr>
            <w:tcW w:type="dxa" w:w="864"/>
            <w:tcMar>
              <w:top w:w="95" w:type="dxa"/>
              <w:start w:w="95" w:type="dxa"/>
              <w:bottom w:w="95" w:type="dxa"/>
              <w:end w:w="95" w:type="dxa"/>
            </w:tcMar>
            <w:vAlign w:val="center"/>
            <w:shd w:fill="F4F7FA"/>
          </w:tcPr>
          <w:p>
            <w:pPr>
              <w:spacing w:after="20" w:line="240" w:lineRule="auto"/>
            </w:pPr>
            <w:r>
              <w:rPr>
                <w:sz w:val="14"/>
              </w:rPr>
            </w:r>
          </w:p>
        </w:tc>
        <w:tc>
          <w:tcPr>
            <w:tcW w:type="dxa" w:w="1512"/>
            <w:tcMar>
              <w:top w:w="95" w:type="dxa"/>
              <w:start w:w="95" w:type="dxa"/>
              <w:bottom w:w="95" w:type="dxa"/>
              <w:end w:w="95" w:type="dxa"/>
            </w:tcMar>
            <w:vAlign w:val="center"/>
            <w:shd w:fill="F4F7FA"/>
          </w:tcPr>
          <w:p>
            <w:pPr>
              <w:spacing w:after="20" w:line="240" w:lineRule="auto"/>
            </w:pPr>
            <w:r>
              <w:rPr>
                <w:sz w:val="14"/>
              </w:rPr>
            </w:r>
          </w:p>
        </w:tc>
        <w:tc>
          <w:tcPr>
            <w:tcW w:type="dxa" w:w="1512"/>
            <w:tcMar>
              <w:top w:w="95" w:type="dxa"/>
              <w:start w:w="95" w:type="dxa"/>
              <w:bottom w:w="95" w:type="dxa"/>
              <w:end w:w="95" w:type="dxa"/>
            </w:tcMar>
            <w:vAlign w:val="center"/>
            <w:shd w:fill="F4F7FA"/>
          </w:tcPr>
          <w:p>
            <w:pPr>
              <w:spacing w:after="20" w:line="240" w:lineRule="auto"/>
            </w:pPr>
            <w:r>
              <w:rPr>
                <w:sz w:val="14"/>
              </w:rPr>
            </w:r>
          </w:p>
        </w:tc>
        <w:tc>
          <w:tcPr>
            <w:tcW w:type="dxa" w:w="1584"/>
            <w:tcMar>
              <w:top w:w="95" w:type="dxa"/>
              <w:start w:w="95" w:type="dxa"/>
              <w:bottom w:w="95" w:type="dxa"/>
              <w:end w:w="95" w:type="dxa"/>
            </w:tcMar>
            <w:vAlign w:val="center"/>
            <w:shd w:fill="F4F7FA"/>
          </w:tcPr>
          <w:p>
            <w:pPr>
              <w:spacing w:after="20" w:line="240" w:lineRule="auto"/>
            </w:pPr>
            <w:r>
              <w:rPr>
                <w:sz w:val="14"/>
              </w:rPr>
            </w:r>
          </w:p>
        </w:tc>
        <w:tc>
          <w:tcPr>
            <w:tcW w:type="dxa" w:w="792"/>
            <w:tcMar>
              <w:top w:w="95" w:type="dxa"/>
              <w:start w:w="95" w:type="dxa"/>
              <w:bottom w:w="95" w:type="dxa"/>
              <w:end w:w="95" w:type="dxa"/>
            </w:tcMar>
            <w:vAlign w:val="center"/>
            <w:shd w:fill="F4F7FA"/>
          </w:tcPr>
          <w:p>
            <w:pPr>
              <w:spacing w:after="20" w:line="240" w:lineRule="auto"/>
            </w:pPr>
            <w:r>
              <w:rPr>
                <w:sz w:val="14"/>
              </w:rPr>
            </w:r>
          </w:p>
        </w:tc>
        <w:tc>
          <w:tcPr>
            <w:tcW w:type="dxa" w:w="1440"/>
            <w:tcMar>
              <w:top w:w="95" w:type="dxa"/>
              <w:start w:w="95" w:type="dxa"/>
              <w:bottom w:w="95" w:type="dxa"/>
              <w:end w:w="95" w:type="dxa"/>
            </w:tcMar>
            <w:vAlign w:val="center"/>
            <w:shd w:fill="F4F7FA"/>
          </w:tcPr>
          <w:p>
            <w:pPr>
              <w:spacing w:after="20" w:line="240" w:lineRule="auto"/>
            </w:pPr>
            <w:r>
              <w:rPr>
                <w:sz w:val="14"/>
              </w:rPr>
            </w:r>
          </w:p>
        </w:tc>
        <w:tc>
          <w:tcPr>
            <w:tcW w:type="dxa" w:w="1152"/>
            <w:tcMar>
              <w:top w:w="95" w:type="dxa"/>
              <w:start w:w="95" w:type="dxa"/>
              <w:bottom w:w="95" w:type="dxa"/>
              <w:end w:w="95" w:type="dxa"/>
            </w:tcMar>
            <w:vAlign w:val="center"/>
            <w:shd w:fill="F4F7FA"/>
          </w:tcPr>
          <w:p>
            <w:pPr>
              <w:spacing w:after="20" w:line="240" w:lineRule="auto"/>
            </w:pPr>
            <w:r>
              <w:rPr>
                <w:sz w:val="14"/>
              </w:rPr>
            </w:r>
          </w:p>
        </w:tc>
        <w:tc>
          <w:tcPr>
            <w:tcW w:type="dxa" w:w="792"/>
            <w:tcMar>
              <w:top w:w="95" w:type="dxa"/>
              <w:start w:w="95" w:type="dxa"/>
              <w:bottom w:w="95" w:type="dxa"/>
              <w:end w:w="95" w:type="dxa"/>
            </w:tcMar>
            <w:vAlign w:val="center"/>
            <w:shd w:fill="F4F7FA"/>
          </w:tcPr>
          <w:p>
            <w:pPr>
              <w:spacing w:after="20" w:line="240" w:lineRule="auto"/>
            </w:pPr>
            <w:r>
              <w:rPr>
                <w:sz w:val="14"/>
              </w:rPr>
            </w:r>
          </w:p>
        </w:tc>
        <w:tc>
          <w:tcPr>
            <w:tcW w:type="dxa" w:w="864"/>
            <w:tcMar>
              <w:top w:w="95" w:type="dxa"/>
              <w:start w:w="95" w:type="dxa"/>
              <w:bottom w:w="95" w:type="dxa"/>
              <w:end w:w="95" w:type="dxa"/>
            </w:tcMar>
            <w:vAlign w:val="center"/>
            <w:shd w:fill="F4F7FA"/>
          </w:tcPr>
          <w:p>
            <w:pPr>
              <w:spacing w:after="20" w:line="240" w:lineRule="auto"/>
            </w:pPr>
            <w:r>
              <w:rPr>
                <w:sz w:val="14"/>
              </w:rPr>
            </w:r>
          </w:p>
        </w:tc>
      </w:tr>
      <w:tr>
        <w:trPr>
          <w:cantSplit/>
        </w:trPr>
        <w:tc>
          <w:tcPr>
            <w:tcW w:type="dxa" w:w="864"/>
            <w:tcMar>
              <w:top w:w="95" w:type="dxa"/>
              <w:start w:w="95" w:type="dxa"/>
              <w:bottom w:w="95" w:type="dxa"/>
              <w:end w:w="95" w:type="dxa"/>
            </w:tcMar>
            <w:vAlign w:val="center"/>
          </w:tcPr>
          <w:p>
            <w:pPr>
              <w:spacing w:after="20" w:line="240" w:lineRule="auto"/>
            </w:pPr>
            <w:r>
              <w:rPr>
                <w:sz w:val="14"/>
              </w:rPr>
            </w:r>
          </w:p>
        </w:tc>
        <w:tc>
          <w:tcPr>
            <w:tcW w:type="dxa" w:w="1512"/>
            <w:tcMar>
              <w:top w:w="95" w:type="dxa"/>
              <w:start w:w="95" w:type="dxa"/>
              <w:bottom w:w="95" w:type="dxa"/>
              <w:end w:w="95" w:type="dxa"/>
            </w:tcMar>
            <w:vAlign w:val="center"/>
          </w:tcPr>
          <w:p>
            <w:pPr>
              <w:spacing w:after="20" w:line="240" w:lineRule="auto"/>
            </w:pPr>
            <w:r>
              <w:rPr>
                <w:sz w:val="14"/>
              </w:rPr>
            </w:r>
          </w:p>
        </w:tc>
        <w:tc>
          <w:tcPr>
            <w:tcW w:type="dxa" w:w="1512"/>
            <w:tcMar>
              <w:top w:w="95" w:type="dxa"/>
              <w:start w:w="95" w:type="dxa"/>
              <w:bottom w:w="95" w:type="dxa"/>
              <w:end w:w="95" w:type="dxa"/>
            </w:tcMar>
            <w:vAlign w:val="center"/>
          </w:tcPr>
          <w:p>
            <w:pPr>
              <w:spacing w:after="20" w:line="240" w:lineRule="auto"/>
            </w:pPr>
            <w:r>
              <w:rPr>
                <w:sz w:val="14"/>
              </w:rPr>
            </w:r>
          </w:p>
        </w:tc>
        <w:tc>
          <w:tcPr>
            <w:tcW w:type="dxa" w:w="1584"/>
            <w:tcMar>
              <w:top w:w="95" w:type="dxa"/>
              <w:start w:w="95" w:type="dxa"/>
              <w:bottom w:w="95" w:type="dxa"/>
              <w:end w:w="95" w:type="dxa"/>
            </w:tcMar>
            <w:vAlign w:val="center"/>
          </w:tcPr>
          <w:p>
            <w:pPr>
              <w:spacing w:after="20" w:line="240" w:lineRule="auto"/>
            </w:pPr>
            <w:r>
              <w:rPr>
                <w:sz w:val="14"/>
              </w:rPr>
            </w:r>
          </w:p>
        </w:tc>
        <w:tc>
          <w:tcPr>
            <w:tcW w:type="dxa" w:w="792"/>
            <w:tcMar>
              <w:top w:w="95" w:type="dxa"/>
              <w:start w:w="95" w:type="dxa"/>
              <w:bottom w:w="95" w:type="dxa"/>
              <w:end w:w="95" w:type="dxa"/>
            </w:tcMar>
            <w:vAlign w:val="center"/>
          </w:tcPr>
          <w:p>
            <w:pPr>
              <w:spacing w:after="20" w:line="240" w:lineRule="auto"/>
            </w:pPr>
            <w:r>
              <w:rPr>
                <w:sz w:val="14"/>
              </w:rPr>
            </w:r>
          </w:p>
        </w:tc>
        <w:tc>
          <w:tcPr>
            <w:tcW w:type="dxa" w:w="1440"/>
            <w:tcMar>
              <w:top w:w="95" w:type="dxa"/>
              <w:start w:w="95" w:type="dxa"/>
              <w:bottom w:w="95" w:type="dxa"/>
              <w:end w:w="95" w:type="dxa"/>
            </w:tcMar>
            <w:vAlign w:val="center"/>
          </w:tcPr>
          <w:p>
            <w:pPr>
              <w:spacing w:after="20" w:line="240" w:lineRule="auto"/>
            </w:pPr>
            <w:r>
              <w:rPr>
                <w:sz w:val="14"/>
              </w:rPr>
            </w:r>
          </w:p>
        </w:tc>
        <w:tc>
          <w:tcPr>
            <w:tcW w:type="dxa" w:w="1152"/>
            <w:tcMar>
              <w:top w:w="95" w:type="dxa"/>
              <w:start w:w="95" w:type="dxa"/>
              <w:bottom w:w="95" w:type="dxa"/>
              <w:end w:w="95" w:type="dxa"/>
            </w:tcMar>
            <w:vAlign w:val="center"/>
          </w:tcPr>
          <w:p>
            <w:pPr>
              <w:spacing w:after="20" w:line="240" w:lineRule="auto"/>
            </w:pPr>
            <w:r>
              <w:rPr>
                <w:sz w:val="14"/>
              </w:rPr>
            </w:r>
          </w:p>
        </w:tc>
        <w:tc>
          <w:tcPr>
            <w:tcW w:type="dxa" w:w="792"/>
            <w:tcMar>
              <w:top w:w="95" w:type="dxa"/>
              <w:start w:w="95" w:type="dxa"/>
              <w:bottom w:w="95" w:type="dxa"/>
              <w:end w:w="95" w:type="dxa"/>
            </w:tcMar>
            <w:vAlign w:val="center"/>
          </w:tcPr>
          <w:p>
            <w:pPr>
              <w:spacing w:after="20" w:line="240" w:lineRule="auto"/>
            </w:pPr>
            <w:r>
              <w:rPr>
                <w:sz w:val="14"/>
              </w:rPr>
            </w:r>
          </w:p>
        </w:tc>
        <w:tc>
          <w:tcPr>
            <w:tcW w:type="dxa" w:w="864"/>
            <w:tcMar>
              <w:top w:w="95" w:type="dxa"/>
              <w:start w:w="95" w:type="dxa"/>
              <w:bottom w:w="95" w:type="dxa"/>
              <w:end w:w="95" w:type="dxa"/>
            </w:tcMar>
            <w:vAlign w:val="center"/>
          </w:tcPr>
          <w:p>
            <w:pPr>
              <w:spacing w:after="20" w:line="240" w:lineRule="auto"/>
            </w:pPr>
            <w:r>
              <w:rPr>
                <w:sz w:val="14"/>
              </w:rPr>
            </w:r>
          </w:p>
        </w:tc>
      </w:tr>
      <w:tr>
        <w:trPr>
          <w:cantSplit/>
        </w:trPr>
        <w:tc>
          <w:tcPr>
            <w:tcW w:type="dxa" w:w="864"/>
            <w:tcMar>
              <w:top w:w="95" w:type="dxa"/>
              <w:start w:w="95" w:type="dxa"/>
              <w:bottom w:w="95" w:type="dxa"/>
              <w:end w:w="95" w:type="dxa"/>
            </w:tcMar>
            <w:vAlign w:val="center"/>
            <w:shd w:fill="F4F7FA"/>
          </w:tcPr>
          <w:p>
            <w:pPr>
              <w:spacing w:after="20" w:line="240" w:lineRule="auto"/>
            </w:pPr>
            <w:r>
              <w:rPr>
                <w:sz w:val="14"/>
              </w:rPr>
            </w:r>
          </w:p>
        </w:tc>
        <w:tc>
          <w:tcPr>
            <w:tcW w:type="dxa" w:w="1512"/>
            <w:tcMar>
              <w:top w:w="95" w:type="dxa"/>
              <w:start w:w="95" w:type="dxa"/>
              <w:bottom w:w="95" w:type="dxa"/>
              <w:end w:w="95" w:type="dxa"/>
            </w:tcMar>
            <w:vAlign w:val="center"/>
            <w:shd w:fill="F4F7FA"/>
          </w:tcPr>
          <w:p>
            <w:pPr>
              <w:spacing w:after="20" w:line="240" w:lineRule="auto"/>
            </w:pPr>
            <w:r>
              <w:rPr>
                <w:sz w:val="14"/>
              </w:rPr>
            </w:r>
          </w:p>
        </w:tc>
        <w:tc>
          <w:tcPr>
            <w:tcW w:type="dxa" w:w="1512"/>
            <w:tcMar>
              <w:top w:w="95" w:type="dxa"/>
              <w:start w:w="95" w:type="dxa"/>
              <w:bottom w:w="95" w:type="dxa"/>
              <w:end w:w="95" w:type="dxa"/>
            </w:tcMar>
            <w:vAlign w:val="center"/>
            <w:shd w:fill="F4F7FA"/>
          </w:tcPr>
          <w:p>
            <w:pPr>
              <w:spacing w:after="20" w:line="240" w:lineRule="auto"/>
            </w:pPr>
            <w:r>
              <w:rPr>
                <w:sz w:val="14"/>
              </w:rPr>
            </w:r>
          </w:p>
        </w:tc>
        <w:tc>
          <w:tcPr>
            <w:tcW w:type="dxa" w:w="1584"/>
            <w:tcMar>
              <w:top w:w="95" w:type="dxa"/>
              <w:start w:w="95" w:type="dxa"/>
              <w:bottom w:w="95" w:type="dxa"/>
              <w:end w:w="95" w:type="dxa"/>
            </w:tcMar>
            <w:vAlign w:val="center"/>
            <w:shd w:fill="F4F7FA"/>
          </w:tcPr>
          <w:p>
            <w:pPr>
              <w:spacing w:after="20" w:line="240" w:lineRule="auto"/>
            </w:pPr>
            <w:r>
              <w:rPr>
                <w:sz w:val="14"/>
              </w:rPr>
            </w:r>
          </w:p>
        </w:tc>
        <w:tc>
          <w:tcPr>
            <w:tcW w:type="dxa" w:w="792"/>
            <w:tcMar>
              <w:top w:w="95" w:type="dxa"/>
              <w:start w:w="95" w:type="dxa"/>
              <w:bottom w:w="95" w:type="dxa"/>
              <w:end w:w="95" w:type="dxa"/>
            </w:tcMar>
            <w:vAlign w:val="center"/>
            <w:shd w:fill="F4F7FA"/>
          </w:tcPr>
          <w:p>
            <w:pPr>
              <w:spacing w:after="20" w:line="240" w:lineRule="auto"/>
            </w:pPr>
            <w:r>
              <w:rPr>
                <w:sz w:val="14"/>
              </w:rPr>
            </w:r>
          </w:p>
        </w:tc>
        <w:tc>
          <w:tcPr>
            <w:tcW w:type="dxa" w:w="1440"/>
            <w:tcMar>
              <w:top w:w="95" w:type="dxa"/>
              <w:start w:w="95" w:type="dxa"/>
              <w:bottom w:w="95" w:type="dxa"/>
              <w:end w:w="95" w:type="dxa"/>
            </w:tcMar>
            <w:vAlign w:val="center"/>
            <w:shd w:fill="F4F7FA"/>
          </w:tcPr>
          <w:p>
            <w:pPr>
              <w:spacing w:after="20" w:line="240" w:lineRule="auto"/>
            </w:pPr>
            <w:r>
              <w:rPr>
                <w:sz w:val="14"/>
              </w:rPr>
            </w:r>
          </w:p>
        </w:tc>
        <w:tc>
          <w:tcPr>
            <w:tcW w:type="dxa" w:w="1152"/>
            <w:tcMar>
              <w:top w:w="95" w:type="dxa"/>
              <w:start w:w="95" w:type="dxa"/>
              <w:bottom w:w="95" w:type="dxa"/>
              <w:end w:w="95" w:type="dxa"/>
            </w:tcMar>
            <w:vAlign w:val="center"/>
            <w:shd w:fill="F4F7FA"/>
          </w:tcPr>
          <w:p>
            <w:pPr>
              <w:spacing w:after="20" w:line="240" w:lineRule="auto"/>
            </w:pPr>
            <w:r>
              <w:rPr>
                <w:sz w:val="14"/>
              </w:rPr>
            </w:r>
          </w:p>
        </w:tc>
        <w:tc>
          <w:tcPr>
            <w:tcW w:type="dxa" w:w="792"/>
            <w:tcMar>
              <w:top w:w="95" w:type="dxa"/>
              <w:start w:w="95" w:type="dxa"/>
              <w:bottom w:w="95" w:type="dxa"/>
              <w:end w:w="95" w:type="dxa"/>
            </w:tcMar>
            <w:vAlign w:val="center"/>
            <w:shd w:fill="F4F7FA"/>
          </w:tcPr>
          <w:p>
            <w:pPr>
              <w:spacing w:after="20" w:line="240" w:lineRule="auto"/>
            </w:pPr>
            <w:r>
              <w:rPr>
                <w:sz w:val="14"/>
              </w:rPr>
            </w:r>
          </w:p>
        </w:tc>
        <w:tc>
          <w:tcPr>
            <w:tcW w:type="dxa" w:w="864"/>
            <w:tcMar>
              <w:top w:w="95" w:type="dxa"/>
              <w:start w:w="95" w:type="dxa"/>
              <w:bottom w:w="95" w:type="dxa"/>
              <w:end w:w="95" w:type="dxa"/>
            </w:tcMar>
            <w:vAlign w:val="center"/>
            <w:shd w:fill="F4F7FA"/>
          </w:tcPr>
          <w:p>
            <w:pPr>
              <w:spacing w:after="20" w:line="240" w:lineRule="auto"/>
            </w:pPr>
            <w:r>
              <w:rPr>
                <w:sz w:val="14"/>
              </w:rPr>
            </w:r>
          </w:p>
        </w:tc>
      </w:tr>
      <w:tr>
        <w:trPr>
          <w:cantSplit/>
        </w:trPr>
        <w:tc>
          <w:tcPr>
            <w:tcW w:type="dxa" w:w="864"/>
            <w:tcMar>
              <w:top w:w="95" w:type="dxa"/>
              <w:start w:w="95" w:type="dxa"/>
              <w:bottom w:w="95" w:type="dxa"/>
              <w:end w:w="95" w:type="dxa"/>
            </w:tcMar>
            <w:vAlign w:val="center"/>
          </w:tcPr>
          <w:p>
            <w:pPr>
              <w:spacing w:after="20" w:line="240" w:lineRule="auto"/>
            </w:pPr>
            <w:r>
              <w:rPr>
                <w:sz w:val="14"/>
              </w:rPr>
            </w:r>
          </w:p>
        </w:tc>
        <w:tc>
          <w:tcPr>
            <w:tcW w:type="dxa" w:w="1512"/>
            <w:tcMar>
              <w:top w:w="95" w:type="dxa"/>
              <w:start w:w="95" w:type="dxa"/>
              <w:bottom w:w="95" w:type="dxa"/>
              <w:end w:w="95" w:type="dxa"/>
            </w:tcMar>
            <w:vAlign w:val="center"/>
          </w:tcPr>
          <w:p>
            <w:pPr>
              <w:spacing w:after="20" w:line="240" w:lineRule="auto"/>
            </w:pPr>
            <w:r>
              <w:rPr>
                <w:sz w:val="14"/>
              </w:rPr>
            </w:r>
          </w:p>
        </w:tc>
        <w:tc>
          <w:tcPr>
            <w:tcW w:type="dxa" w:w="1512"/>
            <w:tcMar>
              <w:top w:w="95" w:type="dxa"/>
              <w:start w:w="95" w:type="dxa"/>
              <w:bottom w:w="95" w:type="dxa"/>
              <w:end w:w="95" w:type="dxa"/>
            </w:tcMar>
            <w:vAlign w:val="center"/>
          </w:tcPr>
          <w:p>
            <w:pPr>
              <w:spacing w:after="20" w:line="240" w:lineRule="auto"/>
            </w:pPr>
            <w:r>
              <w:rPr>
                <w:sz w:val="14"/>
              </w:rPr>
            </w:r>
          </w:p>
        </w:tc>
        <w:tc>
          <w:tcPr>
            <w:tcW w:type="dxa" w:w="1584"/>
            <w:tcMar>
              <w:top w:w="95" w:type="dxa"/>
              <w:start w:w="95" w:type="dxa"/>
              <w:bottom w:w="95" w:type="dxa"/>
              <w:end w:w="95" w:type="dxa"/>
            </w:tcMar>
            <w:vAlign w:val="center"/>
          </w:tcPr>
          <w:p>
            <w:pPr>
              <w:spacing w:after="20" w:line="240" w:lineRule="auto"/>
            </w:pPr>
            <w:r>
              <w:rPr>
                <w:sz w:val="14"/>
              </w:rPr>
            </w:r>
          </w:p>
        </w:tc>
        <w:tc>
          <w:tcPr>
            <w:tcW w:type="dxa" w:w="792"/>
            <w:tcMar>
              <w:top w:w="95" w:type="dxa"/>
              <w:start w:w="95" w:type="dxa"/>
              <w:bottom w:w="95" w:type="dxa"/>
              <w:end w:w="95" w:type="dxa"/>
            </w:tcMar>
            <w:vAlign w:val="center"/>
          </w:tcPr>
          <w:p>
            <w:pPr>
              <w:spacing w:after="20" w:line="240" w:lineRule="auto"/>
            </w:pPr>
            <w:r>
              <w:rPr>
                <w:sz w:val="14"/>
              </w:rPr>
            </w:r>
          </w:p>
        </w:tc>
        <w:tc>
          <w:tcPr>
            <w:tcW w:type="dxa" w:w="1440"/>
            <w:tcMar>
              <w:top w:w="95" w:type="dxa"/>
              <w:start w:w="95" w:type="dxa"/>
              <w:bottom w:w="95" w:type="dxa"/>
              <w:end w:w="95" w:type="dxa"/>
            </w:tcMar>
            <w:vAlign w:val="center"/>
          </w:tcPr>
          <w:p>
            <w:pPr>
              <w:spacing w:after="20" w:line="240" w:lineRule="auto"/>
            </w:pPr>
            <w:r>
              <w:rPr>
                <w:sz w:val="14"/>
              </w:rPr>
            </w:r>
          </w:p>
        </w:tc>
        <w:tc>
          <w:tcPr>
            <w:tcW w:type="dxa" w:w="1152"/>
            <w:tcMar>
              <w:top w:w="95" w:type="dxa"/>
              <w:start w:w="95" w:type="dxa"/>
              <w:bottom w:w="95" w:type="dxa"/>
              <w:end w:w="95" w:type="dxa"/>
            </w:tcMar>
            <w:vAlign w:val="center"/>
          </w:tcPr>
          <w:p>
            <w:pPr>
              <w:spacing w:after="20" w:line="240" w:lineRule="auto"/>
            </w:pPr>
            <w:r>
              <w:rPr>
                <w:sz w:val="14"/>
              </w:rPr>
            </w:r>
          </w:p>
        </w:tc>
        <w:tc>
          <w:tcPr>
            <w:tcW w:type="dxa" w:w="792"/>
            <w:tcMar>
              <w:top w:w="95" w:type="dxa"/>
              <w:start w:w="95" w:type="dxa"/>
              <w:bottom w:w="95" w:type="dxa"/>
              <w:end w:w="95" w:type="dxa"/>
            </w:tcMar>
            <w:vAlign w:val="center"/>
          </w:tcPr>
          <w:p>
            <w:pPr>
              <w:spacing w:after="20" w:line="240" w:lineRule="auto"/>
            </w:pPr>
            <w:r>
              <w:rPr>
                <w:sz w:val="14"/>
              </w:rPr>
            </w:r>
          </w:p>
        </w:tc>
        <w:tc>
          <w:tcPr>
            <w:tcW w:type="dxa" w:w="864"/>
            <w:tcMar>
              <w:top w:w="95" w:type="dxa"/>
              <w:start w:w="95" w:type="dxa"/>
              <w:bottom w:w="95" w:type="dxa"/>
              <w:end w:w="95" w:type="dxa"/>
            </w:tcMar>
            <w:vAlign w:val="center"/>
          </w:tcPr>
          <w:p>
            <w:pPr>
              <w:spacing w:after="20" w:line="240" w:lineRule="auto"/>
            </w:pPr>
            <w:r>
              <w:rPr>
                <w:sz w:val="14"/>
              </w:rPr>
            </w:r>
          </w:p>
        </w:tc>
      </w:tr>
      <w:tr>
        <w:trPr>
          <w:cantSplit/>
        </w:trPr>
        <w:tc>
          <w:tcPr>
            <w:tcW w:type="dxa" w:w="864"/>
            <w:tcMar>
              <w:top w:w="95" w:type="dxa"/>
              <w:start w:w="95" w:type="dxa"/>
              <w:bottom w:w="95" w:type="dxa"/>
              <w:end w:w="95" w:type="dxa"/>
            </w:tcMar>
            <w:vAlign w:val="center"/>
            <w:shd w:fill="F4F7FA"/>
          </w:tcPr>
          <w:p>
            <w:pPr>
              <w:spacing w:after="20" w:line="240" w:lineRule="auto"/>
            </w:pPr>
            <w:r>
              <w:rPr>
                <w:sz w:val="14"/>
              </w:rPr>
            </w:r>
          </w:p>
        </w:tc>
        <w:tc>
          <w:tcPr>
            <w:tcW w:type="dxa" w:w="1512"/>
            <w:tcMar>
              <w:top w:w="95" w:type="dxa"/>
              <w:start w:w="95" w:type="dxa"/>
              <w:bottom w:w="95" w:type="dxa"/>
              <w:end w:w="95" w:type="dxa"/>
            </w:tcMar>
            <w:vAlign w:val="center"/>
            <w:shd w:fill="F4F7FA"/>
          </w:tcPr>
          <w:p>
            <w:pPr>
              <w:spacing w:after="20" w:line="240" w:lineRule="auto"/>
            </w:pPr>
            <w:r>
              <w:rPr>
                <w:sz w:val="14"/>
              </w:rPr>
            </w:r>
          </w:p>
        </w:tc>
        <w:tc>
          <w:tcPr>
            <w:tcW w:type="dxa" w:w="1512"/>
            <w:tcMar>
              <w:top w:w="95" w:type="dxa"/>
              <w:start w:w="95" w:type="dxa"/>
              <w:bottom w:w="95" w:type="dxa"/>
              <w:end w:w="95" w:type="dxa"/>
            </w:tcMar>
            <w:vAlign w:val="center"/>
            <w:shd w:fill="F4F7FA"/>
          </w:tcPr>
          <w:p>
            <w:pPr>
              <w:spacing w:after="20" w:line="240" w:lineRule="auto"/>
            </w:pPr>
            <w:r>
              <w:rPr>
                <w:sz w:val="14"/>
              </w:rPr>
            </w:r>
          </w:p>
        </w:tc>
        <w:tc>
          <w:tcPr>
            <w:tcW w:type="dxa" w:w="1584"/>
            <w:tcMar>
              <w:top w:w="95" w:type="dxa"/>
              <w:start w:w="95" w:type="dxa"/>
              <w:bottom w:w="95" w:type="dxa"/>
              <w:end w:w="95" w:type="dxa"/>
            </w:tcMar>
            <w:vAlign w:val="center"/>
            <w:shd w:fill="F4F7FA"/>
          </w:tcPr>
          <w:p>
            <w:pPr>
              <w:spacing w:after="20" w:line="240" w:lineRule="auto"/>
            </w:pPr>
            <w:r>
              <w:rPr>
                <w:sz w:val="14"/>
              </w:rPr>
            </w:r>
          </w:p>
        </w:tc>
        <w:tc>
          <w:tcPr>
            <w:tcW w:type="dxa" w:w="792"/>
            <w:tcMar>
              <w:top w:w="95" w:type="dxa"/>
              <w:start w:w="95" w:type="dxa"/>
              <w:bottom w:w="95" w:type="dxa"/>
              <w:end w:w="95" w:type="dxa"/>
            </w:tcMar>
            <w:vAlign w:val="center"/>
            <w:shd w:fill="F4F7FA"/>
          </w:tcPr>
          <w:p>
            <w:pPr>
              <w:spacing w:after="20" w:line="240" w:lineRule="auto"/>
            </w:pPr>
            <w:r>
              <w:rPr>
                <w:sz w:val="14"/>
              </w:rPr>
            </w:r>
          </w:p>
        </w:tc>
        <w:tc>
          <w:tcPr>
            <w:tcW w:type="dxa" w:w="1440"/>
            <w:tcMar>
              <w:top w:w="95" w:type="dxa"/>
              <w:start w:w="95" w:type="dxa"/>
              <w:bottom w:w="95" w:type="dxa"/>
              <w:end w:w="95" w:type="dxa"/>
            </w:tcMar>
            <w:vAlign w:val="center"/>
            <w:shd w:fill="F4F7FA"/>
          </w:tcPr>
          <w:p>
            <w:pPr>
              <w:spacing w:after="20" w:line="240" w:lineRule="auto"/>
            </w:pPr>
            <w:r>
              <w:rPr>
                <w:sz w:val="14"/>
              </w:rPr>
            </w:r>
          </w:p>
        </w:tc>
        <w:tc>
          <w:tcPr>
            <w:tcW w:type="dxa" w:w="1152"/>
            <w:tcMar>
              <w:top w:w="95" w:type="dxa"/>
              <w:start w:w="95" w:type="dxa"/>
              <w:bottom w:w="95" w:type="dxa"/>
              <w:end w:w="95" w:type="dxa"/>
            </w:tcMar>
            <w:vAlign w:val="center"/>
            <w:shd w:fill="F4F7FA"/>
          </w:tcPr>
          <w:p>
            <w:pPr>
              <w:spacing w:after="20" w:line="240" w:lineRule="auto"/>
            </w:pPr>
            <w:r>
              <w:rPr>
                <w:sz w:val="14"/>
              </w:rPr>
            </w:r>
          </w:p>
        </w:tc>
        <w:tc>
          <w:tcPr>
            <w:tcW w:type="dxa" w:w="792"/>
            <w:tcMar>
              <w:top w:w="95" w:type="dxa"/>
              <w:start w:w="95" w:type="dxa"/>
              <w:bottom w:w="95" w:type="dxa"/>
              <w:end w:w="95" w:type="dxa"/>
            </w:tcMar>
            <w:vAlign w:val="center"/>
            <w:shd w:fill="F4F7FA"/>
          </w:tcPr>
          <w:p>
            <w:pPr>
              <w:spacing w:after="20" w:line="240" w:lineRule="auto"/>
            </w:pPr>
            <w:r>
              <w:rPr>
                <w:sz w:val="14"/>
              </w:rPr>
            </w:r>
          </w:p>
        </w:tc>
        <w:tc>
          <w:tcPr>
            <w:tcW w:type="dxa" w:w="864"/>
            <w:tcMar>
              <w:top w:w="95" w:type="dxa"/>
              <w:start w:w="95" w:type="dxa"/>
              <w:bottom w:w="95" w:type="dxa"/>
              <w:end w:w="95" w:type="dxa"/>
            </w:tcMar>
            <w:vAlign w:val="center"/>
            <w:shd w:fill="F4F7FA"/>
          </w:tcPr>
          <w:p>
            <w:pPr>
              <w:spacing w:after="20" w:line="240" w:lineRule="auto"/>
            </w:pPr>
            <w:r>
              <w:rPr>
                <w:sz w:val="14"/>
              </w:rPr>
            </w:r>
          </w:p>
        </w:tc>
      </w:tr>
      <w:tr>
        <w:trPr>
          <w:cantSplit/>
        </w:trPr>
        <w:tc>
          <w:tcPr>
            <w:tcW w:type="dxa" w:w="864"/>
            <w:tcMar>
              <w:top w:w="95" w:type="dxa"/>
              <w:start w:w="95" w:type="dxa"/>
              <w:bottom w:w="95" w:type="dxa"/>
              <w:end w:w="95" w:type="dxa"/>
            </w:tcMar>
            <w:vAlign w:val="center"/>
          </w:tcPr>
          <w:p>
            <w:pPr>
              <w:spacing w:after="20" w:line="240" w:lineRule="auto"/>
            </w:pPr>
            <w:r>
              <w:rPr>
                <w:sz w:val="14"/>
              </w:rPr>
            </w:r>
          </w:p>
        </w:tc>
        <w:tc>
          <w:tcPr>
            <w:tcW w:type="dxa" w:w="1512"/>
            <w:tcMar>
              <w:top w:w="95" w:type="dxa"/>
              <w:start w:w="95" w:type="dxa"/>
              <w:bottom w:w="95" w:type="dxa"/>
              <w:end w:w="95" w:type="dxa"/>
            </w:tcMar>
            <w:vAlign w:val="center"/>
          </w:tcPr>
          <w:p>
            <w:pPr>
              <w:spacing w:after="20" w:line="240" w:lineRule="auto"/>
            </w:pPr>
            <w:r>
              <w:rPr>
                <w:sz w:val="14"/>
              </w:rPr>
            </w:r>
          </w:p>
        </w:tc>
        <w:tc>
          <w:tcPr>
            <w:tcW w:type="dxa" w:w="1512"/>
            <w:tcMar>
              <w:top w:w="95" w:type="dxa"/>
              <w:start w:w="95" w:type="dxa"/>
              <w:bottom w:w="95" w:type="dxa"/>
              <w:end w:w="95" w:type="dxa"/>
            </w:tcMar>
            <w:vAlign w:val="center"/>
          </w:tcPr>
          <w:p>
            <w:pPr>
              <w:spacing w:after="20" w:line="240" w:lineRule="auto"/>
            </w:pPr>
            <w:r>
              <w:rPr>
                <w:sz w:val="14"/>
              </w:rPr>
            </w:r>
          </w:p>
        </w:tc>
        <w:tc>
          <w:tcPr>
            <w:tcW w:type="dxa" w:w="1584"/>
            <w:tcMar>
              <w:top w:w="95" w:type="dxa"/>
              <w:start w:w="95" w:type="dxa"/>
              <w:bottom w:w="95" w:type="dxa"/>
              <w:end w:w="95" w:type="dxa"/>
            </w:tcMar>
            <w:vAlign w:val="center"/>
          </w:tcPr>
          <w:p>
            <w:pPr>
              <w:spacing w:after="20" w:line="240" w:lineRule="auto"/>
            </w:pPr>
            <w:r>
              <w:rPr>
                <w:sz w:val="14"/>
              </w:rPr>
            </w:r>
          </w:p>
        </w:tc>
        <w:tc>
          <w:tcPr>
            <w:tcW w:type="dxa" w:w="792"/>
            <w:tcMar>
              <w:top w:w="95" w:type="dxa"/>
              <w:start w:w="95" w:type="dxa"/>
              <w:bottom w:w="95" w:type="dxa"/>
              <w:end w:w="95" w:type="dxa"/>
            </w:tcMar>
            <w:vAlign w:val="center"/>
          </w:tcPr>
          <w:p>
            <w:pPr>
              <w:spacing w:after="20" w:line="240" w:lineRule="auto"/>
            </w:pPr>
            <w:r>
              <w:rPr>
                <w:sz w:val="14"/>
              </w:rPr>
            </w:r>
          </w:p>
        </w:tc>
        <w:tc>
          <w:tcPr>
            <w:tcW w:type="dxa" w:w="1440"/>
            <w:tcMar>
              <w:top w:w="95" w:type="dxa"/>
              <w:start w:w="95" w:type="dxa"/>
              <w:bottom w:w="95" w:type="dxa"/>
              <w:end w:w="95" w:type="dxa"/>
            </w:tcMar>
            <w:vAlign w:val="center"/>
          </w:tcPr>
          <w:p>
            <w:pPr>
              <w:spacing w:after="20" w:line="240" w:lineRule="auto"/>
            </w:pPr>
            <w:r>
              <w:rPr>
                <w:sz w:val="14"/>
              </w:rPr>
            </w:r>
          </w:p>
        </w:tc>
        <w:tc>
          <w:tcPr>
            <w:tcW w:type="dxa" w:w="1152"/>
            <w:tcMar>
              <w:top w:w="95" w:type="dxa"/>
              <w:start w:w="95" w:type="dxa"/>
              <w:bottom w:w="95" w:type="dxa"/>
              <w:end w:w="95" w:type="dxa"/>
            </w:tcMar>
            <w:vAlign w:val="center"/>
          </w:tcPr>
          <w:p>
            <w:pPr>
              <w:spacing w:after="20" w:line="240" w:lineRule="auto"/>
            </w:pPr>
            <w:r>
              <w:rPr>
                <w:sz w:val="14"/>
              </w:rPr>
            </w:r>
          </w:p>
        </w:tc>
        <w:tc>
          <w:tcPr>
            <w:tcW w:type="dxa" w:w="792"/>
            <w:tcMar>
              <w:top w:w="95" w:type="dxa"/>
              <w:start w:w="95" w:type="dxa"/>
              <w:bottom w:w="95" w:type="dxa"/>
              <w:end w:w="95" w:type="dxa"/>
            </w:tcMar>
            <w:vAlign w:val="center"/>
          </w:tcPr>
          <w:p>
            <w:pPr>
              <w:spacing w:after="20" w:line="240" w:lineRule="auto"/>
            </w:pPr>
            <w:r>
              <w:rPr>
                <w:sz w:val="14"/>
              </w:rPr>
            </w:r>
          </w:p>
        </w:tc>
        <w:tc>
          <w:tcPr>
            <w:tcW w:type="dxa" w:w="864"/>
            <w:tcMar>
              <w:top w:w="95" w:type="dxa"/>
              <w:start w:w="95" w:type="dxa"/>
              <w:bottom w:w="95" w:type="dxa"/>
              <w:end w:w="95" w:type="dxa"/>
            </w:tcMar>
            <w:vAlign w:val="center"/>
          </w:tcPr>
          <w:p>
            <w:pPr>
              <w:spacing w:after="20" w:line="240" w:lineRule="auto"/>
            </w:pPr>
            <w:r>
              <w:rPr>
                <w:sz w:val="14"/>
              </w:rPr>
            </w:r>
          </w:p>
        </w:tc>
      </w:tr>
      <w:tr>
        <w:trPr>
          <w:cantSplit/>
        </w:trPr>
        <w:tc>
          <w:tcPr>
            <w:tcW w:type="dxa" w:w="864"/>
            <w:tcMar>
              <w:top w:w="95" w:type="dxa"/>
              <w:start w:w="95" w:type="dxa"/>
              <w:bottom w:w="95" w:type="dxa"/>
              <w:end w:w="95" w:type="dxa"/>
            </w:tcMar>
            <w:vAlign w:val="center"/>
            <w:shd w:fill="F4F7FA"/>
          </w:tcPr>
          <w:p>
            <w:pPr>
              <w:spacing w:after="20" w:line="240" w:lineRule="auto"/>
            </w:pPr>
            <w:r>
              <w:rPr>
                <w:sz w:val="14"/>
              </w:rPr>
            </w:r>
          </w:p>
        </w:tc>
        <w:tc>
          <w:tcPr>
            <w:tcW w:type="dxa" w:w="1512"/>
            <w:tcMar>
              <w:top w:w="95" w:type="dxa"/>
              <w:start w:w="95" w:type="dxa"/>
              <w:bottom w:w="95" w:type="dxa"/>
              <w:end w:w="95" w:type="dxa"/>
            </w:tcMar>
            <w:vAlign w:val="center"/>
            <w:shd w:fill="F4F7FA"/>
          </w:tcPr>
          <w:p>
            <w:pPr>
              <w:spacing w:after="20" w:line="240" w:lineRule="auto"/>
            </w:pPr>
            <w:r>
              <w:rPr>
                <w:sz w:val="14"/>
              </w:rPr>
            </w:r>
          </w:p>
        </w:tc>
        <w:tc>
          <w:tcPr>
            <w:tcW w:type="dxa" w:w="1512"/>
            <w:tcMar>
              <w:top w:w="95" w:type="dxa"/>
              <w:start w:w="95" w:type="dxa"/>
              <w:bottom w:w="95" w:type="dxa"/>
              <w:end w:w="95" w:type="dxa"/>
            </w:tcMar>
            <w:vAlign w:val="center"/>
            <w:shd w:fill="F4F7FA"/>
          </w:tcPr>
          <w:p>
            <w:pPr>
              <w:spacing w:after="20" w:line="240" w:lineRule="auto"/>
            </w:pPr>
            <w:r>
              <w:rPr>
                <w:sz w:val="14"/>
              </w:rPr>
            </w:r>
          </w:p>
        </w:tc>
        <w:tc>
          <w:tcPr>
            <w:tcW w:type="dxa" w:w="1584"/>
            <w:tcMar>
              <w:top w:w="95" w:type="dxa"/>
              <w:start w:w="95" w:type="dxa"/>
              <w:bottom w:w="95" w:type="dxa"/>
              <w:end w:w="95" w:type="dxa"/>
            </w:tcMar>
            <w:vAlign w:val="center"/>
            <w:shd w:fill="F4F7FA"/>
          </w:tcPr>
          <w:p>
            <w:pPr>
              <w:spacing w:after="20" w:line="240" w:lineRule="auto"/>
            </w:pPr>
            <w:r>
              <w:rPr>
                <w:sz w:val="14"/>
              </w:rPr>
            </w:r>
          </w:p>
        </w:tc>
        <w:tc>
          <w:tcPr>
            <w:tcW w:type="dxa" w:w="792"/>
            <w:tcMar>
              <w:top w:w="95" w:type="dxa"/>
              <w:start w:w="95" w:type="dxa"/>
              <w:bottom w:w="95" w:type="dxa"/>
              <w:end w:w="95" w:type="dxa"/>
            </w:tcMar>
            <w:vAlign w:val="center"/>
            <w:shd w:fill="F4F7FA"/>
          </w:tcPr>
          <w:p>
            <w:pPr>
              <w:spacing w:after="20" w:line="240" w:lineRule="auto"/>
            </w:pPr>
            <w:r>
              <w:rPr>
                <w:sz w:val="14"/>
              </w:rPr>
            </w:r>
          </w:p>
        </w:tc>
        <w:tc>
          <w:tcPr>
            <w:tcW w:type="dxa" w:w="1440"/>
            <w:tcMar>
              <w:top w:w="95" w:type="dxa"/>
              <w:start w:w="95" w:type="dxa"/>
              <w:bottom w:w="95" w:type="dxa"/>
              <w:end w:w="95" w:type="dxa"/>
            </w:tcMar>
            <w:vAlign w:val="center"/>
            <w:shd w:fill="F4F7FA"/>
          </w:tcPr>
          <w:p>
            <w:pPr>
              <w:spacing w:after="20" w:line="240" w:lineRule="auto"/>
            </w:pPr>
            <w:r>
              <w:rPr>
                <w:sz w:val="14"/>
              </w:rPr>
            </w:r>
          </w:p>
        </w:tc>
        <w:tc>
          <w:tcPr>
            <w:tcW w:type="dxa" w:w="1152"/>
            <w:tcMar>
              <w:top w:w="95" w:type="dxa"/>
              <w:start w:w="95" w:type="dxa"/>
              <w:bottom w:w="95" w:type="dxa"/>
              <w:end w:w="95" w:type="dxa"/>
            </w:tcMar>
            <w:vAlign w:val="center"/>
            <w:shd w:fill="F4F7FA"/>
          </w:tcPr>
          <w:p>
            <w:pPr>
              <w:spacing w:after="20" w:line="240" w:lineRule="auto"/>
            </w:pPr>
            <w:r>
              <w:rPr>
                <w:sz w:val="14"/>
              </w:rPr>
            </w:r>
          </w:p>
        </w:tc>
        <w:tc>
          <w:tcPr>
            <w:tcW w:type="dxa" w:w="792"/>
            <w:tcMar>
              <w:top w:w="95" w:type="dxa"/>
              <w:start w:w="95" w:type="dxa"/>
              <w:bottom w:w="95" w:type="dxa"/>
              <w:end w:w="95" w:type="dxa"/>
            </w:tcMar>
            <w:vAlign w:val="center"/>
            <w:shd w:fill="F4F7FA"/>
          </w:tcPr>
          <w:p>
            <w:pPr>
              <w:spacing w:after="20" w:line="240" w:lineRule="auto"/>
            </w:pPr>
            <w:r>
              <w:rPr>
                <w:sz w:val="14"/>
              </w:rPr>
            </w:r>
          </w:p>
        </w:tc>
        <w:tc>
          <w:tcPr>
            <w:tcW w:type="dxa" w:w="864"/>
            <w:tcMar>
              <w:top w:w="95" w:type="dxa"/>
              <w:start w:w="95" w:type="dxa"/>
              <w:bottom w:w="95" w:type="dxa"/>
              <w:end w:w="95" w:type="dxa"/>
            </w:tcMar>
            <w:vAlign w:val="center"/>
            <w:shd w:fill="F4F7FA"/>
          </w:tcPr>
          <w:p>
            <w:pPr>
              <w:spacing w:after="20" w:line="240" w:lineRule="auto"/>
            </w:pPr>
            <w:r>
              <w:rPr>
                <w:sz w:val="14"/>
              </w:rPr>
            </w:r>
          </w:p>
        </w:tc>
      </w:tr>
      <w:tr>
        <w:trPr>
          <w:cantSplit/>
        </w:trPr>
        <w:tc>
          <w:tcPr>
            <w:tcW w:type="dxa" w:w="864"/>
            <w:tcMar>
              <w:top w:w="95" w:type="dxa"/>
              <w:start w:w="95" w:type="dxa"/>
              <w:bottom w:w="95" w:type="dxa"/>
              <w:end w:w="95" w:type="dxa"/>
            </w:tcMar>
            <w:vAlign w:val="center"/>
          </w:tcPr>
          <w:p>
            <w:pPr>
              <w:spacing w:after="20" w:line="240" w:lineRule="auto"/>
            </w:pPr>
            <w:r>
              <w:rPr>
                <w:sz w:val="14"/>
              </w:rPr>
            </w:r>
          </w:p>
        </w:tc>
        <w:tc>
          <w:tcPr>
            <w:tcW w:type="dxa" w:w="1512"/>
            <w:tcMar>
              <w:top w:w="95" w:type="dxa"/>
              <w:start w:w="95" w:type="dxa"/>
              <w:bottom w:w="95" w:type="dxa"/>
              <w:end w:w="95" w:type="dxa"/>
            </w:tcMar>
            <w:vAlign w:val="center"/>
          </w:tcPr>
          <w:p>
            <w:pPr>
              <w:spacing w:after="20" w:line="240" w:lineRule="auto"/>
            </w:pPr>
            <w:r>
              <w:rPr>
                <w:sz w:val="14"/>
              </w:rPr>
            </w:r>
          </w:p>
        </w:tc>
        <w:tc>
          <w:tcPr>
            <w:tcW w:type="dxa" w:w="1512"/>
            <w:tcMar>
              <w:top w:w="95" w:type="dxa"/>
              <w:start w:w="95" w:type="dxa"/>
              <w:bottom w:w="95" w:type="dxa"/>
              <w:end w:w="95" w:type="dxa"/>
            </w:tcMar>
            <w:vAlign w:val="center"/>
          </w:tcPr>
          <w:p>
            <w:pPr>
              <w:spacing w:after="20" w:line="240" w:lineRule="auto"/>
            </w:pPr>
            <w:r>
              <w:rPr>
                <w:sz w:val="14"/>
              </w:rPr>
            </w:r>
          </w:p>
        </w:tc>
        <w:tc>
          <w:tcPr>
            <w:tcW w:type="dxa" w:w="1584"/>
            <w:tcMar>
              <w:top w:w="95" w:type="dxa"/>
              <w:start w:w="95" w:type="dxa"/>
              <w:bottom w:w="95" w:type="dxa"/>
              <w:end w:w="95" w:type="dxa"/>
            </w:tcMar>
            <w:vAlign w:val="center"/>
          </w:tcPr>
          <w:p>
            <w:pPr>
              <w:spacing w:after="20" w:line="240" w:lineRule="auto"/>
            </w:pPr>
            <w:r>
              <w:rPr>
                <w:sz w:val="14"/>
              </w:rPr>
            </w:r>
          </w:p>
        </w:tc>
        <w:tc>
          <w:tcPr>
            <w:tcW w:type="dxa" w:w="792"/>
            <w:tcMar>
              <w:top w:w="95" w:type="dxa"/>
              <w:start w:w="95" w:type="dxa"/>
              <w:bottom w:w="95" w:type="dxa"/>
              <w:end w:w="95" w:type="dxa"/>
            </w:tcMar>
            <w:vAlign w:val="center"/>
          </w:tcPr>
          <w:p>
            <w:pPr>
              <w:spacing w:after="20" w:line="240" w:lineRule="auto"/>
            </w:pPr>
            <w:r>
              <w:rPr>
                <w:sz w:val="14"/>
              </w:rPr>
            </w:r>
          </w:p>
        </w:tc>
        <w:tc>
          <w:tcPr>
            <w:tcW w:type="dxa" w:w="1440"/>
            <w:tcMar>
              <w:top w:w="95" w:type="dxa"/>
              <w:start w:w="95" w:type="dxa"/>
              <w:bottom w:w="95" w:type="dxa"/>
              <w:end w:w="95" w:type="dxa"/>
            </w:tcMar>
            <w:vAlign w:val="center"/>
          </w:tcPr>
          <w:p>
            <w:pPr>
              <w:spacing w:after="20" w:line="240" w:lineRule="auto"/>
            </w:pPr>
            <w:r>
              <w:rPr>
                <w:sz w:val="14"/>
              </w:rPr>
            </w:r>
          </w:p>
        </w:tc>
        <w:tc>
          <w:tcPr>
            <w:tcW w:type="dxa" w:w="1152"/>
            <w:tcMar>
              <w:top w:w="95" w:type="dxa"/>
              <w:start w:w="95" w:type="dxa"/>
              <w:bottom w:w="95" w:type="dxa"/>
              <w:end w:w="95" w:type="dxa"/>
            </w:tcMar>
            <w:vAlign w:val="center"/>
          </w:tcPr>
          <w:p>
            <w:pPr>
              <w:spacing w:after="20" w:line="240" w:lineRule="auto"/>
            </w:pPr>
            <w:r>
              <w:rPr>
                <w:sz w:val="14"/>
              </w:rPr>
            </w:r>
          </w:p>
        </w:tc>
        <w:tc>
          <w:tcPr>
            <w:tcW w:type="dxa" w:w="792"/>
            <w:tcMar>
              <w:top w:w="95" w:type="dxa"/>
              <w:start w:w="95" w:type="dxa"/>
              <w:bottom w:w="95" w:type="dxa"/>
              <w:end w:w="95" w:type="dxa"/>
            </w:tcMar>
            <w:vAlign w:val="center"/>
          </w:tcPr>
          <w:p>
            <w:pPr>
              <w:spacing w:after="20" w:line="240" w:lineRule="auto"/>
            </w:pPr>
            <w:r>
              <w:rPr>
                <w:sz w:val="14"/>
              </w:rPr>
            </w:r>
          </w:p>
        </w:tc>
        <w:tc>
          <w:tcPr>
            <w:tcW w:type="dxa" w:w="864"/>
            <w:tcMar>
              <w:top w:w="95" w:type="dxa"/>
              <w:start w:w="95" w:type="dxa"/>
              <w:bottom w:w="95" w:type="dxa"/>
              <w:end w:w="95" w:type="dxa"/>
            </w:tcMar>
            <w:vAlign w:val="center"/>
          </w:tcPr>
          <w:p>
            <w:pPr>
              <w:spacing w:after="20" w:line="240" w:lineRule="auto"/>
            </w:pPr>
            <w:r>
              <w:rPr>
                <w:sz w:val="14"/>
              </w:rPr>
            </w:r>
          </w:p>
        </w:tc>
      </w:tr>
      <w:tr>
        <w:trPr>
          <w:cantSplit/>
        </w:trPr>
        <w:tc>
          <w:tcPr>
            <w:tcW w:type="dxa" w:w="864"/>
            <w:tcMar>
              <w:top w:w="95" w:type="dxa"/>
              <w:start w:w="95" w:type="dxa"/>
              <w:bottom w:w="95" w:type="dxa"/>
              <w:end w:w="95" w:type="dxa"/>
            </w:tcMar>
            <w:vAlign w:val="center"/>
            <w:shd w:fill="F4F7FA"/>
          </w:tcPr>
          <w:p>
            <w:pPr>
              <w:spacing w:after="20" w:line="240" w:lineRule="auto"/>
            </w:pPr>
            <w:r>
              <w:rPr>
                <w:sz w:val="14"/>
              </w:rPr>
            </w:r>
          </w:p>
        </w:tc>
        <w:tc>
          <w:tcPr>
            <w:tcW w:type="dxa" w:w="1512"/>
            <w:tcMar>
              <w:top w:w="95" w:type="dxa"/>
              <w:start w:w="95" w:type="dxa"/>
              <w:bottom w:w="95" w:type="dxa"/>
              <w:end w:w="95" w:type="dxa"/>
            </w:tcMar>
            <w:vAlign w:val="center"/>
            <w:shd w:fill="F4F7FA"/>
          </w:tcPr>
          <w:p>
            <w:pPr>
              <w:spacing w:after="20" w:line="240" w:lineRule="auto"/>
            </w:pPr>
            <w:r>
              <w:rPr>
                <w:sz w:val="14"/>
              </w:rPr>
            </w:r>
          </w:p>
        </w:tc>
        <w:tc>
          <w:tcPr>
            <w:tcW w:type="dxa" w:w="1512"/>
            <w:tcMar>
              <w:top w:w="95" w:type="dxa"/>
              <w:start w:w="95" w:type="dxa"/>
              <w:bottom w:w="95" w:type="dxa"/>
              <w:end w:w="95" w:type="dxa"/>
            </w:tcMar>
            <w:vAlign w:val="center"/>
            <w:shd w:fill="F4F7FA"/>
          </w:tcPr>
          <w:p>
            <w:pPr>
              <w:spacing w:after="20" w:line="240" w:lineRule="auto"/>
            </w:pPr>
            <w:r>
              <w:rPr>
                <w:sz w:val="14"/>
              </w:rPr>
            </w:r>
          </w:p>
        </w:tc>
        <w:tc>
          <w:tcPr>
            <w:tcW w:type="dxa" w:w="1584"/>
            <w:tcMar>
              <w:top w:w="95" w:type="dxa"/>
              <w:start w:w="95" w:type="dxa"/>
              <w:bottom w:w="95" w:type="dxa"/>
              <w:end w:w="95" w:type="dxa"/>
            </w:tcMar>
            <w:vAlign w:val="center"/>
            <w:shd w:fill="F4F7FA"/>
          </w:tcPr>
          <w:p>
            <w:pPr>
              <w:spacing w:after="20" w:line="240" w:lineRule="auto"/>
            </w:pPr>
            <w:r>
              <w:rPr>
                <w:sz w:val="14"/>
              </w:rPr>
            </w:r>
          </w:p>
        </w:tc>
        <w:tc>
          <w:tcPr>
            <w:tcW w:type="dxa" w:w="792"/>
            <w:tcMar>
              <w:top w:w="95" w:type="dxa"/>
              <w:start w:w="95" w:type="dxa"/>
              <w:bottom w:w="95" w:type="dxa"/>
              <w:end w:w="95" w:type="dxa"/>
            </w:tcMar>
            <w:vAlign w:val="center"/>
            <w:shd w:fill="F4F7FA"/>
          </w:tcPr>
          <w:p>
            <w:pPr>
              <w:spacing w:after="20" w:line="240" w:lineRule="auto"/>
            </w:pPr>
            <w:r>
              <w:rPr>
                <w:sz w:val="14"/>
              </w:rPr>
            </w:r>
          </w:p>
        </w:tc>
        <w:tc>
          <w:tcPr>
            <w:tcW w:type="dxa" w:w="1440"/>
            <w:tcMar>
              <w:top w:w="95" w:type="dxa"/>
              <w:start w:w="95" w:type="dxa"/>
              <w:bottom w:w="95" w:type="dxa"/>
              <w:end w:w="95" w:type="dxa"/>
            </w:tcMar>
            <w:vAlign w:val="center"/>
            <w:shd w:fill="F4F7FA"/>
          </w:tcPr>
          <w:p>
            <w:pPr>
              <w:spacing w:after="20" w:line="240" w:lineRule="auto"/>
            </w:pPr>
            <w:r>
              <w:rPr>
                <w:sz w:val="14"/>
              </w:rPr>
            </w:r>
          </w:p>
        </w:tc>
        <w:tc>
          <w:tcPr>
            <w:tcW w:type="dxa" w:w="1152"/>
            <w:tcMar>
              <w:top w:w="95" w:type="dxa"/>
              <w:start w:w="95" w:type="dxa"/>
              <w:bottom w:w="95" w:type="dxa"/>
              <w:end w:w="95" w:type="dxa"/>
            </w:tcMar>
            <w:vAlign w:val="center"/>
            <w:shd w:fill="F4F7FA"/>
          </w:tcPr>
          <w:p>
            <w:pPr>
              <w:spacing w:after="20" w:line="240" w:lineRule="auto"/>
            </w:pPr>
            <w:r>
              <w:rPr>
                <w:sz w:val="14"/>
              </w:rPr>
            </w:r>
          </w:p>
        </w:tc>
        <w:tc>
          <w:tcPr>
            <w:tcW w:type="dxa" w:w="792"/>
            <w:tcMar>
              <w:top w:w="95" w:type="dxa"/>
              <w:start w:w="95" w:type="dxa"/>
              <w:bottom w:w="95" w:type="dxa"/>
              <w:end w:w="95" w:type="dxa"/>
            </w:tcMar>
            <w:vAlign w:val="center"/>
            <w:shd w:fill="F4F7FA"/>
          </w:tcPr>
          <w:p>
            <w:pPr>
              <w:spacing w:after="20" w:line="240" w:lineRule="auto"/>
            </w:pPr>
            <w:r>
              <w:rPr>
                <w:sz w:val="14"/>
              </w:rPr>
            </w:r>
          </w:p>
        </w:tc>
        <w:tc>
          <w:tcPr>
            <w:tcW w:type="dxa" w:w="864"/>
            <w:tcMar>
              <w:top w:w="95" w:type="dxa"/>
              <w:start w:w="95" w:type="dxa"/>
              <w:bottom w:w="95" w:type="dxa"/>
              <w:end w:w="95" w:type="dxa"/>
            </w:tcMar>
            <w:vAlign w:val="center"/>
            <w:shd w:fill="F4F7FA"/>
          </w:tcPr>
          <w:p>
            <w:pPr>
              <w:spacing w:after="20" w:line="240" w:lineRule="auto"/>
            </w:pPr>
            <w:r>
              <w:rPr>
                <w:sz w:val="14"/>
              </w:rPr>
            </w:r>
          </w:p>
        </w:tc>
      </w:tr>
    </w:tbl>
    <w:p>
      <w:pPr>
        <w:spacing w:after="20"/>
      </w:pPr>
    </w:p>
    <w:p>
      <w:pPr>
        <w:pStyle w:val="Heading2"/>
      </w:pPr>
      <w:r>
        <w:t>8.1 Related Party Transaction Record</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278"/>
        <w:gridCol w:w="1278"/>
        <w:gridCol w:w="1278"/>
        <w:gridCol w:w="1278"/>
        <w:gridCol w:w="1278"/>
        <w:gridCol w:w="1278"/>
        <w:gridCol w:w="1278"/>
        <w:gridCol w:w="1278"/>
      </w:tblGrid>
      <w:tr>
        <w:trPr>
          <w:tblHeader w:val="true"/>
          <w:cantSplit/>
        </w:trPr>
        <w:tc>
          <w:tcPr>
            <w:tcW w:type="dxa" w:w="1584"/>
            <w:shd w:fill="17365D"/>
            <w:tcMar>
              <w:top w:w="95" w:type="dxa"/>
              <w:start w:w="95" w:type="dxa"/>
              <w:bottom w:w="95" w:type="dxa"/>
              <w:end w:w="95" w:type="dxa"/>
            </w:tcMar>
            <w:vAlign w:val="center"/>
          </w:tcPr>
          <w:p>
            <w:r>
              <w:rPr>
                <w:b/>
                <w:color w:val="FFFFFF"/>
                <w:sz w:val="14"/>
              </w:rPr>
              <w:t>Transaction</w:t>
            </w:r>
          </w:p>
        </w:tc>
        <w:tc>
          <w:tcPr>
            <w:tcW w:type="dxa" w:w="1512"/>
            <w:shd w:fill="17365D"/>
            <w:tcMar>
              <w:top w:w="95" w:type="dxa"/>
              <w:start w:w="95" w:type="dxa"/>
              <w:bottom w:w="95" w:type="dxa"/>
              <w:end w:w="95" w:type="dxa"/>
            </w:tcMar>
            <w:vAlign w:val="center"/>
          </w:tcPr>
          <w:p>
            <w:r>
              <w:rPr>
                <w:b/>
                <w:color w:val="FFFFFF"/>
                <w:sz w:val="14"/>
              </w:rPr>
              <w:t>Related party</w:t>
            </w:r>
          </w:p>
        </w:tc>
        <w:tc>
          <w:tcPr>
            <w:tcW w:type="dxa" w:w="1440"/>
            <w:shd w:fill="17365D"/>
            <w:tcMar>
              <w:top w:w="95" w:type="dxa"/>
              <w:start w:w="95" w:type="dxa"/>
              <w:bottom w:w="95" w:type="dxa"/>
              <w:end w:w="95" w:type="dxa"/>
            </w:tcMar>
            <w:vAlign w:val="center"/>
          </w:tcPr>
          <w:p>
            <w:r>
              <w:rPr>
                <w:b/>
                <w:color w:val="FFFFFF"/>
                <w:sz w:val="14"/>
              </w:rPr>
              <w:t>Relationship</w:t>
            </w:r>
          </w:p>
        </w:tc>
        <w:tc>
          <w:tcPr>
            <w:tcW w:type="dxa" w:w="864"/>
            <w:shd w:fill="17365D"/>
            <w:tcMar>
              <w:top w:w="95" w:type="dxa"/>
              <w:start w:w="95" w:type="dxa"/>
              <w:bottom w:w="95" w:type="dxa"/>
              <w:end w:w="95" w:type="dxa"/>
            </w:tcMar>
            <w:vAlign w:val="center"/>
          </w:tcPr>
          <w:p>
            <w:r>
              <w:rPr>
                <w:b/>
                <w:color w:val="FFFFFF"/>
                <w:sz w:val="14"/>
              </w:rPr>
              <w:t>Value</w:t>
            </w:r>
          </w:p>
        </w:tc>
        <w:tc>
          <w:tcPr>
            <w:tcW w:type="dxa" w:w="1440"/>
            <w:shd w:fill="17365D"/>
            <w:tcMar>
              <w:top w:w="95" w:type="dxa"/>
              <w:start w:w="95" w:type="dxa"/>
              <w:bottom w:w="95" w:type="dxa"/>
              <w:end w:w="95" w:type="dxa"/>
            </w:tcMar>
            <w:vAlign w:val="center"/>
          </w:tcPr>
          <w:p>
            <w:r>
              <w:rPr>
                <w:b/>
                <w:color w:val="FFFFFF"/>
                <w:sz w:val="14"/>
              </w:rPr>
              <w:t>Terms benchmarked</w:t>
            </w:r>
          </w:p>
        </w:tc>
        <w:tc>
          <w:tcPr>
            <w:tcW w:type="dxa" w:w="1008"/>
            <w:shd w:fill="17365D"/>
            <w:tcMar>
              <w:top w:w="95" w:type="dxa"/>
              <w:start w:w="95" w:type="dxa"/>
              <w:bottom w:w="95" w:type="dxa"/>
              <w:end w:w="95" w:type="dxa"/>
            </w:tcMar>
            <w:vAlign w:val="center"/>
          </w:tcPr>
          <w:p>
            <w:r>
              <w:rPr>
                <w:b/>
                <w:color w:val="FFFFFF"/>
                <w:sz w:val="14"/>
              </w:rPr>
              <w:t>Approver</w:t>
            </w:r>
          </w:p>
        </w:tc>
        <w:tc>
          <w:tcPr>
            <w:tcW w:type="dxa" w:w="1440"/>
            <w:shd w:fill="17365D"/>
            <w:tcMar>
              <w:top w:w="95" w:type="dxa"/>
              <w:start w:w="95" w:type="dxa"/>
              <w:bottom w:w="95" w:type="dxa"/>
              <w:end w:w="95" w:type="dxa"/>
            </w:tcMar>
            <w:vAlign w:val="center"/>
          </w:tcPr>
          <w:p>
            <w:r>
              <w:rPr>
                <w:b/>
                <w:color w:val="FFFFFF"/>
                <w:sz w:val="14"/>
              </w:rPr>
              <w:t>Safeguard</w:t>
            </w:r>
          </w:p>
        </w:tc>
        <w:tc>
          <w:tcPr>
            <w:tcW w:type="dxa" w:w="792"/>
            <w:shd w:fill="17365D"/>
            <w:tcMar>
              <w:top w:w="95" w:type="dxa"/>
              <w:start w:w="95" w:type="dxa"/>
              <w:bottom w:w="95" w:type="dxa"/>
              <w:end w:w="95" w:type="dxa"/>
            </w:tcMar>
            <w:vAlign w:val="center"/>
          </w:tcPr>
          <w:p>
            <w:r>
              <w:rPr>
                <w:b/>
                <w:color w:val="FFFFFF"/>
                <w:sz w:val="14"/>
              </w:rPr>
              <w:t>Outcome</w:t>
            </w:r>
          </w:p>
        </w:tc>
      </w:tr>
      <w:tr>
        <w:trPr>
          <w:cantSplit/>
        </w:trPr>
        <w:tc>
          <w:tcPr>
            <w:tcW w:type="dxa" w:w="1584"/>
            <w:tcMar>
              <w:top w:w="95" w:type="dxa"/>
              <w:start w:w="95" w:type="dxa"/>
              <w:bottom w:w="95" w:type="dxa"/>
              <w:end w:w="95" w:type="dxa"/>
            </w:tcMar>
            <w:vAlign w:val="center"/>
          </w:tcPr>
          <w:p>
            <w:pPr>
              <w:spacing w:after="20" w:line="240" w:lineRule="auto"/>
            </w:pPr>
            <w:r>
              <w:rPr>
                <w:sz w:val="14"/>
              </w:rPr>
            </w:r>
          </w:p>
        </w:tc>
        <w:tc>
          <w:tcPr>
            <w:tcW w:type="dxa" w:w="1512"/>
            <w:tcMar>
              <w:top w:w="95" w:type="dxa"/>
              <w:start w:w="95" w:type="dxa"/>
              <w:bottom w:w="95" w:type="dxa"/>
              <w:end w:w="95" w:type="dxa"/>
            </w:tcMar>
            <w:vAlign w:val="center"/>
          </w:tcPr>
          <w:p>
            <w:pPr>
              <w:spacing w:after="20" w:line="240" w:lineRule="auto"/>
            </w:pPr>
            <w:r>
              <w:rPr>
                <w:sz w:val="14"/>
              </w:rPr>
            </w:r>
          </w:p>
        </w:tc>
        <w:tc>
          <w:tcPr>
            <w:tcW w:type="dxa" w:w="1440"/>
            <w:tcMar>
              <w:top w:w="95" w:type="dxa"/>
              <w:start w:w="95" w:type="dxa"/>
              <w:bottom w:w="95" w:type="dxa"/>
              <w:end w:w="95" w:type="dxa"/>
            </w:tcMar>
            <w:vAlign w:val="center"/>
          </w:tcPr>
          <w:p>
            <w:pPr>
              <w:spacing w:after="20" w:line="240" w:lineRule="auto"/>
            </w:pPr>
            <w:r>
              <w:rPr>
                <w:sz w:val="14"/>
              </w:rPr>
            </w:r>
          </w:p>
        </w:tc>
        <w:tc>
          <w:tcPr>
            <w:tcW w:type="dxa" w:w="864"/>
            <w:tcMar>
              <w:top w:w="95" w:type="dxa"/>
              <w:start w:w="95" w:type="dxa"/>
              <w:bottom w:w="95" w:type="dxa"/>
              <w:end w:w="95" w:type="dxa"/>
            </w:tcMar>
            <w:vAlign w:val="center"/>
          </w:tcPr>
          <w:p>
            <w:pPr>
              <w:spacing w:after="20" w:line="240" w:lineRule="auto"/>
            </w:pPr>
            <w:r>
              <w:rPr>
                <w:sz w:val="14"/>
              </w:rPr>
            </w:r>
          </w:p>
        </w:tc>
        <w:tc>
          <w:tcPr>
            <w:tcW w:type="dxa" w:w="1440"/>
            <w:tcMar>
              <w:top w:w="95" w:type="dxa"/>
              <w:start w:w="95" w:type="dxa"/>
              <w:bottom w:w="95" w:type="dxa"/>
              <w:end w:w="95" w:type="dxa"/>
            </w:tcMar>
            <w:vAlign w:val="center"/>
          </w:tcPr>
          <w:p>
            <w:pPr>
              <w:spacing w:after="20" w:line="240" w:lineRule="auto"/>
            </w:pPr>
            <w:r>
              <w:rPr>
                <w:sz w:val="14"/>
              </w:rPr>
              <w:t>☐</w:t>
            </w:r>
          </w:p>
        </w:tc>
        <w:tc>
          <w:tcPr>
            <w:tcW w:type="dxa" w:w="1008"/>
            <w:tcMar>
              <w:top w:w="95" w:type="dxa"/>
              <w:start w:w="95" w:type="dxa"/>
              <w:bottom w:w="95" w:type="dxa"/>
              <w:end w:w="95" w:type="dxa"/>
            </w:tcMar>
            <w:vAlign w:val="center"/>
          </w:tcPr>
          <w:p>
            <w:pPr>
              <w:spacing w:after="20" w:line="240" w:lineRule="auto"/>
            </w:pPr>
            <w:r>
              <w:rPr>
                <w:sz w:val="14"/>
              </w:rPr>
            </w:r>
          </w:p>
        </w:tc>
        <w:tc>
          <w:tcPr>
            <w:tcW w:type="dxa" w:w="1440"/>
            <w:tcMar>
              <w:top w:w="95" w:type="dxa"/>
              <w:start w:w="95" w:type="dxa"/>
              <w:bottom w:w="95" w:type="dxa"/>
              <w:end w:w="95" w:type="dxa"/>
            </w:tcMar>
            <w:vAlign w:val="center"/>
          </w:tcPr>
          <w:p>
            <w:pPr>
              <w:spacing w:after="20" w:line="240" w:lineRule="auto"/>
            </w:pPr>
            <w:r>
              <w:rPr>
                <w:sz w:val="14"/>
              </w:rPr>
            </w:r>
          </w:p>
        </w:tc>
        <w:tc>
          <w:tcPr>
            <w:tcW w:type="dxa" w:w="792"/>
            <w:tcMar>
              <w:top w:w="95" w:type="dxa"/>
              <w:start w:w="95" w:type="dxa"/>
              <w:bottom w:w="95" w:type="dxa"/>
              <w:end w:w="95" w:type="dxa"/>
            </w:tcMar>
            <w:vAlign w:val="center"/>
          </w:tcPr>
          <w:p>
            <w:pPr>
              <w:spacing w:after="20" w:line="240" w:lineRule="auto"/>
            </w:pPr>
            <w:r>
              <w:rPr>
                <w:sz w:val="14"/>
              </w:rPr>
            </w:r>
          </w:p>
        </w:tc>
      </w:tr>
      <w:tr>
        <w:trPr>
          <w:cantSplit/>
        </w:trPr>
        <w:tc>
          <w:tcPr>
            <w:tcW w:type="dxa" w:w="1584"/>
            <w:tcMar>
              <w:top w:w="95" w:type="dxa"/>
              <w:start w:w="95" w:type="dxa"/>
              <w:bottom w:w="95" w:type="dxa"/>
              <w:end w:w="95" w:type="dxa"/>
            </w:tcMar>
            <w:vAlign w:val="center"/>
            <w:shd w:fill="F4F7FA"/>
          </w:tcPr>
          <w:p>
            <w:pPr>
              <w:spacing w:after="20" w:line="240" w:lineRule="auto"/>
            </w:pPr>
            <w:r>
              <w:rPr>
                <w:sz w:val="14"/>
              </w:rPr>
            </w:r>
          </w:p>
        </w:tc>
        <w:tc>
          <w:tcPr>
            <w:tcW w:type="dxa" w:w="1512"/>
            <w:tcMar>
              <w:top w:w="95" w:type="dxa"/>
              <w:start w:w="95" w:type="dxa"/>
              <w:bottom w:w="95" w:type="dxa"/>
              <w:end w:w="95" w:type="dxa"/>
            </w:tcMar>
            <w:vAlign w:val="center"/>
            <w:shd w:fill="F4F7FA"/>
          </w:tcPr>
          <w:p>
            <w:pPr>
              <w:spacing w:after="20" w:line="240" w:lineRule="auto"/>
            </w:pPr>
            <w:r>
              <w:rPr>
                <w:sz w:val="14"/>
              </w:rPr>
            </w:r>
          </w:p>
        </w:tc>
        <w:tc>
          <w:tcPr>
            <w:tcW w:type="dxa" w:w="1440"/>
            <w:tcMar>
              <w:top w:w="95" w:type="dxa"/>
              <w:start w:w="95" w:type="dxa"/>
              <w:bottom w:w="95" w:type="dxa"/>
              <w:end w:w="95" w:type="dxa"/>
            </w:tcMar>
            <w:vAlign w:val="center"/>
            <w:shd w:fill="F4F7FA"/>
          </w:tcPr>
          <w:p>
            <w:pPr>
              <w:spacing w:after="20" w:line="240" w:lineRule="auto"/>
            </w:pPr>
            <w:r>
              <w:rPr>
                <w:sz w:val="14"/>
              </w:rPr>
            </w:r>
          </w:p>
        </w:tc>
        <w:tc>
          <w:tcPr>
            <w:tcW w:type="dxa" w:w="864"/>
            <w:tcMar>
              <w:top w:w="95" w:type="dxa"/>
              <w:start w:w="95" w:type="dxa"/>
              <w:bottom w:w="95" w:type="dxa"/>
              <w:end w:w="95" w:type="dxa"/>
            </w:tcMar>
            <w:vAlign w:val="center"/>
            <w:shd w:fill="F4F7FA"/>
          </w:tcPr>
          <w:p>
            <w:pPr>
              <w:spacing w:after="20" w:line="240" w:lineRule="auto"/>
            </w:pPr>
            <w:r>
              <w:rPr>
                <w:sz w:val="14"/>
              </w:rPr>
            </w:r>
          </w:p>
        </w:tc>
        <w:tc>
          <w:tcPr>
            <w:tcW w:type="dxa" w:w="1440"/>
            <w:tcMar>
              <w:top w:w="95" w:type="dxa"/>
              <w:start w:w="95" w:type="dxa"/>
              <w:bottom w:w="95" w:type="dxa"/>
              <w:end w:w="95" w:type="dxa"/>
            </w:tcMar>
            <w:vAlign w:val="center"/>
            <w:shd w:fill="F4F7FA"/>
          </w:tcPr>
          <w:p>
            <w:pPr>
              <w:spacing w:after="20" w:line="240" w:lineRule="auto"/>
            </w:pPr>
            <w:r>
              <w:rPr>
                <w:sz w:val="14"/>
              </w:rPr>
              <w:t>☐</w:t>
            </w:r>
          </w:p>
        </w:tc>
        <w:tc>
          <w:tcPr>
            <w:tcW w:type="dxa" w:w="1008"/>
            <w:tcMar>
              <w:top w:w="95" w:type="dxa"/>
              <w:start w:w="95" w:type="dxa"/>
              <w:bottom w:w="95" w:type="dxa"/>
              <w:end w:w="95" w:type="dxa"/>
            </w:tcMar>
            <w:vAlign w:val="center"/>
            <w:shd w:fill="F4F7FA"/>
          </w:tcPr>
          <w:p>
            <w:pPr>
              <w:spacing w:after="20" w:line="240" w:lineRule="auto"/>
            </w:pPr>
            <w:r>
              <w:rPr>
                <w:sz w:val="14"/>
              </w:rPr>
            </w:r>
          </w:p>
        </w:tc>
        <w:tc>
          <w:tcPr>
            <w:tcW w:type="dxa" w:w="1440"/>
            <w:tcMar>
              <w:top w:w="95" w:type="dxa"/>
              <w:start w:w="95" w:type="dxa"/>
              <w:bottom w:w="95" w:type="dxa"/>
              <w:end w:w="95" w:type="dxa"/>
            </w:tcMar>
            <w:vAlign w:val="center"/>
            <w:shd w:fill="F4F7FA"/>
          </w:tcPr>
          <w:p>
            <w:pPr>
              <w:spacing w:after="20" w:line="240" w:lineRule="auto"/>
            </w:pPr>
            <w:r>
              <w:rPr>
                <w:sz w:val="14"/>
              </w:rPr>
            </w:r>
          </w:p>
        </w:tc>
        <w:tc>
          <w:tcPr>
            <w:tcW w:type="dxa" w:w="792"/>
            <w:tcMar>
              <w:top w:w="95" w:type="dxa"/>
              <w:start w:w="95" w:type="dxa"/>
              <w:bottom w:w="95" w:type="dxa"/>
              <w:end w:w="95" w:type="dxa"/>
            </w:tcMar>
            <w:vAlign w:val="center"/>
            <w:shd w:fill="F4F7FA"/>
          </w:tcPr>
          <w:p>
            <w:pPr>
              <w:spacing w:after="20" w:line="240" w:lineRule="auto"/>
            </w:pPr>
            <w:r>
              <w:rPr>
                <w:sz w:val="14"/>
              </w:rPr>
            </w:r>
          </w:p>
        </w:tc>
      </w:tr>
      <w:tr>
        <w:trPr>
          <w:cantSplit/>
        </w:trPr>
        <w:tc>
          <w:tcPr>
            <w:tcW w:type="dxa" w:w="1584"/>
            <w:tcMar>
              <w:top w:w="95" w:type="dxa"/>
              <w:start w:w="95" w:type="dxa"/>
              <w:bottom w:w="95" w:type="dxa"/>
              <w:end w:w="95" w:type="dxa"/>
            </w:tcMar>
            <w:vAlign w:val="center"/>
          </w:tcPr>
          <w:p>
            <w:pPr>
              <w:spacing w:after="20" w:line="240" w:lineRule="auto"/>
            </w:pPr>
            <w:r>
              <w:rPr>
                <w:sz w:val="14"/>
              </w:rPr>
            </w:r>
          </w:p>
        </w:tc>
        <w:tc>
          <w:tcPr>
            <w:tcW w:type="dxa" w:w="1512"/>
            <w:tcMar>
              <w:top w:w="95" w:type="dxa"/>
              <w:start w:w="95" w:type="dxa"/>
              <w:bottom w:w="95" w:type="dxa"/>
              <w:end w:w="95" w:type="dxa"/>
            </w:tcMar>
            <w:vAlign w:val="center"/>
          </w:tcPr>
          <w:p>
            <w:pPr>
              <w:spacing w:after="20" w:line="240" w:lineRule="auto"/>
            </w:pPr>
            <w:r>
              <w:rPr>
                <w:sz w:val="14"/>
              </w:rPr>
            </w:r>
          </w:p>
        </w:tc>
        <w:tc>
          <w:tcPr>
            <w:tcW w:type="dxa" w:w="1440"/>
            <w:tcMar>
              <w:top w:w="95" w:type="dxa"/>
              <w:start w:w="95" w:type="dxa"/>
              <w:bottom w:w="95" w:type="dxa"/>
              <w:end w:w="95" w:type="dxa"/>
            </w:tcMar>
            <w:vAlign w:val="center"/>
          </w:tcPr>
          <w:p>
            <w:pPr>
              <w:spacing w:after="20" w:line="240" w:lineRule="auto"/>
            </w:pPr>
            <w:r>
              <w:rPr>
                <w:sz w:val="14"/>
              </w:rPr>
            </w:r>
          </w:p>
        </w:tc>
        <w:tc>
          <w:tcPr>
            <w:tcW w:type="dxa" w:w="864"/>
            <w:tcMar>
              <w:top w:w="95" w:type="dxa"/>
              <w:start w:w="95" w:type="dxa"/>
              <w:bottom w:w="95" w:type="dxa"/>
              <w:end w:w="95" w:type="dxa"/>
            </w:tcMar>
            <w:vAlign w:val="center"/>
          </w:tcPr>
          <w:p>
            <w:pPr>
              <w:spacing w:after="20" w:line="240" w:lineRule="auto"/>
            </w:pPr>
            <w:r>
              <w:rPr>
                <w:sz w:val="14"/>
              </w:rPr>
            </w:r>
          </w:p>
        </w:tc>
        <w:tc>
          <w:tcPr>
            <w:tcW w:type="dxa" w:w="1440"/>
            <w:tcMar>
              <w:top w:w="95" w:type="dxa"/>
              <w:start w:w="95" w:type="dxa"/>
              <w:bottom w:w="95" w:type="dxa"/>
              <w:end w:w="95" w:type="dxa"/>
            </w:tcMar>
            <w:vAlign w:val="center"/>
          </w:tcPr>
          <w:p>
            <w:pPr>
              <w:spacing w:after="20" w:line="240" w:lineRule="auto"/>
            </w:pPr>
            <w:r>
              <w:rPr>
                <w:sz w:val="14"/>
              </w:rPr>
              <w:t>☐</w:t>
            </w:r>
          </w:p>
        </w:tc>
        <w:tc>
          <w:tcPr>
            <w:tcW w:type="dxa" w:w="1008"/>
            <w:tcMar>
              <w:top w:w="95" w:type="dxa"/>
              <w:start w:w="95" w:type="dxa"/>
              <w:bottom w:w="95" w:type="dxa"/>
              <w:end w:w="95" w:type="dxa"/>
            </w:tcMar>
            <w:vAlign w:val="center"/>
          </w:tcPr>
          <w:p>
            <w:pPr>
              <w:spacing w:after="20" w:line="240" w:lineRule="auto"/>
            </w:pPr>
            <w:r>
              <w:rPr>
                <w:sz w:val="14"/>
              </w:rPr>
            </w:r>
          </w:p>
        </w:tc>
        <w:tc>
          <w:tcPr>
            <w:tcW w:type="dxa" w:w="1440"/>
            <w:tcMar>
              <w:top w:w="95" w:type="dxa"/>
              <w:start w:w="95" w:type="dxa"/>
              <w:bottom w:w="95" w:type="dxa"/>
              <w:end w:w="95" w:type="dxa"/>
            </w:tcMar>
            <w:vAlign w:val="center"/>
          </w:tcPr>
          <w:p>
            <w:pPr>
              <w:spacing w:after="20" w:line="240" w:lineRule="auto"/>
            </w:pPr>
            <w:r>
              <w:rPr>
                <w:sz w:val="14"/>
              </w:rPr>
            </w:r>
          </w:p>
        </w:tc>
        <w:tc>
          <w:tcPr>
            <w:tcW w:type="dxa" w:w="792"/>
            <w:tcMar>
              <w:top w:w="95" w:type="dxa"/>
              <w:start w:w="95" w:type="dxa"/>
              <w:bottom w:w="95" w:type="dxa"/>
              <w:end w:w="95" w:type="dxa"/>
            </w:tcMar>
            <w:vAlign w:val="center"/>
          </w:tcPr>
          <w:p>
            <w:pPr>
              <w:spacing w:after="20" w:line="240" w:lineRule="auto"/>
            </w:pPr>
            <w:r>
              <w:rPr>
                <w:sz w:val="14"/>
              </w:rPr>
            </w:r>
          </w:p>
        </w:tc>
      </w:tr>
      <w:tr>
        <w:trPr>
          <w:cantSplit/>
        </w:trPr>
        <w:tc>
          <w:tcPr>
            <w:tcW w:type="dxa" w:w="1584"/>
            <w:tcMar>
              <w:top w:w="95" w:type="dxa"/>
              <w:start w:w="95" w:type="dxa"/>
              <w:bottom w:w="95" w:type="dxa"/>
              <w:end w:w="95" w:type="dxa"/>
            </w:tcMar>
            <w:vAlign w:val="center"/>
            <w:shd w:fill="F4F7FA"/>
          </w:tcPr>
          <w:p>
            <w:pPr>
              <w:spacing w:after="20" w:line="240" w:lineRule="auto"/>
            </w:pPr>
            <w:r>
              <w:rPr>
                <w:sz w:val="14"/>
              </w:rPr>
            </w:r>
          </w:p>
        </w:tc>
        <w:tc>
          <w:tcPr>
            <w:tcW w:type="dxa" w:w="1512"/>
            <w:tcMar>
              <w:top w:w="95" w:type="dxa"/>
              <w:start w:w="95" w:type="dxa"/>
              <w:bottom w:w="95" w:type="dxa"/>
              <w:end w:w="95" w:type="dxa"/>
            </w:tcMar>
            <w:vAlign w:val="center"/>
            <w:shd w:fill="F4F7FA"/>
          </w:tcPr>
          <w:p>
            <w:pPr>
              <w:spacing w:after="20" w:line="240" w:lineRule="auto"/>
            </w:pPr>
            <w:r>
              <w:rPr>
                <w:sz w:val="14"/>
              </w:rPr>
            </w:r>
          </w:p>
        </w:tc>
        <w:tc>
          <w:tcPr>
            <w:tcW w:type="dxa" w:w="1440"/>
            <w:tcMar>
              <w:top w:w="95" w:type="dxa"/>
              <w:start w:w="95" w:type="dxa"/>
              <w:bottom w:w="95" w:type="dxa"/>
              <w:end w:w="95" w:type="dxa"/>
            </w:tcMar>
            <w:vAlign w:val="center"/>
            <w:shd w:fill="F4F7FA"/>
          </w:tcPr>
          <w:p>
            <w:pPr>
              <w:spacing w:after="20" w:line="240" w:lineRule="auto"/>
            </w:pPr>
            <w:r>
              <w:rPr>
                <w:sz w:val="14"/>
              </w:rPr>
            </w:r>
          </w:p>
        </w:tc>
        <w:tc>
          <w:tcPr>
            <w:tcW w:type="dxa" w:w="864"/>
            <w:tcMar>
              <w:top w:w="95" w:type="dxa"/>
              <w:start w:w="95" w:type="dxa"/>
              <w:bottom w:w="95" w:type="dxa"/>
              <w:end w:w="95" w:type="dxa"/>
            </w:tcMar>
            <w:vAlign w:val="center"/>
            <w:shd w:fill="F4F7FA"/>
          </w:tcPr>
          <w:p>
            <w:pPr>
              <w:spacing w:after="20" w:line="240" w:lineRule="auto"/>
            </w:pPr>
            <w:r>
              <w:rPr>
                <w:sz w:val="14"/>
              </w:rPr>
            </w:r>
          </w:p>
        </w:tc>
        <w:tc>
          <w:tcPr>
            <w:tcW w:type="dxa" w:w="1440"/>
            <w:tcMar>
              <w:top w:w="95" w:type="dxa"/>
              <w:start w:w="95" w:type="dxa"/>
              <w:bottom w:w="95" w:type="dxa"/>
              <w:end w:w="95" w:type="dxa"/>
            </w:tcMar>
            <w:vAlign w:val="center"/>
            <w:shd w:fill="F4F7FA"/>
          </w:tcPr>
          <w:p>
            <w:pPr>
              <w:spacing w:after="20" w:line="240" w:lineRule="auto"/>
            </w:pPr>
            <w:r>
              <w:rPr>
                <w:sz w:val="14"/>
              </w:rPr>
              <w:t>☐</w:t>
            </w:r>
          </w:p>
        </w:tc>
        <w:tc>
          <w:tcPr>
            <w:tcW w:type="dxa" w:w="1008"/>
            <w:tcMar>
              <w:top w:w="95" w:type="dxa"/>
              <w:start w:w="95" w:type="dxa"/>
              <w:bottom w:w="95" w:type="dxa"/>
              <w:end w:w="95" w:type="dxa"/>
            </w:tcMar>
            <w:vAlign w:val="center"/>
            <w:shd w:fill="F4F7FA"/>
          </w:tcPr>
          <w:p>
            <w:pPr>
              <w:spacing w:after="20" w:line="240" w:lineRule="auto"/>
            </w:pPr>
            <w:r>
              <w:rPr>
                <w:sz w:val="14"/>
              </w:rPr>
            </w:r>
          </w:p>
        </w:tc>
        <w:tc>
          <w:tcPr>
            <w:tcW w:type="dxa" w:w="1440"/>
            <w:tcMar>
              <w:top w:w="95" w:type="dxa"/>
              <w:start w:w="95" w:type="dxa"/>
              <w:bottom w:w="95" w:type="dxa"/>
              <w:end w:w="95" w:type="dxa"/>
            </w:tcMar>
            <w:vAlign w:val="center"/>
            <w:shd w:fill="F4F7FA"/>
          </w:tcPr>
          <w:p>
            <w:pPr>
              <w:spacing w:after="20" w:line="240" w:lineRule="auto"/>
            </w:pPr>
            <w:r>
              <w:rPr>
                <w:sz w:val="14"/>
              </w:rPr>
            </w:r>
          </w:p>
        </w:tc>
        <w:tc>
          <w:tcPr>
            <w:tcW w:type="dxa" w:w="792"/>
            <w:tcMar>
              <w:top w:w="95" w:type="dxa"/>
              <w:start w:w="95" w:type="dxa"/>
              <w:bottom w:w="95" w:type="dxa"/>
              <w:end w:w="95" w:type="dxa"/>
            </w:tcMar>
            <w:vAlign w:val="center"/>
            <w:shd w:fill="F4F7FA"/>
          </w:tcPr>
          <w:p>
            <w:pPr>
              <w:spacing w:after="20" w:line="240" w:lineRule="auto"/>
            </w:pPr>
            <w:r>
              <w:rPr>
                <w:sz w:val="14"/>
              </w:rPr>
            </w:r>
          </w:p>
        </w:tc>
      </w:tr>
      <w:tr>
        <w:trPr>
          <w:cantSplit/>
        </w:trPr>
        <w:tc>
          <w:tcPr>
            <w:tcW w:type="dxa" w:w="1584"/>
            <w:tcMar>
              <w:top w:w="95" w:type="dxa"/>
              <w:start w:w="95" w:type="dxa"/>
              <w:bottom w:w="95" w:type="dxa"/>
              <w:end w:w="95" w:type="dxa"/>
            </w:tcMar>
            <w:vAlign w:val="center"/>
          </w:tcPr>
          <w:p>
            <w:pPr>
              <w:spacing w:after="20" w:line="240" w:lineRule="auto"/>
            </w:pPr>
            <w:r>
              <w:rPr>
                <w:sz w:val="14"/>
              </w:rPr>
            </w:r>
          </w:p>
        </w:tc>
        <w:tc>
          <w:tcPr>
            <w:tcW w:type="dxa" w:w="1512"/>
            <w:tcMar>
              <w:top w:w="95" w:type="dxa"/>
              <w:start w:w="95" w:type="dxa"/>
              <w:bottom w:w="95" w:type="dxa"/>
              <w:end w:w="95" w:type="dxa"/>
            </w:tcMar>
            <w:vAlign w:val="center"/>
          </w:tcPr>
          <w:p>
            <w:pPr>
              <w:spacing w:after="20" w:line="240" w:lineRule="auto"/>
            </w:pPr>
            <w:r>
              <w:rPr>
                <w:sz w:val="14"/>
              </w:rPr>
            </w:r>
          </w:p>
        </w:tc>
        <w:tc>
          <w:tcPr>
            <w:tcW w:type="dxa" w:w="1440"/>
            <w:tcMar>
              <w:top w:w="95" w:type="dxa"/>
              <w:start w:w="95" w:type="dxa"/>
              <w:bottom w:w="95" w:type="dxa"/>
              <w:end w:w="95" w:type="dxa"/>
            </w:tcMar>
            <w:vAlign w:val="center"/>
          </w:tcPr>
          <w:p>
            <w:pPr>
              <w:spacing w:after="20" w:line="240" w:lineRule="auto"/>
            </w:pPr>
            <w:r>
              <w:rPr>
                <w:sz w:val="14"/>
              </w:rPr>
            </w:r>
          </w:p>
        </w:tc>
        <w:tc>
          <w:tcPr>
            <w:tcW w:type="dxa" w:w="864"/>
            <w:tcMar>
              <w:top w:w="95" w:type="dxa"/>
              <w:start w:w="95" w:type="dxa"/>
              <w:bottom w:w="95" w:type="dxa"/>
              <w:end w:w="95" w:type="dxa"/>
            </w:tcMar>
            <w:vAlign w:val="center"/>
          </w:tcPr>
          <w:p>
            <w:pPr>
              <w:spacing w:after="20" w:line="240" w:lineRule="auto"/>
            </w:pPr>
            <w:r>
              <w:rPr>
                <w:sz w:val="14"/>
              </w:rPr>
            </w:r>
          </w:p>
        </w:tc>
        <w:tc>
          <w:tcPr>
            <w:tcW w:type="dxa" w:w="1440"/>
            <w:tcMar>
              <w:top w:w="95" w:type="dxa"/>
              <w:start w:w="95" w:type="dxa"/>
              <w:bottom w:w="95" w:type="dxa"/>
              <w:end w:w="95" w:type="dxa"/>
            </w:tcMar>
            <w:vAlign w:val="center"/>
          </w:tcPr>
          <w:p>
            <w:pPr>
              <w:spacing w:after="20" w:line="240" w:lineRule="auto"/>
            </w:pPr>
            <w:r>
              <w:rPr>
                <w:sz w:val="14"/>
              </w:rPr>
              <w:t>☐</w:t>
            </w:r>
          </w:p>
        </w:tc>
        <w:tc>
          <w:tcPr>
            <w:tcW w:type="dxa" w:w="1008"/>
            <w:tcMar>
              <w:top w:w="95" w:type="dxa"/>
              <w:start w:w="95" w:type="dxa"/>
              <w:bottom w:w="95" w:type="dxa"/>
              <w:end w:w="95" w:type="dxa"/>
            </w:tcMar>
            <w:vAlign w:val="center"/>
          </w:tcPr>
          <w:p>
            <w:pPr>
              <w:spacing w:after="20" w:line="240" w:lineRule="auto"/>
            </w:pPr>
            <w:r>
              <w:rPr>
                <w:sz w:val="14"/>
              </w:rPr>
            </w:r>
          </w:p>
        </w:tc>
        <w:tc>
          <w:tcPr>
            <w:tcW w:type="dxa" w:w="1440"/>
            <w:tcMar>
              <w:top w:w="95" w:type="dxa"/>
              <w:start w:w="95" w:type="dxa"/>
              <w:bottom w:w="95" w:type="dxa"/>
              <w:end w:w="95" w:type="dxa"/>
            </w:tcMar>
            <w:vAlign w:val="center"/>
          </w:tcPr>
          <w:p>
            <w:pPr>
              <w:spacing w:after="20" w:line="240" w:lineRule="auto"/>
            </w:pPr>
            <w:r>
              <w:rPr>
                <w:sz w:val="14"/>
              </w:rPr>
            </w:r>
          </w:p>
        </w:tc>
        <w:tc>
          <w:tcPr>
            <w:tcW w:type="dxa" w:w="792"/>
            <w:tcMar>
              <w:top w:w="95" w:type="dxa"/>
              <w:start w:w="95" w:type="dxa"/>
              <w:bottom w:w="95" w:type="dxa"/>
              <w:end w:w="95" w:type="dxa"/>
            </w:tcMar>
            <w:vAlign w:val="center"/>
          </w:tcPr>
          <w:p>
            <w:pPr>
              <w:spacing w:after="20" w:line="240" w:lineRule="auto"/>
            </w:pPr>
            <w:r>
              <w:rPr>
                <w:sz w:val="14"/>
              </w:rPr>
            </w:r>
          </w:p>
        </w:tc>
      </w:tr>
      <w:tr>
        <w:trPr>
          <w:cantSplit/>
        </w:trPr>
        <w:tc>
          <w:tcPr>
            <w:tcW w:type="dxa" w:w="1584"/>
            <w:tcMar>
              <w:top w:w="95" w:type="dxa"/>
              <w:start w:w="95" w:type="dxa"/>
              <w:bottom w:w="95" w:type="dxa"/>
              <w:end w:w="95" w:type="dxa"/>
            </w:tcMar>
            <w:vAlign w:val="center"/>
            <w:shd w:fill="F4F7FA"/>
          </w:tcPr>
          <w:p>
            <w:pPr>
              <w:spacing w:after="20" w:line="240" w:lineRule="auto"/>
            </w:pPr>
            <w:r>
              <w:rPr>
                <w:sz w:val="14"/>
              </w:rPr>
            </w:r>
          </w:p>
        </w:tc>
        <w:tc>
          <w:tcPr>
            <w:tcW w:type="dxa" w:w="1512"/>
            <w:tcMar>
              <w:top w:w="95" w:type="dxa"/>
              <w:start w:w="95" w:type="dxa"/>
              <w:bottom w:w="95" w:type="dxa"/>
              <w:end w:w="95" w:type="dxa"/>
            </w:tcMar>
            <w:vAlign w:val="center"/>
            <w:shd w:fill="F4F7FA"/>
          </w:tcPr>
          <w:p>
            <w:pPr>
              <w:spacing w:after="20" w:line="240" w:lineRule="auto"/>
            </w:pPr>
            <w:r>
              <w:rPr>
                <w:sz w:val="14"/>
              </w:rPr>
            </w:r>
          </w:p>
        </w:tc>
        <w:tc>
          <w:tcPr>
            <w:tcW w:type="dxa" w:w="1440"/>
            <w:tcMar>
              <w:top w:w="95" w:type="dxa"/>
              <w:start w:w="95" w:type="dxa"/>
              <w:bottom w:w="95" w:type="dxa"/>
              <w:end w:w="95" w:type="dxa"/>
            </w:tcMar>
            <w:vAlign w:val="center"/>
            <w:shd w:fill="F4F7FA"/>
          </w:tcPr>
          <w:p>
            <w:pPr>
              <w:spacing w:after="20" w:line="240" w:lineRule="auto"/>
            </w:pPr>
            <w:r>
              <w:rPr>
                <w:sz w:val="14"/>
              </w:rPr>
            </w:r>
          </w:p>
        </w:tc>
        <w:tc>
          <w:tcPr>
            <w:tcW w:type="dxa" w:w="864"/>
            <w:tcMar>
              <w:top w:w="95" w:type="dxa"/>
              <w:start w:w="95" w:type="dxa"/>
              <w:bottom w:w="95" w:type="dxa"/>
              <w:end w:w="95" w:type="dxa"/>
            </w:tcMar>
            <w:vAlign w:val="center"/>
            <w:shd w:fill="F4F7FA"/>
          </w:tcPr>
          <w:p>
            <w:pPr>
              <w:spacing w:after="20" w:line="240" w:lineRule="auto"/>
            </w:pPr>
            <w:r>
              <w:rPr>
                <w:sz w:val="14"/>
              </w:rPr>
            </w:r>
          </w:p>
        </w:tc>
        <w:tc>
          <w:tcPr>
            <w:tcW w:type="dxa" w:w="1440"/>
            <w:tcMar>
              <w:top w:w="95" w:type="dxa"/>
              <w:start w:w="95" w:type="dxa"/>
              <w:bottom w:w="95" w:type="dxa"/>
              <w:end w:w="95" w:type="dxa"/>
            </w:tcMar>
            <w:vAlign w:val="center"/>
            <w:shd w:fill="F4F7FA"/>
          </w:tcPr>
          <w:p>
            <w:pPr>
              <w:spacing w:after="20" w:line="240" w:lineRule="auto"/>
            </w:pPr>
            <w:r>
              <w:rPr>
                <w:sz w:val="14"/>
              </w:rPr>
              <w:t>☐</w:t>
            </w:r>
          </w:p>
        </w:tc>
        <w:tc>
          <w:tcPr>
            <w:tcW w:type="dxa" w:w="1008"/>
            <w:tcMar>
              <w:top w:w="95" w:type="dxa"/>
              <w:start w:w="95" w:type="dxa"/>
              <w:bottom w:w="95" w:type="dxa"/>
              <w:end w:w="95" w:type="dxa"/>
            </w:tcMar>
            <w:vAlign w:val="center"/>
            <w:shd w:fill="F4F7FA"/>
          </w:tcPr>
          <w:p>
            <w:pPr>
              <w:spacing w:after="20" w:line="240" w:lineRule="auto"/>
            </w:pPr>
            <w:r>
              <w:rPr>
                <w:sz w:val="14"/>
              </w:rPr>
            </w:r>
          </w:p>
        </w:tc>
        <w:tc>
          <w:tcPr>
            <w:tcW w:type="dxa" w:w="1440"/>
            <w:tcMar>
              <w:top w:w="95" w:type="dxa"/>
              <w:start w:w="95" w:type="dxa"/>
              <w:bottom w:w="95" w:type="dxa"/>
              <w:end w:w="95" w:type="dxa"/>
            </w:tcMar>
            <w:vAlign w:val="center"/>
            <w:shd w:fill="F4F7FA"/>
          </w:tcPr>
          <w:p>
            <w:pPr>
              <w:spacing w:after="20" w:line="240" w:lineRule="auto"/>
            </w:pPr>
            <w:r>
              <w:rPr>
                <w:sz w:val="14"/>
              </w:rPr>
            </w:r>
          </w:p>
        </w:tc>
        <w:tc>
          <w:tcPr>
            <w:tcW w:type="dxa" w:w="792"/>
            <w:tcMar>
              <w:top w:w="95" w:type="dxa"/>
              <w:start w:w="95" w:type="dxa"/>
              <w:bottom w:w="95" w:type="dxa"/>
              <w:end w:w="95" w:type="dxa"/>
            </w:tcMar>
            <w:vAlign w:val="center"/>
            <w:shd w:fill="F4F7FA"/>
          </w:tcPr>
          <w:p>
            <w:pPr>
              <w:spacing w:after="20" w:line="240" w:lineRule="auto"/>
            </w:pPr>
            <w:r>
              <w:rPr>
                <w:sz w:val="14"/>
              </w:rPr>
            </w:r>
          </w:p>
        </w:tc>
      </w:tr>
      <w:tr>
        <w:trPr>
          <w:cantSplit/>
        </w:trPr>
        <w:tc>
          <w:tcPr>
            <w:tcW w:type="dxa" w:w="1584"/>
            <w:tcMar>
              <w:top w:w="95" w:type="dxa"/>
              <w:start w:w="95" w:type="dxa"/>
              <w:bottom w:w="95" w:type="dxa"/>
              <w:end w:w="95" w:type="dxa"/>
            </w:tcMar>
            <w:vAlign w:val="center"/>
          </w:tcPr>
          <w:p>
            <w:pPr>
              <w:spacing w:after="20" w:line="240" w:lineRule="auto"/>
            </w:pPr>
            <w:r>
              <w:rPr>
                <w:sz w:val="14"/>
              </w:rPr>
            </w:r>
          </w:p>
        </w:tc>
        <w:tc>
          <w:tcPr>
            <w:tcW w:type="dxa" w:w="1512"/>
            <w:tcMar>
              <w:top w:w="95" w:type="dxa"/>
              <w:start w:w="95" w:type="dxa"/>
              <w:bottom w:w="95" w:type="dxa"/>
              <w:end w:w="95" w:type="dxa"/>
            </w:tcMar>
            <w:vAlign w:val="center"/>
          </w:tcPr>
          <w:p>
            <w:pPr>
              <w:spacing w:after="20" w:line="240" w:lineRule="auto"/>
            </w:pPr>
            <w:r>
              <w:rPr>
                <w:sz w:val="14"/>
              </w:rPr>
            </w:r>
          </w:p>
        </w:tc>
        <w:tc>
          <w:tcPr>
            <w:tcW w:type="dxa" w:w="1440"/>
            <w:tcMar>
              <w:top w:w="95" w:type="dxa"/>
              <w:start w:w="95" w:type="dxa"/>
              <w:bottom w:w="95" w:type="dxa"/>
              <w:end w:w="95" w:type="dxa"/>
            </w:tcMar>
            <w:vAlign w:val="center"/>
          </w:tcPr>
          <w:p>
            <w:pPr>
              <w:spacing w:after="20" w:line="240" w:lineRule="auto"/>
            </w:pPr>
            <w:r>
              <w:rPr>
                <w:sz w:val="14"/>
              </w:rPr>
            </w:r>
          </w:p>
        </w:tc>
        <w:tc>
          <w:tcPr>
            <w:tcW w:type="dxa" w:w="864"/>
            <w:tcMar>
              <w:top w:w="95" w:type="dxa"/>
              <w:start w:w="95" w:type="dxa"/>
              <w:bottom w:w="95" w:type="dxa"/>
              <w:end w:w="95" w:type="dxa"/>
            </w:tcMar>
            <w:vAlign w:val="center"/>
          </w:tcPr>
          <w:p>
            <w:pPr>
              <w:spacing w:after="20" w:line="240" w:lineRule="auto"/>
            </w:pPr>
            <w:r>
              <w:rPr>
                <w:sz w:val="14"/>
              </w:rPr>
            </w:r>
          </w:p>
        </w:tc>
        <w:tc>
          <w:tcPr>
            <w:tcW w:type="dxa" w:w="1440"/>
            <w:tcMar>
              <w:top w:w="95" w:type="dxa"/>
              <w:start w:w="95" w:type="dxa"/>
              <w:bottom w:w="95" w:type="dxa"/>
              <w:end w:w="95" w:type="dxa"/>
            </w:tcMar>
            <w:vAlign w:val="center"/>
          </w:tcPr>
          <w:p>
            <w:pPr>
              <w:spacing w:after="20" w:line="240" w:lineRule="auto"/>
            </w:pPr>
            <w:r>
              <w:rPr>
                <w:sz w:val="14"/>
              </w:rPr>
              <w:t>☐</w:t>
            </w:r>
          </w:p>
        </w:tc>
        <w:tc>
          <w:tcPr>
            <w:tcW w:type="dxa" w:w="1008"/>
            <w:tcMar>
              <w:top w:w="95" w:type="dxa"/>
              <w:start w:w="95" w:type="dxa"/>
              <w:bottom w:w="95" w:type="dxa"/>
              <w:end w:w="95" w:type="dxa"/>
            </w:tcMar>
            <w:vAlign w:val="center"/>
          </w:tcPr>
          <w:p>
            <w:pPr>
              <w:spacing w:after="20" w:line="240" w:lineRule="auto"/>
            </w:pPr>
            <w:r>
              <w:rPr>
                <w:sz w:val="14"/>
              </w:rPr>
            </w:r>
          </w:p>
        </w:tc>
        <w:tc>
          <w:tcPr>
            <w:tcW w:type="dxa" w:w="1440"/>
            <w:tcMar>
              <w:top w:w="95" w:type="dxa"/>
              <w:start w:w="95" w:type="dxa"/>
              <w:bottom w:w="95" w:type="dxa"/>
              <w:end w:w="95" w:type="dxa"/>
            </w:tcMar>
            <w:vAlign w:val="center"/>
          </w:tcPr>
          <w:p>
            <w:pPr>
              <w:spacing w:after="20" w:line="240" w:lineRule="auto"/>
            </w:pPr>
            <w:r>
              <w:rPr>
                <w:sz w:val="14"/>
              </w:rPr>
            </w:r>
          </w:p>
        </w:tc>
        <w:tc>
          <w:tcPr>
            <w:tcW w:type="dxa" w:w="792"/>
            <w:tcMar>
              <w:top w:w="95" w:type="dxa"/>
              <w:start w:w="95" w:type="dxa"/>
              <w:bottom w:w="95" w:type="dxa"/>
              <w:end w:w="95" w:type="dxa"/>
            </w:tcMar>
            <w:vAlign w:val="center"/>
          </w:tcPr>
          <w:p>
            <w:pPr>
              <w:spacing w:after="20" w:line="240" w:lineRule="auto"/>
            </w:pPr>
            <w:r>
              <w:rPr>
                <w:sz w:val="14"/>
              </w:rPr>
            </w:r>
          </w:p>
        </w:tc>
      </w:tr>
      <w:tr>
        <w:trPr>
          <w:cantSplit/>
        </w:trPr>
        <w:tc>
          <w:tcPr>
            <w:tcW w:type="dxa" w:w="1584"/>
            <w:tcMar>
              <w:top w:w="95" w:type="dxa"/>
              <w:start w:w="95" w:type="dxa"/>
              <w:bottom w:w="95" w:type="dxa"/>
              <w:end w:w="95" w:type="dxa"/>
            </w:tcMar>
            <w:vAlign w:val="center"/>
            <w:shd w:fill="F4F7FA"/>
          </w:tcPr>
          <w:p>
            <w:pPr>
              <w:spacing w:after="20" w:line="240" w:lineRule="auto"/>
            </w:pPr>
            <w:r>
              <w:rPr>
                <w:sz w:val="14"/>
              </w:rPr>
            </w:r>
          </w:p>
        </w:tc>
        <w:tc>
          <w:tcPr>
            <w:tcW w:type="dxa" w:w="1512"/>
            <w:tcMar>
              <w:top w:w="95" w:type="dxa"/>
              <w:start w:w="95" w:type="dxa"/>
              <w:bottom w:w="95" w:type="dxa"/>
              <w:end w:w="95" w:type="dxa"/>
            </w:tcMar>
            <w:vAlign w:val="center"/>
            <w:shd w:fill="F4F7FA"/>
          </w:tcPr>
          <w:p>
            <w:pPr>
              <w:spacing w:after="20" w:line="240" w:lineRule="auto"/>
            </w:pPr>
            <w:r>
              <w:rPr>
                <w:sz w:val="14"/>
              </w:rPr>
            </w:r>
          </w:p>
        </w:tc>
        <w:tc>
          <w:tcPr>
            <w:tcW w:type="dxa" w:w="1440"/>
            <w:tcMar>
              <w:top w:w="95" w:type="dxa"/>
              <w:start w:w="95" w:type="dxa"/>
              <w:bottom w:w="95" w:type="dxa"/>
              <w:end w:w="95" w:type="dxa"/>
            </w:tcMar>
            <w:vAlign w:val="center"/>
            <w:shd w:fill="F4F7FA"/>
          </w:tcPr>
          <w:p>
            <w:pPr>
              <w:spacing w:after="20" w:line="240" w:lineRule="auto"/>
            </w:pPr>
            <w:r>
              <w:rPr>
                <w:sz w:val="14"/>
              </w:rPr>
            </w:r>
          </w:p>
        </w:tc>
        <w:tc>
          <w:tcPr>
            <w:tcW w:type="dxa" w:w="864"/>
            <w:tcMar>
              <w:top w:w="95" w:type="dxa"/>
              <w:start w:w="95" w:type="dxa"/>
              <w:bottom w:w="95" w:type="dxa"/>
              <w:end w:w="95" w:type="dxa"/>
            </w:tcMar>
            <w:vAlign w:val="center"/>
            <w:shd w:fill="F4F7FA"/>
          </w:tcPr>
          <w:p>
            <w:pPr>
              <w:spacing w:after="20" w:line="240" w:lineRule="auto"/>
            </w:pPr>
            <w:r>
              <w:rPr>
                <w:sz w:val="14"/>
              </w:rPr>
            </w:r>
          </w:p>
        </w:tc>
        <w:tc>
          <w:tcPr>
            <w:tcW w:type="dxa" w:w="1440"/>
            <w:tcMar>
              <w:top w:w="95" w:type="dxa"/>
              <w:start w:w="95" w:type="dxa"/>
              <w:bottom w:w="95" w:type="dxa"/>
              <w:end w:w="95" w:type="dxa"/>
            </w:tcMar>
            <w:vAlign w:val="center"/>
            <w:shd w:fill="F4F7FA"/>
          </w:tcPr>
          <w:p>
            <w:pPr>
              <w:spacing w:after="20" w:line="240" w:lineRule="auto"/>
            </w:pPr>
            <w:r>
              <w:rPr>
                <w:sz w:val="14"/>
              </w:rPr>
              <w:t>☐</w:t>
            </w:r>
          </w:p>
        </w:tc>
        <w:tc>
          <w:tcPr>
            <w:tcW w:type="dxa" w:w="1008"/>
            <w:tcMar>
              <w:top w:w="95" w:type="dxa"/>
              <w:start w:w="95" w:type="dxa"/>
              <w:bottom w:w="95" w:type="dxa"/>
              <w:end w:w="95" w:type="dxa"/>
            </w:tcMar>
            <w:vAlign w:val="center"/>
            <w:shd w:fill="F4F7FA"/>
          </w:tcPr>
          <w:p>
            <w:pPr>
              <w:spacing w:after="20" w:line="240" w:lineRule="auto"/>
            </w:pPr>
            <w:r>
              <w:rPr>
                <w:sz w:val="14"/>
              </w:rPr>
            </w:r>
          </w:p>
        </w:tc>
        <w:tc>
          <w:tcPr>
            <w:tcW w:type="dxa" w:w="1440"/>
            <w:tcMar>
              <w:top w:w="95" w:type="dxa"/>
              <w:start w:w="95" w:type="dxa"/>
              <w:bottom w:w="95" w:type="dxa"/>
              <w:end w:w="95" w:type="dxa"/>
            </w:tcMar>
            <w:vAlign w:val="center"/>
            <w:shd w:fill="F4F7FA"/>
          </w:tcPr>
          <w:p>
            <w:pPr>
              <w:spacing w:after="20" w:line="240" w:lineRule="auto"/>
            </w:pPr>
            <w:r>
              <w:rPr>
                <w:sz w:val="14"/>
              </w:rPr>
            </w:r>
          </w:p>
        </w:tc>
        <w:tc>
          <w:tcPr>
            <w:tcW w:type="dxa" w:w="792"/>
            <w:tcMar>
              <w:top w:w="95" w:type="dxa"/>
              <w:start w:w="95" w:type="dxa"/>
              <w:bottom w:w="95" w:type="dxa"/>
              <w:end w:w="95" w:type="dxa"/>
            </w:tcMar>
            <w:vAlign w:val="center"/>
            <w:shd w:fill="F4F7FA"/>
          </w:tcPr>
          <w:p>
            <w:pPr>
              <w:spacing w:after="20" w:line="240" w:lineRule="auto"/>
            </w:pPr>
            <w:r>
              <w:rPr>
                <w:sz w:val="14"/>
              </w:rPr>
            </w:r>
          </w:p>
        </w:tc>
      </w:tr>
    </w:tbl>
    <w:p>
      <w:pPr>
        <w:spacing w:after="20"/>
      </w:pPr>
    </w:p>
    <w:p>
      <w:pPr>
        <w:pStyle w:val="Heading2"/>
      </w:pPr>
      <w:r>
        <w:t>8.2 Outside Role Record</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278"/>
        <w:gridCol w:w="1278"/>
        <w:gridCol w:w="1278"/>
        <w:gridCol w:w="1278"/>
        <w:gridCol w:w="1278"/>
        <w:gridCol w:w="1278"/>
        <w:gridCol w:w="1278"/>
        <w:gridCol w:w="1278"/>
      </w:tblGrid>
      <w:tr>
        <w:trPr>
          <w:tblHeader w:val="true"/>
          <w:cantSplit/>
        </w:trPr>
        <w:tc>
          <w:tcPr>
            <w:tcW w:type="dxa" w:w="1656"/>
            <w:shd w:fill="17365D"/>
            <w:tcMar>
              <w:top w:w="95" w:type="dxa"/>
              <w:start w:w="95" w:type="dxa"/>
              <w:bottom w:w="95" w:type="dxa"/>
              <w:end w:w="95" w:type="dxa"/>
            </w:tcMar>
            <w:vAlign w:val="center"/>
          </w:tcPr>
          <w:p>
            <w:r>
              <w:rPr>
                <w:b/>
                <w:color w:val="FFFFFF"/>
                <w:sz w:val="14"/>
              </w:rPr>
              <w:t>Organisation</w:t>
            </w:r>
          </w:p>
        </w:tc>
        <w:tc>
          <w:tcPr>
            <w:tcW w:type="dxa" w:w="1440"/>
            <w:shd w:fill="17365D"/>
            <w:tcMar>
              <w:top w:w="95" w:type="dxa"/>
              <w:start w:w="95" w:type="dxa"/>
              <w:bottom w:w="95" w:type="dxa"/>
              <w:end w:w="95" w:type="dxa"/>
            </w:tcMar>
            <w:vAlign w:val="center"/>
          </w:tcPr>
          <w:p>
            <w:r>
              <w:rPr>
                <w:b/>
                <w:color w:val="FFFFFF"/>
                <w:sz w:val="14"/>
              </w:rPr>
              <w:t>Role</w:t>
            </w:r>
          </w:p>
        </w:tc>
        <w:tc>
          <w:tcPr>
            <w:tcW w:type="dxa" w:w="1224"/>
            <w:shd w:fill="17365D"/>
            <w:tcMar>
              <w:top w:w="95" w:type="dxa"/>
              <w:start w:w="95" w:type="dxa"/>
              <w:bottom w:w="95" w:type="dxa"/>
              <w:end w:w="95" w:type="dxa"/>
            </w:tcMar>
            <w:vAlign w:val="center"/>
          </w:tcPr>
          <w:p>
            <w:r>
              <w:rPr>
                <w:b/>
                <w:color w:val="FFFFFF"/>
                <w:sz w:val="14"/>
              </w:rPr>
              <w:t>Paid or unpaid</w:t>
            </w:r>
          </w:p>
        </w:tc>
        <w:tc>
          <w:tcPr>
            <w:tcW w:type="dxa" w:w="1224"/>
            <w:shd w:fill="17365D"/>
            <w:tcMar>
              <w:top w:w="95" w:type="dxa"/>
              <w:start w:w="95" w:type="dxa"/>
              <w:bottom w:w="95" w:type="dxa"/>
              <w:end w:w="95" w:type="dxa"/>
            </w:tcMar>
            <w:vAlign w:val="center"/>
          </w:tcPr>
          <w:p>
            <w:r>
              <w:rPr>
                <w:b/>
                <w:color w:val="FFFFFF"/>
                <w:sz w:val="14"/>
              </w:rPr>
              <w:t>Time commitment</w:t>
            </w:r>
          </w:p>
        </w:tc>
        <w:tc>
          <w:tcPr>
            <w:tcW w:type="dxa" w:w="1800"/>
            <w:shd w:fill="17365D"/>
            <w:tcMar>
              <w:top w:w="95" w:type="dxa"/>
              <w:start w:w="95" w:type="dxa"/>
              <w:bottom w:w="95" w:type="dxa"/>
              <w:end w:w="95" w:type="dxa"/>
            </w:tcMar>
            <w:vAlign w:val="center"/>
          </w:tcPr>
          <w:p>
            <w:r>
              <w:rPr>
                <w:b/>
                <w:color w:val="FFFFFF"/>
                <w:sz w:val="14"/>
              </w:rPr>
              <w:t>Connection to duties</w:t>
            </w:r>
          </w:p>
        </w:tc>
        <w:tc>
          <w:tcPr>
            <w:tcW w:type="dxa" w:w="936"/>
            <w:shd w:fill="17365D"/>
            <w:tcMar>
              <w:top w:w="95" w:type="dxa"/>
              <w:start w:w="95" w:type="dxa"/>
              <w:bottom w:w="95" w:type="dxa"/>
              <w:end w:w="95" w:type="dxa"/>
            </w:tcMar>
            <w:vAlign w:val="center"/>
          </w:tcPr>
          <w:p>
            <w:r>
              <w:rPr>
                <w:b/>
                <w:color w:val="FFFFFF"/>
                <w:sz w:val="14"/>
              </w:rPr>
              <w:t>Approved</w:t>
            </w:r>
          </w:p>
        </w:tc>
        <w:tc>
          <w:tcPr>
            <w:tcW w:type="dxa" w:w="1080"/>
            <w:shd w:fill="17365D"/>
            <w:tcMar>
              <w:top w:w="95" w:type="dxa"/>
              <w:start w:w="95" w:type="dxa"/>
              <w:bottom w:w="95" w:type="dxa"/>
              <w:end w:w="95" w:type="dxa"/>
            </w:tcMar>
            <w:vAlign w:val="center"/>
          </w:tcPr>
          <w:p>
            <w:r>
              <w:rPr>
                <w:b/>
                <w:color w:val="FFFFFF"/>
                <w:sz w:val="14"/>
              </w:rPr>
              <w:t>Conditions</w:t>
            </w:r>
          </w:p>
        </w:tc>
        <w:tc>
          <w:tcPr>
            <w:tcW w:type="dxa" w:w="792"/>
            <w:shd w:fill="17365D"/>
            <w:tcMar>
              <w:top w:w="95" w:type="dxa"/>
              <w:start w:w="95" w:type="dxa"/>
              <w:bottom w:w="95" w:type="dxa"/>
              <w:end w:w="95" w:type="dxa"/>
            </w:tcMar>
            <w:vAlign w:val="center"/>
          </w:tcPr>
          <w:p>
            <w:r>
              <w:rPr>
                <w:b/>
                <w:color w:val="FFFFFF"/>
                <w:sz w:val="14"/>
              </w:rPr>
              <w:t>Review</w:t>
            </w:r>
          </w:p>
        </w:tc>
      </w:tr>
      <w:tr>
        <w:trPr>
          <w:cantSplit/>
        </w:trPr>
        <w:tc>
          <w:tcPr>
            <w:tcW w:type="dxa" w:w="1656"/>
            <w:tcMar>
              <w:top w:w="95" w:type="dxa"/>
              <w:start w:w="95" w:type="dxa"/>
              <w:bottom w:w="95" w:type="dxa"/>
              <w:end w:w="95" w:type="dxa"/>
            </w:tcMar>
            <w:vAlign w:val="center"/>
          </w:tcPr>
          <w:p>
            <w:pPr>
              <w:spacing w:after="20" w:line="240" w:lineRule="auto"/>
            </w:pPr>
            <w:r>
              <w:rPr>
                <w:sz w:val="14"/>
              </w:rPr>
            </w:r>
          </w:p>
        </w:tc>
        <w:tc>
          <w:tcPr>
            <w:tcW w:type="dxa" w:w="1440"/>
            <w:tcMar>
              <w:top w:w="95" w:type="dxa"/>
              <w:start w:w="95" w:type="dxa"/>
              <w:bottom w:w="95" w:type="dxa"/>
              <w:end w:w="95" w:type="dxa"/>
            </w:tcMar>
            <w:vAlign w:val="center"/>
          </w:tcPr>
          <w:p>
            <w:pPr>
              <w:spacing w:after="20" w:line="240" w:lineRule="auto"/>
            </w:pPr>
            <w:r>
              <w:rPr>
                <w:sz w:val="14"/>
              </w:rPr>
            </w:r>
          </w:p>
        </w:tc>
        <w:tc>
          <w:tcPr>
            <w:tcW w:type="dxa" w:w="1224"/>
            <w:tcMar>
              <w:top w:w="95" w:type="dxa"/>
              <w:start w:w="95" w:type="dxa"/>
              <w:bottom w:w="95" w:type="dxa"/>
              <w:end w:w="95" w:type="dxa"/>
            </w:tcMar>
            <w:vAlign w:val="center"/>
          </w:tcPr>
          <w:p>
            <w:pPr>
              <w:spacing w:after="20" w:line="240" w:lineRule="auto"/>
            </w:pPr>
            <w:r>
              <w:rPr>
                <w:sz w:val="14"/>
              </w:rPr>
            </w:r>
          </w:p>
        </w:tc>
        <w:tc>
          <w:tcPr>
            <w:tcW w:type="dxa" w:w="1224"/>
            <w:tcMar>
              <w:top w:w="95" w:type="dxa"/>
              <w:start w:w="95" w:type="dxa"/>
              <w:bottom w:w="95" w:type="dxa"/>
              <w:end w:w="95" w:type="dxa"/>
            </w:tcMar>
            <w:vAlign w:val="center"/>
          </w:tcPr>
          <w:p>
            <w:pPr>
              <w:spacing w:after="20" w:line="240" w:lineRule="auto"/>
            </w:pPr>
            <w:r>
              <w:rPr>
                <w:sz w:val="14"/>
              </w:rPr>
            </w:r>
          </w:p>
        </w:tc>
        <w:tc>
          <w:tcPr>
            <w:tcW w:type="dxa" w:w="1800"/>
            <w:tcMar>
              <w:top w:w="95" w:type="dxa"/>
              <w:start w:w="95" w:type="dxa"/>
              <w:bottom w:w="95" w:type="dxa"/>
              <w:end w:w="95" w:type="dxa"/>
            </w:tcMar>
            <w:vAlign w:val="center"/>
          </w:tcPr>
          <w:p>
            <w:pPr>
              <w:spacing w:after="20" w:line="240" w:lineRule="auto"/>
            </w:pPr>
            <w:r>
              <w:rPr>
                <w:sz w:val="14"/>
              </w:rPr>
            </w:r>
          </w:p>
        </w:tc>
        <w:tc>
          <w:tcPr>
            <w:tcW w:type="dxa" w:w="936"/>
            <w:tcMar>
              <w:top w:w="95" w:type="dxa"/>
              <w:start w:w="95" w:type="dxa"/>
              <w:bottom w:w="95" w:type="dxa"/>
              <w:end w:w="95" w:type="dxa"/>
            </w:tcMar>
            <w:vAlign w:val="center"/>
          </w:tcPr>
          <w:p>
            <w:pPr>
              <w:spacing w:after="20" w:line="240" w:lineRule="auto"/>
            </w:pPr>
            <w:r>
              <w:rPr>
                <w:sz w:val="14"/>
              </w:rPr>
            </w:r>
          </w:p>
        </w:tc>
        <w:tc>
          <w:tcPr>
            <w:tcW w:type="dxa" w:w="1080"/>
            <w:tcMar>
              <w:top w:w="95" w:type="dxa"/>
              <w:start w:w="95" w:type="dxa"/>
              <w:bottom w:w="95" w:type="dxa"/>
              <w:end w:w="95" w:type="dxa"/>
            </w:tcMar>
            <w:vAlign w:val="center"/>
          </w:tcPr>
          <w:p>
            <w:pPr>
              <w:spacing w:after="20" w:line="240" w:lineRule="auto"/>
            </w:pPr>
            <w:r>
              <w:rPr>
                <w:sz w:val="14"/>
              </w:rPr>
            </w:r>
          </w:p>
        </w:tc>
        <w:tc>
          <w:tcPr>
            <w:tcW w:type="dxa" w:w="792"/>
            <w:tcMar>
              <w:top w:w="95" w:type="dxa"/>
              <w:start w:w="95" w:type="dxa"/>
              <w:bottom w:w="95" w:type="dxa"/>
              <w:end w:w="95" w:type="dxa"/>
            </w:tcMar>
            <w:vAlign w:val="center"/>
          </w:tcPr>
          <w:p>
            <w:pPr>
              <w:spacing w:after="20" w:line="240" w:lineRule="auto"/>
            </w:pPr>
            <w:r>
              <w:rPr>
                <w:sz w:val="14"/>
              </w:rPr>
            </w:r>
          </w:p>
        </w:tc>
      </w:tr>
      <w:tr>
        <w:trPr>
          <w:cantSplit/>
        </w:trPr>
        <w:tc>
          <w:tcPr>
            <w:tcW w:type="dxa" w:w="1656"/>
            <w:tcMar>
              <w:top w:w="95" w:type="dxa"/>
              <w:start w:w="95" w:type="dxa"/>
              <w:bottom w:w="95" w:type="dxa"/>
              <w:end w:w="95" w:type="dxa"/>
            </w:tcMar>
            <w:vAlign w:val="center"/>
            <w:shd w:fill="F4F7FA"/>
          </w:tcPr>
          <w:p>
            <w:pPr>
              <w:spacing w:after="20" w:line="240" w:lineRule="auto"/>
            </w:pPr>
            <w:r>
              <w:rPr>
                <w:sz w:val="14"/>
              </w:rPr>
            </w:r>
          </w:p>
        </w:tc>
        <w:tc>
          <w:tcPr>
            <w:tcW w:type="dxa" w:w="1440"/>
            <w:tcMar>
              <w:top w:w="95" w:type="dxa"/>
              <w:start w:w="95" w:type="dxa"/>
              <w:bottom w:w="95" w:type="dxa"/>
              <w:end w:w="95" w:type="dxa"/>
            </w:tcMar>
            <w:vAlign w:val="center"/>
            <w:shd w:fill="F4F7FA"/>
          </w:tcPr>
          <w:p>
            <w:pPr>
              <w:spacing w:after="20" w:line="240" w:lineRule="auto"/>
            </w:pPr>
            <w:r>
              <w:rPr>
                <w:sz w:val="14"/>
              </w:rPr>
            </w:r>
          </w:p>
        </w:tc>
        <w:tc>
          <w:tcPr>
            <w:tcW w:type="dxa" w:w="1224"/>
            <w:tcMar>
              <w:top w:w="95" w:type="dxa"/>
              <w:start w:w="95" w:type="dxa"/>
              <w:bottom w:w="95" w:type="dxa"/>
              <w:end w:w="95" w:type="dxa"/>
            </w:tcMar>
            <w:vAlign w:val="center"/>
            <w:shd w:fill="F4F7FA"/>
          </w:tcPr>
          <w:p>
            <w:pPr>
              <w:spacing w:after="20" w:line="240" w:lineRule="auto"/>
            </w:pPr>
            <w:r>
              <w:rPr>
                <w:sz w:val="14"/>
              </w:rPr>
            </w:r>
          </w:p>
        </w:tc>
        <w:tc>
          <w:tcPr>
            <w:tcW w:type="dxa" w:w="1224"/>
            <w:tcMar>
              <w:top w:w="95" w:type="dxa"/>
              <w:start w:w="95" w:type="dxa"/>
              <w:bottom w:w="95" w:type="dxa"/>
              <w:end w:w="95" w:type="dxa"/>
            </w:tcMar>
            <w:vAlign w:val="center"/>
            <w:shd w:fill="F4F7FA"/>
          </w:tcPr>
          <w:p>
            <w:pPr>
              <w:spacing w:after="20" w:line="240" w:lineRule="auto"/>
            </w:pPr>
            <w:r>
              <w:rPr>
                <w:sz w:val="14"/>
              </w:rPr>
            </w:r>
          </w:p>
        </w:tc>
        <w:tc>
          <w:tcPr>
            <w:tcW w:type="dxa" w:w="1800"/>
            <w:tcMar>
              <w:top w:w="95" w:type="dxa"/>
              <w:start w:w="95" w:type="dxa"/>
              <w:bottom w:w="95" w:type="dxa"/>
              <w:end w:w="95" w:type="dxa"/>
            </w:tcMar>
            <w:vAlign w:val="center"/>
            <w:shd w:fill="F4F7FA"/>
          </w:tcPr>
          <w:p>
            <w:pPr>
              <w:spacing w:after="20" w:line="240" w:lineRule="auto"/>
            </w:pPr>
            <w:r>
              <w:rPr>
                <w:sz w:val="14"/>
              </w:rPr>
            </w:r>
          </w:p>
        </w:tc>
        <w:tc>
          <w:tcPr>
            <w:tcW w:type="dxa" w:w="936"/>
            <w:tcMar>
              <w:top w:w="95" w:type="dxa"/>
              <w:start w:w="95" w:type="dxa"/>
              <w:bottom w:w="95" w:type="dxa"/>
              <w:end w:w="95" w:type="dxa"/>
            </w:tcMar>
            <w:vAlign w:val="center"/>
            <w:shd w:fill="F4F7FA"/>
          </w:tcPr>
          <w:p>
            <w:pPr>
              <w:spacing w:after="20" w:line="240" w:lineRule="auto"/>
            </w:pPr>
            <w:r>
              <w:rPr>
                <w:sz w:val="14"/>
              </w:rPr>
            </w:r>
          </w:p>
        </w:tc>
        <w:tc>
          <w:tcPr>
            <w:tcW w:type="dxa" w:w="1080"/>
            <w:tcMar>
              <w:top w:w="95" w:type="dxa"/>
              <w:start w:w="95" w:type="dxa"/>
              <w:bottom w:w="95" w:type="dxa"/>
              <w:end w:w="95" w:type="dxa"/>
            </w:tcMar>
            <w:vAlign w:val="center"/>
            <w:shd w:fill="F4F7FA"/>
          </w:tcPr>
          <w:p>
            <w:pPr>
              <w:spacing w:after="20" w:line="240" w:lineRule="auto"/>
            </w:pPr>
            <w:r>
              <w:rPr>
                <w:sz w:val="14"/>
              </w:rPr>
            </w:r>
          </w:p>
        </w:tc>
        <w:tc>
          <w:tcPr>
            <w:tcW w:type="dxa" w:w="792"/>
            <w:tcMar>
              <w:top w:w="95" w:type="dxa"/>
              <w:start w:w="95" w:type="dxa"/>
              <w:bottom w:w="95" w:type="dxa"/>
              <w:end w:w="95" w:type="dxa"/>
            </w:tcMar>
            <w:vAlign w:val="center"/>
            <w:shd w:fill="F4F7FA"/>
          </w:tcPr>
          <w:p>
            <w:pPr>
              <w:spacing w:after="20" w:line="240" w:lineRule="auto"/>
            </w:pPr>
            <w:r>
              <w:rPr>
                <w:sz w:val="14"/>
              </w:rPr>
            </w:r>
          </w:p>
        </w:tc>
      </w:tr>
      <w:tr>
        <w:trPr>
          <w:cantSplit/>
        </w:trPr>
        <w:tc>
          <w:tcPr>
            <w:tcW w:type="dxa" w:w="1656"/>
            <w:tcMar>
              <w:top w:w="95" w:type="dxa"/>
              <w:start w:w="95" w:type="dxa"/>
              <w:bottom w:w="95" w:type="dxa"/>
              <w:end w:w="95" w:type="dxa"/>
            </w:tcMar>
            <w:vAlign w:val="center"/>
          </w:tcPr>
          <w:p>
            <w:pPr>
              <w:spacing w:after="20" w:line="240" w:lineRule="auto"/>
            </w:pPr>
            <w:r>
              <w:rPr>
                <w:sz w:val="14"/>
              </w:rPr>
            </w:r>
          </w:p>
        </w:tc>
        <w:tc>
          <w:tcPr>
            <w:tcW w:type="dxa" w:w="1440"/>
            <w:tcMar>
              <w:top w:w="95" w:type="dxa"/>
              <w:start w:w="95" w:type="dxa"/>
              <w:bottom w:w="95" w:type="dxa"/>
              <w:end w:w="95" w:type="dxa"/>
            </w:tcMar>
            <w:vAlign w:val="center"/>
          </w:tcPr>
          <w:p>
            <w:pPr>
              <w:spacing w:after="20" w:line="240" w:lineRule="auto"/>
            </w:pPr>
            <w:r>
              <w:rPr>
                <w:sz w:val="14"/>
              </w:rPr>
            </w:r>
          </w:p>
        </w:tc>
        <w:tc>
          <w:tcPr>
            <w:tcW w:type="dxa" w:w="1224"/>
            <w:tcMar>
              <w:top w:w="95" w:type="dxa"/>
              <w:start w:w="95" w:type="dxa"/>
              <w:bottom w:w="95" w:type="dxa"/>
              <w:end w:w="95" w:type="dxa"/>
            </w:tcMar>
            <w:vAlign w:val="center"/>
          </w:tcPr>
          <w:p>
            <w:pPr>
              <w:spacing w:after="20" w:line="240" w:lineRule="auto"/>
            </w:pPr>
            <w:r>
              <w:rPr>
                <w:sz w:val="14"/>
              </w:rPr>
            </w:r>
          </w:p>
        </w:tc>
        <w:tc>
          <w:tcPr>
            <w:tcW w:type="dxa" w:w="1224"/>
            <w:tcMar>
              <w:top w:w="95" w:type="dxa"/>
              <w:start w:w="95" w:type="dxa"/>
              <w:bottom w:w="95" w:type="dxa"/>
              <w:end w:w="95" w:type="dxa"/>
            </w:tcMar>
            <w:vAlign w:val="center"/>
          </w:tcPr>
          <w:p>
            <w:pPr>
              <w:spacing w:after="20" w:line="240" w:lineRule="auto"/>
            </w:pPr>
            <w:r>
              <w:rPr>
                <w:sz w:val="14"/>
              </w:rPr>
            </w:r>
          </w:p>
        </w:tc>
        <w:tc>
          <w:tcPr>
            <w:tcW w:type="dxa" w:w="1800"/>
            <w:tcMar>
              <w:top w:w="95" w:type="dxa"/>
              <w:start w:w="95" w:type="dxa"/>
              <w:bottom w:w="95" w:type="dxa"/>
              <w:end w:w="95" w:type="dxa"/>
            </w:tcMar>
            <w:vAlign w:val="center"/>
          </w:tcPr>
          <w:p>
            <w:pPr>
              <w:spacing w:after="20" w:line="240" w:lineRule="auto"/>
            </w:pPr>
            <w:r>
              <w:rPr>
                <w:sz w:val="14"/>
              </w:rPr>
            </w:r>
          </w:p>
        </w:tc>
        <w:tc>
          <w:tcPr>
            <w:tcW w:type="dxa" w:w="936"/>
            <w:tcMar>
              <w:top w:w="95" w:type="dxa"/>
              <w:start w:w="95" w:type="dxa"/>
              <w:bottom w:w="95" w:type="dxa"/>
              <w:end w:w="95" w:type="dxa"/>
            </w:tcMar>
            <w:vAlign w:val="center"/>
          </w:tcPr>
          <w:p>
            <w:pPr>
              <w:spacing w:after="20" w:line="240" w:lineRule="auto"/>
            </w:pPr>
            <w:r>
              <w:rPr>
                <w:sz w:val="14"/>
              </w:rPr>
            </w:r>
          </w:p>
        </w:tc>
        <w:tc>
          <w:tcPr>
            <w:tcW w:type="dxa" w:w="1080"/>
            <w:tcMar>
              <w:top w:w="95" w:type="dxa"/>
              <w:start w:w="95" w:type="dxa"/>
              <w:bottom w:w="95" w:type="dxa"/>
              <w:end w:w="95" w:type="dxa"/>
            </w:tcMar>
            <w:vAlign w:val="center"/>
          </w:tcPr>
          <w:p>
            <w:pPr>
              <w:spacing w:after="20" w:line="240" w:lineRule="auto"/>
            </w:pPr>
            <w:r>
              <w:rPr>
                <w:sz w:val="14"/>
              </w:rPr>
            </w:r>
          </w:p>
        </w:tc>
        <w:tc>
          <w:tcPr>
            <w:tcW w:type="dxa" w:w="792"/>
            <w:tcMar>
              <w:top w:w="95" w:type="dxa"/>
              <w:start w:w="95" w:type="dxa"/>
              <w:bottom w:w="95" w:type="dxa"/>
              <w:end w:w="95" w:type="dxa"/>
            </w:tcMar>
            <w:vAlign w:val="center"/>
          </w:tcPr>
          <w:p>
            <w:pPr>
              <w:spacing w:after="20" w:line="240" w:lineRule="auto"/>
            </w:pPr>
            <w:r>
              <w:rPr>
                <w:sz w:val="14"/>
              </w:rPr>
            </w:r>
          </w:p>
        </w:tc>
      </w:tr>
      <w:tr>
        <w:trPr>
          <w:cantSplit/>
        </w:trPr>
        <w:tc>
          <w:tcPr>
            <w:tcW w:type="dxa" w:w="1656"/>
            <w:tcMar>
              <w:top w:w="95" w:type="dxa"/>
              <w:start w:w="95" w:type="dxa"/>
              <w:bottom w:w="95" w:type="dxa"/>
              <w:end w:w="95" w:type="dxa"/>
            </w:tcMar>
            <w:vAlign w:val="center"/>
            <w:shd w:fill="F4F7FA"/>
          </w:tcPr>
          <w:p>
            <w:pPr>
              <w:spacing w:after="20" w:line="240" w:lineRule="auto"/>
            </w:pPr>
            <w:r>
              <w:rPr>
                <w:sz w:val="14"/>
              </w:rPr>
            </w:r>
          </w:p>
        </w:tc>
        <w:tc>
          <w:tcPr>
            <w:tcW w:type="dxa" w:w="1440"/>
            <w:tcMar>
              <w:top w:w="95" w:type="dxa"/>
              <w:start w:w="95" w:type="dxa"/>
              <w:bottom w:w="95" w:type="dxa"/>
              <w:end w:w="95" w:type="dxa"/>
            </w:tcMar>
            <w:vAlign w:val="center"/>
            <w:shd w:fill="F4F7FA"/>
          </w:tcPr>
          <w:p>
            <w:pPr>
              <w:spacing w:after="20" w:line="240" w:lineRule="auto"/>
            </w:pPr>
            <w:r>
              <w:rPr>
                <w:sz w:val="14"/>
              </w:rPr>
            </w:r>
          </w:p>
        </w:tc>
        <w:tc>
          <w:tcPr>
            <w:tcW w:type="dxa" w:w="1224"/>
            <w:tcMar>
              <w:top w:w="95" w:type="dxa"/>
              <w:start w:w="95" w:type="dxa"/>
              <w:bottom w:w="95" w:type="dxa"/>
              <w:end w:w="95" w:type="dxa"/>
            </w:tcMar>
            <w:vAlign w:val="center"/>
            <w:shd w:fill="F4F7FA"/>
          </w:tcPr>
          <w:p>
            <w:pPr>
              <w:spacing w:after="20" w:line="240" w:lineRule="auto"/>
            </w:pPr>
            <w:r>
              <w:rPr>
                <w:sz w:val="14"/>
              </w:rPr>
            </w:r>
          </w:p>
        </w:tc>
        <w:tc>
          <w:tcPr>
            <w:tcW w:type="dxa" w:w="1224"/>
            <w:tcMar>
              <w:top w:w="95" w:type="dxa"/>
              <w:start w:w="95" w:type="dxa"/>
              <w:bottom w:w="95" w:type="dxa"/>
              <w:end w:w="95" w:type="dxa"/>
            </w:tcMar>
            <w:vAlign w:val="center"/>
            <w:shd w:fill="F4F7FA"/>
          </w:tcPr>
          <w:p>
            <w:pPr>
              <w:spacing w:after="20" w:line="240" w:lineRule="auto"/>
            </w:pPr>
            <w:r>
              <w:rPr>
                <w:sz w:val="14"/>
              </w:rPr>
            </w:r>
          </w:p>
        </w:tc>
        <w:tc>
          <w:tcPr>
            <w:tcW w:type="dxa" w:w="1800"/>
            <w:tcMar>
              <w:top w:w="95" w:type="dxa"/>
              <w:start w:w="95" w:type="dxa"/>
              <w:bottom w:w="95" w:type="dxa"/>
              <w:end w:w="95" w:type="dxa"/>
            </w:tcMar>
            <w:vAlign w:val="center"/>
            <w:shd w:fill="F4F7FA"/>
          </w:tcPr>
          <w:p>
            <w:pPr>
              <w:spacing w:after="20" w:line="240" w:lineRule="auto"/>
            </w:pPr>
            <w:r>
              <w:rPr>
                <w:sz w:val="14"/>
              </w:rPr>
            </w:r>
          </w:p>
        </w:tc>
        <w:tc>
          <w:tcPr>
            <w:tcW w:type="dxa" w:w="936"/>
            <w:tcMar>
              <w:top w:w="95" w:type="dxa"/>
              <w:start w:w="95" w:type="dxa"/>
              <w:bottom w:w="95" w:type="dxa"/>
              <w:end w:w="95" w:type="dxa"/>
            </w:tcMar>
            <w:vAlign w:val="center"/>
            <w:shd w:fill="F4F7FA"/>
          </w:tcPr>
          <w:p>
            <w:pPr>
              <w:spacing w:after="20" w:line="240" w:lineRule="auto"/>
            </w:pPr>
            <w:r>
              <w:rPr>
                <w:sz w:val="14"/>
              </w:rPr>
            </w:r>
          </w:p>
        </w:tc>
        <w:tc>
          <w:tcPr>
            <w:tcW w:type="dxa" w:w="1080"/>
            <w:tcMar>
              <w:top w:w="95" w:type="dxa"/>
              <w:start w:w="95" w:type="dxa"/>
              <w:bottom w:w="95" w:type="dxa"/>
              <w:end w:w="95" w:type="dxa"/>
            </w:tcMar>
            <w:vAlign w:val="center"/>
            <w:shd w:fill="F4F7FA"/>
          </w:tcPr>
          <w:p>
            <w:pPr>
              <w:spacing w:after="20" w:line="240" w:lineRule="auto"/>
            </w:pPr>
            <w:r>
              <w:rPr>
                <w:sz w:val="14"/>
              </w:rPr>
            </w:r>
          </w:p>
        </w:tc>
        <w:tc>
          <w:tcPr>
            <w:tcW w:type="dxa" w:w="792"/>
            <w:tcMar>
              <w:top w:w="95" w:type="dxa"/>
              <w:start w:w="95" w:type="dxa"/>
              <w:bottom w:w="95" w:type="dxa"/>
              <w:end w:w="95" w:type="dxa"/>
            </w:tcMar>
            <w:vAlign w:val="center"/>
            <w:shd w:fill="F4F7FA"/>
          </w:tcPr>
          <w:p>
            <w:pPr>
              <w:spacing w:after="20" w:line="240" w:lineRule="auto"/>
            </w:pPr>
            <w:r>
              <w:rPr>
                <w:sz w:val="14"/>
              </w:rPr>
            </w:r>
          </w:p>
        </w:tc>
      </w:tr>
      <w:tr>
        <w:trPr>
          <w:cantSplit/>
        </w:trPr>
        <w:tc>
          <w:tcPr>
            <w:tcW w:type="dxa" w:w="1656"/>
            <w:tcMar>
              <w:top w:w="95" w:type="dxa"/>
              <w:start w:w="95" w:type="dxa"/>
              <w:bottom w:w="95" w:type="dxa"/>
              <w:end w:w="95" w:type="dxa"/>
            </w:tcMar>
            <w:vAlign w:val="center"/>
          </w:tcPr>
          <w:p>
            <w:pPr>
              <w:spacing w:after="20" w:line="240" w:lineRule="auto"/>
            </w:pPr>
            <w:r>
              <w:rPr>
                <w:sz w:val="14"/>
              </w:rPr>
            </w:r>
          </w:p>
        </w:tc>
        <w:tc>
          <w:tcPr>
            <w:tcW w:type="dxa" w:w="1440"/>
            <w:tcMar>
              <w:top w:w="95" w:type="dxa"/>
              <w:start w:w="95" w:type="dxa"/>
              <w:bottom w:w="95" w:type="dxa"/>
              <w:end w:w="95" w:type="dxa"/>
            </w:tcMar>
            <w:vAlign w:val="center"/>
          </w:tcPr>
          <w:p>
            <w:pPr>
              <w:spacing w:after="20" w:line="240" w:lineRule="auto"/>
            </w:pPr>
            <w:r>
              <w:rPr>
                <w:sz w:val="14"/>
              </w:rPr>
            </w:r>
          </w:p>
        </w:tc>
        <w:tc>
          <w:tcPr>
            <w:tcW w:type="dxa" w:w="1224"/>
            <w:tcMar>
              <w:top w:w="95" w:type="dxa"/>
              <w:start w:w="95" w:type="dxa"/>
              <w:bottom w:w="95" w:type="dxa"/>
              <w:end w:w="95" w:type="dxa"/>
            </w:tcMar>
            <w:vAlign w:val="center"/>
          </w:tcPr>
          <w:p>
            <w:pPr>
              <w:spacing w:after="20" w:line="240" w:lineRule="auto"/>
            </w:pPr>
            <w:r>
              <w:rPr>
                <w:sz w:val="14"/>
              </w:rPr>
            </w:r>
          </w:p>
        </w:tc>
        <w:tc>
          <w:tcPr>
            <w:tcW w:type="dxa" w:w="1224"/>
            <w:tcMar>
              <w:top w:w="95" w:type="dxa"/>
              <w:start w:w="95" w:type="dxa"/>
              <w:bottom w:w="95" w:type="dxa"/>
              <w:end w:w="95" w:type="dxa"/>
            </w:tcMar>
            <w:vAlign w:val="center"/>
          </w:tcPr>
          <w:p>
            <w:pPr>
              <w:spacing w:after="20" w:line="240" w:lineRule="auto"/>
            </w:pPr>
            <w:r>
              <w:rPr>
                <w:sz w:val="14"/>
              </w:rPr>
            </w:r>
          </w:p>
        </w:tc>
        <w:tc>
          <w:tcPr>
            <w:tcW w:type="dxa" w:w="1800"/>
            <w:tcMar>
              <w:top w:w="95" w:type="dxa"/>
              <w:start w:w="95" w:type="dxa"/>
              <w:bottom w:w="95" w:type="dxa"/>
              <w:end w:w="95" w:type="dxa"/>
            </w:tcMar>
            <w:vAlign w:val="center"/>
          </w:tcPr>
          <w:p>
            <w:pPr>
              <w:spacing w:after="20" w:line="240" w:lineRule="auto"/>
            </w:pPr>
            <w:r>
              <w:rPr>
                <w:sz w:val="14"/>
              </w:rPr>
            </w:r>
          </w:p>
        </w:tc>
        <w:tc>
          <w:tcPr>
            <w:tcW w:type="dxa" w:w="936"/>
            <w:tcMar>
              <w:top w:w="95" w:type="dxa"/>
              <w:start w:w="95" w:type="dxa"/>
              <w:bottom w:w="95" w:type="dxa"/>
              <w:end w:w="95" w:type="dxa"/>
            </w:tcMar>
            <w:vAlign w:val="center"/>
          </w:tcPr>
          <w:p>
            <w:pPr>
              <w:spacing w:after="20" w:line="240" w:lineRule="auto"/>
            </w:pPr>
            <w:r>
              <w:rPr>
                <w:sz w:val="14"/>
              </w:rPr>
            </w:r>
          </w:p>
        </w:tc>
        <w:tc>
          <w:tcPr>
            <w:tcW w:type="dxa" w:w="1080"/>
            <w:tcMar>
              <w:top w:w="95" w:type="dxa"/>
              <w:start w:w="95" w:type="dxa"/>
              <w:bottom w:w="95" w:type="dxa"/>
              <w:end w:w="95" w:type="dxa"/>
            </w:tcMar>
            <w:vAlign w:val="center"/>
          </w:tcPr>
          <w:p>
            <w:pPr>
              <w:spacing w:after="20" w:line="240" w:lineRule="auto"/>
            </w:pPr>
            <w:r>
              <w:rPr>
                <w:sz w:val="14"/>
              </w:rPr>
            </w:r>
          </w:p>
        </w:tc>
        <w:tc>
          <w:tcPr>
            <w:tcW w:type="dxa" w:w="792"/>
            <w:tcMar>
              <w:top w:w="95" w:type="dxa"/>
              <w:start w:w="95" w:type="dxa"/>
              <w:bottom w:w="95" w:type="dxa"/>
              <w:end w:w="95" w:type="dxa"/>
            </w:tcMar>
            <w:vAlign w:val="center"/>
          </w:tcPr>
          <w:p>
            <w:pPr>
              <w:spacing w:after="20" w:line="240" w:lineRule="auto"/>
            </w:pPr>
            <w:r>
              <w:rPr>
                <w:sz w:val="14"/>
              </w:rPr>
            </w:r>
          </w:p>
        </w:tc>
      </w:tr>
      <w:tr>
        <w:trPr>
          <w:cantSplit/>
        </w:trPr>
        <w:tc>
          <w:tcPr>
            <w:tcW w:type="dxa" w:w="1656"/>
            <w:tcMar>
              <w:top w:w="95" w:type="dxa"/>
              <w:start w:w="95" w:type="dxa"/>
              <w:bottom w:w="95" w:type="dxa"/>
              <w:end w:w="95" w:type="dxa"/>
            </w:tcMar>
            <w:vAlign w:val="center"/>
            <w:shd w:fill="F4F7FA"/>
          </w:tcPr>
          <w:p>
            <w:pPr>
              <w:spacing w:after="20" w:line="240" w:lineRule="auto"/>
            </w:pPr>
            <w:r>
              <w:rPr>
                <w:sz w:val="14"/>
              </w:rPr>
            </w:r>
          </w:p>
        </w:tc>
        <w:tc>
          <w:tcPr>
            <w:tcW w:type="dxa" w:w="1440"/>
            <w:tcMar>
              <w:top w:w="95" w:type="dxa"/>
              <w:start w:w="95" w:type="dxa"/>
              <w:bottom w:w="95" w:type="dxa"/>
              <w:end w:w="95" w:type="dxa"/>
            </w:tcMar>
            <w:vAlign w:val="center"/>
            <w:shd w:fill="F4F7FA"/>
          </w:tcPr>
          <w:p>
            <w:pPr>
              <w:spacing w:after="20" w:line="240" w:lineRule="auto"/>
            </w:pPr>
            <w:r>
              <w:rPr>
                <w:sz w:val="14"/>
              </w:rPr>
            </w:r>
          </w:p>
        </w:tc>
        <w:tc>
          <w:tcPr>
            <w:tcW w:type="dxa" w:w="1224"/>
            <w:tcMar>
              <w:top w:w="95" w:type="dxa"/>
              <w:start w:w="95" w:type="dxa"/>
              <w:bottom w:w="95" w:type="dxa"/>
              <w:end w:w="95" w:type="dxa"/>
            </w:tcMar>
            <w:vAlign w:val="center"/>
            <w:shd w:fill="F4F7FA"/>
          </w:tcPr>
          <w:p>
            <w:pPr>
              <w:spacing w:after="20" w:line="240" w:lineRule="auto"/>
            </w:pPr>
            <w:r>
              <w:rPr>
                <w:sz w:val="14"/>
              </w:rPr>
            </w:r>
          </w:p>
        </w:tc>
        <w:tc>
          <w:tcPr>
            <w:tcW w:type="dxa" w:w="1224"/>
            <w:tcMar>
              <w:top w:w="95" w:type="dxa"/>
              <w:start w:w="95" w:type="dxa"/>
              <w:bottom w:w="95" w:type="dxa"/>
              <w:end w:w="95" w:type="dxa"/>
            </w:tcMar>
            <w:vAlign w:val="center"/>
            <w:shd w:fill="F4F7FA"/>
          </w:tcPr>
          <w:p>
            <w:pPr>
              <w:spacing w:after="20" w:line="240" w:lineRule="auto"/>
            </w:pPr>
            <w:r>
              <w:rPr>
                <w:sz w:val="14"/>
              </w:rPr>
            </w:r>
          </w:p>
        </w:tc>
        <w:tc>
          <w:tcPr>
            <w:tcW w:type="dxa" w:w="1800"/>
            <w:tcMar>
              <w:top w:w="95" w:type="dxa"/>
              <w:start w:w="95" w:type="dxa"/>
              <w:bottom w:w="95" w:type="dxa"/>
              <w:end w:w="95" w:type="dxa"/>
            </w:tcMar>
            <w:vAlign w:val="center"/>
            <w:shd w:fill="F4F7FA"/>
          </w:tcPr>
          <w:p>
            <w:pPr>
              <w:spacing w:after="20" w:line="240" w:lineRule="auto"/>
            </w:pPr>
            <w:r>
              <w:rPr>
                <w:sz w:val="14"/>
              </w:rPr>
            </w:r>
          </w:p>
        </w:tc>
        <w:tc>
          <w:tcPr>
            <w:tcW w:type="dxa" w:w="936"/>
            <w:tcMar>
              <w:top w:w="95" w:type="dxa"/>
              <w:start w:w="95" w:type="dxa"/>
              <w:bottom w:w="95" w:type="dxa"/>
              <w:end w:w="95" w:type="dxa"/>
            </w:tcMar>
            <w:vAlign w:val="center"/>
            <w:shd w:fill="F4F7FA"/>
          </w:tcPr>
          <w:p>
            <w:pPr>
              <w:spacing w:after="20" w:line="240" w:lineRule="auto"/>
            </w:pPr>
            <w:r>
              <w:rPr>
                <w:sz w:val="14"/>
              </w:rPr>
            </w:r>
          </w:p>
        </w:tc>
        <w:tc>
          <w:tcPr>
            <w:tcW w:type="dxa" w:w="1080"/>
            <w:tcMar>
              <w:top w:w="95" w:type="dxa"/>
              <w:start w:w="95" w:type="dxa"/>
              <w:bottom w:w="95" w:type="dxa"/>
              <w:end w:w="95" w:type="dxa"/>
            </w:tcMar>
            <w:vAlign w:val="center"/>
            <w:shd w:fill="F4F7FA"/>
          </w:tcPr>
          <w:p>
            <w:pPr>
              <w:spacing w:after="20" w:line="240" w:lineRule="auto"/>
            </w:pPr>
            <w:r>
              <w:rPr>
                <w:sz w:val="14"/>
              </w:rPr>
            </w:r>
          </w:p>
        </w:tc>
        <w:tc>
          <w:tcPr>
            <w:tcW w:type="dxa" w:w="792"/>
            <w:tcMar>
              <w:top w:w="95" w:type="dxa"/>
              <w:start w:w="95" w:type="dxa"/>
              <w:bottom w:w="95" w:type="dxa"/>
              <w:end w:w="95" w:type="dxa"/>
            </w:tcMar>
            <w:vAlign w:val="center"/>
            <w:shd w:fill="F4F7FA"/>
          </w:tcPr>
          <w:p>
            <w:pPr>
              <w:spacing w:after="20" w:line="240" w:lineRule="auto"/>
            </w:pPr>
            <w:r>
              <w:rPr>
                <w:sz w:val="14"/>
              </w:rPr>
            </w:r>
          </w:p>
        </w:tc>
      </w:tr>
      <w:tr>
        <w:trPr>
          <w:cantSplit/>
        </w:trPr>
        <w:tc>
          <w:tcPr>
            <w:tcW w:type="dxa" w:w="1656"/>
            <w:tcMar>
              <w:top w:w="95" w:type="dxa"/>
              <w:start w:w="95" w:type="dxa"/>
              <w:bottom w:w="95" w:type="dxa"/>
              <w:end w:w="95" w:type="dxa"/>
            </w:tcMar>
            <w:vAlign w:val="center"/>
          </w:tcPr>
          <w:p>
            <w:pPr>
              <w:spacing w:after="20" w:line="240" w:lineRule="auto"/>
            </w:pPr>
            <w:r>
              <w:rPr>
                <w:sz w:val="14"/>
              </w:rPr>
            </w:r>
          </w:p>
        </w:tc>
        <w:tc>
          <w:tcPr>
            <w:tcW w:type="dxa" w:w="1440"/>
            <w:tcMar>
              <w:top w:w="95" w:type="dxa"/>
              <w:start w:w="95" w:type="dxa"/>
              <w:bottom w:w="95" w:type="dxa"/>
              <w:end w:w="95" w:type="dxa"/>
            </w:tcMar>
            <w:vAlign w:val="center"/>
          </w:tcPr>
          <w:p>
            <w:pPr>
              <w:spacing w:after="20" w:line="240" w:lineRule="auto"/>
            </w:pPr>
            <w:r>
              <w:rPr>
                <w:sz w:val="14"/>
              </w:rPr>
            </w:r>
          </w:p>
        </w:tc>
        <w:tc>
          <w:tcPr>
            <w:tcW w:type="dxa" w:w="1224"/>
            <w:tcMar>
              <w:top w:w="95" w:type="dxa"/>
              <w:start w:w="95" w:type="dxa"/>
              <w:bottom w:w="95" w:type="dxa"/>
              <w:end w:w="95" w:type="dxa"/>
            </w:tcMar>
            <w:vAlign w:val="center"/>
          </w:tcPr>
          <w:p>
            <w:pPr>
              <w:spacing w:after="20" w:line="240" w:lineRule="auto"/>
            </w:pPr>
            <w:r>
              <w:rPr>
                <w:sz w:val="14"/>
              </w:rPr>
            </w:r>
          </w:p>
        </w:tc>
        <w:tc>
          <w:tcPr>
            <w:tcW w:type="dxa" w:w="1224"/>
            <w:tcMar>
              <w:top w:w="95" w:type="dxa"/>
              <w:start w:w="95" w:type="dxa"/>
              <w:bottom w:w="95" w:type="dxa"/>
              <w:end w:w="95" w:type="dxa"/>
            </w:tcMar>
            <w:vAlign w:val="center"/>
          </w:tcPr>
          <w:p>
            <w:pPr>
              <w:spacing w:after="20" w:line="240" w:lineRule="auto"/>
            </w:pPr>
            <w:r>
              <w:rPr>
                <w:sz w:val="14"/>
              </w:rPr>
            </w:r>
          </w:p>
        </w:tc>
        <w:tc>
          <w:tcPr>
            <w:tcW w:type="dxa" w:w="1800"/>
            <w:tcMar>
              <w:top w:w="95" w:type="dxa"/>
              <w:start w:w="95" w:type="dxa"/>
              <w:bottom w:w="95" w:type="dxa"/>
              <w:end w:w="95" w:type="dxa"/>
            </w:tcMar>
            <w:vAlign w:val="center"/>
          </w:tcPr>
          <w:p>
            <w:pPr>
              <w:spacing w:after="20" w:line="240" w:lineRule="auto"/>
            </w:pPr>
            <w:r>
              <w:rPr>
                <w:sz w:val="14"/>
              </w:rPr>
            </w:r>
          </w:p>
        </w:tc>
        <w:tc>
          <w:tcPr>
            <w:tcW w:type="dxa" w:w="936"/>
            <w:tcMar>
              <w:top w:w="95" w:type="dxa"/>
              <w:start w:w="95" w:type="dxa"/>
              <w:bottom w:w="95" w:type="dxa"/>
              <w:end w:w="95" w:type="dxa"/>
            </w:tcMar>
            <w:vAlign w:val="center"/>
          </w:tcPr>
          <w:p>
            <w:pPr>
              <w:spacing w:after="20" w:line="240" w:lineRule="auto"/>
            </w:pPr>
            <w:r>
              <w:rPr>
                <w:sz w:val="14"/>
              </w:rPr>
            </w:r>
          </w:p>
        </w:tc>
        <w:tc>
          <w:tcPr>
            <w:tcW w:type="dxa" w:w="1080"/>
            <w:tcMar>
              <w:top w:w="95" w:type="dxa"/>
              <w:start w:w="95" w:type="dxa"/>
              <w:bottom w:w="95" w:type="dxa"/>
              <w:end w:w="95" w:type="dxa"/>
            </w:tcMar>
            <w:vAlign w:val="center"/>
          </w:tcPr>
          <w:p>
            <w:pPr>
              <w:spacing w:after="20" w:line="240" w:lineRule="auto"/>
            </w:pPr>
            <w:r>
              <w:rPr>
                <w:sz w:val="14"/>
              </w:rPr>
            </w:r>
          </w:p>
        </w:tc>
        <w:tc>
          <w:tcPr>
            <w:tcW w:type="dxa" w:w="792"/>
            <w:tcMar>
              <w:top w:w="95" w:type="dxa"/>
              <w:start w:w="95" w:type="dxa"/>
              <w:bottom w:w="95" w:type="dxa"/>
              <w:end w:w="95" w:type="dxa"/>
            </w:tcMar>
            <w:vAlign w:val="center"/>
          </w:tcPr>
          <w:p>
            <w:pPr>
              <w:spacing w:after="20" w:line="240" w:lineRule="auto"/>
            </w:pPr>
            <w:r>
              <w:rPr>
                <w:sz w:val="14"/>
              </w:rPr>
            </w:r>
          </w:p>
        </w:tc>
      </w:tr>
    </w:tbl>
    <w:p>
      <w:pPr>
        <w:spacing w:after="20"/>
      </w:pPr>
    </w:p>
    <w:p>
      <w:r>
        <w:br w:type="page"/>
      </w:r>
    </w:p>
    <w:p>
      <w:pPr>
        <w:pStyle w:val="Heading1"/>
      </w:pPr>
      <w:r>
        <w:t>Section 9 Conflict Register</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022"/>
        <w:gridCol w:w="1022"/>
        <w:gridCol w:w="1022"/>
        <w:gridCol w:w="1022"/>
        <w:gridCol w:w="1022"/>
        <w:gridCol w:w="1022"/>
        <w:gridCol w:w="1022"/>
        <w:gridCol w:w="1022"/>
        <w:gridCol w:w="1022"/>
        <w:gridCol w:w="1022"/>
      </w:tblGrid>
      <w:tr>
        <w:trPr>
          <w:tblHeader w:val="true"/>
          <w:cantSplit/>
        </w:trPr>
        <w:tc>
          <w:tcPr>
            <w:tcW w:type="dxa" w:w="720"/>
            <w:shd w:fill="17365D"/>
            <w:tcMar>
              <w:top w:w="95" w:type="dxa"/>
              <w:start w:w="95" w:type="dxa"/>
              <w:bottom w:w="95" w:type="dxa"/>
              <w:end w:w="95" w:type="dxa"/>
            </w:tcMar>
            <w:vAlign w:val="center"/>
          </w:tcPr>
          <w:p>
            <w:r>
              <w:rPr>
                <w:b/>
                <w:color w:val="FFFFFF"/>
                <w:sz w:val="12"/>
              </w:rPr>
              <w:t>Disclosure ID</w:t>
            </w:r>
          </w:p>
        </w:tc>
        <w:tc>
          <w:tcPr>
            <w:tcW w:type="dxa" w:w="1080"/>
            <w:shd w:fill="17365D"/>
            <w:tcMar>
              <w:top w:w="95" w:type="dxa"/>
              <w:start w:w="95" w:type="dxa"/>
              <w:bottom w:w="95" w:type="dxa"/>
              <w:end w:w="95" w:type="dxa"/>
            </w:tcMar>
            <w:vAlign w:val="center"/>
          </w:tcPr>
          <w:p>
            <w:r>
              <w:rPr>
                <w:b/>
                <w:color w:val="FFFFFF"/>
                <w:sz w:val="12"/>
              </w:rPr>
              <w:t>Declarant</w:t>
            </w:r>
          </w:p>
        </w:tc>
        <w:tc>
          <w:tcPr>
            <w:tcW w:type="dxa" w:w="1080"/>
            <w:shd w:fill="17365D"/>
            <w:tcMar>
              <w:top w:w="95" w:type="dxa"/>
              <w:start w:w="95" w:type="dxa"/>
              <w:bottom w:w="95" w:type="dxa"/>
              <w:end w:w="95" w:type="dxa"/>
            </w:tcMar>
            <w:vAlign w:val="center"/>
          </w:tcPr>
          <w:p>
            <w:r>
              <w:rPr>
                <w:b/>
                <w:color w:val="FFFFFF"/>
                <w:sz w:val="12"/>
              </w:rPr>
              <w:t>Department</w:t>
            </w:r>
          </w:p>
        </w:tc>
        <w:tc>
          <w:tcPr>
            <w:tcW w:type="dxa" w:w="2088"/>
            <w:shd w:fill="17365D"/>
            <w:tcMar>
              <w:top w:w="95" w:type="dxa"/>
              <w:start w:w="95" w:type="dxa"/>
              <w:bottom w:w="95" w:type="dxa"/>
              <w:end w:w="95" w:type="dxa"/>
            </w:tcMar>
            <w:vAlign w:val="center"/>
          </w:tcPr>
          <w:p>
            <w:r>
              <w:rPr>
                <w:b/>
                <w:color w:val="FFFFFF"/>
                <w:sz w:val="12"/>
              </w:rPr>
              <w:t>Conflict summary</w:t>
            </w:r>
          </w:p>
        </w:tc>
        <w:tc>
          <w:tcPr>
            <w:tcW w:type="dxa" w:w="792"/>
            <w:shd w:fill="17365D"/>
            <w:tcMar>
              <w:top w:w="95" w:type="dxa"/>
              <w:start w:w="95" w:type="dxa"/>
              <w:bottom w:w="95" w:type="dxa"/>
              <w:end w:w="95" w:type="dxa"/>
            </w:tcMar>
            <w:vAlign w:val="center"/>
          </w:tcPr>
          <w:p>
            <w:r>
              <w:rPr>
                <w:b/>
                <w:color w:val="FFFFFF"/>
                <w:sz w:val="12"/>
              </w:rPr>
              <w:t>Type</w:t>
            </w:r>
          </w:p>
        </w:tc>
        <w:tc>
          <w:tcPr>
            <w:tcW w:type="dxa" w:w="720"/>
            <w:shd w:fill="17365D"/>
            <w:tcMar>
              <w:top w:w="95" w:type="dxa"/>
              <w:start w:w="95" w:type="dxa"/>
              <w:bottom w:w="95" w:type="dxa"/>
              <w:end w:w="95" w:type="dxa"/>
            </w:tcMar>
            <w:vAlign w:val="center"/>
          </w:tcPr>
          <w:p>
            <w:r>
              <w:rPr>
                <w:b/>
                <w:color w:val="FFFFFF"/>
                <w:sz w:val="12"/>
              </w:rPr>
              <w:t>Risk</w:t>
            </w:r>
          </w:p>
        </w:tc>
        <w:tc>
          <w:tcPr>
            <w:tcW w:type="dxa" w:w="1656"/>
            <w:shd w:fill="17365D"/>
            <w:tcMar>
              <w:top w:w="95" w:type="dxa"/>
              <w:start w:w="95" w:type="dxa"/>
              <w:bottom w:w="95" w:type="dxa"/>
              <w:end w:w="95" w:type="dxa"/>
            </w:tcMar>
            <w:vAlign w:val="center"/>
          </w:tcPr>
          <w:p>
            <w:r>
              <w:rPr>
                <w:b/>
                <w:color w:val="FFFFFF"/>
                <w:sz w:val="12"/>
              </w:rPr>
              <w:t>Management plan</w:t>
            </w:r>
          </w:p>
        </w:tc>
        <w:tc>
          <w:tcPr>
            <w:tcW w:type="dxa" w:w="936"/>
            <w:shd w:fill="17365D"/>
            <w:tcMar>
              <w:top w:w="95" w:type="dxa"/>
              <w:start w:w="95" w:type="dxa"/>
              <w:bottom w:w="95" w:type="dxa"/>
              <w:end w:w="95" w:type="dxa"/>
            </w:tcMar>
            <w:vAlign w:val="center"/>
          </w:tcPr>
          <w:p>
            <w:r>
              <w:rPr>
                <w:b/>
                <w:color w:val="FFFFFF"/>
                <w:sz w:val="12"/>
              </w:rPr>
              <w:t>Approver</w:t>
            </w:r>
          </w:p>
        </w:tc>
        <w:tc>
          <w:tcPr>
            <w:tcW w:type="dxa" w:w="864"/>
            <w:shd w:fill="17365D"/>
            <w:tcMar>
              <w:top w:w="95" w:type="dxa"/>
              <w:start w:w="95" w:type="dxa"/>
              <w:bottom w:w="95" w:type="dxa"/>
              <w:end w:w="95" w:type="dxa"/>
            </w:tcMar>
            <w:vAlign w:val="center"/>
          </w:tcPr>
          <w:p>
            <w:r>
              <w:rPr>
                <w:b/>
                <w:color w:val="FFFFFF"/>
                <w:sz w:val="12"/>
              </w:rPr>
              <w:t>Review</w:t>
            </w:r>
          </w:p>
        </w:tc>
        <w:tc>
          <w:tcPr>
            <w:tcW w:type="dxa" w:w="792"/>
            <w:shd w:fill="17365D"/>
            <w:tcMar>
              <w:top w:w="95" w:type="dxa"/>
              <w:start w:w="95" w:type="dxa"/>
              <w:bottom w:w="95" w:type="dxa"/>
              <w:end w:w="95" w:type="dxa"/>
            </w:tcMar>
            <w:vAlign w:val="center"/>
          </w:tcPr>
          <w:p>
            <w:r>
              <w:rPr>
                <w:b/>
                <w:color w:val="FFFFFF"/>
                <w:sz w:val="12"/>
              </w:rPr>
              <w:t>Status</w:t>
            </w:r>
          </w:p>
        </w:tc>
      </w:tr>
      <w:tr>
        <w:trPr>
          <w:cantSplit/>
        </w:trPr>
        <w:tc>
          <w:tcPr>
            <w:tcW w:type="dxa" w:w="720"/>
            <w:tcMar>
              <w:top w:w="95" w:type="dxa"/>
              <w:start w:w="95" w:type="dxa"/>
              <w:bottom w:w="95" w:type="dxa"/>
              <w:end w:w="95" w:type="dxa"/>
            </w:tcMar>
            <w:vAlign w:val="center"/>
          </w:tcPr>
          <w:p>
            <w:pPr>
              <w:spacing w:after="20" w:line="240" w:lineRule="auto"/>
            </w:pPr>
            <w:r>
              <w:rPr>
                <w:sz w:val="12"/>
              </w:rPr>
            </w:r>
          </w:p>
        </w:tc>
        <w:tc>
          <w:tcPr>
            <w:tcW w:type="dxa" w:w="1080"/>
            <w:tcMar>
              <w:top w:w="95" w:type="dxa"/>
              <w:start w:w="95" w:type="dxa"/>
              <w:bottom w:w="95" w:type="dxa"/>
              <w:end w:w="95" w:type="dxa"/>
            </w:tcMar>
            <w:vAlign w:val="center"/>
          </w:tcPr>
          <w:p>
            <w:pPr>
              <w:spacing w:after="20" w:line="240" w:lineRule="auto"/>
            </w:pPr>
            <w:r>
              <w:rPr>
                <w:sz w:val="12"/>
              </w:rPr>
            </w:r>
          </w:p>
        </w:tc>
        <w:tc>
          <w:tcPr>
            <w:tcW w:type="dxa" w:w="1080"/>
            <w:tcMar>
              <w:top w:w="95" w:type="dxa"/>
              <w:start w:w="95" w:type="dxa"/>
              <w:bottom w:w="95" w:type="dxa"/>
              <w:end w:w="95" w:type="dxa"/>
            </w:tcMar>
            <w:vAlign w:val="center"/>
          </w:tcPr>
          <w:p>
            <w:pPr>
              <w:spacing w:after="20" w:line="240" w:lineRule="auto"/>
            </w:pPr>
            <w:r>
              <w:rPr>
                <w:sz w:val="12"/>
              </w:rPr>
            </w:r>
          </w:p>
        </w:tc>
        <w:tc>
          <w:tcPr>
            <w:tcW w:type="dxa" w:w="2088"/>
            <w:tcMar>
              <w:top w:w="95" w:type="dxa"/>
              <w:start w:w="95" w:type="dxa"/>
              <w:bottom w:w="95" w:type="dxa"/>
              <w:end w:w="95" w:type="dxa"/>
            </w:tcMar>
            <w:vAlign w:val="center"/>
          </w:tcPr>
          <w:p>
            <w:pPr>
              <w:spacing w:after="20" w:line="240" w:lineRule="auto"/>
            </w:pPr>
            <w:r>
              <w:rPr>
                <w:sz w:val="12"/>
              </w:rPr>
            </w:r>
          </w:p>
        </w:tc>
        <w:tc>
          <w:tcPr>
            <w:tcW w:type="dxa" w:w="792"/>
            <w:tcMar>
              <w:top w:w="95" w:type="dxa"/>
              <w:start w:w="95" w:type="dxa"/>
              <w:bottom w:w="95" w:type="dxa"/>
              <w:end w:w="95" w:type="dxa"/>
            </w:tcMar>
            <w:vAlign w:val="center"/>
          </w:tcPr>
          <w:p>
            <w:pPr>
              <w:spacing w:after="20" w:line="240" w:lineRule="auto"/>
            </w:pPr>
            <w:r>
              <w:rPr>
                <w:sz w:val="12"/>
              </w:rPr>
            </w:r>
          </w:p>
        </w:tc>
        <w:tc>
          <w:tcPr>
            <w:tcW w:type="dxa" w:w="720"/>
            <w:tcMar>
              <w:top w:w="95" w:type="dxa"/>
              <w:start w:w="95" w:type="dxa"/>
              <w:bottom w:w="95" w:type="dxa"/>
              <w:end w:w="95" w:type="dxa"/>
            </w:tcMar>
            <w:vAlign w:val="center"/>
          </w:tcPr>
          <w:p>
            <w:pPr>
              <w:spacing w:after="20" w:line="240" w:lineRule="auto"/>
            </w:pPr>
            <w:r>
              <w:rPr>
                <w:sz w:val="12"/>
              </w:rPr>
            </w:r>
          </w:p>
        </w:tc>
        <w:tc>
          <w:tcPr>
            <w:tcW w:type="dxa" w:w="1656"/>
            <w:tcMar>
              <w:top w:w="95" w:type="dxa"/>
              <w:start w:w="95" w:type="dxa"/>
              <w:bottom w:w="95" w:type="dxa"/>
              <w:end w:w="95" w:type="dxa"/>
            </w:tcMar>
            <w:vAlign w:val="center"/>
          </w:tcPr>
          <w:p>
            <w:pPr>
              <w:spacing w:after="20" w:line="240" w:lineRule="auto"/>
            </w:pPr>
            <w:r>
              <w:rPr>
                <w:sz w:val="12"/>
              </w:rPr>
            </w:r>
          </w:p>
        </w:tc>
        <w:tc>
          <w:tcPr>
            <w:tcW w:type="dxa" w:w="936"/>
            <w:tcMar>
              <w:top w:w="95" w:type="dxa"/>
              <w:start w:w="95" w:type="dxa"/>
              <w:bottom w:w="95" w:type="dxa"/>
              <w:end w:w="95" w:type="dxa"/>
            </w:tcMar>
            <w:vAlign w:val="center"/>
          </w:tcPr>
          <w:p>
            <w:pPr>
              <w:spacing w:after="20" w:line="240" w:lineRule="auto"/>
            </w:pPr>
            <w:r>
              <w:rPr>
                <w:sz w:val="12"/>
              </w:rPr>
            </w:r>
          </w:p>
        </w:tc>
        <w:tc>
          <w:tcPr>
            <w:tcW w:type="dxa" w:w="864"/>
            <w:tcMar>
              <w:top w:w="95" w:type="dxa"/>
              <w:start w:w="95" w:type="dxa"/>
              <w:bottom w:w="95" w:type="dxa"/>
              <w:end w:w="95" w:type="dxa"/>
            </w:tcMar>
            <w:vAlign w:val="center"/>
          </w:tcPr>
          <w:p>
            <w:pPr>
              <w:spacing w:after="20" w:line="240" w:lineRule="auto"/>
            </w:pPr>
            <w:r>
              <w:rPr>
                <w:sz w:val="12"/>
              </w:rPr>
            </w:r>
          </w:p>
        </w:tc>
        <w:tc>
          <w:tcPr>
            <w:tcW w:type="dxa" w:w="792"/>
            <w:tcMar>
              <w:top w:w="95" w:type="dxa"/>
              <w:start w:w="95" w:type="dxa"/>
              <w:bottom w:w="95" w:type="dxa"/>
              <w:end w:w="95" w:type="dxa"/>
            </w:tcMar>
            <w:vAlign w:val="center"/>
          </w:tcPr>
          <w:p>
            <w:pPr>
              <w:spacing w:after="20" w:line="240" w:lineRule="auto"/>
            </w:pPr>
            <w:r>
              <w:rPr>
                <w:sz w:val="12"/>
              </w:rPr>
            </w:r>
          </w:p>
        </w:tc>
      </w:tr>
      <w:tr>
        <w:trPr>
          <w:cantSplit/>
        </w:trPr>
        <w:tc>
          <w:tcPr>
            <w:tcW w:type="dxa" w:w="720"/>
            <w:tcMar>
              <w:top w:w="95" w:type="dxa"/>
              <w:start w:w="95" w:type="dxa"/>
              <w:bottom w:w="95" w:type="dxa"/>
              <w:end w:w="95" w:type="dxa"/>
            </w:tcMar>
            <w:vAlign w:val="center"/>
            <w:shd w:fill="F4F7FA"/>
          </w:tcPr>
          <w:p>
            <w:pPr>
              <w:spacing w:after="20" w:line="240" w:lineRule="auto"/>
            </w:pPr>
            <w:r>
              <w:rPr>
                <w:sz w:val="12"/>
              </w:rPr>
            </w:r>
          </w:p>
        </w:tc>
        <w:tc>
          <w:tcPr>
            <w:tcW w:type="dxa" w:w="1080"/>
            <w:tcMar>
              <w:top w:w="95" w:type="dxa"/>
              <w:start w:w="95" w:type="dxa"/>
              <w:bottom w:w="95" w:type="dxa"/>
              <w:end w:w="95" w:type="dxa"/>
            </w:tcMar>
            <w:vAlign w:val="center"/>
            <w:shd w:fill="F4F7FA"/>
          </w:tcPr>
          <w:p>
            <w:pPr>
              <w:spacing w:after="20" w:line="240" w:lineRule="auto"/>
            </w:pPr>
            <w:r>
              <w:rPr>
                <w:sz w:val="12"/>
              </w:rPr>
            </w:r>
          </w:p>
        </w:tc>
        <w:tc>
          <w:tcPr>
            <w:tcW w:type="dxa" w:w="1080"/>
            <w:tcMar>
              <w:top w:w="95" w:type="dxa"/>
              <w:start w:w="95" w:type="dxa"/>
              <w:bottom w:w="95" w:type="dxa"/>
              <w:end w:w="95" w:type="dxa"/>
            </w:tcMar>
            <w:vAlign w:val="center"/>
            <w:shd w:fill="F4F7FA"/>
          </w:tcPr>
          <w:p>
            <w:pPr>
              <w:spacing w:after="20" w:line="240" w:lineRule="auto"/>
            </w:pPr>
            <w:r>
              <w:rPr>
                <w:sz w:val="12"/>
              </w:rPr>
            </w:r>
          </w:p>
        </w:tc>
        <w:tc>
          <w:tcPr>
            <w:tcW w:type="dxa" w:w="2088"/>
            <w:tcMar>
              <w:top w:w="95" w:type="dxa"/>
              <w:start w:w="95" w:type="dxa"/>
              <w:bottom w:w="95" w:type="dxa"/>
              <w:end w:w="95" w:type="dxa"/>
            </w:tcMar>
            <w:vAlign w:val="center"/>
            <w:shd w:fill="F4F7FA"/>
          </w:tcPr>
          <w:p>
            <w:pPr>
              <w:spacing w:after="20" w:line="240" w:lineRule="auto"/>
            </w:pPr>
            <w:r>
              <w:rPr>
                <w:sz w:val="12"/>
              </w:rPr>
            </w:r>
          </w:p>
        </w:tc>
        <w:tc>
          <w:tcPr>
            <w:tcW w:type="dxa" w:w="792"/>
            <w:tcMar>
              <w:top w:w="95" w:type="dxa"/>
              <w:start w:w="95" w:type="dxa"/>
              <w:bottom w:w="95" w:type="dxa"/>
              <w:end w:w="95" w:type="dxa"/>
            </w:tcMar>
            <w:vAlign w:val="center"/>
            <w:shd w:fill="F4F7FA"/>
          </w:tcPr>
          <w:p>
            <w:pPr>
              <w:spacing w:after="20" w:line="240" w:lineRule="auto"/>
            </w:pPr>
            <w:r>
              <w:rPr>
                <w:sz w:val="12"/>
              </w:rPr>
            </w:r>
          </w:p>
        </w:tc>
        <w:tc>
          <w:tcPr>
            <w:tcW w:type="dxa" w:w="720"/>
            <w:tcMar>
              <w:top w:w="95" w:type="dxa"/>
              <w:start w:w="95" w:type="dxa"/>
              <w:bottom w:w="95" w:type="dxa"/>
              <w:end w:w="95" w:type="dxa"/>
            </w:tcMar>
            <w:vAlign w:val="center"/>
            <w:shd w:fill="F4F7FA"/>
          </w:tcPr>
          <w:p>
            <w:pPr>
              <w:spacing w:after="20" w:line="240" w:lineRule="auto"/>
            </w:pPr>
            <w:r>
              <w:rPr>
                <w:sz w:val="12"/>
              </w:rPr>
            </w:r>
          </w:p>
        </w:tc>
        <w:tc>
          <w:tcPr>
            <w:tcW w:type="dxa" w:w="1656"/>
            <w:tcMar>
              <w:top w:w="95" w:type="dxa"/>
              <w:start w:w="95" w:type="dxa"/>
              <w:bottom w:w="95" w:type="dxa"/>
              <w:end w:w="95" w:type="dxa"/>
            </w:tcMar>
            <w:vAlign w:val="center"/>
            <w:shd w:fill="F4F7FA"/>
          </w:tcPr>
          <w:p>
            <w:pPr>
              <w:spacing w:after="20" w:line="240" w:lineRule="auto"/>
            </w:pPr>
            <w:r>
              <w:rPr>
                <w:sz w:val="12"/>
              </w:rPr>
            </w:r>
          </w:p>
        </w:tc>
        <w:tc>
          <w:tcPr>
            <w:tcW w:type="dxa" w:w="936"/>
            <w:tcMar>
              <w:top w:w="95" w:type="dxa"/>
              <w:start w:w="95" w:type="dxa"/>
              <w:bottom w:w="95" w:type="dxa"/>
              <w:end w:w="95" w:type="dxa"/>
            </w:tcMar>
            <w:vAlign w:val="center"/>
            <w:shd w:fill="F4F7FA"/>
          </w:tcPr>
          <w:p>
            <w:pPr>
              <w:spacing w:after="20" w:line="240" w:lineRule="auto"/>
            </w:pPr>
            <w:r>
              <w:rPr>
                <w:sz w:val="12"/>
              </w:rPr>
            </w:r>
          </w:p>
        </w:tc>
        <w:tc>
          <w:tcPr>
            <w:tcW w:type="dxa" w:w="864"/>
            <w:tcMar>
              <w:top w:w="95" w:type="dxa"/>
              <w:start w:w="95" w:type="dxa"/>
              <w:bottom w:w="95" w:type="dxa"/>
              <w:end w:w="95" w:type="dxa"/>
            </w:tcMar>
            <w:vAlign w:val="center"/>
            <w:shd w:fill="F4F7FA"/>
          </w:tcPr>
          <w:p>
            <w:pPr>
              <w:spacing w:after="20" w:line="240" w:lineRule="auto"/>
            </w:pPr>
            <w:r>
              <w:rPr>
                <w:sz w:val="12"/>
              </w:rPr>
            </w:r>
          </w:p>
        </w:tc>
        <w:tc>
          <w:tcPr>
            <w:tcW w:type="dxa" w:w="792"/>
            <w:tcMar>
              <w:top w:w="95" w:type="dxa"/>
              <w:start w:w="95" w:type="dxa"/>
              <w:bottom w:w="95" w:type="dxa"/>
              <w:end w:w="95" w:type="dxa"/>
            </w:tcMar>
            <w:vAlign w:val="center"/>
            <w:shd w:fill="F4F7FA"/>
          </w:tcPr>
          <w:p>
            <w:pPr>
              <w:spacing w:after="20" w:line="240" w:lineRule="auto"/>
            </w:pPr>
            <w:r>
              <w:rPr>
                <w:sz w:val="12"/>
              </w:rPr>
            </w:r>
          </w:p>
        </w:tc>
      </w:tr>
      <w:tr>
        <w:trPr>
          <w:cantSplit/>
        </w:trPr>
        <w:tc>
          <w:tcPr>
            <w:tcW w:type="dxa" w:w="720"/>
            <w:tcMar>
              <w:top w:w="95" w:type="dxa"/>
              <w:start w:w="95" w:type="dxa"/>
              <w:bottom w:w="95" w:type="dxa"/>
              <w:end w:w="95" w:type="dxa"/>
            </w:tcMar>
            <w:vAlign w:val="center"/>
          </w:tcPr>
          <w:p>
            <w:pPr>
              <w:spacing w:after="20" w:line="240" w:lineRule="auto"/>
            </w:pPr>
            <w:r>
              <w:rPr>
                <w:sz w:val="12"/>
              </w:rPr>
            </w:r>
          </w:p>
        </w:tc>
        <w:tc>
          <w:tcPr>
            <w:tcW w:type="dxa" w:w="1080"/>
            <w:tcMar>
              <w:top w:w="95" w:type="dxa"/>
              <w:start w:w="95" w:type="dxa"/>
              <w:bottom w:w="95" w:type="dxa"/>
              <w:end w:w="95" w:type="dxa"/>
            </w:tcMar>
            <w:vAlign w:val="center"/>
          </w:tcPr>
          <w:p>
            <w:pPr>
              <w:spacing w:after="20" w:line="240" w:lineRule="auto"/>
            </w:pPr>
            <w:r>
              <w:rPr>
                <w:sz w:val="12"/>
              </w:rPr>
            </w:r>
          </w:p>
        </w:tc>
        <w:tc>
          <w:tcPr>
            <w:tcW w:type="dxa" w:w="1080"/>
            <w:tcMar>
              <w:top w:w="95" w:type="dxa"/>
              <w:start w:w="95" w:type="dxa"/>
              <w:bottom w:w="95" w:type="dxa"/>
              <w:end w:w="95" w:type="dxa"/>
            </w:tcMar>
            <w:vAlign w:val="center"/>
          </w:tcPr>
          <w:p>
            <w:pPr>
              <w:spacing w:after="20" w:line="240" w:lineRule="auto"/>
            </w:pPr>
            <w:r>
              <w:rPr>
                <w:sz w:val="12"/>
              </w:rPr>
            </w:r>
          </w:p>
        </w:tc>
        <w:tc>
          <w:tcPr>
            <w:tcW w:type="dxa" w:w="2088"/>
            <w:tcMar>
              <w:top w:w="95" w:type="dxa"/>
              <w:start w:w="95" w:type="dxa"/>
              <w:bottom w:w="95" w:type="dxa"/>
              <w:end w:w="95" w:type="dxa"/>
            </w:tcMar>
            <w:vAlign w:val="center"/>
          </w:tcPr>
          <w:p>
            <w:pPr>
              <w:spacing w:after="20" w:line="240" w:lineRule="auto"/>
            </w:pPr>
            <w:r>
              <w:rPr>
                <w:sz w:val="12"/>
              </w:rPr>
            </w:r>
          </w:p>
        </w:tc>
        <w:tc>
          <w:tcPr>
            <w:tcW w:type="dxa" w:w="792"/>
            <w:tcMar>
              <w:top w:w="95" w:type="dxa"/>
              <w:start w:w="95" w:type="dxa"/>
              <w:bottom w:w="95" w:type="dxa"/>
              <w:end w:w="95" w:type="dxa"/>
            </w:tcMar>
            <w:vAlign w:val="center"/>
          </w:tcPr>
          <w:p>
            <w:pPr>
              <w:spacing w:after="20" w:line="240" w:lineRule="auto"/>
            </w:pPr>
            <w:r>
              <w:rPr>
                <w:sz w:val="12"/>
              </w:rPr>
            </w:r>
          </w:p>
        </w:tc>
        <w:tc>
          <w:tcPr>
            <w:tcW w:type="dxa" w:w="720"/>
            <w:tcMar>
              <w:top w:w="95" w:type="dxa"/>
              <w:start w:w="95" w:type="dxa"/>
              <w:bottom w:w="95" w:type="dxa"/>
              <w:end w:w="95" w:type="dxa"/>
            </w:tcMar>
            <w:vAlign w:val="center"/>
          </w:tcPr>
          <w:p>
            <w:pPr>
              <w:spacing w:after="20" w:line="240" w:lineRule="auto"/>
            </w:pPr>
            <w:r>
              <w:rPr>
                <w:sz w:val="12"/>
              </w:rPr>
            </w:r>
          </w:p>
        </w:tc>
        <w:tc>
          <w:tcPr>
            <w:tcW w:type="dxa" w:w="1656"/>
            <w:tcMar>
              <w:top w:w="95" w:type="dxa"/>
              <w:start w:w="95" w:type="dxa"/>
              <w:bottom w:w="95" w:type="dxa"/>
              <w:end w:w="95" w:type="dxa"/>
            </w:tcMar>
            <w:vAlign w:val="center"/>
          </w:tcPr>
          <w:p>
            <w:pPr>
              <w:spacing w:after="20" w:line="240" w:lineRule="auto"/>
            </w:pPr>
            <w:r>
              <w:rPr>
                <w:sz w:val="12"/>
              </w:rPr>
            </w:r>
          </w:p>
        </w:tc>
        <w:tc>
          <w:tcPr>
            <w:tcW w:type="dxa" w:w="936"/>
            <w:tcMar>
              <w:top w:w="95" w:type="dxa"/>
              <w:start w:w="95" w:type="dxa"/>
              <w:bottom w:w="95" w:type="dxa"/>
              <w:end w:w="95" w:type="dxa"/>
            </w:tcMar>
            <w:vAlign w:val="center"/>
          </w:tcPr>
          <w:p>
            <w:pPr>
              <w:spacing w:after="20" w:line="240" w:lineRule="auto"/>
            </w:pPr>
            <w:r>
              <w:rPr>
                <w:sz w:val="12"/>
              </w:rPr>
            </w:r>
          </w:p>
        </w:tc>
        <w:tc>
          <w:tcPr>
            <w:tcW w:type="dxa" w:w="864"/>
            <w:tcMar>
              <w:top w:w="95" w:type="dxa"/>
              <w:start w:w="95" w:type="dxa"/>
              <w:bottom w:w="95" w:type="dxa"/>
              <w:end w:w="95" w:type="dxa"/>
            </w:tcMar>
            <w:vAlign w:val="center"/>
          </w:tcPr>
          <w:p>
            <w:pPr>
              <w:spacing w:after="20" w:line="240" w:lineRule="auto"/>
            </w:pPr>
            <w:r>
              <w:rPr>
                <w:sz w:val="12"/>
              </w:rPr>
            </w:r>
          </w:p>
        </w:tc>
        <w:tc>
          <w:tcPr>
            <w:tcW w:type="dxa" w:w="792"/>
            <w:tcMar>
              <w:top w:w="95" w:type="dxa"/>
              <w:start w:w="95" w:type="dxa"/>
              <w:bottom w:w="95" w:type="dxa"/>
              <w:end w:w="95" w:type="dxa"/>
            </w:tcMar>
            <w:vAlign w:val="center"/>
          </w:tcPr>
          <w:p>
            <w:pPr>
              <w:spacing w:after="20" w:line="240" w:lineRule="auto"/>
            </w:pPr>
            <w:r>
              <w:rPr>
                <w:sz w:val="12"/>
              </w:rPr>
            </w:r>
          </w:p>
        </w:tc>
      </w:tr>
      <w:tr>
        <w:trPr>
          <w:cantSplit/>
        </w:trPr>
        <w:tc>
          <w:tcPr>
            <w:tcW w:type="dxa" w:w="720"/>
            <w:tcMar>
              <w:top w:w="95" w:type="dxa"/>
              <w:start w:w="95" w:type="dxa"/>
              <w:bottom w:w="95" w:type="dxa"/>
              <w:end w:w="95" w:type="dxa"/>
            </w:tcMar>
            <w:vAlign w:val="center"/>
            <w:shd w:fill="F4F7FA"/>
          </w:tcPr>
          <w:p>
            <w:pPr>
              <w:spacing w:after="20" w:line="240" w:lineRule="auto"/>
            </w:pPr>
            <w:r>
              <w:rPr>
                <w:sz w:val="12"/>
              </w:rPr>
            </w:r>
          </w:p>
        </w:tc>
        <w:tc>
          <w:tcPr>
            <w:tcW w:type="dxa" w:w="1080"/>
            <w:tcMar>
              <w:top w:w="95" w:type="dxa"/>
              <w:start w:w="95" w:type="dxa"/>
              <w:bottom w:w="95" w:type="dxa"/>
              <w:end w:w="95" w:type="dxa"/>
            </w:tcMar>
            <w:vAlign w:val="center"/>
            <w:shd w:fill="F4F7FA"/>
          </w:tcPr>
          <w:p>
            <w:pPr>
              <w:spacing w:after="20" w:line="240" w:lineRule="auto"/>
            </w:pPr>
            <w:r>
              <w:rPr>
                <w:sz w:val="12"/>
              </w:rPr>
            </w:r>
          </w:p>
        </w:tc>
        <w:tc>
          <w:tcPr>
            <w:tcW w:type="dxa" w:w="1080"/>
            <w:tcMar>
              <w:top w:w="95" w:type="dxa"/>
              <w:start w:w="95" w:type="dxa"/>
              <w:bottom w:w="95" w:type="dxa"/>
              <w:end w:w="95" w:type="dxa"/>
            </w:tcMar>
            <w:vAlign w:val="center"/>
            <w:shd w:fill="F4F7FA"/>
          </w:tcPr>
          <w:p>
            <w:pPr>
              <w:spacing w:after="20" w:line="240" w:lineRule="auto"/>
            </w:pPr>
            <w:r>
              <w:rPr>
                <w:sz w:val="12"/>
              </w:rPr>
            </w:r>
          </w:p>
        </w:tc>
        <w:tc>
          <w:tcPr>
            <w:tcW w:type="dxa" w:w="2088"/>
            <w:tcMar>
              <w:top w:w="95" w:type="dxa"/>
              <w:start w:w="95" w:type="dxa"/>
              <w:bottom w:w="95" w:type="dxa"/>
              <w:end w:w="95" w:type="dxa"/>
            </w:tcMar>
            <w:vAlign w:val="center"/>
            <w:shd w:fill="F4F7FA"/>
          </w:tcPr>
          <w:p>
            <w:pPr>
              <w:spacing w:after="20" w:line="240" w:lineRule="auto"/>
            </w:pPr>
            <w:r>
              <w:rPr>
                <w:sz w:val="12"/>
              </w:rPr>
            </w:r>
          </w:p>
        </w:tc>
        <w:tc>
          <w:tcPr>
            <w:tcW w:type="dxa" w:w="792"/>
            <w:tcMar>
              <w:top w:w="95" w:type="dxa"/>
              <w:start w:w="95" w:type="dxa"/>
              <w:bottom w:w="95" w:type="dxa"/>
              <w:end w:w="95" w:type="dxa"/>
            </w:tcMar>
            <w:vAlign w:val="center"/>
            <w:shd w:fill="F4F7FA"/>
          </w:tcPr>
          <w:p>
            <w:pPr>
              <w:spacing w:after="20" w:line="240" w:lineRule="auto"/>
            </w:pPr>
            <w:r>
              <w:rPr>
                <w:sz w:val="12"/>
              </w:rPr>
            </w:r>
          </w:p>
        </w:tc>
        <w:tc>
          <w:tcPr>
            <w:tcW w:type="dxa" w:w="720"/>
            <w:tcMar>
              <w:top w:w="95" w:type="dxa"/>
              <w:start w:w="95" w:type="dxa"/>
              <w:bottom w:w="95" w:type="dxa"/>
              <w:end w:w="95" w:type="dxa"/>
            </w:tcMar>
            <w:vAlign w:val="center"/>
            <w:shd w:fill="F4F7FA"/>
          </w:tcPr>
          <w:p>
            <w:pPr>
              <w:spacing w:after="20" w:line="240" w:lineRule="auto"/>
            </w:pPr>
            <w:r>
              <w:rPr>
                <w:sz w:val="12"/>
              </w:rPr>
            </w:r>
          </w:p>
        </w:tc>
        <w:tc>
          <w:tcPr>
            <w:tcW w:type="dxa" w:w="1656"/>
            <w:tcMar>
              <w:top w:w="95" w:type="dxa"/>
              <w:start w:w="95" w:type="dxa"/>
              <w:bottom w:w="95" w:type="dxa"/>
              <w:end w:w="95" w:type="dxa"/>
            </w:tcMar>
            <w:vAlign w:val="center"/>
            <w:shd w:fill="F4F7FA"/>
          </w:tcPr>
          <w:p>
            <w:pPr>
              <w:spacing w:after="20" w:line="240" w:lineRule="auto"/>
            </w:pPr>
            <w:r>
              <w:rPr>
                <w:sz w:val="12"/>
              </w:rPr>
            </w:r>
          </w:p>
        </w:tc>
        <w:tc>
          <w:tcPr>
            <w:tcW w:type="dxa" w:w="936"/>
            <w:tcMar>
              <w:top w:w="95" w:type="dxa"/>
              <w:start w:w="95" w:type="dxa"/>
              <w:bottom w:w="95" w:type="dxa"/>
              <w:end w:w="95" w:type="dxa"/>
            </w:tcMar>
            <w:vAlign w:val="center"/>
            <w:shd w:fill="F4F7FA"/>
          </w:tcPr>
          <w:p>
            <w:pPr>
              <w:spacing w:after="20" w:line="240" w:lineRule="auto"/>
            </w:pPr>
            <w:r>
              <w:rPr>
                <w:sz w:val="12"/>
              </w:rPr>
            </w:r>
          </w:p>
        </w:tc>
        <w:tc>
          <w:tcPr>
            <w:tcW w:type="dxa" w:w="864"/>
            <w:tcMar>
              <w:top w:w="95" w:type="dxa"/>
              <w:start w:w="95" w:type="dxa"/>
              <w:bottom w:w="95" w:type="dxa"/>
              <w:end w:w="95" w:type="dxa"/>
            </w:tcMar>
            <w:vAlign w:val="center"/>
            <w:shd w:fill="F4F7FA"/>
          </w:tcPr>
          <w:p>
            <w:pPr>
              <w:spacing w:after="20" w:line="240" w:lineRule="auto"/>
            </w:pPr>
            <w:r>
              <w:rPr>
                <w:sz w:val="12"/>
              </w:rPr>
            </w:r>
          </w:p>
        </w:tc>
        <w:tc>
          <w:tcPr>
            <w:tcW w:type="dxa" w:w="792"/>
            <w:tcMar>
              <w:top w:w="95" w:type="dxa"/>
              <w:start w:w="95" w:type="dxa"/>
              <w:bottom w:w="95" w:type="dxa"/>
              <w:end w:w="95" w:type="dxa"/>
            </w:tcMar>
            <w:vAlign w:val="center"/>
            <w:shd w:fill="F4F7FA"/>
          </w:tcPr>
          <w:p>
            <w:pPr>
              <w:spacing w:after="20" w:line="240" w:lineRule="auto"/>
            </w:pPr>
            <w:r>
              <w:rPr>
                <w:sz w:val="12"/>
              </w:rPr>
            </w:r>
          </w:p>
        </w:tc>
      </w:tr>
      <w:tr>
        <w:trPr>
          <w:cantSplit/>
        </w:trPr>
        <w:tc>
          <w:tcPr>
            <w:tcW w:type="dxa" w:w="720"/>
            <w:tcMar>
              <w:top w:w="95" w:type="dxa"/>
              <w:start w:w="95" w:type="dxa"/>
              <w:bottom w:w="95" w:type="dxa"/>
              <w:end w:w="95" w:type="dxa"/>
            </w:tcMar>
            <w:vAlign w:val="center"/>
          </w:tcPr>
          <w:p>
            <w:pPr>
              <w:spacing w:after="20" w:line="240" w:lineRule="auto"/>
            </w:pPr>
            <w:r>
              <w:rPr>
                <w:sz w:val="12"/>
              </w:rPr>
            </w:r>
          </w:p>
        </w:tc>
        <w:tc>
          <w:tcPr>
            <w:tcW w:type="dxa" w:w="1080"/>
            <w:tcMar>
              <w:top w:w="95" w:type="dxa"/>
              <w:start w:w="95" w:type="dxa"/>
              <w:bottom w:w="95" w:type="dxa"/>
              <w:end w:w="95" w:type="dxa"/>
            </w:tcMar>
            <w:vAlign w:val="center"/>
          </w:tcPr>
          <w:p>
            <w:pPr>
              <w:spacing w:after="20" w:line="240" w:lineRule="auto"/>
            </w:pPr>
            <w:r>
              <w:rPr>
                <w:sz w:val="12"/>
              </w:rPr>
            </w:r>
          </w:p>
        </w:tc>
        <w:tc>
          <w:tcPr>
            <w:tcW w:type="dxa" w:w="1080"/>
            <w:tcMar>
              <w:top w:w="95" w:type="dxa"/>
              <w:start w:w="95" w:type="dxa"/>
              <w:bottom w:w="95" w:type="dxa"/>
              <w:end w:w="95" w:type="dxa"/>
            </w:tcMar>
            <w:vAlign w:val="center"/>
          </w:tcPr>
          <w:p>
            <w:pPr>
              <w:spacing w:after="20" w:line="240" w:lineRule="auto"/>
            </w:pPr>
            <w:r>
              <w:rPr>
                <w:sz w:val="12"/>
              </w:rPr>
            </w:r>
          </w:p>
        </w:tc>
        <w:tc>
          <w:tcPr>
            <w:tcW w:type="dxa" w:w="2088"/>
            <w:tcMar>
              <w:top w:w="95" w:type="dxa"/>
              <w:start w:w="95" w:type="dxa"/>
              <w:bottom w:w="95" w:type="dxa"/>
              <w:end w:w="95" w:type="dxa"/>
            </w:tcMar>
            <w:vAlign w:val="center"/>
          </w:tcPr>
          <w:p>
            <w:pPr>
              <w:spacing w:after="20" w:line="240" w:lineRule="auto"/>
            </w:pPr>
            <w:r>
              <w:rPr>
                <w:sz w:val="12"/>
              </w:rPr>
            </w:r>
          </w:p>
        </w:tc>
        <w:tc>
          <w:tcPr>
            <w:tcW w:type="dxa" w:w="792"/>
            <w:tcMar>
              <w:top w:w="95" w:type="dxa"/>
              <w:start w:w="95" w:type="dxa"/>
              <w:bottom w:w="95" w:type="dxa"/>
              <w:end w:w="95" w:type="dxa"/>
            </w:tcMar>
            <w:vAlign w:val="center"/>
          </w:tcPr>
          <w:p>
            <w:pPr>
              <w:spacing w:after="20" w:line="240" w:lineRule="auto"/>
            </w:pPr>
            <w:r>
              <w:rPr>
                <w:sz w:val="12"/>
              </w:rPr>
            </w:r>
          </w:p>
        </w:tc>
        <w:tc>
          <w:tcPr>
            <w:tcW w:type="dxa" w:w="720"/>
            <w:tcMar>
              <w:top w:w="95" w:type="dxa"/>
              <w:start w:w="95" w:type="dxa"/>
              <w:bottom w:w="95" w:type="dxa"/>
              <w:end w:w="95" w:type="dxa"/>
            </w:tcMar>
            <w:vAlign w:val="center"/>
          </w:tcPr>
          <w:p>
            <w:pPr>
              <w:spacing w:after="20" w:line="240" w:lineRule="auto"/>
            </w:pPr>
            <w:r>
              <w:rPr>
                <w:sz w:val="12"/>
              </w:rPr>
            </w:r>
          </w:p>
        </w:tc>
        <w:tc>
          <w:tcPr>
            <w:tcW w:type="dxa" w:w="1656"/>
            <w:tcMar>
              <w:top w:w="95" w:type="dxa"/>
              <w:start w:w="95" w:type="dxa"/>
              <w:bottom w:w="95" w:type="dxa"/>
              <w:end w:w="95" w:type="dxa"/>
            </w:tcMar>
            <w:vAlign w:val="center"/>
          </w:tcPr>
          <w:p>
            <w:pPr>
              <w:spacing w:after="20" w:line="240" w:lineRule="auto"/>
            </w:pPr>
            <w:r>
              <w:rPr>
                <w:sz w:val="12"/>
              </w:rPr>
            </w:r>
          </w:p>
        </w:tc>
        <w:tc>
          <w:tcPr>
            <w:tcW w:type="dxa" w:w="936"/>
            <w:tcMar>
              <w:top w:w="95" w:type="dxa"/>
              <w:start w:w="95" w:type="dxa"/>
              <w:bottom w:w="95" w:type="dxa"/>
              <w:end w:w="95" w:type="dxa"/>
            </w:tcMar>
            <w:vAlign w:val="center"/>
          </w:tcPr>
          <w:p>
            <w:pPr>
              <w:spacing w:after="20" w:line="240" w:lineRule="auto"/>
            </w:pPr>
            <w:r>
              <w:rPr>
                <w:sz w:val="12"/>
              </w:rPr>
            </w:r>
          </w:p>
        </w:tc>
        <w:tc>
          <w:tcPr>
            <w:tcW w:type="dxa" w:w="864"/>
            <w:tcMar>
              <w:top w:w="95" w:type="dxa"/>
              <w:start w:w="95" w:type="dxa"/>
              <w:bottom w:w="95" w:type="dxa"/>
              <w:end w:w="95" w:type="dxa"/>
            </w:tcMar>
            <w:vAlign w:val="center"/>
          </w:tcPr>
          <w:p>
            <w:pPr>
              <w:spacing w:after="20" w:line="240" w:lineRule="auto"/>
            </w:pPr>
            <w:r>
              <w:rPr>
                <w:sz w:val="12"/>
              </w:rPr>
            </w:r>
          </w:p>
        </w:tc>
        <w:tc>
          <w:tcPr>
            <w:tcW w:type="dxa" w:w="792"/>
            <w:tcMar>
              <w:top w:w="95" w:type="dxa"/>
              <w:start w:w="95" w:type="dxa"/>
              <w:bottom w:w="95" w:type="dxa"/>
              <w:end w:w="95" w:type="dxa"/>
            </w:tcMar>
            <w:vAlign w:val="center"/>
          </w:tcPr>
          <w:p>
            <w:pPr>
              <w:spacing w:after="20" w:line="240" w:lineRule="auto"/>
            </w:pPr>
            <w:r>
              <w:rPr>
                <w:sz w:val="12"/>
              </w:rPr>
            </w:r>
          </w:p>
        </w:tc>
      </w:tr>
      <w:tr>
        <w:trPr>
          <w:cantSplit/>
        </w:trPr>
        <w:tc>
          <w:tcPr>
            <w:tcW w:type="dxa" w:w="720"/>
            <w:tcMar>
              <w:top w:w="95" w:type="dxa"/>
              <w:start w:w="95" w:type="dxa"/>
              <w:bottom w:w="95" w:type="dxa"/>
              <w:end w:w="95" w:type="dxa"/>
            </w:tcMar>
            <w:vAlign w:val="center"/>
            <w:shd w:fill="F4F7FA"/>
          </w:tcPr>
          <w:p>
            <w:pPr>
              <w:spacing w:after="20" w:line="240" w:lineRule="auto"/>
            </w:pPr>
            <w:r>
              <w:rPr>
                <w:sz w:val="12"/>
              </w:rPr>
            </w:r>
          </w:p>
        </w:tc>
        <w:tc>
          <w:tcPr>
            <w:tcW w:type="dxa" w:w="1080"/>
            <w:tcMar>
              <w:top w:w="95" w:type="dxa"/>
              <w:start w:w="95" w:type="dxa"/>
              <w:bottom w:w="95" w:type="dxa"/>
              <w:end w:w="95" w:type="dxa"/>
            </w:tcMar>
            <w:vAlign w:val="center"/>
            <w:shd w:fill="F4F7FA"/>
          </w:tcPr>
          <w:p>
            <w:pPr>
              <w:spacing w:after="20" w:line="240" w:lineRule="auto"/>
            </w:pPr>
            <w:r>
              <w:rPr>
                <w:sz w:val="12"/>
              </w:rPr>
            </w:r>
          </w:p>
        </w:tc>
        <w:tc>
          <w:tcPr>
            <w:tcW w:type="dxa" w:w="1080"/>
            <w:tcMar>
              <w:top w:w="95" w:type="dxa"/>
              <w:start w:w="95" w:type="dxa"/>
              <w:bottom w:w="95" w:type="dxa"/>
              <w:end w:w="95" w:type="dxa"/>
            </w:tcMar>
            <w:vAlign w:val="center"/>
            <w:shd w:fill="F4F7FA"/>
          </w:tcPr>
          <w:p>
            <w:pPr>
              <w:spacing w:after="20" w:line="240" w:lineRule="auto"/>
            </w:pPr>
            <w:r>
              <w:rPr>
                <w:sz w:val="12"/>
              </w:rPr>
            </w:r>
          </w:p>
        </w:tc>
        <w:tc>
          <w:tcPr>
            <w:tcW w:type="dxa" w:w="2088"/>
            <w:tcMar>
              <w:top w:w="95" w:type="dxa"/>
              <w:start w:w="95" w:type="dxa"/>
              <w:bottom w:w="95" w:type="dxa"/>
              <w:end w:w="95" w:type="dxa"/>
            </w:tcMar>
            <w:vAlign w:val="center"/>
            <w:shd w:fill="F4F7FA"/>
          </w:tcPr>
          <w:p>
            <w:pPr>
              <w:spacing w:after="20" w:line="240" w:lineRule="auto"/>
            </w:pPr>
            <w:r>
              <w:rPr>
                <w:sz w:val="12"/>
              </w:rPr>
            </w:r>
          </w:p>
        </w:tc>
        <w:tc>
          <w:tcPr>
            <w:tcW w:type="dxa" w:w="792"/>
            <w:tcMar>
              <w:top w:w="95" w:type="dxa"/>
              <w:start w:w="95" w:type="dxa"/>
              <w:bottom w:w="95" w:type="dxa"/>
              <w:end w:w="95" w:type="dxa"/>
            </w:tcMar>
            <w:vAlign w:val="center"/>
            <w:shd w:fill="F4F7FA"/>
          </w:tcPr>
          <w:p>
            <w:pPr>
              <w:spacing w:after="20" w:line="240" w:lineRule="auto"/>
            </w:pPr>
            <w:r>
              <w:rPr>
                <w:sz w:val="12"/>
              </w:rPr>
            </w:r>
          </w:p>
        </w:tc>
        <w:tc>
          <w:tcPr>
            <w:tcW w:type="dxa" w:w="720"/>
            <w:tcMar>
              <w:top w:w="95" w:type="dxa"/>
              <w:start w:w="95" w:type="dxa"/>
              <w:bottom w:w="95" w:type="dxa"/>
              <w:end w:w="95" w:type="dxa"/>
            </w:tcMar>
            <w:vAlign w:val="center"/>
            <w:shd w:fill="F4F7FA"/>
          </w:tcPr>
          <w:p>
            <w:pPr>
              <w:spacing w:after="20" w:line="240" w:lineRule="auto"/>
            </w:pPr>
            <w:r>
              <w:rPr>
                <w:sz w:val="12"/>
              </w:rPr>
            </w:r>
          </w:p>
        </w:tc>
        <w:tc>
          <w:tcPr>
            <w:tcW w:type="dxa" w:w="1656"/>
            <w:tcMar>
              <w:top w:w="95" w:type="dxa"/>
              <w:start w:w="95" w:type="dxa"/>
              <w:bottom w:w="95" w:type="dxa"/>
              <w:end w:w="95" w:type="dxa"/>
            </w:tcMar>
            <w:vAlign w:val="center"/>
            <w:shd w:fill="F4F7FA"/>
          </w:tcPr>
          <w:p>
            <w:pPr>
              <w:spacing w:after="20" w:line="240" w:lineRule="auto"/>
            </w:pPr>
            <w:r>
              <w:rPr>
                <w:sz w:val="12"/>
              </w:rPr>
            </w:r>
          </w:p>
        </w:tc>
        <w:tc>
          <w:tcPr>
            <w:tcW w:type="dxa" w:w="936"/>
            <w:tcMar>
              <w:top w:w="95" w:type="dxa"/>
              <w:start w:w="95" w:type="dxa"/>
              <w:bottom w:w="95" w:type="dxa"/>
              <w:end w:w="95" w:type="dxa"/>
            </w:tcMar>
            <w:vAlign w:val="center"/>
            <w:shd w:fill="F4F7FA"/>
          </w:tcPr>
          <w:p>
            <w:pPr>
              <w:spacing w:after="20" w:line="240" w:lineRule="auto"/>
            </w:pPr>
            <w:r>
              <w:rPr>
                <w:sz w:val="12"/>
              </w:rPr>
            </w:r>
          </w:p>
        </w:tc>
        <w:tc>
          <w:tcPr>
            <w:tcW w:type="dxa" w:w="864"/>
            <w:tcMar>
              <w:top w:w="95" w:type="dxa"/>
              <w:start w:w="95" w:type="dxa"/>
              <w:bottom w:w="95" w:type="dxa"/>
              <w:end w:w="95" w:type="dxa"/>
            </w:tcMar>
            <w:vAlign w:val="center"/>
            <w:shd w:fill="F4F7FA"/>
          </w:tcPr>
          <w:p>
            <w:pPr>
              <w:spacing w:after="20" w:line="240" w:lineRule="auto"/>
            </w:pPr>
            <w:r>
              <w:rPr>
                <w:sz w:val="12"/>
              </w:rPr>
            </w:r>
          </w:p>
        </w:tc>
        <w:tc>
          <w:tcPr>
            <w:tcW w:type="dxa" w:w="792"/>
            <w:tcMar>
              <w:top w:w="95" w:type="dxa"/>
              <w:start w:w="95" w:type="dxa"/>
              <w:bottom w:w="95" w:type="dxa"/>
              <w:end w:w="95" w:type="dxa"/>
            </w:tcMar>
            <w:vAlign w:val="center"/>
            <w:shd w:fill="F4F7FA"/>
          </w:tcPr>
          <w:p>
            <w:pPr>
              <w:spacing w:after="20" w:line="240" w:lineRule="auto"/>
            </w:pPr>
            <w:r>
              <w:rPr>
                <w:sz w:val="12"/>
              </w:rPr>
            </w:r>
          </w:p>
        </w:tc>
      </w:tr>
      <w:tr>
        <w:trPr>
          <w:cantSplit/>
        </w:trPr>
        <w:tc>
          <w:tcPr>
            <w:tcW w:type="dxa" w:w="720"/>
            <w:tcMar>
              <w:top w:w="95" w:type="dxa"/>
              <w:start w:w="95" w:type="dxa"/>
              <w:bottom w:w="95" w:type="dxa"/>
              <w:end w:w="95" w:type="dxa"/>
            </w:tcMar>
            <w:vAlign w:val="center"/>
          </w:tcPr>
          <w:p>
            <w:pPr>
              <w:spacing w:after="20" w:line="240" w:lineRule="auto"/>
            </w:pPr>
            <w:r>
              <w:rPr>
                <w:sz w:val="12"/>
              </w:rPr>
            </w:r>
          </w:p>
        </w:tc>
        <w:tc>
          <w:tcPr>
            <w:tcW w:type="dxa" w:w="1080"/>
            <w:tcMar>
              <w:top w:w="95" w:type="dxa"/>
              <w:start w:w="95" w:type="dxa"/>
              <w:bottom w:w="95" w:type="dxa"/>
              <w:end w:w="95" w:type="dxa"/>
            </w:tcMar>
            <w:vAlign w:val="center"/>
          </w:tcPr>
          <w:p>
            <w:pPr>
              <w:spacing w:after="20" w:line="240" w:lineRule="auto"/>
            </w:pPr>
            <w:r>
              <w:rPr>
                <w:sz w:val="12"/>
              </w:rPr>
            </w:r>
          </w:p>
        </w:tc>
        <w:tc>
          <w:tcPr>
            <w:tcW w:type="dxa" w:w="1080"/>
            <w:tcMar>
              <w:top w:w="95" w:type="dxa"/>
              <w:start w:w="95" w:type="dxa"/>
              <w:bottom w:w="95" w:type="dxa"/>
              <w:end w:w="95" w:type="dxa"/>
            </w:tcMar>
            <w:vAlign w:val="center"/>
          </w:tcPr>
          <w:p>
            <w:pPr>
              <w:spacing w:after="20" w:line="240" w:lineRule="auto"/>
            </w:pPr>
            <w:r>
              <w:rPr>
                <w:sz w:val="12"/>
              </w:rPr>
            </w:r>
          </w:p>
        </w:tc>
        <w:tc>
          <w:tcPr>
            <w:tcW w:type="dxa" w:w="2088"/>
            <w:tcMar>
              <w:top w:w="95" w:type="dxa"/>
              <w:start w:w="95" w:type="dxa"/>
              <w:bottom w:w="95" w:type="dxa"/>
              <w:end w:w="95" w:type="dxa"/>
            </w:tcMar>
            <w:vAlign w:val="center"/>
          </w:tcPr>
          <w:p>
            <w:pPr>
              <w:spacing w:after="20" w:line="240" w:lineRule="auto"/>
            </w:pPr>
            <w:r>
              <w:rPr>
                <w:sz w:val="12"/>
              </w:rPr>
            </w:r>
          </w:p>
        </w:tc>
        <w:tc>
          <w:tcPr>
            <w:tcW w:type="dxa" w:w="792"/>
            <w:tcMar>
              <w:top w:w="95" w:type="dxa"/>
              <w:start w:w="95" w:type="dxa"/>
              <w:bottom w:w="95" w:type="dxa"/>
              <w:end w:w="95" w:type="dxa"/>
            </w:tcMar>
            <w:vAlign w:val="center"/>
          </w:tcPr>
          <w:p>
            <w:pPr>
              <w:spacing w:after="20" w:line="240" w:lineRule="auto"/>
            </w:pPr>
            <w:r>
              <w:rPr>
                <w:sz w:val="12"/>
              </w:rPr>
            </w:r>
          </w:p>
        </w:tc>
        <w:tc>
          <w:tcPr>
            <w:tcW w:type="dxa" w:w="720"/>
            <w:tcMar>
              <w:top w:w="95" w:type="dxa"/>
              <w:start w:w="95" w:type="dxa"/>
              <w:bottom w:w="95" w:type="dxa"/>
              <w:end w:w="95" w:type="dxa"/>
            </w:tcMar>
            <w:vAlign w:val="center"/>
          </w:tcPr>
          <w:p>
            <w:pPr>
              <w:spacing w:after="20" w:line="240" w:lineRule="auto"/>
            </w:pPr>
            <w:r>
              <w:rPr>
                <w:sz w:val="12"/>
              </w:rPr>
            </w:r>
          </w:p>
        </w:tc>
        <w:tc>
          <w:tcPr>
            <w:tcW w:type="dxa" w:w="1656"/>
            <w:tcMar>
              <w:top w:w="95" w:type="dxa"/>
              <w:start w:w="95" w:type="dxa"/>
              <w:bottom w:w="95" w:type="dxa"/>
              <w:end w:w="95" w:type="dxa"/>
            </w:tcMar>
            <w:vAlign w:val="center"/>
          </w:tcPr>
          <w:p>
            <w:pPr>
              <w:spacing w:after="20" w:line="240" w:lineRule="auto"/>
            </w:pPr>
            <w:r>
              <w:rPr>
                <w:sz w:val="12"/>
              </w:rPr>
            </w:r>
          </w:p>
        </w:tc>
        <w:tc>
          <w:tcPr>
            <w:tcW w:type="dxa" w:w="936"/>
            <w:tcMar>
              <w:top w:w="95" w:type="dxa"/>
              <w:start w:w="95" w:type="dxa"/>
              <w:bottom w:w="95" w:type="dxa"/>
              <w:end w:w="95" w:type="dxa"/>
            </w:tcMar>
            <w:vAlign w:val="center"/>
          </w:tcPr>
          <w:p>
            <w:pPr>
              <w:spacing w:after="20" w:line="240" w:lineRule="auto"/>
            </w:pPr>
            <w:r>
              <w:rPr>
                <w:sz w:val="12"/>
              </w:rPr>
            </w:r>
          </w:p>
        </w:tc>
        <w:tc>
          <w:tcPr>
            <w:tcW w:type="dxa" w:w="864"/>
            <w:tcMar>
              <w:top w:w="95" w:type="dxa"/>
              <w:start w:w="95" w:type="dxa"/>
              <w:bottom w:w="95" w:type="dxa"/>
              <w:end w:w="95" w:type="dxa"/>
            </w:tcMar>
            <w:vAlign w:val="center"/>
          </w:tcPr>
          <w:p>
            <w:pPr>
              <w:spacing w:after="20" w:line="240" w:lineRule="auto"/>
            </w:pPr>
            <w:r>
              <w:rPr>
                <w:sz w:val="12"/>
              </w:rPr>
            </w:r>
          </w:p>
        </w:tc>
        <w:tc>
          <w:tcPr>
            <w:tcW w:type="dxa" w:w="792"/>
            <w:tcMar>
              <w:top w:w="95" w:type="dxa"/>
              <w:start w:w="95" w:type="dxa"/>
              <w:bottom w:w="95" w:type="dxa"/>
              <w:end w:w="95" w:type="dxa"/>
            </w:tcMar>
            <w:vAlign w:val="center"/>
          </w:tcPr>
          <w:p>
            <w:pPr>
              <w:spacing w:after="20" w:line="240" w:lineRule="auto"/>
            </w:pPr>
            <w:r>
              <w:rPr>
                <w:sz w:val="12"/>
              </w:rPr>
            </w:r>
          </w:p>
        </w:tc>
      </w:tr>
      <w:tr>
        <w:trPr>
          <w:cantSplit/>
        </w:trPr>
        <w:tc>
          <w:tcPr>
            <w:tcW w:type="dxa" w:w="720"/>
            <w:tcMar>
              <w:top w:w="95" w:type="dxa"/>
              <w:start w:w="95" w:type="dxa"/>
              <w:bottom w:w="95" w:type="dxa"/>
              <w:end w:w="95" w:type="dxa"/>
            </w:tcMar>
            <w:vAlign w:val="center"/>
            <w:shd w:fill="F4F7FA"/>
          </w:tcPr>
          <w:p>
            <w:pPr>
              <w:spacing w:after="20" w:line="240" w:lineRule="auto"/>
            </w:pPr>
            <w:r>
              <w:rPr>
                <w:sz w:val="12"/>
              </w:rPr>
            </w:r>
          </w:p>
        </w:tc>
        <w:tc>
          <w:tcPr>
            <w:tcW w:type="dxa" w:w="1080"/>
            <w:tcMar>
              <w:top w:w="95" w:type="dxa"/>
              <w:start w:w="95" w:type="dxa"/>
              <w:bottom w:w="95" w:type="dxa"/>
              <w:end w:w="95" w:type="dxa"/>
            </w:tcMar>
            <w:vAlign w:val="center"/>
            <w:shd w:fill="F4F7FA"/>
          </w:tcPr>
          <w:p>
            <w:pPr>
              <w:spacing w:after="20" w:line="240" w:lineRule="auto"/>
            </w:pPr>
            <w:r>
              <w:rPr>
                <w:sz w:val="12"/>
              </w:rPr>
            </w:r>
          </w:p>
        </w:tc>
        <w:tc>
          <w:tcPr>
            <w:tcW w:type="dxa" w:w="1080"/>
            <w:tcMar>
              <w:top w:w="95" w:type="dxa"/>
              <w:start w:w="95" w:type="dxa"/>
              <w:bottom w:w="95" w:type="dxa"/>
              <w:end w:w="95" w:type="dxa"/>
            </w:tcMar>
            <w:vAlign w:val="center"/>
            <w:shd w:fill="F4F7FA"/>
          </w:tcPr>
          <w:p>
            <w:pPr>
              <w:spacing w:after="20" w:line="240" w:lineRule="auto"/>
            </w:pPr>
            <w:r>
              <w:rPr>
                <w:sz w:val="12"/>
              </w:rPr>
            </w:r>
          </w:p>
        </w:tc>
        <w:tc>
          <w:tcPr>
            <w:tcW w:type="dxa" w:w="2088"/>
            <w:tcMar>
              <w:top w:w="95" w:type="dxa"/>
              <w:start w:w="95" w:type="dxa"/>
              <w:bottom w:w="95" w:type="dxa"/>
              <w:end w:w="95" w:type="dxa"/>
            </w:tcMar>
            <w:vAlign w:val="center"/>
            <w:shd w:fill="F4F7FA"/>
          </w:tcPr>
          <w:p>
            <w:pPr>
              <w:spacing w:after="20" w:line="240" w:lineRule="auto"/>
            </w:pPr>
            <w:r>
              <w:rPr>
                <w:sz w:val="12"/>
              </w:rPr>
            </w:r>
          </w:p>
        </w:tc>
        <w:tc>
          <w:tcPr>
            <w:tcW w:type="dxa" w:w="792"/>
            <w:tcMar>
              <w:top w:w="95" w:type="dxa"/>
              <w:start w:w="95" w:type="dxa"/>
              <w:bottom w:w="95" w:type="dxa"/>
              <w:end w:w="95" w:type="dxa"/>
            </w:tcMar>
            <w:vAlign w:val="center"/>
            <w:shd w:fill="F4F7FA"/>
          </w:tcPr>
          <w:p>
            <w:pPr>
              <w:spacing w:after="20" w:line="240" w:lineRule="auto"/>
            </w:pPr>
            <w:r>
              <w:rPr>
                <w:sz w:val="12"/>
              </w:rPr>
            </w:r>
          </w:p>
        </w:tc>
        <w:tc>
          <w:tcPr>
            <w:tcW w:type="dxa" w:w="720"/>
            <w:tcMar>
              <w:top w:w="95" w:type="dxa"/>
              <w:start w:w="95" w:type="dxa"/>
              <w:bottom w:w="95" w:type="dxa"/>
              <w:end w:w="95" w:type="dxa"/>
            </w:tcMar>
            <w:vAlign w:val="center"/>
            <w:shd w:fill="F4F7FA"/>
          </w:tcPr>
          <w:p>
            <w:pPr>
              <w:spacing w:after="20" w:line="240" w:lineRule="auto"/>
            </w:pPr>
            <w:r>
              <w:rPr>
                <w:sz w:val="12"/>
              </w:rPr>
            </w:r>
          </w:p>
        </w:tc>
        <w:tc>
          <w:tcPr>
            <w:tcW w:type="dxa" w:w="1656"/>
            <w:tcMar>
              <w:top w:w="95" w:type="dxa"/>
              <w:start w:w="95" w:type="dxa"/>
              <w:bottom w:w="95" w:type="dxa"/>
              <w:end w:w="95" w:type="dxa"/>
            </w:tcMar>
            <w:vAlign w:val="center"/>
            <w:shd w:fill="F4F7FA"/>
          </w:tcPr>
          <w:p>
            <w:pPr>
              <w:spacing w:after="20" w:line="240" w:lineRule="auto"/>
            </w:pPr>
            <w:r>
              <w:rPr>
                <w:sz w:val="12"/>
              </w:rPr>
            </w:r>
          </w:p>
        </w:tc>
        <w:tc>
          <w:tcPr>
            <w:tcW w:type="dxa" w:w="936"/>
            <w:tcMar>
              <w:top w:w="95" w:type="dxa"/>
              <w:start w:w="95" w:type="dxa"/>
              <w:bottom w:w="95" w:type="dxa"/>
              <w:end w:w="95" w:type="dxa"/>
            </w:tcMar>
            <w:vAlign w:val="center"/>
            <w:shd w:fill="F4F7FA"/>
          </w:tcPr>
          <w:p>
            <w:pPr>
              <w:spacing w:after="20" w:line="240" w:lineRule="auto"/>
            </w:pPr>
            <w:r>
              <w:rPr>
                <w:sz w:val="12"/>
              </w:rPr>
            </w:r>
          </w:p>
        </w:tc>
        <w:tc>
          <w:tcPr>
            <w:tcW w:type="dxa" w:w="864"/>
            <w:tcMar>
              <w:top w:w="95" w:type="dxa"/>
              <w:start w:w="95" w:type="dxa"/>
              <w:bottom w:w="95" w:type="dxa"/>
              <w:end w:w="95" w:type="dxa"/>
            </w:tcMar>
            <w:vAlign w:val="center"/>
            <w:shd w:fill="F4F7FA"/>
          </w:tcPr>
          <w:p>
            <w:pPr>
              <w:spacing w:after="20" w:line="240" w:lineRule="auto"/>
            </w:pPr>
            <w:r>
              <w:rPr>
                <w:sz w:val="12"/>
              </w:rPr>
            </w:r>
          </w:p>
        </w:tc>
        <w:tc>
          <w:tcPr>
            <w:tcW w:type="dxa" w:w="792"/>
            <w:tcMar>
              <w:top w:w="95" w:type="dxa"/>
              <w:start w:w="95" w:type="dxa"/>
              <w:bottom w:w="95" w:type="dxa"/>
              <w:end w:w="95" w:type="dxa"/>
            </w:tcMar>
            <w:vAlign w:val="center"/>
            <w:shd w:fill="F4F7FA"/>
          </w:tcPr>
          <w:p>
            <w:pPr>
              <w:spacing w:after="20" w:line="240" w:lineRule="auto"/>
            </w:pPr>
            <w:r>
              <w:rPr>
                <w:sz w:val="12"/>
              </w:rPr>
            </w:r>
          </w:p>
        </w:tc>
      </w:tr>
      <w:tr>
        <w:trPr>
          <w:cantSplit/>
        </w:trPr>
        <w:tc>
          <w:tcPr>
            <w:tcW w:type="dxa" w:w="720"/>
            <w:tcMar>
              <w:top w:w="95" w:type="dxa"/>
              <w:start w:w="95" w:type="dxa"/>
              <w:bottom w:w="95" w:type="dxa"/>
              <w:end w:w="95" w:type="dxa"/>
            </w:tcMar>
            <w:vAlign w:val="center"/>
          </w:tcPr>
          <w:p>
            <w:pPr>
              <w:spacing w:after="20" w:line="240" w:lineRule="auto"/>
            </w:pPr>
            <w:r>
              <w:rPr>
                <w:sz w:val="12"/>
              </w:rPr>
            </w:r>
          </w:p>
        </w:tc>
        <w:tc>
          <w:tcPr>
            <w:tcW w:type="dxa" w:w="1080"/>
            <w:tcMar>
              <w:top w:w="95" w:type="dxa"/>
              <w:start w:w="95" w:type="dxa"/>
              <w:bottom w:w="95" w:type="dxa"/>
              <w:end w:w="95" w:type="dxa"/>
            </w:tcMar>
            <w:vAlign w:val="center"/>
          </w:tcPr>
          <w:p>
            <w:pPr>
              <w:spacing w:after="20" w:line="240" w:lineRule="auto"/>
            </w:pPr>
            <w:r>
              <w:rPr>
                <w:sz w:val="12"/>
              </w:rPr>
            </w:r>
          </w:p>
        </w:tc>
        <w:tc>
          <w:tcPr>
            <w:tcW w:type="dxa" w:w="1080"/>
            <w:tcMar>
              <w:top w:w="95" w:type="dxa"/>
              <w:start w:w="95" w:type="dxa"/>
              <w:bottom w:w="95" w:type="dxa"/>
              <w:end w:w="95" w:type="dxa"/>
            </w:tcMar>
            <w:vAlign w:val="center"/>
          </w:tcPr>
          <w:p>
            <w:pPr>
              <w:spacing w:after="20" w:line="240" w:lineRule="auto"/>
            </w:pPr>
            <w:r>
              <w:rPr>
                <w:sz w:val="12"/>
              </w:rPr>
            </w:r>
          </w:p>
        </w:tc>
        <w:tc>
          <w:tcPr>
            <w:tcW w:type="dxa" w:w="2088"/>
            <w:tcMar>
              <w:top w:w="95" w:type="dxa"/>
              <w:start w:w="95" w:type="dxa"/>
              <w:bottom w:w="95" w:type="dxa"/>
              <w:end w:w="95" w:type="dxa"/>
            </w:tcMar>
            <w:vAlign w:val="center"/>
          </w:tcPr>
          <w:p>
            <w:pPr>
              <w:spacing w:after="20" w:line="240" w:lineRule="auto"/>
            </w:pPr>
            <w:r>
              <w:rPr>
                <w:sz w:val="12"/>
              </w:rPr>
            </w:r>
          </w:p>
        </w:tc>
        <w:tc>
          <w:tcPr>
            <w:tcW w:type="dxa" w:w="792"/>
            <w:tcMar>
              <w:top w:w="95" w:type="dxa"/>
              <w:start w:w="95" w:type="dxa"/>
              <w:bottom w:w="95" w:type="dxa"/>
              <w:end w:w="95" w:type="dxa"/>
            </w:tcMar>
            <w:vAlign w:val="center"/>
          </w:tcPr>
          <w:p>
            <w:pPr>
              <w:spacing w:after="20" w:line="240" w:lineRule="auto"/>
            </w:pPr>
            <w:r>
              <w:rPr>
                <w:sz w:val="12"/>
              </w:rPr>
            </w:r>
          </w:p>
        </w:tc>
        <w:tc>
          <w:tcPr>
            <w:tcW w:type="dxa" w:w="720"/>
            <w:tcMar>
              <w:top w:w="95" w:type="dxa"/>
              <w:start w:w="95" w:type="dxa"/>
              <w:bottom w:w="95" w:type="dxa"/>
              <w:end w:w="95" w:type="dxa"/>
            </w:tcMar>
            <w:vAlign w:val="center"/>
          </w:tcPr>
          <w:p>
            <w:pPr>
              <w:spacing w:after="20" w:line="240" w:lineRule="auto"/>
            </w:pPr>
            <w:r>
              <w:rPr>
                <w:sz w:val="12"/>
              </w:rPr>
            </w:r>
          </w:p>
        </w:tc>
        <w:tc>
          <w:tcPr>
            <w:tcW w:type="dxa" w:w="1656"/>
            <w:tcMar>
              <w:top w:w="95" w:type="dxa"/>
              <w:start w:w="95" w:type="dxa"/>
              <w:bottom w:w="95" w:type="dxa"/>
              <w:end w:w="95" w:type="dxa"/>
            </w:tcMar>
            <w:vAlign w:val="center"/>
          </w:tcPr>
          <w:p>
            <w:pPr>
              <w:spacing w:after="20" w:line="240" w:lineRule="auto"/>
            </w:pPr>
            <w:r>
              <w:rPr>
                <w:sz w:val="12"/>
              </w:rPr>
            </w:r>
          </w:p>
        </w:tc>
        <w:tc>
          <w:tcPr>
            <w:tcW w:type="dxa" w:w="936"/>
            <w:tcMar>
              <w:top w:w="95" w:type="dxa"/>
              <w:start w:w="95" w:type="dxa"/>
              <w:bottom w:w="95" w:type="dxa"/>
              <w:end w:w="95" w:type="dxa"/>
            </w:tcMar>
            <w:vAlign w:val="center"/>
          </w:tcPr>
          <w:p>
            <w:pPr>
              <w:spacing w:after="20" w:line="240" w:lineRule="auto"/>
            </w:pPr>
            <w:r>
              <w:rPr>
                <w:sz w:val="12"/>
              </w:rPr>
            </w:r>
          </w:p>
        </w:tc>
        <w:tc>
          <w:tcPr>
            <w:tcW w:type="dxa" w:w="864"/>
            <w:tcMar>
              <w:top w:w="95" w:type="dxa"/>
              <w:start w:w="95" w:type="dxa"/>
              <w:bottom w:w="95" w:type="dxa"/>
              <w:end w:w="95" w:type="dxa"/>
            </w:tcMar>
            <w:vAlign w:val="center"/>
          </w:tcPr>
          <w:p>
            <w:pPr>
              <w:spacing w:after="20" w:line="240" w:lineRule="auto"/>
            </w:pPr>
            <w:r>
              <w:rPr>
                <w:sz w:val="12"/>
              </w:rPr>
            </w:r>
          </w:p>
        </w:tc>
        <w:tc>
          <w:tcPr>
            <w:tcW w:type="dxa" w:w="792"/>
            <w:tcMar>
              <w:top w:w="95" w:type="dxa"/>
              <w:start w:w="95" w:type="dxa"/>
              <w:bottom w:w="95" w:type="dxa"/>
              <w:end w:w="95" w:type="dxa"/>
            </w:tcMar>
            <w:vAlign w:val="center"/>
          </w:tcPr>
          <w:p>
            <w:pPr>
              <w:spacing w:after="20" w:line="240" w:lineRule="auto"/>
            </w:pPr>
            <w:r>
              <w:rPr>
                <w:sz w:val="12"/>
              </w:rPr>
            </w:r>
          </w:p>
        </w:tc>
      </w:tr>
      <w:tr>
        <w:trPr>
          <w:cantSplit/>
        </w:trPr>
        <w:tc>
          <w:tcPr>
            <w:tcW w:type="dxa" w:w="720"/>
            <w:tcMar>
              <w:top w:w="95" w:type="dxa"/>
              <w:start w:w="95" w:type="dxa"/>
              <w:bottom w:w="95" w:type="dxa"/>
              <w:end w:w="95" w:type="dxa"/>
            </w:tcMar>
            <w:vAlign w:val="center"/>
            <w:shd w:fill="F4F7FA"/>
          </w:tcPr>
          <w:p>
            <w:pPr>
              <w:spacing w:after="20" w:line="240" w:lineRule="auto"/>
            </w:pPr>
            <w:r>
              <w:rPr>
                <w:sz w:val="12"/>
              </w:rPr>
            </w:r>
          </w:p>
        </w:tc>
        <w:tc>
          <w:tcPr>
            <w:tcW w:type="dxa" w:w="1080"/>
            <w:tcMar>
              <w:top w:w="95" w:type="dxa"/>
              <w:start w:w="95" w:type="dxa"/>
              <w:bottom w:w="95" w:type="dxa"/>
              <w:end w:w="95" w:type="dxa"/>
            </w:tcMar>
            <w:vAlign w:val="center"/>
            <w:shd w:fill="F4F7FA"/>
          </w:tcPr>
          <w:p>
            <w:pPr>
              <w:spacing w:after="20" w:line="240" w:lineRule="auto"/>
            </w:pPr>
            <w:r>
              <w:rPr>
                <w:sz w:val="12"/>
              </w:rPr>
            </w:r>
          </w:p>
        </w:tc>
        <w:tc>
          <w:tcPr>
            <w:tcW w:type="dxa" w:w="1080"/>
            <w:tcMar>
              <w:top w:w="95" w:type="dxa"/>
              <w:start w:w="95" w:type="dxa"/>
              <w:bottom w:w="95" w:type="dxa"/>
              <w:end w:w="95" w:type="dxa"/>
            </w:tcMar>
            <w:vAlign w:val="center"/>
            <w:shd w:fill="F4F7FA"/>
          </w:tcPr>
          <w:p>
            <w:pPr>
              <w:spacing w:after="20" w:line="240" w:lineRule="auto"/>
            </w:pPr>
            <w:r>
              <w:rPr>
                <w:sz w:val="12"/>
              </w:rPr>
            </w:r>
          </w:p>
        </w:tc>
        <w:tc>
          <w:tcPr>
            <w:tcW w:type="dxa" w:w="2088"/>
            <w:tcMar>
              <w:top w:w="95" w:type="dxa"/>
              <w:start w:w="95" w:type="dxa"/>
              <w:bottom w:w="95" w:type="dxa"/>
              <w:end w:w="95" w:type="dxa"/>
            </w:tcMar>
            <w:vAlign w:val="center"/>
            <w:shd w:fill="F4F7FA"/>
          </w:tcPr>
          <w:p>
            <w:pPr>
              <w:spacing w:after="20" w:line="240" w:lineRule="auto"/>
            </w:pPr>
            <w:r>
              <w:rPr>
                <w:sz w:val="12"/>
              </w:rPr>
            </w:r>
          </w:p>
        </w:tc>
        <w:tc>
          <w:tcPr>
            <w:tcW w:type="dxa" w:w="792"/>
            <w:tcMar>
              <w:top w:w="95" w:type="dxa"/>
              <w:start w:w="95" w:type="dxa"/>
              <w:bottom w:w="95" w:type="dxa"/>
              <w:end w:w="95" w:type="dxa"/>
            </w:tcMar>
            <w:vAlign w:val="center"/>
            <w:shd w:fill="F4F7FA"/>
          </w:tcPr>
          <w:p>
            <w:pPr>
              <w:spacing w:after="20" w:line="240" w:lineRule="auto"/>
            </w:pPr>
            <w:r>
              <w:rPr>
                <w:sz w:val="12"/>
              </w:rPr>
            </w:r>
          </w:p>
        </w:tc>
        <w:tc>
          <w:tcPr>
            <w:tcW w:type="dxa" w:w="720"/>
            <w:tcMar>
              <w:top w:w="95" w:type="dxa"/>
              <w:start w:w="95" w:type="dxa"/>
              <w:bottom w:w="95" w:type="dxa"/>
              <w:end w:w="95" w:type="dxa"/>
            </w:tcMar>
            <w:vAlign w:val="center"/>
            <w:shd w:fill="F4F7FA"/>
          </w:tcPr>
          <w:p>
            <w:pPr>
              <w:spacing w:after="20" w:line="240" w:lineRule="auto"/>
            </w:pPr>
            <w:r>
              <w:rPr>
                <w:sz w:val="12"/>
              </w:rPr>
            </w:r>
          </w:p>
        </w:tc>
        <w:tc>
          <w:tcPr>
            <w:tcW w:type="dxa" w:w="1656"/>
            <w:tcMar>
              <w:top w:w="95" w:type="dxa"/>
              <w:start w:w="95" w:type="dxa"/>
              <w:bottom w:w="95" w:type="dxa"/>
              <w:end w:w="95" w:type="dxa"/>
            </w:tcMar>
            <w:vAlign w:val="center"/>
            <w:shd w:fill="F4F7FA"/>
          </w:tcPr>
          <w:p>
            <w:pPr>
              <w:spacing w:after="20" w:line="240" w:lineRule="auto"/>
            </w:pPr>
            <w:r>
              <w:rPr>
                <w:sz w:val="12"/>
              </w:rPr>
            </w:r>
          </w:p>
        </w:tc>
        <w:tc>
          <w:tcPr>
            <w:tcW w:type="dxa" w:w="936"/>
            <w:tcMar>
              <w:top w:w="95" w:type="dxa"/>
              <w:start w:w="95" w:type="dxa"/>
              <w:bottom w:w="95" w:type="dxa"/>
              <w:end w:w="95" w:type="dxa"/>
            </w:tcMar>
            <w:vAlign w:val="center"/>
            <w:shd w:fill="F4F7FA"/>
          </w:tcPr>
          <w:p>
            <w:pPr>
              <w:spacing w:after="20" w:line="240" w:lineRule="auto"/>
            </w:pPr>
            <w:r>
              <w:rPr>
                <w:sz w:val="12"/>
              </w:rPr>
            </w:r>
          </w:p>
        </w:tc>
        <w:tc>
          <w:tcPr>
            <w:tcW w:type="dxa" w:w="864"/>
            <w:tcMar>
              <w:top w:w="95" w:type="dxa"/>
              <w:start w:w="95" w:type="dxa"/>
              <w:bottom w:w="95" w:type="dxa"/>
              <w:end w:w="95" w:type="dxa"/>
            </w:tcMar>
            <w:vAlign w:val="center"/>
            <w:shd w:fill="F4F7FA"/>
          </w:tcPr>
          <w:p>
            <w:pPr>
              <w:spacing w:after="20" w:line="240" w:lineRule="auto"/>
            </w:pPr>
            <w:r>
              <w:rPr>
                <w:sz w:val="12"/>
              </w:rPr>
            </w:r>
          </w:p>
        </w:tc>
        <w:tc>
          <w:tcPr>
            <w:tcW w:type="dxa" w:w="792"/>
            <w:tcMar>
              <w:top w:w="95" w:type="dxa"/>
              <w:start w:w="95" w:type="dxa"/>
              <w:bottom w:w="95" w:type="dxa"/>
              <w:end w:w="95" w:type="dxa"/>
            </w:tcMar>
            <w:vAlign w:val="center"/>
            <w:shd w:fill="F4F7FA"/>
          </w:tcPr>
          <w:p>
            <w:pPr>
              <w:spacing w:after="20" w:line="240" w:lineRule="auto"/>
            </w:pPr>
            <w:r>
              <w:rPr>
                <w:sz w:val="12"/>
              </w:rPr>
            </w:r>
          </w:p>
        </w:tc>
      </w:tr>
      <w:tr>
        <w:trPr>
          <w:cantSplit/>
        </w:trPr>
        <w:tc>
          <w:tcPr>
            <w:tcW w:type="dxa" w:w="720"/>
            <w:tcMar>
              <w:top w:w="95" w:type="dxa"/>
              <w:start w:w="95" w:type="dxa"/>
              <w:bottom w:w="95" w:type="dxa"/>
              <w:end w:w="95" w:type="dxa"/>
            </w:tcMar>
            <w:vAlign w:val="center"/>
          </w:tcPr>
          <w:p>
            <w:pPr>
              <w:spacing w:after="20" w:line="240" w:lineRule="auto"/>
            </w:pPr>
            <w:r>
              <w:rPr>
                <w:sz w:val="12"/>
              </w:rPr>
            </w:r>
          </w:p>
        </w:tc>
        <w:tc>
          <w:tcPr>
            <w:tcW w:type="dxa" w:w="1080"/>
            <w:tcMar>
              <w:top w:w="95" w:type="dxa"/>
              <w:start w:w="95" w:type="dxa"/>
              <w:bottom w:w="95" w:type="dxa"/>
              <w:end w:w="95" w:type="dxa"/>
            </w:tcMar>
            <w:vAlign w:val="center"/>
          </w:tcPr>
          <w:p>
            <w:pPr>
              <w:spacing w:after="20" w:line="240" w:lineRule="auto"/>
            </w:pPr>
            <w:r>
              <w:rPr>
                <w:sz w:val="12"/>
              </w:rPr>
            </w:r>
          </w:p>
        </w:tc>
        <w:tc>
          <w:tcPr>
            <w:tcW w:type="dxa" w:w="1080"/>
            <w:tcMar>
              <w:top w:w="95" w:type="dxa"/>
              <w:start w:w="95" w:type="dxa"/>
              <w:bottom w:w="95" w:type="dxa"/>
              <w:end w:w="95" w:type="dxa"/>
            </w:tcMar>
            <w:vAlign w:val="center"/>
          </w:tcPr>
          <w:p>
            <w:pPr>
              <w:spacing w:after="20" w:line="240" w:lineRule="auto"/>
            </w:pPr>
            <w:r>
              <w:rPr>
                <w:sz w:val="12"/>
              </w:rPr>
            </w:r>
          </w:p>
        </w:tc>
        <w:tc>
          <w:tcPr>
            <w:tcW w:type="dxa" w:w="2088"/>
            <w:tcMar>
              <w:top w:w="95" w:type="dxa"/>
              <w:start w:w="95" w:type="dxa"/>
              <w:bottom w:w="95" w:type="dxa"/>
              <w:end w:w="95" w:type="dxa"/>
            </w:tcMar>
            <w:vAlign w:val="center"/>
          </w:tcPr>
          <w:p>
            <w:pPr>
              <w:spacing w:after="20" w:line="240" w:lineRule="auto"/>
            </w:pPr>
            <w:r>
              <w:rPr>
                <w:sz w:val="12"/>
              </w:rPr>
            </w:r>
          </w:p>
        </w:tc>
        <w:tc>
          <w:tcPr>
            <w:tcW w:type="dxa" w:w="792"/>
            <w:tcMar>
              <w:top w:w="95" w:type="dxa"/>
              <w:start w:w="95" w:type="dxa"/>
              <w:bottom w:w="95" w:type="dxa"/>
              <w:end w:w="95" w:type="dxa"/>
            </w:tcMar>
            <w:vAlign w:val="center"/>
          </w:tcPr>
          <w:p>
            <w:pPr>
              <w:spacing w:after="20" w:line="240" w:lineRule="auto"/>
            </w:pPr>
            <w:r>
              <w:rPr>
                <w:sz w:val="12"/>
              </w:rPr>
            </w:r>
          </w:p>
        </w:tc>
        <w:tc>
          <w:tcPr>
            <w:tcW w:type="dxa" w:w="720"/>
            <w:tcMar>
              <w:top w:w="95" w:type="dxa"/>
              <w:start w:w="95" w:type="dxa"/>
              <w:bottom w:w="95" w:type="dxa"/>
              <w:end w:w="95" w:type="dxa"/>
            </w:tcMar>
            <w:vAlign w:val="center"/>
          </w:tcPr>
          <w:p>
            <w:pPr>
              <w:spacing w:after="20" w:line="240" w:lineRule="auto"/>
            </w:pPr>
            <w:r>
              <w:rPr>
                <w:sz w:val="12"/>
              </w:rPr>
            </w:r>
          </w:p>
        </w:tc>
        <w:tc>
          <w:tcPr>
            <w:tcW w:type="dxa" w:w="1656"/>
            <w:tcMar>
              <w:top w:w="95" w:type="dxa"/>
              <w:start w:w="95" w:type="dxa"/>
              <w:bottom w:w="95" w:type="dxa"/>
              <w:end w:w="95" w:type="dxa"/>
            </w:tcMar>
            <w:vAlign w:val="center"/>
          </w:tcPr>
          <w:p>
            <w:pPr>
              <w:spacing w:after="20" w:line="240" w:lineRule="auto"/>
            </w:pPr>
            <w:r>
              <w:rPr>
                <w:sz w:val="12"/>
              </w:rPr>
            </w:r>
          </w:p>
        </w:tc>
        <w:tc>
          <w:tcPr>
            <w:tcW w:type="dxa" w:w="936"/>
            <w:tcMar>
              <w:top w:w="95" w:type="dxa"/>
              <w:start w:w="95" w:type="dxa"/>
              <w:bottom w:w="95" w:type="dxa"/>
              <w:end w:w="95" w:type="dxa"/>
            </w:tcMar>
            <w:vAlign w:val="center"/>
          </w:tcPr>
          <w:p>
            <w:pPr>
              <w:spacing w:after="20" w:line="240" w:lineRule="auto"/>
            </w:pPr>
            <w:r>
              <w:rPr>
                <w:sz w:val="12"/>
              </w:rPr>
            </w:r>
          </w:p>
        </w:tc>
        <w:tc>
          <w:tcPr>
            <w:tcW w:type="dxa" w:w="864"/>
            <w:tcMar>
              <w:top w:w="95" w:type="dxa"/>
              <w:start w:w="95" w:type="dxa"/>
              <w:bottom w:w="95" w:type="dxa"/>
              <w:end w:w="95" w:type="dxa"/>
            </w:tcMar>
            <w:vAlign w:val="center"/>
          </w:tcPr>
          <w:p>
            <w:pPr>
              <w:spacing w:after="20" w:line="240" w:lineRule="auto"/>
            </w:pPr>
            <w:r>
              <w:rPr>
                <w:sz w:val="12"/>
              </w:rPr>
            </w:r>
          </w:p>
        </w:tc>
        <w:tc>
          <w:tcPr>
            <w:tcW w:type="dxa" w:w="792"/>
            <w:tcMar>
              <w:top w:w="95" w:type="dxa"/>
              <w:start w:w="95" w:type="dxa"/>
              <w:bottom w:w="95" w:type="dxa"/>
              <w:end w:w="95" w:type="dxa"/>
            </w:tcMar>
            <w:vAlign w:val="center"/>
          </w:tcPr>
          <w:p>
            <w:pPr>
              <w:spacing w:after="20" w:line="240" w:lineRule="auto"/>
            </w:pPr>
            <w:r>
              <w:rPr>
                <w:sz w:val="12"/>
              </w:rPr>
            </w:r>
          </w:p>
        </w:tc>
      </w:tr>
      <w:tr>
        <w:trPr>
          <w:cantSplit/>
        </w:trPr>
        <w:tc>
          <w:tcPr>
            <w:tcW w:type="dxa" w:w="720"/>
            <w:tcMar>
              <w:top w:w="95" w:type="dxa"/>
              <w:start w:w="95" w:type="dxa"/>
              <w:bottom w:w="95" w:type="dxa"/>
              <w:end w:w="95" w:type="dxa"/>
            </w:tcMar>
            <w:vAlign w:val="center"/>
            <w:shd w:fill="F4F7FA"/>
          </w:tcPr>
          <w:p>
            <w:pPr>
              <w:spacing w:after="20" w:line="240" w:lineRule="auto"/>
            </w:pPr>
            <w:r>
              <w:rPr>
                <w:sz w:val="12"/>
              </w:rPr>
            </w:r>
          </w:p>
        </w:tc>
        <w:tc>
          <w:tcPr>
            <w:tcW w:type="dxa" w:w="1080"/>
            <w:tcMar>
              <w:top w:w="95" w:type="dxa"/>
              <w:start w:w="95" w:type="dxa"/>
              <w:bottom w:w="95" w:type="dxa"/>
              <w:end w:w="95" w:type="dxa"/>
            </w:tcMar>
            <w:vAlign w:val="center"/>
            <w:shd w:fill="F4F7FA"/>
          </w:tcPr>
          <w:p>
            <w:pPr>
              <w:spacing w:after="20" w:line="240" w:lineRule="auto"/>
            </w:pPr>
            <w:r>
              <w:rPr>
                <w:sz w:val="12"/>
              </w:rPr>
            </w:r>
          </w:p>
        </w:tc>
        <w:tc>
          <w:tcPr>
            <w:tcW w:type="dxa" w:w="1080"/>
            <w:tcMar>
              <w:top w:w="95" w:type="dxa"/>
              <w:start w:w="95" w:type="dxa"/>
              <w:bottom w:w="95" w:type="dxa"/>
              <w:end w:w="95" w:type="dxa"/>
            </w:tcMar>
            <w:vAlign w:val="center"/>
            <w:shd w:fill="F4F7FA"/>
          </w:tcPr>
          <w:p>
            <w:pPr>
              <w:spacing w:after="20" w:line="240" w:lineRule="auto"/>
            </w:pPr>
            <w:r>
              <w:rPr>
                <w:sz w:val="12"/>
              </w:rPr>
            </w:r>
          </w:p>
        </w:tc>
        <w:tc>
          <w:tcPr>
            <w:tcW w:type="dxa" w:w="2088"/>
            <w:tcMar>
              <w:top w:w="95" w:type="dxa"/>
              <w:start w:w="95" w:type="dxa"/>
              <w:bottom w:w="95" w:type="dxa"/>
              <w:end w:w="95" w:type="dxa"/>
            </w:tcMar>
            <w:vAlign w:val="center"/>
            <w:shd w:fill="F4F7FA"/>
          </w:tcPr>
          <w:p>
            <w:pPr>
              <w:spacing w:after="20" w:line="240" w:lineRule="auto"/>
            </w:pPr>
            <w:r>
              <w:rPr>
                <w:sz w:val="12"/>
              </w:rPr>
            </w:r>
          </w:p>
        </w:tc>
        <w:tc>
          <w:tcPr>
            <w:tcW w:type="dxa" w:w="792"/>
            <w:tcMar>
              <w:top w:w="95" w:type="dxa"/>
              <w:start w:w="95" w:type="dxa"/>
              <w:bottom w:w="95" w:type="dxa"/>
              <w:end w:w="95" w:type="dxa"/>
            </w:tcMar>
            <w:vAlign w:val="center"/>
            <w:shd w:fill="F4F7FA"/>
          </w:tcPr>
          <w:p>
            <w:pPr>
              <w:spacing w:after="20" w:line="240" w:lineRule="auto"/>
            </w:pPr>
            <w:r>
              <w:rPr>
                <w:sz w:val="12"/>
              </w:rPr>
            </w:r>
          </w:p>
        </w:tc>
        <w:tc>
          <w:tcPr>
            <w:tcW w:type="dxa" w:w="720"/>
            <w:tcMar>
              <w:top w:w="95" w:type="dxa"/>
              <w:start w:w="95" w:type="dxa"/>
              <w:bottom w:w="95" w:type="dxa"/>
              <w:end w:w="95" w:type="dxa"/>
            </w:tcMar>
            <w:vAlign w:val="center"/>
            <w:shd w:fill="F4F7FA"/>
          </w:tcPr>
          <w:p>
            <w:pPr>
              <w:spacing w:after="20" w:line="240" w:lineRule="auto"/>
            </w:pPr>
            <w:r>
              <w:rPr>
                <w:sz w:val="12"/>
              </w:rPr>
            </w:r>
          </w:p>
        </w:tc>
        <w:tc>
          <w:tcPr>
            <w:tcW w:type="dxa" w:w="1656"/>
            <w:tcMar>
              <w:top w:w="95" w:type="dxa"/>
              <w:start w:w="95" w:type="dxa"/>
              <w:bottom w:w="95" w:type="dxa"/>
              <w:end w:w="95" w:type="dxa"/>
            </w:tcMar>
            <w:vAlign w:val="center"/>
            <w:shd w:fill="F4F7FA"/>
          </w:tcPr>
          <w:p>
            <w:pPr>
              <w:spacing w:after="20" w:line="240" w:lineRule="auto"/>
            </w:pPr>
            <w:r>
              <w:rPr>
                <w:sz w:val="12"/>
              </w:rPr>
            </w:r>
          </w:p>
        </w:tc>
        <w:tc>
          <w:tcPr>
            <w:tcW w:type="dxa" w:w="936"/>
            <w:tcMar>
              <w:top w:w="95" w:type="dxa"/>
              <w:start w:w="95" w:type="dxa"/>
              <w:bottom w:w="95" w:type="dxa"/>
              <w:end w:w="95" w:type="dxa"/>
            </w:tcMar>
            <w:vAlign w:val="center"/>
            <w:shd w:fill="F4F7FA"/>
          </w:tcPr>
          <w:p>
            <w:pPr>
              <w:spacing w:after="20" w:line="240" w:lineRule="auto"/>
            </w:pPr>
            <w:r>
              <w:rPr>
                <w:sz w:val="12"/>
              </w:rPr>
            </w:r>
          </w:p>
        </w:tc>
        <w:tc>
          <w:tcPr>
            <w:tcW w:type="dxa" w:w="864"/>
            <w:tcMar>
              <w:top w:w="95" w:type="dxa"/>
              <w:start w:w="95" w:type="dxa"/>
              <w:bottom w:w="95" w:type="dxa"/>
              <w:end w:w="95" w:type="dxa"/>
            </w:tcMar>
            <w:vAlign w:val="center"/>
            <w:shd w:fill="F4F7FA"/>
          </w:tcPr>
          <w:p>
            <w:pPr>
              <w:spacing w:after="20" w:line="240" w:lineRule="auto"/>
            </w:pPr>
            <w:r>
              <w:rPr>
                <w:sz w:val="12"/>
              </w:rPr>
            </w:r>
          </w:p>
        </w:tc>
        <w:tc>
          <w:tcPr>
            <w:tcW w:type="dxa" w:w="792"/>
            <w:tcMar>
              <w:top w:w="95" w:type="dxa"/>
              <w:start w:w="95" w:type="dxa"/>
              <w:bottom w:w="95" w:type="dxa"/>
              <w:end w:w="95" w:type="dxa"/>
            </w:tcMar>
            <w:vAlign w:val="center"/>
            <w:shd w:fill="F4F7FA"/>
          </w:tcPr>
          <w:p>
            <w:pPr>
              <w:spacing w:after="20" w:line="240" w:lineRule="auto"/>
            </w:pPr>
            <w:r>
              <w:rPr>
                <w:sz w:val="12"/>
              </w:rPr>
            </w:r>
          </w:p>
        </w:tc>
      </w:tr>
      <w:tr>
        <w:trPr>
          <w:cantSplit/>
        </w:trPr>
        <w:tc>
          <w:tcPr>
            <w:tcW w:type="dxa" w:w="720"/>
            <w:tcMar>
              <w:top w:w="95" w:type="dxa"/>
              <w:start w:w="95" w:type="dxa"/>
              <w:bottom w:w="95" w:type="dxa"/>
              <w:end w:w="95" w:type="dxa"/>
            </w:tcMar>
            <w:vAlign w:val="center"/>
          </w:tcPr>
          <w:p>
            <w:pPr>
              <w:spacing w:after="20" w:line="240" w:lineRule="auto"/>
            </w:pPr>
            <w:r>
              <w:rPr>
                <w:sz w:val="12"/>
              </w:rPr>
            </w:r>
          </w:p>
        </w:tc>
        <w:tc>
          <w:tcPr>
            <w:tcW w:type="dxa" w:w="1080"/>
            <w:tcMar>
              <w:top w:w="95" w:type="dxa"/>
              <w:start w:w="95" w:type="dxa"/>
              <w:bottom w:w="95" w:type="dxa"/>
              <w:end w:w="95" w:type="dxa"/>
            </w:tcMar>
            <w:vAlign w:val="center"/>
          </w:tcPr>
          <w:p>
            <w:pPr>
              <w:spacing w:after="20" w:line="240" w:lineRule="auto"/>
            </w:pPr>
            <w:r>
              <w:rPr>
                <w:sz w:val="12"/>
              </w:rPr>
            </w:r>
          </w:p>
        </w:tc>
        <w:tc>
          <w:tcPr>
            <w:tcW w:type="dxa" w:w="1080"/>
            <w:tcMar>
              <w:top w:w="95" w:type="dxa"/>
              <w:start w:w="95" w:type="dxa"/>
              <w:bottom w:w="95" w:type="dxa"/>
              <w:end w:w="95" w:type="dxa"/>
            </w:tcMar>
            <w:vAlign w:val="center"/>
          </w:tcPr>
          <w:p>
            <w:pPr>
              <w:spacing w:after="20" w:line="240" w:lineRule="auto"/>
            </w:pPr>
            <w:r>
              <w:rPr>
                <w:sz w:val="12"/>
              </w:rPr>
            </w:r>
          </w:p>
        </w:tc>
        <w:tc>
          <w:tcPr>
            <w:tcW w:type="dxa" w:w="2088"/>
            <w:tcMar>
              <w:top w:w="95" w:type="dxa"/>
              <w:start w:w="95" w:type="dxa"/>
              <w:bottom w:w="95" w:type="dxa"/>
              <w:end w:w="95" w:type="dxa"/>
            </w:tcMar>
            <w:vAlign w:val="center"/>
          </w:tcPr>
          <w:p>
            <w:pPr>
              <w:spacing w:after="20" w:line="240" w:lineRule="auto"/>
            </w:pPr>
            <w:r>
              <w:rPr>
                <w:sz w:val="12"/>
              </w:rPr>
            </w:r>
          </w:p>
        </w:tc>
        <w:tc>
          <w:tcPr>
            <w:tcW w:type="dxa" w:w="792"/>
            <w:tcMar>
              <w:top w:w="95" w:type="dxa"/>
              <w:start w:w="95" w:type="dxa"/>
              <w:bottom w:w="95" w:type="dxa"/>
              <w:end w:w="95" w:type="dxa"/>
            </w:tcMar>
            <w:vAlign w:val="center"/>
          </w:tcPr>
          <w:p>
            <w:pPr>
              <w:spacing w:after="20" w:line="240" w:lineRule="auto"/>
            </w:pPr>
            <w:r>
              <w:rPr>
                <w:sz w:val="12"/>
              </w:rPr>
            </w:r>
          </w:p>
        </w:tc>
        <w:tc>
          <w:tcPr>
            <w:tcW w:type="dxa" w:w="720"/>
            <w:tcMar>
              <w:top w:w="95" w:type="dxa"/>
              <w:start w:w="95" w:type="dxa"/>
              <w:bottom w:w="95" w:type="dxa"/>
              <w:end w:w="95" w:type="dxa"/>
            </w:tcMar>
            <w:vAlign w:val="center"/>
          </w:tcPr>
          <w:p>
            <w:pPr>
              <w:spacing w:after="20" w:line="240" w:lineRule="auto"/>
            </w:pPr>
            <w:r>
              <w:rPr>
                <w:sz w:val="12"/>
              </w:rPr>
            </w:r>
          </w:p>
        </w:tc>
        <w:tc>
          <w:tcPr>
            <w:tcW w:type="dxa" w:w="1656"/>
            <w:tcMar>
              <w:top w:w="95" w:type="dxa"/>
              <w:start w:w="95" w:type="dxa"/>
              <w:bottom w:w="95" w:type="dxa"/>
              <w:end w:w="95" w:type="dxa"/>
            </w:tcMar>
            <w:vAlign w:val="center"/>
          </w:tcPr>
          <w:p>
            <w:pPr>
              <w:spacing w:after="20" w:line="240" w:lineRule="auto"/>
            </w:pPr>
            <w:r>
              <w:rPr>
                <w:sz w:val="12"/>
              </w:rPr>
            </w:r>
          </w:p>
        </w:tc>
        <w:tc>
          <w:tcPr>
            <w:tcW w:type="dxa" w:w="936"/>
            <w:tcMar>
              <w:top w:w="95" w:type="dxa"/>
              <w:start w:w="95" w:type="dxa"/>
              <w:bottom w:w="95" w:type="dxa"/>
              <w:end w:w="95" w:type="dxa"/>
            </w:tcMar>
            <w:vAlign w:val="center"/>
          </w:tcPr>
          <w:p>
            <w:pPr>
              <w:spacing w:after="20" w:line="240" w:lineRule="auto"/>
            </w:pPr>
            <w:r>
              <w:rPr>
                <w:sz w:val="12"/>
              </w:rPr>
            </w:r>
          </w:p>
        </w:tc>
        <w:tc>
          <w:tcPr>
            <w:tcW w:type="dxa" w:w="864"/>
            <w:tcMar>
              <w:top w:w="95" w:type="dxa"/>
              <w:start w:w="95" w:type="dxa"/>
              <w:bottom w:w="95" w:type="dxa"/>
              <w:end w:w="95" w:type="dxa"/>
            </w:tcMar>
            <w:vAlign w:val="center"/>
          </w:tcPr>
          <w:p>
            <w:pPr>
              <w:spacing w:after="20" w:line="240" w:lineRule="auto"/>
            </w:pPr>
            <w:r>
              <w:rPr>
                <w:sz w:val="12"/>
              </w:rPr>
            </w:r>
          </w:p>
        </w:tc>
        <w:tc>
          <w:tcPr>
            <w:tcW w:type="dxa" w:w="792"/>
            <w:tcMar>
              <w:top w:w="95" w:type="dxa"/>
              <w:start w:w="95" w:type="dxa"/>
              <w:bottom w:w="95" w:type="dxa"/>
              <w:end w:w="95" w:type="dxa"/>
            </w:tcMar>
            <w:vAlign w:val="center"/>
          </w:tcPr>
          <w:p>
            <w:pPr>
              <w:spacing w:after="20" w:line="240" w:lineRule="auto"/>
            </w:pPr>
            <w:r>
              <w:rPr>
                <w:sz w:val="12"/>
              </w:rPr>
            </w:r>
          </w:p>
        </w:tc>
      </w:tr>
      <w:tr>
        <w:trPr>
          <w:cantSplit/>
        </w:trPr>
        <w:tc>
          <w:tcPr>
            <w:tcW w:type="dxa" w:w="720"/>
            <w:tcMar>
              <w:top w:w="95" w:type="dxa"/>
              <w:start w:w="95" w:type="dxa"/>
              <w:bottom w:w="95" w:type="dxa"/>
              <w:end w:w="95" w:type="dxa"/>
            </w:tcMar>
            <w:vAlign w:val="center"/>
            <w:shd w:fill="F4F7FA"/>
          </w:tcPr>
          <w:p>
            <w:pPr>
              <w:spacing w:after="20" w:line="240" w:lineRule="auto"/>
            </w:pPr>
            <w:r>
              <w:rPr>
                <w:sz w:val="12"/>
              </w:rPr>
            </w:r>
          </w:p>
        </w:tc>
        <w:tc>
          <w:tcPr>
            <w:tcW w:type="dxa" w:w="1080"/>
            <w:tcMar>
              <w:top w:w="95" w:type="dxa"/>
              <w:start w:w="95" w:type="dxa"/>
              <w:bottom w:w="95" w:type="dxa"/>
              <w:end w:w="95" w:type="dxa"/>
            </w:tcMar>
            <w:vAlign w:val="center"/>
            <w:shd w:fill="F4F7FA"/>
          </w:tcPr>
          <w:p>
            <w:pPr>
              <w:spacing w:after="20" w:line="240" w:lineRule="auto"/>
            </w:pPr>
            <w:r>
              <w:rPr>
                <w:sz w:val="12"/>
              </w:rPr>
            </w:r>
          </w:p>
        </w:tc>
        <w:tc>
          <w:tcPr>
            <w:tcW w:type="dxa" w:w="1080"/>
            <w:tcMar>
              <w:top w:w="95" w:type="dxa"/>
              <w:start w:w="95" w:type="dxa"/>
              <w:bottom w:w="95" w:type="dxa"/>
              <w:end w:w="95" w:type="dxa"/>
            </w:tcMar>
            <w:vAlign w:val="center"/>
            <w:shd w:fill="F4F7FA"/>
          </w:tcPr>
          <w:p>
            <w:pPr>
              <w:spacing w:after="20" w:line="240" w:lineRule="auto"/>
            </w:pPr>
            <w:r>
              <w:rPr>
                <w:sz w:val="12"/>
              </w:rPr>
            </w:r>
          </w:p>
        </w:tc>
        <w:tc>
          <w:tcPr>
            <w:tcW w:type="dxa" w:w="2088"/>
            <w:tcMar>
              <w:top w:w="95" w:type="dxa"/>
              <w:start w:w="95" w:type="dxa"/>
              <w:bottom w:w="95" w:type="dxa"/>
              <w:end w:w="95" w:type="dxa"/>
            </w:tcMar>
            <w:vAlign w:val="center"/>
            <w:shd w:fill="F4F7FA"/>
          </w:tcPr>
          <w:p>
            <w:pPr>
              <w:spacing w:after="20" w:line="240" w:lineRule="auto"/>
            </w:pPr>
            <w:r>
              <w:rPr>
                <w:sz w:val="12"/>
              </w:rPr>
            </w:r>
          </w:p>
        </w:tc>
        <w:tc>
          <w:tcPr>
            <w:tcW w:type="dxa" w:w="792"/>
            <w:tcMar>
              <w:top w:w="95" w:type="dxa"/>
              <w:start w:w="95" w:type="dxa"/>
              <w:bottom w:w="95" w:type="dxa"/>
              <w:end w:w="95" w:type="dxa"/>
            </w:tcMar>
            <w:vAlign w:val="center"/>
            <w:shd w:fill="F4F7FA"/>
          </w:tcPr>
          <w:p>
            <w:pPr>
              <w:spacing w:after="20" w:line="240" w:lineRule="auto"/>
            </w:pPr>
            <w:r>
              <w:rPr>
                <w:sz w:val="12"/>
              </w:rPr>
            </w:r>
          </w:p>
        </w:tc>
        <w:tc>
          <w:tcPr>
            <w:tcW w:type="dxa" w:w="720"/>
            <w:tcMar>
              <w:top w:w="95" w:type="dxa"/>
              <w:start w:w="95" w:type="dxa"/>
              <w:bottom w:w="95" w:type="dxa"/>
              <w:end w:w="95" w:type="dxa"/>
            </w:tcMar>
            <w:vAlign w:val="center"/>
            <w:shd w:fill="F4F7FA"/>
          </w:tcPr>
          <w:p>
            <w:pPr>
              <w:spacing w:after="20" w:line="240" w:lineRule="auto"/>
            </w:pPr>
            <w:r>
              <w:rPr>
                <w:sz w:val="12"/>
              </w:rPr>
            </w:r>
          </w:p>
        </w:tc>
        <w:tc>
          <w:tcPr>
            <w:tcW w:type="dxa" w:w="1656"/>
            <w:tcMar>
              <w:top w:w="95" w:type="dxa"/>
              <w:start w:w="95" w:type="dxa"/>
              <w:bottom w:w="95" w:type="dxa"/>
              <w:end w:w="95" w:type="dxa"/>
            </w:tcMar>
            <w:vAlign w:val="center"/>
            <w:shd w:fill="F4F7FA"/>
          </w:tcPr>
          <w:p>
            <w:pPr>
              <w:spacing w:after="20" w:line="240" w:lineRule="auto"/>
            </w:pPr>
            <w:r>
              <w:rPr>
                <w:sz w:val="12"/>
              </w:rPr>
            </w:r>
          </w:p>
        </w:tc>
        <w:tc>
          <w:tcPr>
            <w:tcW w:type="dxa" w:w="936"/>
            <w:tcMar>
              <w:top w:w="95" w:type="dxa"/>
              <w:start w:w="95" w:type="dxa"/>
              <w:bottom w:w="95" w:type="dxa"/>
              <w:end w:w="95" w:type="dxa"/>
            </w:tcMar>
            <w:vAlign w:val="center"/>
            <w:shd w:fill="F4F7FA"/>
          </w:tcPr>
          <w:p>
            <w:pPr>
              <w:spacing w:after="20" w:line="240" w:lineRule="auto"/>
            </w:pPr>
            <w:r>
              <w:rPr>
                <w:sz w:val="12"/>
              </w:rPr>
            </w:r>
          </w:p>
        </w:tc>
        <w:tc>
          <w:tcPr>
            <w:tcW w:type="dxa" w:w="864"/>
            <w:tcMar>
              <w:top w:w="95" w:type="dxa"/>
              <w:start w:w="95" w:type="dxa"/>
              <w:bottom w:w="95" w:type="dxa"/>
              <w:end w:w="95" w:type="dxa"/>
            </w:tcMar>
            <w:vAlign w:val="center"/>
            <w:shd w:fill="F4F7FA"/>
          </w:tcPr>
          <w:p>
            <w:pPr>
              <w:spacing w:after="20" w:line="240" w:lineRule="auto"/>
            </w:pPr>
            <w:r>
              <w:rPr>
                <w:sz w:val="12"/>
              </w:rPr>
            </w:r>
          </w:p>
        </w:tc>
        <w:tc>
          <w:tcPr>
            <w:tcW w:type="dxa" w:w="792"/>
            <w:tcMar>
              <w:top w:w="95" w:type="dxa"/>
              <w:start w:w="95" w:type="dxa"/>
              <w:bottom w:w="95" w:type="dxa"/>
              <w:end w:w="95" w:type="dxa"/>
            </w:tcMar>
            <w:vAlign w:val="center"/>
            <w:shd w:fill="F4F7FA"/>
          </w:tcPr>
          <w:p>
            <w:pPr>
              <w:spacing w:after="20" w:line="240" w:lineRule="auto"/>
            </w:pPr>
            <w:r>
              <w:rPr>
                <w:sz w:val="12"/>
              </w:rPr>
            </w:r>
          </w:p>
        </w:tc>
      </w:tr>
      <w:tr>
        <w:trPr>
          <w:cantSplit/>
        </w:trPr>
        <w:tc>
          <w:tcPr>
            <w:tcW w:type="dxa" w:w="720"/>
            <w:tcMar>
              <w:top w:w="95" w:type="dxa"/>
              <w:start w:w="95" w:type="dxa"/>
              <w:bottom w:w="95" w:type="dxa"/>
              <w:end w:w="95" w:type="dxa"/>
            </w:tcMar>
            <w:vAlign w:val="center"/>
          </w:tcPr>
          <w:p>
            <w:pPr>
              <w:spacing w:after="20" w:line="240" w:lineRule="auto"/>
            </w:pPr>
            <w:r>
              <w:rPr>
                <w:sz w:val="12"/>
              </w:rPr>
            </w:r>
          </w:p>
        </w:tc>
        <w:tc>
          <w:tcPr>
            <w:tcW w:type="dxa" w:w="1080"/>
            <w:tcMar>
              <w:top w:w="95" w:type="dxa"/>
              <w:start w:w="95" w:type="dxa"/>
              <w:bottom w:w="95" w:type="dxa"/>
              <w:end w:w="95" w:type="dxa"/>
            </w:tcMar>
            <w:vAlign w:val="center"/>
          </w:tcPr>
          <w:p>
            <w:pPr>
              <w:spacing w:after="20" w:line="240" w:lineRule="auto"/>
            </w:pPr>
            <w:r>
              <w:rPr>
                <w:sz w:val="12"/>
              </w:rPr>
            </w:r>
          </w:p>
        </w:tc>
        <w:tc>
          <w:tcPr>
            <w:tcW w:type="dxa" w:w="1080"/>
            <w:tcMar>
              <w:top w:w="95" w:type="dxa"/>
              <w:start w:w="95" w:type="dxa"/>
              <w:bottom w:w="95" w:type="dxa"/>
              <w:end w:w="95" w:type="dxa"/>
            </w:tcMar>
            <w:vAlign w:val="center"/>
          </w:tcPr>
          <w:p>
            <w:pPr>
              <w:spacing w:after="20" w:line="240" w:lineRule="auto"/>
            </w:pPr>
            <w:r>
              <w:rPr>
                <w:sz w:val="12"/>
              </w:rPr>
            </w:r>
          </w:p>
        </w:tc>
        <w:tc>
          <w:tcPr>
            <w:tcW w:type="dxa" w:w="2088"/>
            <w:tcMar>
              <w:top w:w="95" w:type="dxa"/>
              <w:start w:w="95" w:type="dxa"/>
              <w:bottom w:w="95" w:type="dxa"/>
              <w:end w:w="95" w:type="dxa"/>
            </w:tcMar>
            <w:vAlign w:val="center"/>
          </w:tcPr>
          <w:p>
            <w:pPr>
              <w:spacing w:after="20" w:line="240" w:lineRule="auto"/>
            </w:pPr>
            <w:r>
              <w:rPr>
                <w:sz w:val="12"/>
              </w:rPr>
            </w:r>
          </w:p>
        </w:tc>
        <w:tc>
          <w:tcPr>
            <w:tcW w:type="dxa" w:w="792"/>
            <w:tcMar>
              <w:top w:w="95" w:type="dxa"/>
              <w:start w:w="95" w:type="dxa"/>
              <w:bottom w:w="95" w:type="dxa"/>
              <w:end w:w="95" w:type="dxa"/>
            </w:tcMar>
            <w:vAlign w:val="center"/>
          </w:tcPr>
          <w:p>
            <w:pPr>
              <w:spacing w:after="20" w:line="240" w:lineRule="auto"/>
            </w:pPr>
            <w:r>
              <w:rPr>
                <w:sz w:val="12"/>
              </w:rPr>
            </w:r>
          </w:p>
        </w:tc>
        <w:tc>
          <w:tcPr>
            <w:tcW w:type="dxa" w:w="720"/>
            <w:tcMar>
              <w:top w:w="95" w:type="dxa"/>
              <w:start w:w="95" w:type="dxa"/>
              <w:bottom w:w="95" w:type="dxa"/>
              <w:end w:w="95" w:type="dxa"/>
            </w:tcMar>
            <w:vAlign w:val="center"/>
          </w:tcPr>
          <w:p>
            <w:pPr>
              <w:spacing w:after="20" w:line="240" w:lineRule="auto"/>
            </w:pPr>
            <w:r>
              <w:rPr>
                <w:sz w:val="12"/>
              </w:rPr>
            </w:r>
          </w:p>
        </w:tc>
        <w:tc>
          <w:tcPr>
            <w:tcW w:type="dxa" w:w="1656"/>
            <w:tcMar>
              <w:top w:w="95" w:type="dxa"/>
              <w:start w:w="95" w:type="dxa"/>
              <w:bottom w:w="95" w:type="dxa"/>
              <w:end w:w="95" w:type="dxa"/>
            </w:tcMar>
            <w:vAlign w:val="center"/>
          </w:tcPr>
          <w:p>
            <w:pPr>
              <w:spacing w:after="20" w:line="240" w:lineRule="auto"/>
            </w:pPr>
            <w:r>
              <w:rPr>
                <w:sz w:val="12"/>
              </w:rPr>
            </w:r>
          </w:p>
        </w:tc>
        <w:tc>
          <w:tcPr>
            <w:tcW w:type="dxa" w:w="936"/>
            <w:tcMar>
              <w:top w:w="95" w:type="dxa"/>
              <w:start w:w="95" w:type="dxa"/>
              <w:bottom w:w="95" w:type="dxa"/>
              <w:end w:w="95" w:type="dxa"/>
            </w:tcMar>
            <w:vAlign w:val="center"/>
          </w:tcPr>
          <w:p>
            <w:pPr>
              <w:spacing w:after="20" w:line="240" w:lineRule="auto"/>
            </w:pPr>
            <w:r>
              <w:rPr>
                <w:sz w:val="12"/>
              </w:rPr>
            </w:r>
          </w:p>
        </w:tc>
        <w:tc>
          <w:tcPr>
            <w:tcW w:type="dxa" w:w="864"/>
            <w:tcMar>
              <w:top w:w="95" w:type="dxa"/>
              <w:start w:w="95" w:type="dxa"/>
              <w:bottom w:w="95" w:type="dxa"/>
              <w:end w:w="95" w:type="dxa"/>
            </w:tcMar>
            <w:vAlign w:val="center"/>
          </w:tcPr>
          <w:p>
            <w:pPr>
              <w:spacing w:after="20" w:line="240" w:lineRule="auto"/>
            </w:pPr>
            <w:r>
              <w:rPr>
                <w:sz w:val="12"/>
              </w:rPr>
            </w:r>
          </w:p>
        </w:tc>
        <w:tc>
          <w:tcPr>
            <w:tcW w:type="dxa" w:w="792"/>
            <w:tcMar>
              <w:top w:w="95" w:type="dxa"/>
              <w:start w:w="95" w:type="dxa"/>
              <w:bottom w:w="95" w:type="dxa"/>
              <w:end w:w="95" w:type="dxa"/>
            </w:tcMar>
            <w:vAlign w:val="center"/>
          </w:tcPr>
          <w:p>
            <w:pPr>
              <w:spacing w:after="20" w:line="240" w:lineRule="auto"/>
            </w:pPr>
            <w:r>
              <w:rPr>
                <w:sz w:val="12"/>
              </w:rPr>
            </w:r>
          </w:p>
        </w:tc>
      </w:tr>
    </w:tbl>
    <w:p>
      <w:pPr>
        <w:spacing w:after="20"/>
      </w:pPr>
    </w:p>
    <w:p>
      <w:pPr>
        <w:pStyle w:val="Heading2"/>
      </w:pPr>
      <w:r>
        <w:t>9.1 Register Access and Privacy</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12"/>
        <w:gridCol w:w="5112"/>
      </w:tblGrid>
      <w:tr>
        <w:trPr>
          <w:tblHeader w:val="true"/>
          <w:cantSplit/>
        </w:trPr>
        <w:tc>
          <w:tcPr>
            <w:tcW w:type="dxa" w:w="3240"/>
            <w:shd w:fill="17365D"/>
            <w:tcMar>
              <w:top w:w="95" w:type="dxa"/>
              <w:start w:w="95" w:type="dxa"/>
              <w:bottom w:w="95" w:type="dxa"/>
              <w:end w:w="95" w:type="dxa"/>
            </w:tcMar>
            <w:vAlign w:val="center"/>
          </w:tcPr>
          <w:p>
            <w:r>
              <w:rPr>
                <w:b/>
                <w:color w:val="FFFFFF"/>
                <w:sz w:val="18"/>
              </w:rPr>
              <w:t>Field</w:t>
            </w:r>
          </w:p>
        </w:tc>
        <w:tc>
          <w:tcPr>
            <w:tcW w:type="dxa" w:w="6696"/>
            <w:shd w:fill="17365D"/>
            <w:tcMar>
              <w:top w:w="95" w:type="dxa"/>
              <w:start w:w="95" w:type="dxa"/>
              <w:bottom w:w="95" w:type="dxa"/>
              <w:end w:w="95" w:type="dxa"/>
            </w:tcMar>
            <w:vAlign w:val="center"/>
          </w:tcPr>
          <w:p>
            <w:r>
              <w:rPr>
                <w:b/>
                <w:color w:val="FFFFFF"/>
                <w:sz w:val="18"/>
              </w:rPr>
              <w:t>Declaration</w:t>
            </w:r>
          </w:p>
        </w:tc>
      </w:tr>
      <w:tr>
        <w:trPr>
          <w:cantSplit/>
        </w:trPr>
        <w:tc>
          <w:tcPr>
            <w:tcW w:type="dxa" w:w="3240"/>
            <w:tcMar>
              <w:top w:w="95" w:type="dxa"/>
              <w:start w:w="95" w:type="dxa"/>
              <w:bottom w:w="95" w:type="dxa"/>
              <w:end w:w="95" w:type="dxa"/>
            </w:tcMar>
            <w:vAlign w:val="center"/>
          </w:tcPr>
          <w:p>
            <w:pPr>
              <w:spacing w:after="20" w:line="240" w:lineRule="auto"/>
            </w:pPr>
            <w:r>
              <w:rPr>
                <w:sz w:val="18"/>
              </w:rPr>
              <w:t>Register owner</w:t>
            </w:r>
          </w:p>
        </w:tc>
        <w:tc>
          <w:tcPr>
            <w:tcW w:type="dxa" w:w="6696"/>
            <w:tcMar>
              <w:top w:w="95" w:type="dxa"/>
              <w:start w:w="95" w:type="dxa"/>
              <w:bottom w:w="95" w:type="dxa"/>
              <w:end w:w="95" w:type="dxa"/>
            </w:tcMar>
            <w:vAlign w:val="center"/>
          </w:tcPr>
          <w:p>
            <w:pPr>
              <w:spacing w:after="20" w:line="240" w:lineRule="auto"/>
            </w:pPr>
            <w:r>
              <w:rPr>
                <w:sz w:val="18"/>
              </w:rPr>
            </w:r>
          </w:p>
        </w:tc>
      </w:tr>
      <w:tr>
        <w:trPr>
          <w:cantSplit/>
        </w:trPr>
        <w:tc>
          <w:tcPr>
            <w:tcW w:type="dxa" w:w="3240"/>
            <w:tcMar>
              <w:top w:w="95" w:type="dxa"/>
              <w:start w:w="95" w:type="dxa"/>
              <w:bottom w:w="95" w:type="dxa"/>
              <w:end w:w="95" w:type="dxa"/>
            </w:tcMar>
            <w:vAlign w:val="center"/>
            <w:shd w:fill="F4F7FA"/>
          </w:tcPr>
          <w:p>
            <w:pPr>
              <w:spacing w:after="20" w:line="240" w:lineRule="auto"/>
            </w:pPr>
            <w:r>
              <w:rPr>
                <w:sz w:val="18"/>
              </w:rPr>
              <w:t>Authorised users</w:t>
            </w:r>
          </w:p>
        </w:tc>
        <w:tc>
          <w:tcPr>
            <w:tcW w:type="dxa" w:w="6696"/>
            <w:tcMar>
              <w:top w:w="95" w:type="dxa"/>
              <w:start w:w="95" w:type="dxa"/>
              <w:bottom w:w="95" w:type="dxa"/>
              <w:end w:w="95" w:type="dxa"/>
            </w:tcMar>
            <w:vAlign w:val="center"/>
            <w:shd w:fill="F4F7FA"/>
          </w:tcPr>
          <w:p>
            <w:pPr>
              <w:spacing w:after="20" w:line="240" w:lineRule="auto"/>
            </w:pPr>
            <w:r>
              <w:rPr>
                <w:sz w:val="18"/>
              </w:rPr>
            </w:r>
          </w:p>
        </w:tc>
      </w:tr>
      <w:tr>
        <w:trPr>
          <w:cantSplit/>
        </w:trPr>
        <w:tc>
          <w:tcPr>
            <w:tcW w:type="dxa" w:w="3240"/>
            <w:tcMar>
              <w:top w:w="95" w:type="dxa"/>
              <w:start w:w="95" w:type="dxa"/>
              <w:bottom w:w="95" w:type="dxa"/>
              <w:end w:w="95" w:type="dxa"/>
            </w:tcMar>
            <w:vAlign w:val="center"/>
          </w:tcPr>
          <w:p>
            <w:pPr>
              <w:spacing w:after="20" w:line="240" w:lineRule="auto"/>
            </w:pPr>
            <w:r>
              <w:rPr>
                <w:sz w:val="18"/>
              </w:rPr>
              <w:t>Information excluded from general register</w:t>
            </w:r>
          </w:p>
        </w:tc>
        <w:tc>
          <w:tcPr>
            <w:tcW w:type="dxa" w:w="6696"/>
            <w:tcMar>
              <w:top w:w="95" w:type="dxa"/>
              <w:start w:w="95" w:type="dxa"/>
              <w:bottom w:w="95" w:type="dxa"/>
              <w:end w:w="95" w:type="dxa"/>
            </w:tcMar>
            <w:vAlign w:val="center"/>
          </w:tcPr>
          <w:p>
            <w:pPr>
              <w:spacing w:after="20" w:line="240" w:lineRule="auto"/>
            </w:pPr>
            <w:r>
              <w:rPr>
                <w:sz w:val="18"/>
              </w:rPr>
            </w:r>
          </w:p>
        </w:tc>
      </w:tr>
      <w:tr>
        <w:trPr>
          <w:cantSplit/>
        </w:trPr>
        <w:tc>
          <w:tcPr>
            <w:tcW w:type="dxa" w:w="3240"/>
            <w:tcMar>
              <w:top w:w="95" w:type="dxa"/>
              <w:start w:w="95" w:type="dxa"/>
              <w:bottom w:w="95" w:type="dxa"/>
              <w:end w:w="95" w:type="dxa"/>
            </w:tcMar>
            <w:vAlign w:val="center"/>
            <w:shd w:fill="F4F7FA"/>
          </w:tcPr>
          <w:p>
            <w:pPr>
              <w:spacing w:after="20" w:line="240" w:lineRule="auto"/>
            </w:pPr>
            <w:r>
              <w:rPr>
                <w:sz w:val="18"/>
              </w:rPr>
              <w:t>Retention period</w:t>
            </w:r>
          </w:p>
        </w:tc>
        <w:tc>
          <w:tcPr>
            <w:tcW w:type="dxa" w:w="6696"/>
            <w:tcMar>
              <w:top w:w="95" w:type="dxa"/>
              <w:start w:w="95" w:type="dxa"/>
              <w:bottom w:w="95" w:type="dxa"/>
              <w:end w:w="95" w:type="dxa"/>
            </w:tcMar>
            <w:vAlign w:val="center"/>
            <w:shd w:fill="F4F7FA"/>
          </w:tcPr>
          <w:p>
            <w:pPr>
              <w:spacing w:after="20" w:line="240" w:lineRule="auto"/>
            </w:pPr>
            <w:r>
              <w:rPr>
                <w:sz w:val="18"/>
              </w:rPr>
            </w:r>
          </w:p>
        </w:tc>
      </w:tr>
      <w:tr>
        <w:trPr>
          <w:cantSplit/>
        </w:trPr>
        <w:tc>
          <w:tcPr>
            <w:tcW w:type="dxa" w:w="3240"/>
            <w:tcMar>
              <w:top w:w="95" w:type="dxa"/>
              <w:start w:w="95" w:type="dxa"/>
              <w:bottom w:w="95" w:type="dxa"/>
              <w:end w:w="95" w:type="dxa"/>
            </w:tcMar>
            <w:vAlign w:val="center"/>
          </w:tcPr>
          <w:p>
            <w:pPr>
              <w:spacing w:after="20" w:line="240" w:lineRule="auto"/>
            </w:pPr>
            <w:r>
              <w:rPr>
                <w:sz w:val="18"/>
              </w:rPr>
              <w:t>Security controls</w:t>
            </w:r>
          </w:p>
        </w:tc>
        <w:tc>
          <w:tcPr>
            <w:tcW w:type="dxa" w:w="6696"/>
            <w:tcMar>
              <w:top w:w="95" w:type="dxa"/>
              <w:start w:w="95" w:type="dxa"/>
              <w:bottom w:w="95" w:type="dxa"/>
              <w:end w:w="95" w:type="dxa"/>
            </w:tcMar>
            <w:vAlign w:val="center"/>
          </w:tcPr>
          <w:p>
            <w:pPr>
              <w:spacing w:after="20" w:line="240" w:lineRule="auto"/>
            </w:pPr>
            <w:r>
              <w:rPr>
                <w:sz w:val="18"/>
              </w:rPr>
            </w:r>
          </w:p>
        </w:tc>
      </w:tr>
      <w:tr>
        <w:trPr>
          <w:cantSplit/>
        </w:trPr>
        <w:tc>
          <w:tcPr>
            <w:tcW w:type="dxa" w:w="3240"/>
            <w:tcMar>
              <w:top w:w="95" w:type="dxa"/>
              <w:start w:w="95" w:type="dxa"/>
              <w:bottom w:w="95" w:type="dxa"/>
              <w:end w:w="95" w:type="dxa"/>
            </w:tcMar>
            <w:vAlign w:val="center"/>
            <w:shd w:fill="F4F7FA"/>
          </w:tcPr>
          <w:p>
            <w:pPr>
              <w:spacing w:after="20" w:line="240" w:lineRule="auto"/>
            </w:pPr>
            <w:r>
              <w:rPr>
                <w:sz w:val="18"/>
              </w:rPr>
              <w:t>Disclosure to affected decision-makers</w:t>
            </w:r>
          </w:p>
        </w:tc>
        <w:tc>
          <w:tcPr>
            <w:tcW w:type="dxa" w:w="6696"/>
            <w:tcMar>
              <w:top w:w="95" w:type="dxa"/>
              <w:start w:w="95" w:type="dxa"/>
              <w:bottom w:w="95" w:type="dxa"/>
              <w:end w:w="95" w:type="dxa"/>
            </w:tcMar>
            <w:vAlign w:val="center"/>
            <w:shd w:fill="F4F7FA"/>
          </w:tcPr>
          <w:p>
            <w:pPr>
              <w:spacing w:after="20" w:line="240" w:lineRule="auto"/>
            </w:pPr>
            <w:r>
              <w:rPr>
                <w:sz w:val="18"/>
              </w:rPr>
            </w:r>
          </w:p>
        </w:tc>
      </w:tr>
      <w:tr>
        <w:trPr>
          <w:cantSplit/>
        </w:trPr>
        <w:tc>
          <w:tcPr>
            <w:tcW w:type="dxa" w:w="3240"/>
            <w:tcMar>
              <w:top w:w="95" w:type="dxa"/>
              <w:start w:w="95" w:type="dxa"/>
              <w:bottom w:w="95" w:type="dxa"/>
              <w:end w:w="95" w:type="dxa"/>
            </w:tcMar>
            <w:vAlign w:val="center"/>
          </w:tcPr>
          <w:p>
            <w:pPr>
              <w:spacing w:after="20" w:line="240" w:lineRule="auto"/>
            </w:pPr>
            <w:r>
              <w:rPr>
                <w:sz w:val="18"/>
              </w:rPr>
              <w:t>Legal basis or policy</w:t>
            </w:r>
          </w:p>
        </w:tc>
        <w:tc>
          <w:tcPr>
            <w:tcW w:type="dxa" w:w="6696"/>
            <w:tcMar>
              <w:top w:w="95" w:type="dxa"/>
              <w:start w:w="95" w:type="dxa"/>
              <w:bottom w:w="95" w:type="dxa"/>
              <w:end w:w="95" w:type="dxa"/>
            </w:tcMar>
            <w:vAlign w:val="center"/>
          </w:tcPr>
          <w:p>
            <w:pPr>
              <w:spacing w:after="20" w:line="240" w:lineRule="auto"/>
            </w:pPr>
            <w:r>
              <w:rPr>
                <w:sz w:val="18"/>
              </w:rPr>
            </w:r>
          </w:p>
        </w:tc>
      </w:tr>
      <w:tr>
        <w:trPr>
          <w:cantSplit/>
        </w:trPr>
        <w:tc>
          <w:tcPr>
            <w:tcW w:type="dxa" w:w="3240"/>
            <w:tcMar>
              <w:top w:w="95" w:type="dxa"/>
              <w:start w:w="95" w:type="dxa"/>
              <w:bottom w:w="95" w:type="dxa"/>
              <w:end w:w="95" w:type="dxa"/>
            </w:tcMar>
            <w:vAlign w:val="center"/>
            <w:shd w:fill="F4F7FA"/>
          </w:tcPr>
          <w:p>
            <w:pPr>
              <w:spacing w:after="20" w:line="240" w:lineRule="auto"/>
            </w:pPr>
            <w:r>
              <w:rPr>
                <w:sz w:val="18"/>
              </w:rPr>
              <w:t>Audit and assurance access</w:t>
            </w:r>
          </w:p>
        </w:tc>
        <w:tc>
          <w:tcPr>
            <w:tcW w:type="dxa" w:w="6696"/>
            <w:tcMar>
              <w:top w:w="95" w:type="dxa"/>
              <w:start w:w="95" w:type="dxa"/>
              <w:bottom w:w="95" w:type="dxa"/>
              <w:end w:w="95" w:type="dxa"/>
            </w:tcMar>
            <w:vAlign w:val="center"/>
            <w:shd w:fill="F4F7FA"/>
          </w:tcPr>
          <w:p>
            <w:pPr>
              <w:spacing w:after="20" w:line="240" w:lineRule="auto"/>
            </w:pPr>
            <w:r>
              <w:rPr>
                <w:sz w:val="18"/>
              </w:rPr>
            </w:r>
          </w:p>
        </w:tc>
      </w:tr>
    </w:tbl>
    <w:p>
      <w:pPr>
        <w:spacing w:after="20"/>
      </w:pPr>
    </w:p>
    <w:p>
      <w:pPr>
        <w:pStyle w:val="Heading1"/>
      </w:pPr>
      <w:r>
        <w:t>Section 10 Annual Renewal and Change Update</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12"/>
        <w:gridCol w:w="5112"/>
      </w:tblGrid>
      <w:tr>
        <w:trPr>
          <w:tblHeader w:val="true"/>
          <w:cantSplit/>
        </w:trPr>
        <w:tc>
          <w:tcPr>
            <w:tcW w:type="dxa" w:w="3240"/>
            <w:shd w:fill="17365D"/>
            <w:tcMar>
              <w:top w:w="95" w:type="dxa"/>
              <w:start w:w="95" w:type="dxa"/>
              <w:bottom w:w="95" w:type="dxa"/>
              <w:end w:w="95" w:type="dxa"/>
            </w:tcMar>
            <w:vAlign w:val="center"/>
          </w:tcPr>
          <w:p>
            <w:r>
              <w:rPr>
                <w:b/>
                <w:color w:val="FFFFFF"/>
                <w:sz w:val="18"/>
              </w:rPr>
              <w:t>Field</w:t>
            </w:r>
          </w:p>
        </w:tc>
        <w:tc>
          <w:tcPr>
            <w:tcW w:type="dxa" w:w="6696"/>
            <w:shd w:fill="17365D"/>
            <w:tcMar>
              <w:top w:w="95" w:type="dxa"/>
              <w:start w:w="95" w:type="dxa"/>
              <w:bottom w:w="95" w:type="dxa"/>
              <w:end w:w="95" w:type="dxa"/>
            </w:tcMar>
            <w:vAlign w:val="center"/>
          </w:tcPr>
          <w:p>
            <w:r>
              <w:rPr>
                <w:b/>
                <w:color w:val="FFFFFF"/>
                <w:sz w:val="18"/>
              </w:rPr>
              <w:t>Declaration</w:t>
            </w:r>
          </w:p>
        </w:tc>
      </w:tr>
      <w:tr>
        <w:trPr>
          <w:cantSplit/>
        </w:trPr>
        <w:tc>
          <w:tcPr>
            <w:tcW w:type="dxa" w:w="3240"/>
            <w:tcMar>
              <w:top w:w="95" w:type="dxa"/>
              <w:start w:w="95" w:type="dxa"/>
              <w:bottom w:w="95" w:type="dxa"/>
              <w:end w:w="95" w:type="dxa"/>
            </w:tcMar>
            <w:vAlign w:val="center"/>
          </w:tcPr>
          <w:p>
            <w:pPr>
              <w:spacing w:after="20" w:line="240" w:lineRule="auto"/>
            </w:pPr>
            <w:r>
              <w:rPr>
                <w:sz w:val="18"/>
              </w:rPr>
              <w:t>Declarant</w:t>
            </w:r>
          </w:p>
        </w:tc>
        <w:tc>
          <w:tcPr>
            <w:tcW w:type="dxa" w:w="6696"/>
            <w:tcMar>
              <w:top w:w="95" w:type="dxa"/>
              <w:start w:w="95" w:type="dxa"/>
              <w:bottom w:w="95" w:type="dxa"/>
              <w:end w:w="95" w:type="dxa"/>
            </w:tcMar>
            <w:vAlign w:val="center"/>
          </w:tcPr>
          <w:p>
            <w:pPr>
              <w:spacing w:after="20" w:line="240" w:lineRule="auto"/>
            </w:pPr>
            <w:r>
              <w:rPr>
                <w:sz w:val="18"/>
              </w:rPr>
            </w:r>
          </w:p>
        </w:tc>
      </w:tr>
      <w:tr>
        <w:trPr>
          <w:cantSplit/>
        </w:trPr>
        <w:tc>
          <w:tcPr>
            <w:tcW w:type="dxa" w:w="3240"/>
            <w:tcMar>
              <w:top w:w="95" w:type="dxa"/>
              <w:start w:w="95" w:type="dxa"/>
              <w:bottom w:w="95" w:type="dxa"/>
              <w:end w:w="95" w:type="dxa"/>
            </w:tcMar>
            <w:vAlign w:val="center"/>
            <w:shd w:fill="F4F7FA"/>
          </w:tcPr>
          <w:p>
            <w:pPr>
              <w:spacing w:after="20" w:line="240" w:lineRule="auto"/>
            </w:pPr>
            <w:r>
              <w:rPr>
                <w:sz w:val="18"/>
              </w:rPr>
              <w:t>Prior disclosure IDs</w:t>
            </w:r>
          </w:p>
        </w:tc>
        <w:tc>
          <w:tcPr>
            <w:tcW w:type="dxa" w:w="6696"/>
            <w:tcMar>
              <w:top w:w="95" w:type="dxa"/>
              <w:start w:w="95" w:type="dxa"/>
              <w:bottom w:w="95" w:type="dxa"/>
              <w:end w:w="95" w:type="dxa"/>
            </w:tcMar>
            <w:vAlign w:val="center"/>
            <w:shd w:fill="F4F7FA"/>
          </w:tcPr>
          <w:p>
            <w:pPr>
              <w:spacing w:after="20" w:line="240" w:lineRule="auto"/>
            </w:pPr>
            <w:r>
              <w:rPr>
                <w:sz w:val="18"/>
              </w:rPr>
            </w:r>
          </w:p>
        </w:tc>
      </w:tr>
      <w:tr>
        <w:trPr>
          <w:cantSplit/>
        </w:trPr>
        <w:tc>
          <w:tcPr>
            <w:tcW w:type="dxa" w:w="3240"/>
            <w:tcMar>
              <w:top w:w="95" w:type="dxa"/>
              <w:start w:w="95" w:type="dxa"/>
              <w:bottom w:w="95" w:type="dxa"/>
              <w:end w:w="95" w:type="dxa"/>
            </w:tcMar>
            <w:vAlign w:val="center"/>
          </w:tcPr>
          <w:p>
            <w:pPr>
              <w:spacing w:after="20" w:line="240" w:lineRule="auto"/>
            </w:pPr>
            <w:r>
              <w:rPr>
                <w:sz w:val="18"/>
              </w:rPr>
              <w:t>Period reviewed</w:t>
            </w:r>
          </w:p>
        </w:tc>
        <w:tc>
          <w:tcPr>
            <w:tcW w:type="dxa" w:w="6696"/>
            <w:tcMar>
              <w:top w:w="95" w:type="dxa"/>
              <w:start w:w="95" w:type="dxa"/>
              <w:bottom w:w="95" w:type="dxa"/>
              <w:end w:w="95" w:type="dxa"/>
            </w:tcMar>
            <w:vAlign w:val="center"/>
          </w:tcPr>
          <w:p>
            <w:pPr>
              <w:spacing w:after="20" w:line="240" w:lineRule="auto"/>
            </w:pPr>
            <w:r>
              <w:rPr>
                <w:sz w:val="18"/>
              </w:rPr>
            </w:r>
          </w:p>
        </w:tc>
      </w:tr>
      <w:tr>
        <w:trPr>
          <w:cantSplit/>
        </w:trPr>
        <w:tc>
          <w:tcPr>
            <w:tcW w:type="dxa" w:w="3240"/>
            <w:tcMar>
              <w:top w:w="95" w:type="dxa"/>
              <w:start w:w="95" w:type="dxa"/>
              <w:bottom w:w="95" w:type="dxa"/>
              <w:end w:w="95" w:type="dxa"/>
            </w:tcMar>
            <w:vAlign w:val="center"/>
            <w:shd w:fill="F4F7FA"/>
          </w:tcPr>
          <w:p>
            <w:pPr>
              <w:spacing w:after="20" w:line="240" w:lineRule="auto"/>
            </w:pPr>
            <w:r>
              <w:rPr>
                <w:sz w:val="18"/>
              </w:rPr>
              <w:t>Changes since last declaration</w:t>
            </w:r>
          </w:p>
        </w:tc>
        <w:tc>
          <w:tcPr>
            <w:tcW w:type="dxa" w:w="6696"/>
            <w:tcMar>
              <w:top w:w="95" w:type="dxa"/>
              <w:start w:w="95" w:type="dxa"/>
              <w:bottom w:w="95" w:type="dxa"/>
              <w:end w:w="95" w:type="dxa"/>
            </w:tcMar>
            <w:vAlign w:val="center"/>
            <w:shd w:fill="F4F7FA"/>
          </w:tcPr>
          <w:p>
            <w:pPr>
              <w:spacing w:after="20" w:line="240" w:lineRule="auto"/>
            </w:pPr>
            <w:r>
              <w:rPr>
                <w:sz w:val="18"/>
              </w:rPr>
            </w:r>
          </w:p>
        </w:tc>
      </w:tr>
      <w:tr>
        <w:trPr>
          <w:cantSplit/>
        </w:trPr>
        <w:tc>
          <w:tcPr>
            <w:tcW w:type="dxa" w:w="3240"/>
            <w:tcMar>
              <w:top w:w="95" w:type="dxa"/>
              <w:start w:w="95" w:type="dxa"/>
              <w:bottom w:w="95" w:type="dxa"/>
              <w:end w:w="95" w:type="dxa"/>
            </w:tcMar>
            <w:vAlign w:val="center"/>
          </w:tcPr>
          <w:p>
            <w:pPr>
              <w:spacing w:after="20" w:line="240" w:lineRule="auto"/>
            </w:pPr>
            <w:r>
              <w:rPr>
                <w:sz w:val="18"/>
              </w:rPr>
              <w:t>New roles or business interests</w:t>
            </w:r>
          </w:p>
        </w:tc>
        <w:tc>
          <w:tcPr>
            <w:tcW w:type="dxa" w:w="6696"/>
            <w:tcMar>
              <w:top w:w="95" w:type="dxa"/>
              <w:start w:w="95" w:type="dxa"/>
              <w:bottom w:w="95" w:type="dxa"/>
              <w:end w:w="95" w:type="dxa"/>
            </w:tcMar>
            <w:vAlign w:val="center"/>
          </w:tcPr>
          <w:p>
            <w:pPr>
              <w:spacing w:after="20" w:line="240" w:lineRule="auto"/>
            </w:pPr>
            <w:r>
              <w:rPr>
                <w:sz w:val="18"/>
              </w:rPr>
            </w:r>
          </w:p>
        </w:tc>
      </w:tr>
      <w:tr>
        <w:trPr>
          <w:cantSplit/>
        </w:trPr>
        <w:tc>
          <w:tcPr>
            <w:tcW w:type="dxa" w:w="3240"/>
            <w:tcMar>
              <w:top w:w="95" w:type="dxa"/>
              <w:start w:w="95" w:type="dxa"/>
              <w:bottom w:w="95" w:type="dxa"/>
              <w:end w:w="95" w:type="dxa"/>
            </w:tcMar>
            <w:vAlign w:val="center"/>
            <w:shd w:fill="F4F7FA"/>
          </w:tcPr>
          <w:p>
            <w:pPr>
              <w:spacing w:after="20" w:line="240" w:lineRule="auto"/>
            </w:pPr>
            <w:r>
              <w:rPr>
                <w:sz w:val="18"/>
              </w:rPr>
              <w:t>New ownership or financial interests</w:t>
            </w:r>
          </w:p>
        </w:tc>
        <w:tc>
          <w:tcPr>
            <w:tcW w:type="dxa" w:w="6696"/>
            <w:tcMar>
              <w:top w:w="95" w:type="dxa"/>
              <w:start w:w="95" w:type="dxa"/>
              <w:bottom w:w="95" w:type="dxa"/>
              <w:end w:w="95" w:type="dxa"/>
            </w:tcMar>
            <w:vAlign w:val="center"/>
            <w:shd w:fill="F4F7FA"/>
          </w:tcPr>
          <w:p>
            <w:pPr>
              <w:spacing w:after="20" w:line="240" w:lineRule="auto"/>
            </w:pPr>
            <w:r>
              <w:rPr>
                <w:sz w:val="18"/>
              </w:rPr>
            </w:r>
          </w:p>
        </w:tc>
      </w:tr>
      <w:tr>
        <w:trPr>
          <w:cantSplit/>
        </w:trPr>
        <w:tc>
          <w:tcPr>
            <w:tcW w:type="dxa" w:w="3240"/>
            <w:tcMar>
              <w:top w:w="95" w:type="dxa"/>
              <w:start w:w="95" w:type="dxa"/>
              <w:bottom w:w="95" w:type="dxa"/>
              <w:end w:w="95" w:type="dxa"/>
            </w:tcMar>
            <w:vAlign w:val="center"/>
          </w:tcPr>
          <w:p>
            <w:pPr>
              <w:spacing w:after="20" w:line="240" w:lineRule="auto"/>
            </w:pPr>
            <w:r>
              <w:rPr>
                <w:sz w:val="18"/>
              </w:rPr>
              <w:t>New family or close relationships relevant to duties</w:t>
            </w:r>
          </w:p>
        </w:tc>
        <w:tc>
          <w:tcPr>
            <w:tcW w:type="dxa" w:w="6696"/>
            <w:tcMar>
              <w:top w:w="95" w:type="dxa"/>
              <w:start w:w="95" w:type="dxa"/>
              <w:bottom w:w="95" w:type="dxa"/>
              <w:end w:w="95" w:type="dxa"/>
            </w:tcMar>
            <w:vAlign w:val="center"/>
          </w:tcPr>
          <w:p>
            <w:pPr>
              <w:spacing w:after="20" w:line="240" w:lineRule="auto"/>
            </w:pPr>
            <w:r>
              <w:rPr>
                <w:sz w:val="18"/>
              </w:rPr>
            </w:r>
          </w:p>
        </w:tc>
      </w:tr>
      <w:tr>
        <w:trPr>
          <w:cantSplit/>
        </w:trPr>
        <w:tc>
          <w:tcPr>
            <w:tcW w:type="dxa" w:w="3240"/>
            <w:tcMar>
              <w:top w:w="95" w:type="dxa"/>
              <w:start w:w="95" w:type="dxa"/>
              <w:bottom w:w="95" w:type="dxa"/>
              <w:end w:w="95" w:type="dxa"/>
            </w:tcMar>
            <w:vAlign w:val="center"/>
            <w:shd w:fill="F4F7FA"/>
          </w:tcPr>
          <w:p>
            <w:pPr>
              <w:spacing w:after="20" w:line="240" w:lineRule="auto"/>
            </w:pPr>
            <w:r>
              <w:rPr>
                <w:sz w:val="18"/>
              </w:rPr>
              <w:t>Gifts or benefits received</w:t>
            </w:r>
          </w:p>
        </w:tc>
        <w:tc>
          <w:tcPr>
            <w:tcW w:type="dxa" w:w="6696"/>
            <w:tcMar>
              <w:top w:w="95" w:type="dxa"/>
              <w:start w:w="95" w:type="dxa"/>
              <w:bottom w:w="95" w:type="dxa"/>
              <w:end w:w="95" w:type="dxa"/>
            </w:tcMar>
            <w:vAlign w:val="center"/>
            <w:shd w:fill="F4F7FA"/>
          </w:tcPr>
          <w:p>
            <w:pPr>
              <w:spacing w:after="20" w:line="240" w:lineRule="auto"/>
            </w:pPr>
            <w:r>
              <w:rPr>
                <w:sz w:val="18"/>
              </w:rPr>
            </w:r>
          </w:p>
        </w:tc>
      </w:tr>
      <w:tr>
        <w:trPr>
          <w:cantSplit/>
        </w:trPr>
        <w:tc>
          <w:tcPr>
            <w:tcW w:type="dxa" w:w="3240"/>
            <w:tcMar>
              <w:top w:w="95" w:type="dxa"/>
              <w:start w:w="95" w:type="dxa"/>
              <w:bottom w:w="95" w:type="dxa"/>
              <w:end w:w="95" w:type="dxa"/>
            </w:tcMar>
            <w:vAlign w:val="center"/>
          </w:tcPr>
          <w:p>
            <w:pPr>
              <w:spacing w:after="20" w:line="240" w:lineRule="auto"/>
            </w:pPr>
            <w:r>
              <w:rPr>
                <w:sz w:val="18"/>
              </w:rPr>
              <w:t>New public political or community roles</w:t>
            </w:r>
          </w:p>
        </w:tc>
        <w:tc>
          <w:tcPr>
            <w:tcW w:type="dxa" w:w="6696"/>
            <w:tcMar>
              <w:top w:w="95" w:type="dxa"/>
              <w:start w:w="95" w:type="dxa"/>
              <w:bottom w:w="95" w:type="dxa"/>
              <w:end w:w="95" w:type="dxa"/>
            </w:tcMar>
            <w:vAlign w:val="center"/>
          </w:tcPr>
          <w:p>
            <w:pPr>
              <w:spacing w:after="20" w:line="240" w:lineRule="auto"/>
            </w:pPr>
            <w:r>
              <w:rPr>
                <w:sz w:val="18"/>
              </w:rPr>
            </w:r>
          </w:p>
        </w:tc>
      </w:tr>
      <w:tr>
        <w:trPr>
          <w:cantSplit/>
        </w:trPr>
        <w:tc>
          <w:tcPr>
            <w:tcW w:type="dxa" w:w="3240"/>
            <w:tcMar>
              <w:top w:w="95" w:type="dxa"/>
              <w:start w:w="95" w:type="dxa"/>
              <w:bottom w:w="95" w:type="dxa"/>
              <w:end w:w="95" w:type="dxa"/>
            </w:tcMar>
            <w:vAlign w:val="center"/>
            <w:shd w:fill="F4F7FA"/>
          </w:tcPr>
          <w:p>
            <w:pPr>
              <w:spacing w:after="20" w:line="240" w:lineRule="auto"/>
            </w:pPr>
            <w:r>
              <w:rPr>
                <w:sz w:val="18"/>
              </w:rPr>
              <w:t>New transactions or decisions affected</w:t>
            </w:r>
          </w:p>
        </w:tc>
        <w:tc>
          <w:tcPr>
            <w:tcW w:type="dxa" w:w="6696"/>
            <w:tcMar>
              <w:top w:w="95" w:type="dxa"/>
              <w:start w:w="95" w:type="dxa"/>
              <w:bottom w:w="95" w:type="dxa"/>
              <w:end w:w="95" w:type="dxa"/>
            </w:tcMar>
            <w:vAlign w:val="center"/>
            <w:shd w:fill="F4F7FA"/>
          </w:tcPr>
          <w:p>
            <w:pPr>
              <w:spacing w:after="20" w:line="240" w:lineRule="auto"/>
            </w:pPr>
            <w:r>
              <w:rPr>
                <w:sz w:val="18"/>
              </w:rPr>
            </w:r>
          </w:p>
        </w:tc>
      </w:tr>
      <w:tr>
        <w:trPr>
          <w:cantSplit/>
        </w:trPr>
        <w:tc>
          <w:tcPr>
            <w:tcW w:type="dxa" w:w="3240"/>
            <w:tcMar>
              <w:top w:w="95" w:type="dxa"/>
              <w:start w:w="95" w:type="dxa"/>
              <w:bottom w:w="95" w:type="dxa"/>
              <w:end w:w="95" w:type="dxa"/>
            </w:tcMar>
            <w:vAlign w:val="center"/>
          </w:tcPr>
          <w:p>
            <w:pPr>
              <w:spacing w:after="20" w:line="240" w:lineRule="auto"/>
            </w:pPr>
            <w:r>
              <w:rPr>
                <w:sz w:val="18"/>
              </w:rPr>
              <w:t>Existing management plans still effective</w:t>
            </w:r>
          </w:p>
        </w:tc>
        <w:tc>
          <w:tcPr>
            <w:tcW w:type="dxa" w:w="6696"/>
            <w:tcMar>
              <w:top w:w="95" w:type="dxa"/>
              <w:start w:w="95" w:type="dxa"/>
              <w:bottom w:w="95" w:type="dxa"/>
              <w:end w:w="95" w:type="dxa"/>
            </w:tcMar>
            <w:vAlign w:val="center"/>
          </w:tcPr>
          <w:p>
            <w:pPr>
              <w:spacing w:after="20" w:line="240" w:lineRule="auto"/>
            </w:pPr>
            <w:r>
              <w:rPr>
                <w:sz w:val="18"/>
              </w:rPr>
            </w:r>
          </w:p>
        </w:tc>
      </w:tr>
      <w:tr>
        <w:trPr>
          <w:cantSplit/>
        </w:trPr>
        <w:tc>
          <w:tcPr>
            <w:tcW w:type="dxa" w:w="3240"/>
            <w:tcMar>
              <w:top w:w="95" w:type="dxa"/>
              <w:start w:w="95" w:type="dxa"/>
              <w:bottom w:w="95" w:type="dxa"/>
              <w:end w:w="95" w:type="dxa"/>
            </w:tcMar>
            <w:vAlign w:val="center"/>
            <w:shd w:fill="F4F7FA"/>
          </w:tcPr>
          <w:p>
            <w:pPr>
              <w:spacing w:after="20" w:line="240" w:lineRule="auto"/>
            </w:pPr>
            <w:r>
              <w:rPr>
                <w:sz w:val="18"/>
              </w:rPr>
              <w:t>Additional disclosure required</w:t>
            </w:r>
          </w:p>
        </w:tc>
        <w:tc>
          <w:tcPr>
            <w:tcW w:type="dxa" w:w="6696"/>
            <w:tcMar>
              <w:top w:w="95" w:type="dxa"/>
              <w:start w:w="95" w:type="dxa"/>
              <w:bottom w:w="95" w:type="dxa"/>
              <w:end w:w="95" w:type="dxa"/>
            </w:tcMar>
            <w:vAlign w:val="center"/>
            <w:shd w:fill="F4F7FA"/>
          </w:tcPr>
          <w:p>
            <w:pPr>
              <w:spacing w:after="20" w:line="240" w:lineRule="auto"/>
            </w:pPr>
            <w:r>
              <w:rPr>
                <w:sz w:val="18"/>
              </w:rPr>
            </w:r>
          </w:p>
        </w:tc>
      </w:tr>
    </w:tbl>
    <w:p>
      <w:pPr>
        <w:spacing w:after="20"/>
      </w:pPr>
    </w:p>
    <w:p>
      <w:r>
        <w:t>☐ I confirm my previous declarations remain complete and accurate except for changes stated above.</w:t>
      </w:r>
    </w:p>
    <w:p>
      <w:r>
        <w:t>☐ I have reviewed outside roles, financial interests, related persons and relevant benefits.</w:t>
      </w:r>
    </w:p>
    <w:p>
      <w:r>
        <w:t>☐ I have complied with every active management plan and recusal requirement.</w:t>
      </w:r>
    </w:p>
    <w:p>
      <w:r>
        <w:t>☐ I will promptly report any new conflict before participating in the affected matter.</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556"/>
        <w:gridCol w:w="2556"/>
        <w:gridCol w:w="2556"/>
        <w:gridCol w:w="2556"/>
      </w:tblGrid>
      <w:tr>
        <w:trPr>
          <w:tblHeader w:val="true"/>
          <w:cantSplit/>
        </w:trPr>
        <w:tc>
          <w:tcPr>
            <w:tcW w:type="dxa" w:w="2592"/>
            <w:shd w:fill="17365D"/>
            <w:tcMar>
              <w:top w:w="95" w:type="dxa"/>
              <w:start w:w="95" w:type="dxa"/>
              <w:bottom w:w="95" w:type="dxa"/>
              <w:end w:w="95" w:type="dxa"/>
            </w:tcMar>
            <w:vAlign w:val="center"/>
          </w:tcPr>
          <w:p>
            <w:r>
              <w:rPr>
                <w:b/>
                <w:color w:val="FFFFFF"/>
                <w:sz w:val="16"/>
              </w:rPr>
              <w:t>Role</w:t>
            </w:r>
          </w:p>
        </w:tc>
        <w:tc>
          <w:tcPr>
            <w:tcW w:type="dxa" w:w="2448"/>
            <w:shd w:fill="17365D"/>
            <w:tcMar>
              <w:top w:w="95" w:type="dxa"/>
              <w:start w:w="95" w:type="dxa"/>
              <w:bottom w:w="95" w:type="dxa"/>
              <w:end w:w="95" w:type="dxa"/>
            </w:tcMar>
            <w:vAlign w:val="center"/>
          </w:tcPr>
          <w:p>
            <w:r>
              <w:rPr>
                <w:b/>
                <w:color w:val="FFFFFF"/>
                <w:sz w:val="16"/>
              </w:rPr>
              <w:t>Name</w:t>
            </w:r>
          </w:p>
        </w:tc>
        <w:tc>
          <w:tcPr>
            <w:tcW w:type="dxa" w:w="3168"/>
            <w:shd w:fill="17365D"/>
            <w:tcMar>
              <w:top w:w="95" w:type="dxa"/>
              <w:start w:w="95" w:type="dxa"/>
              <w:bottom w:w="95" w:type="dxa"/>
              <w:end w:w="95" w:type="dxa"/>
            </w:tcMar>
            <w:vAlign w:val="center"/>
          </w:tcPr>
          <w:p>
            <w:r>
              <w:rPr>
                <w:b/>
                <w:color w:val="FFFFFF"/>
                <w:sz w:val="16"/>
              </w:rPr>
              <w:t>Signature</w:t>
            </w:r>
          </w:p>
        </w:tc>
        <w:tc>
          <w:tcPr>
            <w:tcW w:type="dxa" w:w="1728"/>
            <w:shd w:fill="17365D"/>
            <w:tcMar>
              <w:top w:w="95" w:type="dxa"/>
              <w:start w:w="95" w:type="dxa"/>
              <w:bottom w:w="95" w:type="dxa"/>
              <w:end w:w="95" w:type="dxa"/>
            </w:tcMar>
            <w:vAlign w:val="center"/>
          </w:tcPr>
          <w:p>
            <w:r>
              <w:rPr>
                <w:b/>
                <w:color w:val="FFFFFF"/>
                <w:sz w:val="16"/>
              </w:rPr>
              <w:t>Date</w:t>
            </w:r>
          </w:p>
        </w:tc>
      </w:tr>
      <w:tr>
        <w:trPr>
          <w:cantSplit/>
        </w:trPr>
        <w:tc>
          <w:tcPr>
            <w:tcW w:type="dxa" w:w="2592"/>
            <w:tcMar>
              <w:top w:w="95" w:type="dxa"/>
              <w:start w:w="95" w:type="dxa"/>
              <w:bottom w:w="95" w:type="dxa"/>
              <w:end w:w="95" w:type="dxa"/>
            </w:tcMar>
            <w:vAlign w:val="center"/>
          </w:tcPr>
          <w:p>
            <w:pPr>
              <w:spacing w:after="20" w:line="240" w:lineRule="auto"/>
            </w:pPr>
            <w:r>
              <w:rPr>
                <w:sz w:val="16"/>
              </w:rPr>
              <w:t>Declarant</w:t>
            </w:r>
          </w:p>
        </w:tc>
        <w:tc>
          <w:tcPr>
            <w:tcW w:type="dxa" w:w="2448"/>
            <w:tcMar>
              <w:top w:w="95" w:type="dxa"/>
              <w:start w:w="95" w:type="dxa"/>
              <w:bottom w:w="95" w:type="dxa"/>
              <w:end w:w="95" w:type="dxa"/>
            </w:tcMar>
            <w:vAlign w:val="center"/>
          </w:tcPr>
          <w:p>
            <w:pPr>
              <w:spacing w:after="20" w:line="240" w:lineRule="auto"/>
            </w:pPr>
            <w:r>
              <w:rPr>
                <w:sz w:val="16"/>
              </w:rPr>
            </w:r>
          </w:p>
        </w:tc>
        <w:tc>
          <w:tcPr>
            <w:tcW w:type="dxa" w:w="3168"/>
            <w:tcMar>
              <w:top w:w="95" w:type="dxa"/>
              <w:start w:w="95" w:type="dxa"/>
              <w:bottom w:w="95" w:type="dxa"/>
              <w:end w:w="95" w:type="dxa"/>
            </w:tcMar>
            <w:vAlign w:val="center"/>
          </w:tcPr>
          <w:p>
            <w:pPr>
              <w:spacing w:after="20" w:line="240" w:lineRule="auto"/>
            </w:pPr>
            <w:r>
              <w:rPr>
                <w:sz w:val="16"/>
              </w:rPr>
            </w:r>
          </w:p>
        </w:tc>
        <w:tc>
          <w:tcPr>
            <w:tcW w:type="dxa" w:w="1728"/>
            <w:tcMar>
              <w:top w:w="95" w:type="dxa"/>
              <w:start w:w="95" w:type="dxa"/>
              <w:bottom w:w="95" w:type="dxa"/>
              <w:end w:w="95" w:type="dxa"/>
            </w:tcMar>
            <w:vAlign w:val="center"/>
          </w:tcPr>
          <w:p>
            <w:pPr>
              <w:spacing w:after="20" w:line="240" w:lineRule="auto"/>
            </w:pPr>
            <w:r>
              <w:rPr>
                <w:sz w:val="16"/>
              </w:rPr>
            </w:r>
          </w:p>
        </w:tc>
      </w:tr>
      <w:tr>
        <w:trPr>
          <w:cantSplit/>
        </w:trPr>
        <w:tc>
          <w:tcPr>
            <w:tcW w:type="dxa" w:w="2592"/>
            <w:tcMar>
              <w:top w:w="95" w:type="dxa"/>
              <w:start w:w="95" w:type="dxa"/>
              <w:bottom w:w="95" w:type="dxa"/>
              <w:end w:w="95" w:type="dxa"/>
            </w:tcMar>
            <w:vAlign w:val="center"/>
            <w:shd w:fill="F4F7FA"/>
          </w:tcPr>
          <w:p>
            <w:pPr>
              <w:spacing w:after="20" w:line="240" w:lineRule="auto"/>
            </w:pPr>
            <w:r>
              <w:rPr>
                <w:sz w:val="16"/>
              </w:rPr>
              <w:t>Reviewer</w:t>
            </w:r>
          </w:p>
        </w:tc>
        <w:tc>
          <w:tcPr>
            <w:tcW w:type="dxa" w:w="2448"/>
            <w:tcMar>
              <w:top w:w="95" w:type="dxa"/>
              <w:start w:w="95" w:type="dxa"/>
              <w:bottom w:w="95" w:type="dxa"/>
              <w:end w:w="95" w:type="dxa"/>
            </w:tcMar>
            <w:vAlign w:val="center"/>
            <w:shd w:fill="F4F7FA"/>
          </w:tcPr>
          <w:p>
            <w:pPr>
              <w:spacing w:after="20" w:line="240" w:lineRule="auto"/>
            </w:pPr>
            <w:r>
              <w:rPr>
                <w:sz w:val="16"/>
              </w:rPr>
            </w:r>
          </w:p>
        </w:tc>
        <w:tc>
          <w:tcPr>
            <w:tcW w:type="dxa" w:w="3168"/>
            <w:tcMar>
              <w:top w:w="95" w:type="dxa"/>
              <w:start w:w="95" w:type="dxa"/>
              <w:bottom w:w="95" w:type="dxa"/>
              <w:end w:w="95" w:type="dxa"/>
            </w:tcMar>
            <w:vAlign w:val="center"/>
            <w:shd w:fill="F4F7FA"/>
          </w:tcPr>
          <w:p>
            <w:pPr>
              <w:spacing w:after="20" w:line="240" w:lineRule="auto"/>
            </w:pPr>
            <w:r>
              <w:rPr>
                <w:sz w:val="16"/>
              </w:rPr>
            </w:r>
          </w:p>
        </w:tc>
        <w:tc>
          <w:tcPr>
            <w:tcW w:type="dxa" w:w="1728"/>
            <w:tcMar>
              <w:top w:w="95" w:type="dxa"/>
              <w:start w:w="95" w:type="dxa"/>
              <w:bottom w:w="95" w:type="dxa"/>
              <w:end w:w="95" w:type="dxa"/>
            </w:tcMar>
            <w:vAlign w:val="center"/>
            <w:shd w:fill="F4F7FA"/>
          </w:tcPr>
          <w:p>
            <w:pPr>
              <w:spacing w:after="20" w:line="240" w:lineRule="auto"/>
            </w:pPr>
            <w:r>
              <w:rPr>
                <w:sz w:val="16"/>
              </w:rPr>
            </w:r>
          </w:p>
        </w:tc>
      </w:tr>
      <w:tr>
        <w:trPr>
          <w:cantSplit/>
        </w:trPr>
        <w:tc>
          <w:tcPr>
            <w:tcW w:type="dxa" w:w="2592"/>
            <w:tcMar>
              <w:top w:w="95" w:type="dxa"/>
              <w:start w:w="95" w:type="dxa"/>
              <w:bottom w:w="95" w:type="dxa"/>
              <w:end w:w="95" w:type="dxa"/>
            </w:tcMar>
            <w:vAlign w:val="center"/>
          </w:tcPr>
          <w:p>
            <w:pPr>
              <w:spacing w:after="20" w:line="240" w:lineRule="auto"/>
            </w:pPr>
            <w:r>
              <w:rPr>
                <w:sz w:val="16"/>
              </w:rPr>
              <w:t>Approver</w:t>
            </w:r>
          </w:p>
        </w:tc>
        <w:tc>
          <w:tcPr>
            <w:tcW w:type="dxa" w:w="2448"/>
            <w:tcMar>
              <w:top w:w="95" w:type="dxa"/>
              <w:start w:w="95" w:type="dxa"/>
              <w:bottom w:w="95" w:type="dxa"/>
              <w:end w:w="95" w:type="dxa"/>
            </w:tcMar>
            <w:vAlign w:val="center"/>
          </w:tcPr>
          <w:p>
            <w:pPr>
              <w:spacing w:after="20" w:line="240" w:lineRule="auto"/>
            </w:pPr>
            <w:r>
              <w:rPr>
                <w:sz w:val="16"/>
              </w:rPr>
            </w:r>
          </w:p>
        </w:tc>
        <w:tc>
          <w:tcPr>
            <w:tcW w:type="dxa" w:w="3168"/>
            <w:tcMar>
              <w:top w:w="95" w:type="dxa"/>
              <w:start w:w="95" w:type="dxa"/>
              <w:bottom w:w="95" w:type="dxa"/>
              <w:end w:w="95" w:type="dxa"/>
            </w:tcMar>
            <w:vAlign w:val="center"/>
          </w:tcPr>
          <w:p>
            <w:pPr>
              <w:spacing w:after="20" w:line="240" w:lineRule="auto"/>
            </w:pPr>
            <w:r>
              <w:rPr>
                <w:sz w:val="16"/>
              </w:rPr>
            </w:r>
          </w:p>
        </w:tc>
        <w:tc>
          <w:tcPr>
            <w:tcW w:type="dxa" w:w="1728"/>
            <w:tcMar>
              <w:top w:w="95" w:type="dxa"/>
              <w:start w:w="95" w:type="dxa"/>
              <w:bottom w:w="95" w:type="dxa"/>
              <w:end w:w="95" w:type="dxa"/>
            </w:tcMar>
            <w:vAlign w:val="center"/>
          </w:tcPr>
          <w:p>
            <w:pPr>
              <w:spacing w:after="20" w:line="240" w:lineRule="auto"/>
            </w:pPr>
            <w:r>
              <w:rPr>
                <w:sz w:val="16"/>
              </w:rPr>
            </w:r>
          </w:p>
        </w:tc>
      </w:tr>
    </w:tbl>
    <w:p>
      <w:pPr>
        <w:spacing w:after="20"/>
      </w:pPr>
    </w:p>
    <w:p>
      <w:r>
        <w:br w:type="page"/>
      </w:r>
    </w:p>
    <w:p>
      <w:pPr>
        <w:pStyle w:val="Heading1"/>
      </w:pPr>
      <w:r>
        <w:t>Section 11 Breach Suspected Non Disclosure and Escalation</w:t>
      </w:r>
    </w:p>
    <w:p>
      <w:r>
        <w:t>Use this section when a declaration may be late, incomplete, inaccurate, breached or absent. Handle the matter confidentially and refer it through authorised compliance, HR, legal or investigation channels.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12"/>
        <w:gridCol w:w="5112"/>
      </w:tblGrid>
      <w:tr>
        <w:trPr>
          <w:tblHeader w:val="true"/>
          <w:cantSplit/>
        </w:trPr>
        <w:tc>
          <w:tcPr>
            <w:tcW w:type="dxa" w:w="3240"/>
            <w:shd w:fill="17365D"/>
            <w:tcMar>
              <w:top w:w="95" w:type="dxa"/>
              <w:start w:w="95" w:type="dxa"/>
              <w:bottom w:w="95" w:type="dxa"/>
              <w:end w:w="95" w:type="dxa"/>
            </w:tcMar>
            <w:vAlign w:val="center"/>
          </w:tcPr>
          <w:p>
            <w:r>
              <w:rPr>
                <w:b/>
                <w:color w:val="FFFFFF"/>
                <w:sz w:val="18"/>
              </w:rPr>
              <w:t>Field</w:t>
            </w:r>
          </w:p>
        </w:tc>
        <w:tc>
          <w:tcPr>
            <w:tcW w:type="dxa" w:w="6696"/>
            <w:shd w:fill="17365D"/>
            <w:tcMar>
              <w:top w:w="95" w:type="dxa"/>
              <w:start w:w="95" w:type="dxa"/>
              <w:bottom w:w="95" w:type="dxa"/>
              <w:end w:w="95" w:type="dxa"/>
            </w:tcMar>
            <w:vAlign w:val="center"/>
          </w:tcPr>
          <w:p>
            <w:r>
              <w:rPr>
                <w:b/>
                <w:color w:val="FFFFFF"/>
                <w:sz w:val="18"/>
              </w:rPr>
              <w:t>Declaration</w:t>
            </w:r>
          </w:p>
        </w:tc>
      </w:tr>
      <w:tr>
        <w:trPr>
          <w:cantSplit/>
        </w:trPr>
        <w:tc>
          <w:tcPr>
            <w:tcW w:type="dxa" w:w="3240"/>
            <w:tcMar>
              <w:top w:w="95" w:type="dxa"/>
              <w:start w:w="95" w:type="dxa"/>
              <w:bottom w:w="95" w:type="dxa"/>
              <w:end w:w="95" w:type="dxa"/>
            </w:tcMar>
            <w:vAlign w:val="center"/>
          </w:tcPr>
          <w:p>
            <w:pPr>
              <w:spacing w:after="20" w:line="240" w:lineRule="auto"/>
            </w:pPr>
            <w:r>
              <w:rPr>
                <w:sz w:val="18"/>
              </w:rPr>
              <w:t>Case reference</w:t>
            </w:r>
          </w:p>
        </w:tc>
        <w:tc>
          <w:tcPr>
            <w:tcW w:type="dxa" w:w="6696"/>
            <w:tcMar>
              <w:top w:w="95" w:type="dxa"/>
              <w:start w:w="95" w:type="dxa"/>
              <w:bottom w:w="95" w:type="dxa"/>
              <w:end w:w="95" w:type="dxa"/>
            </w:tcMar>
            <w:vAlign w:val="center"/>
          </w:tcPr>
          <w:p>
            <w:pPr>
              <w:spacing w:after="20" w:line="240" w:lineRule="auto"/>
            </w:pPr>
            <w:r>
              <w:rPr>
                <w:sz w:val="18"/>
              </w:rPr>
            </w:r>
          </w:p>
        </w:tc>
      </w:tr>
      <w:tr>
        <w:trPr>
          <w:cantSplit/>
        </w:trPr>
        <w:tc>
          <w:tcPr>
            <w:tcW w:type="dxa" w:w="3240"/>
            <w:tcMar>
              <w:top w:w="95" w:type="dxa"/>
              <w:start w:w="95" w:type="dxa"/>
              <w:bottom w:w="95" w:type="dxa"/>
              <w:end w:w="95" w:type="dxa"/>
            </w:tcMar>
            <w:vAlign w:val="center"/>
            <w:shd w:fill="F4F7FA"/>
          </w:tcPr>
          <w:p>
            <w:pPr>
              <w:spacing w:after="20" w:line="240" w:lineRule="auto"/>
            </w:pPr>
            <w:r>
              <w:rPr>
                <w:sz w:val="18"/>
              </w:rPr>
              <w:t>Date identified</w:t>
            </w:r>
          </w:p>
        </w:tc>
        <w:tc>
          <w:tcPr>
            <w:tcW w:type="dxa" w:w="6696"/>
            <w:tcMar>
              <w:top w:w="95" w:type="dxa"/>
              <w:start w:w="95" w:type="dxa"/>
              <w:bottom w:w="95" w:type="dxa"/>
              <w:end w:w="95" w:type="dxa"/>
            </w:tcMar>
            <w:vAlign w:val="center"/>
            <w:shd w:fill="F4F7FA"/>
          </w:tcPr>
          <w:p>
            <w:pPr>
              <w:spacing w:after="20" w:line="240" w:lineRule="auto"/>
            </w:pPr>
            <w:r>
              <w:rPr>
                <w:sz w:val="18"/>
              </w:rPr>
            </w:r>
          </w:p>
        </w:tc>
      </w:tr>
      <w:tr>
        <w:trPr>
          <w:cantSplit/>
        </w:trPr>
        <w:tc>
          <w:tcPr>
            <w:tcW w:type="dxa" w:w="3240"/>
            <w:tcMar>
              <w:top w:w="95" w:type="dxa"/>
              <w:start w:w="95" w:type="dxa"/>
              <w:bottom w:w="95" w:type="dxa"/>
              <w:end w:w="95" w:type="dxa"/>
            </w:tcMar>
            <w:vAlign w:val="center"/>
          </w:tcPr>
          <w:p>
            <w:pPr>
              <w:spacing w:after="20" w:line="240" w:lineRule="auto"/>
            </w:pPr>
            <w:r>
              <w:rPr>
                <w:sz w:val="18"/>
              </w:rPr>
              <w:t>Source</w:t>
            </w:r>
          </w:p>
        </w:tc>
        <w:tc>
          <w:tcPr>
            <w:tcW w:type="dxa" w:w="6696"/>
            <w:tcMar>
              <w:top w:w="95" w:type="dxa"/>
              <w:start w:w="95" w:type="dxa"/>
              <w:bottom w:w="95" w:type="dxa"/>
              <w:end w:w="95" w:type="dxa"/>
            </w:tcMar>
            <w:vAlign w:val="center"/>
          </w:tcPr>
          <w:p>
            <w:pPr>
              <w:spacing w:after="20" w:line="240" w:lineRule="auto"/>
            </w:pPr>
            <w:r>
              <w:rPr>
                <w:sz w:val="18"/>
              </w:rPr>
            </w:r>
          </w:p>
        </w:tc>
      </w:tr>
      <w:tr>
        <w:trPr>
          <w:cantSplit/>
        </w:trPr>
        <w:tc>
          <w:tcPr>
            <w:tcW w:type="dxa" w:w="3240"/>
            <w:tcMar>
              <w:top w:w="95" w:type="dxa"/>
              <w:start w:w="95" w:type="dxa"/>
              <w:bottom w:w="95" w:type="dxa"/>
              <w:end w:w="95" w:type="dxa"/>
            </w:tcMar>
            <w:vAlign w:val="center"/>
            <w:shd w:fill="F4F7FA"/>
          </w:tcPr>
          <w:p>
            <w:pPr>
              <w:spacing w:after="20" w:line="240" w:lineRule="auto"/>
            </w:pPr>
            <w:r>
              <w:rPr>
                <w:sz w:val="18"/>
              </w:rPr>
              <w:t>Person involved</w:t>
            </w:r>
          </w:p>
        </w:tc>
        <w:tc>
          <w:tcPr>
            <w:tcW w:type="dxa" w:w="6696"/>
            <w:tcMar>
              <w:top w:w="95" w:type="dxa"/>
              <w:start w:w="95" w:type="dxa"/>
              <w:bottom w:w="95" w:type="dxa"/>
              <w:end w:w="95" w:type="dxa"/>
            </w:tcMar>
            <w:vAlign w:val="center"/>
            <w:shd w:fill="F4F7FA"/>
          </w:tcPr>
          <w:p>
            <w:pPr>
              <w:spacing w:after="20" w:line="240" w:lineRule="auto"/>
            </w:pPr>
            <w:r>
              <w:rPr>
                <w:sz w:val="18"/>
              </w:rPr>
            </w:r>
          </w:p>
        </w:tc>
      </w:tr>
      <w:tr>
        <w:trPr>
          <w:cantSplit/>
        </w:trPr>
        <w:tc>
          <w:tcPr>
            <w:tcW w:type="dxa" w:w="3240"/>
            <w:tcMar>
              <w:top w:w="95" w:type="dxa"/>
              <w:start w:w="95" w:type="dxa"/>
              <w:bottom w:w="95" w:type="dxa"/>
              <w:end w:w="95" w:type="dxa"/>
            </w:tcMar>
            <w:vAlign w:val="center"/>
          </w:tcPr>
          <w:p>
            <w:pPr>
              <w:spacing w:after="20" w:line="240" w:lineRule="auto"/>
            </w:pPr>
            <w:r>
              <w:rPr>
                <w:sz w:val="18"/>
              </w:rPr>
              <w:t>Interest or relationship</w:t>
            </w:r>
          </w:p>
        </w:tc>
        <w:tc>
          <w:tcPr>
            <w:tcW w:type="dxa" w:w="6696"/>
            <w:tcMar>
              <w:top w:w="95" w:type="dxa"/>
              <w:start w:w="95" w:type="dxa"/>
              <w:bottom w:w="95" w:type="dxa"/>
              <w:end w:w="95" w:type="dxa"/>
            </w:tcMar>
            <w:vAlign w:val="center"/>
          </w:tcPr>
          <w:p>
            <w:pPr>
              <w:spacing w:after="20" w:line="240" w:lineRule="auto"/>
            </w:pPr>
            <w:r>
              <w:rPr>
                <w:sz w:val="18"/>
              </w:rPr>
            </w:r>
          </w:p>
        </w:tc>
      </w:tr>
      <w:tr>
        <w:trPr>
          <w:cantSplit/>
        </w:trPr>
        <w:tc>
          <w:tcPr>
            <w:tcW w:type="dxa" w:w="3240"/>
            <w:tcMar>
              <w:top w:w="95" w:type="dxa"/>
              <w:start w:w="95" w:type="dxa"/>
              <w:bottom w:w="95" w:type="dxa"/>
              <w:end w:w="95" w:type="dxa"/>
            </w:tcMar>
            <w:vAlign w:val="center"/>
            <w:shd w:fill="F4F7FA"/>
          </w:tcPr>
          <w:p>
            <w:pPr>
              <w:spacing w:after="20" w:line="240" w:lineRule="auto"/>
            </w:pPr>
            <w:r>
              <w:rPr>
                <w:sz w:val="18"/>
              </w:rPr>
              <w:t>Decision or transaction affected</w:t>
            </w:r>
          </w:p>
        </w:tc>
        <w:tc>
          <w:tcPr>
            <w:tcW w:type="dxa" w:w="6696"/>
            <w:tcMar>
              <w:top w:w="95" w:type="dxa"/>
              <w:start w:w="95" w:type="dxa"/>
              <w:bottom w:w="95" w:type="dxa"/>
              <w:end w:w="95" w:type="dxa"/>
            </w:tcMar>
            <w:vAlign w:val="center"/>
            <w:shd w:fill="F4F7FA"/>
          </w:tcPr>
          <w:p>
            <w:pPr>
              <w:spacing w:after="20" w:line="240" w:lineRule="auto"/>
            </w:pPr>
            <w:r>
              <w:rPr>
                <w:sz w:val="18"/>
              </w:rPr>
            </w:r>
          </w:p>
        </w:tc>
      </w:tr>
      <w:tr>
        <w:trPr>
          <w:cantSplit/>
        </w:trPr>
        <w:tc>
          <w:tcPr>
            <w:tcW w:type="dxa" w:w="3240"/>
            <w:tcMar>
              <w:top w:w="95" w:type="dxa"/>
              <w:start w:w="95" w:type="dxa"/>
              <w:bottom w:w="95" w:type="dxa"/>
              <w:end w:w="95" w:type="dxa"/>
            </w:tcMar>
            <w:vAlign w:val="center"/>
          </w:tcPr>
          <w:p>
            <w:pPr>
              <w:spacing w:after="20" w:line="240" w:lineRule="auto"/>
            </w:pPr>
            <w:r>
              <w:rPr>
                <w:sz w:val="18"/>
              </w:rPr>
              <w:t>Known benefit or consequence</w:t>
            </w:r>
          </w:p>
        </w:tc>
        <w:tc>
          <w:tcPr>
            <w:tcW w:type="dxa" w:w="6696"/>
            <w:tcMar>
              <w:top w:w="95" w:type="dxa"/>
              <w:start w:w="95" w:type="dxa"/>
              <w:bottom w:w="95" w:type="dxa"/>
              <w:end w:w="95" w:type="dxa"/>
            </w:tcMar>
            <w:vAlign w:val="center"/>
          </w:tcPr>
          <w:p>
            <w:pPr>
              <w:spacing w:after="20" w:line="240" w:lineRule="auto"/>
            </w:pPr>
            <w:r>
              <w:rPr>
                <w:sz w:val="18"/>
              </w:rPr>
            </w:r>
          </w:p>
        </w:tc>
      </w:tr>
      <w:tr>
        <w:trPr>
          <w:cantSplit/>
        </w:trPr>
        <w:tc>
          <w:tcPr>
            <w:tcW w:type="dxa" w:w="3240"/>
            <w:tcMar>
              <w:top w:w="95" w:type="dxa"/>
              <w:start w:w="95" w:type="dxa"/>
              <w:bottom w:w="95" w:type="dxa"/>
              <w:end w:w="95" w:type="dxa"/>
            </w:tcMar>
            <w:vAlign w:val="center"/>
            <w:shd w:fill="F4F7FA"/>
          </w:tcPr>
          <w:p>
            <w:pPr>
              <w:spacing w:after="20" w:line="240" w:lineRule="auto"/>
            </w:pPr>
            <w:r>
              <w:rPr>
                <w:sz w:val="18"/>
              </w:rPr>
              <w:t>Immediate safeguard</w:t>
            </w:r>
          </w:p>
        </w:tc>
        <w:tc>
          <w:tcPr>
            <w:tcW w:type="dxa" w:w="6696"/>
            <w:tcMar>
              <w:top w:w="95" w:type="dxa"/>
              <w:start w:w="95" w:type="dxa"/>
              <w:bottom w:w="95" w:type="dxa"/>
              <w:end w:w="95" w:type="dxa"/>
            </w:tcMar>
            <w:vAlign w:val="center"/>
            <w:shd w:fill="F4F7FA"/>
          </w:tcPr>
          <w:p>
            <w:pPr>
              <w:spacing w:after="20" w:line="240" w:lineRule="auto"/>
            </w:pPr>
            <w:r>
              <w:rPr>
                <w:sz w:val="18"/>
              </w:rPr>
            </w:r>
          </w:p>
        </w:tc>
      </w:tr>
      <w:tr>
        <w:trPr>
          <w:cantSplit/>
        </w:trPr>
        <w:tc>
          <w:tcPr>
            <w:tcW w:type="dxa" w:w="3240"/>
            <w:tcMar>
              <w:top w:w="95" w:type="dxa"/>
              <w:start w:w="95" w:type="dxa"/>
              <w:bottom w:w="95" w:type="dxa"/>
              <w:end w:w="95" w:type="dxa"/>
            </w:tcMar>
            <w:vAlign w:val="center"/>
          </w:tcPr>
          <w:p>
            <w:pPr>
              <w:spacing w:after="20" w:line="240" w:lineRule="auto"/>
            </w:pPr>
            <w:r>
              <w:rPr>
                <w:sz w:val="18"/>
              </w:rPr>
              <w:t>Evidence preserved</w:t>
            </w:r>
          </w:p>
        </w:tc>
        <w:tc>
          <w:tcPr>
            <w:tcW w:type="dxa" w:w="6696"/>
            <w:tcMar>
              <w:top w:w="95" w:type="dxa"/>
              <w:start w:w="95" w:type="dxa"/>
              <w:bottom w:w="95" w:type="dxa"/>
              <w:end w:w="95" w:type="dxa"/>
            </w:tcMar>
            <w:vAlign w:val="center"/>
          </w:tcPr>
          <w:p>
            <w:pPr>
              <w:spacing w:after="20" w:line="240" w:lineRule="auto"/>
            </w:pPr>
            <w:r>
              <w:rPr>
                <w:sz w:val="18"/>
              </w:rPr>
            </w:r>
          </w:p>
        </w:tc>
      </w:tr>
      <w:tr>
        <w:trPr>
          <w:cantSplit/>
        </w:trPr>
        <w:tc>
          <w:tcPr>
            <w:tcW w:type="dxa" w:w="3240"/>
            <w:tcMar>
              <w:top w:w="95" w:type="dxa"/>
              <w:start w:w="95" w:type="dxa"/>
              <w:bottom w:w="95" w:type="dxa"/>
              <w:end w:w="95" w:type="dxa"/>
            </w:tcMar>
            <w:vAlign w:val="center"/>
            <w:shd w:fill="F4F7FA"/>
          </w:tcPr>
          <w:p>
            <w:pPr>
              <w:spacing w:after="20" w:line="240" w:lineRule="auto"/>
            </w:pPr>
            <w:r>
              <w:rPr>
                <w:sz w:val="18"/>
              </w:rPr>
              <w:t>Referral</w:t>
            </w:r>
          </w:p>
        </w:tc>
        <w:tc>
          <w:tcPr>
            <w:tcW w:type="dxa" w:w="6696"/>
            <w:tcMar>
              <w:top w:w="95" w:type="dxa"/>
              <w:start w:w="95" w:type="dxa"/>
              <w:bottom w:w="95" w:type="dxa"/>
              <w:end w:w="95" w:type="dxa"/>
            </w:tcMar>
            <w:vAlign w:val="center"/>
            <w:shd w:fill="F4F7FA"/>
          </w:tcPr>
          <w:p>
            <w:pPr>
              <w:spacing w:after="20" w:line="240" w:lineRule="auto"/>
            </w:pPr>
            <w:r>
              <w:rPr>
                <w:sz w:val="18"/>
              </w:rPr>
            </w:r>
          </w:p>
        </w:tc>
      </w:tr>
    </w:tbl>
    <w:p>
      <w:pPr>
        <w:spacing w:after="2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045"/>
        <w:gridCol w:w="2045"/>
        <w:gridCol w:w="2045"/>
        <w:gridCol w:w="2045"/>
        <w:gridCol w:w="2045"/>
      </w:tblGrid>
      <w:tr>
        <w:trPr>
          <w:tblHeader w:val="true"/>
          <w:cantSplit/>
        </w:trPr>
        <w:tc>
          <w:tcPr>
            <w:tcW w:type="dxa" w:w="5400"/>
            <w:shd w:fill="17365D"/>
            <w:tcMar>
              <w:top w:w="95" w:type="dxa"/>
              <w:start w:w="95" w:type="dxa"/>
              <w:bottom w:w="95" w:type="dxa"/>
              <w:end w:w="95" w:type="dxa"/>
            </w:tcMar>
            <w:vAlign w:val="center"/>
          </w:tcPr>
          <w:p>
            <w:r>
              <w:rPr>
                <w:b/>
                <w:color w:val="FFFFFF"/>
                <w:sz w:val="15"/>
              </w:rPr>
              <w:t>Assessment question</w:t>
            </w:r>
          </w:p>
        </w:tc>
        <w:tc>
          <w:tcPr>
            <w:tcW w:type="dxa" w:w="648"/>
            <w:shd w:fill="17365D"/>
            <w:tcMar>
              <w:top w:w="95" w:type="dxa"/>
              <w:start w:w="95" w:type="dxa"/>
              <w:bottom w:w="95" w:type="dxa"/>
              <w:end w:w="95" w:type="dxa"/>
            </w:tcMar>
            <w:vAlign w:val="center"/>
          </w:tcPr>
          <w:p>
            <w:r>
              <w:rPr>
                <w:b/>
                <w:color w:val="FFFFFF"/>
                <w:sz w:val="15"/>
              </w:rPr>
              <w:t>Yes</w:t>
            </w:r>
          </w:p>
        </w:tc>
        <w:tc>
          <w:tcPr>
            <w:tcW w:type="dxa" w:w="648"/>
            <w:shd w:fill="17365D"/>
            <w:tcMar>
              <w:top w:w="95" w:type="dxa"/>
              <w:start w:w="95" w:type="dxa"/>
              <w:bottom w:w="95" w:type="dxa"/>
              <w:end w:w="95" w:type="dxa"/>
            </w:tcMar>
            <w:vAlign w:val="center"/>
          </w:tcPr>
          <w:p>
            <w:r>
              <w:rPr>
                <w:b/>
                <w:color w:val="FFFFFF"/>
                <w:sz w:val="15"/>
              </w:rPr>
              <w:t>No</w:t>
            </w:r>
          </w:p>
        </w:tc>
        <w:tc>
          <w:tcPr>
            <w:tcW w:type="dxa" w:w="936"/>
            <w:shd w:fill="17365D"/>
            <w:tcMar>
              <w:top w:w="95" w:type="dxa"/>
              <w:start w:w="95" w:type="dxa"/>
              <w:bottom w:w="95" w:type="dxa"/>
              <w:end w:w="95" w:type="dxa"/>
            </w:tcMar>
            <w:vAlign w:val="center"/>
          </w:tcPr>
          <w:p>
            <w:r>
              <w:rPr>
                <w:b/>
                <w:color w:val="FFFFFF"/>
                <w:sz w:val="15"/>
              </w:rPr>
              <w:t>Unknown</w:t>
            </w:r>
          </w:p>
        </w:tc>
        <w:tc>
          <w:tcPr>
            <w:tcW w:type="dxa" w:w="2304"/>
            <w:shd w:fill="17365D"/>
            <w:tcMar>
              <w:top w:w="95" w:type="dxa"/>
              <w:start w:w="95" w:type="dxa"/>
              <w:bottom w:w="95" w:type="dxa"/>
              <w:end w:w="95" w:type="dxa"/>
            </w:tcMar>
            <w:vAlign w:val="center"/>
          </w:tcPr>
          <w:p>
            <w:r>
              <w:rPr>
                <w:b/>
                <w:color w:val="FFFFFF"/>
                <w:sz w:val="15"/>
              </w:rPr>
              <w:t>Comment</w:t>
            </w:r>
          </w:p>
        </w:tc>
      </w:tr>
      <w:tr>
        <w:trPr>
          <w:cantSplit/>
        </w:trPr>
        <w:tc>
          <w:tcPr>
            <w:tcW w:type="dxa" w:w="5400"/>
            <w:tcMar>
              <w:top w:w="95" w:type="dxa"/>
              <w:start w:w="95" w:type="dxa"/>
              <w:bottom w:w="95" w:type="dxa"/>
              <w:end w:w="95" w:type="dxa"/>
            </w:tcMar>
            <w:vAlign w:val="center"/>
          </w:tcPr>
          <w:p>
            <w:pPr>
              <w:spacing w:after="20" w:line="240" w:lineRule="auto"/>
            </w:pPr>
            <w:r>
              <w:rPr>
                <w:sz w:val="15"/>
              </w:rPr>
              <w:t>Was disclosure required?</w:t>
            </w:r>
          </w:p>
        </w:tc>
        <w:tc>
          <w:tcPr>
            <w:tcW w:type="dxa" w:w="648"/>
            <w:tcMar>
              <w:top w:w="95" w:type="dxa"/>
              <w:start w:w="95" w:type="dxa"/>
              <w:bottom w:w="95" w:type="dxa"/>
              <w:end w:w="95" w:type="dxa"/>
            </w:tcMar>
            <w:vAlign w:val="center"/>
          </w:tcPr>
          <w:p>
            <w:pPr>
              <w:spacing w:after="20" w:line="240" w:lineRule="auto"/>
            </w:pPr>
            <w:r>
              <w:rPr>
                <w:sz w:val="15"/>
              </w:rPr>
              <w:t>☐</w:t>
            </w:r>
          </w:p>
        </w:tc>
        <w:tc>
          <w:tcPr>
            <w:tcW w:type="dxa" w:w="648"/>
            <w:tcMar>
              <w:top w:w="95" w:type="dxa"/>
              <w:start w:w="95" w:type="dxa"/>
              <w:bottom w:w="95" w:type="dxa"/>
              <w:end w:w="95" w:type="dxa"/>
            </w:tcMar>
            <w:vAlign w:val="center"/>
          </w:tcPr>
          <w:p>
            <w:pPr>
              <w:spacing w:after="20" w:line="240" w:lineRule="auto"/>
            </w:pPr>
            <w:r>
              <w:rPr>
                <w:sz w:val="15"/>
              </w:rPr>
              <w:t>☐</w:t>
            </w:r>
          </w:p>
        </w:tc>
        <w:tc>
          <w:tcPr>
            <w:tcW w:type="dxa" w:w="936"/>
            <w:tcMar>
              <w:top w:w="95" w:type="dxa"/>
              <w:start w:w="95" w:type="dxa"/>
              <w:bottom w:w="95" w:type="dxa"/>
              <w:end w:w="95" w:type="dxa"/>
            </w:tcMar>
            <w:vAlign w:val="center"/>
          </w:tcPr>
          <w:p>
            <w:pPr>
              <w:spacing w:after="20" w:line="240" w:lineRule="auto"/>
            </w:pPr>
            <w:r>
              <w:rPr>
                <w:sz w:val="15"/>
              </w:rPr>
              <w:t>☐</w:t>
            </w:r>
          </w:p>
        </w:tc>
        <w:tc>
          <w:tcPr>
            <w:tcW w:type="dxa" w:w="2304"/>
            <w:tcMar>
              <w:top w:w="95" w:type="dxa"/>
              <w:start w:w="95" w:type="dxa"/>
              <w:bottom w:w="95" w:type="dxa"/>
              <w:end w:w="95" w:type="dxa"/>
            </w:tcMar>
            <w:vAlign w:val="center"/>
          </w:tcPr>
          <w:p>
            <w:pPr>
              <w:spacing w:after="20" w:line="240" w:lineRule="auto"/>
            </w:pPr>
            <w:r>
              <w:rPr>
                <w:sz w:val="15"/>
              </w:rPr>
            </w:r>
          </w:p>
        </w:tc>
      </w:tr>
      <w:tr>
        <w:trPr>
          <w:cantSplit/>
        </w:trPr>
        <w:tc>
          <w:tcPr>
            <w:tcW w:type="dxa" w:w="5400"/>
            <w:tcMar>
              <w:top w:w="95" w:type="dxa"/>
              <w:start w:w="95" w:type="dxa"/>
              <w:bottom w:w="95" w:type="dxa"/>
              <w:end w:w="95" w:type="dxa"/>
            </w:tcMar>
            <w:vAlign w:val="center"/>
            <w:shd w:fill="F4F7FA"/>
          </w:tcPr>
          <w:p>
            <w:pPr>
              <w:spacing w:after="20" w:line="240" w:lineRule="auto"/>
            </w:pPr>
            <w:r>
              <w:rPr>
                <w:sz w:val="15"/>
              </w:rPr>
              <w:t>Was the person aware or reasonably expected to be aware?</w:t>
            </w:r>
          </w:p>
        </w:tc>
        <w:tc>
          <w:tcPr>
            <w:tcW w:type="dxa" w:w="648"/>
            <w:tcMar>
              <w:top w:w="95" w:type="dxa"/>
              <w:start w:w="95" w:type="dxa"/>
              <w:bottom w:w="95" w:type="dxa"/>
              <w:end w:w="95" w:type="dxa"/>
            </w:tcMar>
            <w:vAlign w:val="center"/>
            <w:shd w:fill="F4F7FA"/>
          </w:tcPr>
          <w:p>
            <w:pPr>
              <w:spacing w:after="20" w:line="240" w:lineRule="auto"/>
            </w:pPr>
            <w:r>
              <w:rPr>
                <w:sz w:val="15"/>
              </w:rPr>
              <w:t>☐</w:t>
            </w:r>
          </w:p>
        </w:tc>
        <w:tc>
          <w:tcPr>
            <w:tcW w:type="dxa" w:w="648"/>
            <w:tcMar>
              <w:top w:w="95" w:type="dxa"/>
              <w:start w:w="95" w:type="dxa"/>
              <w:bottom w:w="95" w:type="dxa"/>
              <w:end w:w="95" w:type="dxa"/>
            </w:tcMar>
            <w:vAlign w:val="center"/>
            <w:shd w:fill="F4F7FA"/>
          </w:tcPr>
          <w:p>
            <w:pPr>
              <w:spacing w:after="20" w:line="240" w:lineRule="auto"/>
            </w:pPr>
            <w:r>
              <w:rPr>
                <w:sz w:val="15"/>
              </w:rPr>
              <w:t>☐</w:t>
            </w:r>
          </w:p>
        </w:tc>
        <w:tc>
          <w:tcPr>
            <w:tcW w:type="dxa" w:w="936"/>
            <w:tcMar>
              <w:top w:w="95" w:type="dxa"/>
              <w:start w:w="95" w:type="dxa"/>
              <w:bottom w:w="95" w:type="dxa"/>
              <w:end w:w="95" w:type="dxa"/>
            </w:tcMar>
            <w:vAlign w:val="center"/>
            <w:shd w:fill="F4F7FA"/>
          </w:tcPr>
          <w:p>
            <w:pPr>
              <w:spacing w:after="20" w:line="240" w:lineRule="auto"/>
            </w:pPr>
            <w:r>
              <w:rPr>
                <w:sz w:val="15"/>
              </w:rPr>
              <w:t>☐</w:t>
            </w:r>
          </w:p>
        </w:tc>
        <w:tc>
          <w:tcPr>
            <w:tcW w:type="dxa" w:w="2304"/>
            <w:tcMar>
              <w:top w:w="95" w:type="dxa"/>
              <w:start w:w="95" w:type="dxa"/>
              <w:bottom w:w="95" w:type="dxa"/>
              <w:end w:w="95" w:type="dxa"/>
            </w:tcMar>
            <w:vAlign w:val="center"/>
            <w:shd w:fill="F4F7FA"/>
          </w:tcPr>
          <w:p>
            <w:pPr>
              <w:spacing w:after="20" w:line="240" w:lineRule="auto"/>
            </w:pPr>
            <w:r>
              <w:rPr>
                <w:sz w:val="15"/>
              </w:rPr>
            </w:r>
          </w:p>
        </w:tc>
      </w:tr>
      <w:tr>
        <w:trPr>
          <w:cantSplit/>
        </w:trPr>
        <w:tc>
          <w:tcPr>
            <w:tcW w:type="dxa" w:w="5400"/>
            <w:tcMar>
              <w:top w:w="95" w:type="dxa"/>
              <w:start w:w="95" w:type="dxa"/>
              <w:bottom w:w="95" w:type="dxa"/>
              <w:end w:w="95" w:type="dxa"/>
            </w:tcMar>
            <w:vAlign w:val="center"/>
          </w:tcPr>
          <w:p>
            <w:pPr>
              <w:spacing w:after="20" w:line="240" w:lineRule="auto"/>
            </w:pPr>
            <w:r>
              <w:rPr>
                <w:sz w:val="15"/>
              </w:rPr>
              <w:t>Did the person participate or influence the matter?</w:t>
            </w:r>
          </w:p>
        </w:tc>
        <w:tc>
          <w:tcPr>
            <w:tcW w:type="dxa" w:w="648"/>
            <w:tcMar>
              <w:top w:w="95" w:type="dxa"/>
              <w:start w:w="95" w:type="dxa"/>
              <w:bottom w:w="95" w:type="dxa"/>
              <w:end w:w="95" w:type="dxa"/>
            </w:tcMar>
            <w:vAlign w:val="center"/>
          </w:tcPr>
          <w:p>
            <w:pPr>
              <w:spacing w:after="20" w:line="240" w:lineRule="auto"/>
            </w:pPr>
            <w:r>
              <w:rPr>
                <w:sz w:val="15"/>
              </w:rPr>
              <w:t>☐</w:t>
            </w:r>
          </w:p>
        </w:tc>
        <w:tc>
          <w:tcPr>
            <w:tcW w:type="dxa" w:w="648"/>
            <w:tcMar>
              <w:top w:w="95" w:type="dxa"/>
              <w:start w:w="95" w:type="dxa"/>
              <w:bottom w:w="95" w:type="dxa"/>
              <w:end w:w="95" w:type="dxa"/>
            </w:tcMar>
            <w:vAlign w:val="center"/>
          </w:tcPr>
          <w:p>
            <w:pPr>
              <w:spacing w:after="20" w:line="240" w:lineRule="auto"/>
            </w:pPr>
            <w:r>
              <w:rPr>
                <w:sz w:val="15"/>
              </w:rPr>
              <w:t>☐</w:t>
            </w:r>
          </w:p>
        </w:tc>
        <w:tc>
          <w:tcPr>
            <w:tcW w:type="dxa" w:w="936"/>
            <w:tcMar>
              <w:top w:w="95" w:type="dxa"/>
              <w:start w:w="95" w:type="dxa"/>
              <w:bottom w:w="95" w:type="dxa"/>
              <w:end w:w="95" w:type="dxa"/>
            </w:tcMar>
            <w:vAlign w:val="center"/>
          </w:tcPr>
          <w:p>
            <w:pPr>
              <w:spacing w:after="20" w:line="240" w:lineRule="auto"/>
            </w:pPr>
            <w:r>
              <w:rPr>
                <w:sz w:val="15"/>
              </w:rPr>
              <w:t>☐</w:t>
            </w:r>
          </w:p>
        </w:tc>
        <w:tc>
          <w:tcPr>
            <w:tcW w:type="dxa" w:w="2304"/>
            <w:tcMar>
              <w:top w:w="95" w:type="dxa"/>
              <w:start w:w="95" w:type="dxa"/>
              <w:bottom w:w="95" w:type="dxa"/>
              <w:end w:w="95" w:type="dxa"/>
            </w:tcMar>
            <w:vAlign w:val="center"/>
          </w:tcPr>
          <w:p>
            <w:pPr>
              <w:spacing w:after="20" w:line="240" w:lineRule="auto"/>
            </w:pPr>
            <w:r>
              <w:rPr>
                <w:sz w:val="15"/>
              </w:rPr>
            </w:r>
          </w:p>
        </w:tc>
      </w:tr>
      <w:tr>
        <w:trPr>
          <w:cantSplit/>
        </w:trPr>
        <w:tc>
          <w:tcPr>
            <w:tcW w:type="dxa" w:w="5400"/>
            <w:tcMar>
              <w:top w:w="95" w:type="dxa"/>
              <w:start w:w="95" w:type="dxa"/>
              <w:bottom w:w="95" w:type="dxa"/>
              <w:end w:w="95" w:type="dxa"/>
            </w:tcMar>
            <w:vAlign w:val="center"/>
            <w:shd w:fill="F4F7FA"/>
          </w:tcPr>
          <w:p>
            <w:pPr>
              <w:spacing w:after="20" w:line="240" w:lineRule="auto"/>
            </w:pPr>
            <w:r>
              <w:rPr>
                <w:sz w:val="15"/>
              </w:rPr>
              <w:t>Was information withheld, false or misleading?</w:t>
            </w:r>
          </w:p>
        </w:tc>
        <w:tc>
          <w:tcPr>
            <w:tcW w:type="dxa" w:w="648"/>
            <w:tcMar>
              <w:top w:w="95" w:type="dxa"/>
              <w:start w:w="95" w:type="dxa"/>
              <w:bottom w:w="95" w:type="dxa"/>
              <w:end w:w="95" w:type="dxa"/>
            </w:tcMar>
            <w:vAlign w:val="center"/>
            <w:shd w:fill="F4F7FA"/>
          </w:tcPr>
          <w:p>
            <w:pPr>
              <w:spacing w:after="20" w:line="240" w:lineRule="auto"/>
            </w:pPr>
            <w:r>
              <w:rPr>
                <w:sz w:val="15"/>
              </w:rPr>
              <w:t>☐</w:t>
            </w:r>
          </w:p>
        </w:tc>
        <w:tc>
          <w:tcPr>
            <w:tcW w:type="dxa" w:w="648"/>
            <w:tcMar>
              <w:top w:w="95" w:type="dxa"/>
              <w:start w:w="95" w:type="dxa"/>
              <w:bottom w:w="95" w:type="dxa"/>
              <w:end w:w="95" w:type="dxa"/>
            </w:tcMar>
            <w:vAlign w:val="center"/>
            <w:shd w:fill="F4F7FA"/>
          </w:tcPr>
          <w:p>
            <w:pPr>
              <w:spacing w:after="20" w:line="240" w:lineRule="auto"/>
            </w:pPr>
            <w:r>
              <w:rPr>
                <w:sz w:val="15"/>
              </w:rPr>
              <w:t>☐</w:t>
            </w:r>
          </w:p>
        </w:tc>
        <w:tc>
          <w:tcPr>
            <w:tcW w:type="dxa" w:w="936"/>
            <w:tcMar>
              <w:top w:w="95" w:type="dxa"/>
              <w:start w:w="95" w:type="dxa"/>
              <w:bottom w:w="95" w:type="dxa"/>
              <w:end w:w="95" w:type="dxa"/>
            </w:tcMar>
            <w:vAlign w:val="center"/>
            <w:shd w:fill="F4F7FA"/>
          </w:tcPr>
          <w:p>
            <w:pPr>
              <w:spacing w:after="20" w:line="240" w:lineRule="auto"/>
            </w:pPr>
            <w:r>
              <w:rPr>
                <w:sz w:val="15"/>
              </w:rPr>
              <w:t>☐</w:t>
            </w:r>
          </w:p>
        </w:tc>
        <w:tc>
          <w:tcPr>
            <w:tcW w:type="dxa" w:w="2304"/>
            <w:tcMar>
              <w:top w:w="95" w:type="dxa"/>
              <w:start w:w="95" w:type="dxa"/>
              <w:bottom w:w="95" w:type="dxa"/>
              <w:end w:w="95" w:type="dxa"/>
            </w:tcMar>
            <w:vAlign w:val="center"/>
            <w:shd w:fill="F4F7FA"/>
          </w:tcPr>
          <w:p>
            <w:pPr>
              <w:spacing w:after="20" w:line="240" w:lineRule="auto"/>
            </w:pPr>
            <w:r>
              <w:rPr>
                <w:sz w:val="15"/>
              </w:rPr>
            </w:r>
          </w:p>
        </w:tc>
      </w:tr>
      <w:tr>
        <w:trPr>
          <w:cantSplit/>
        </w:trPr>
        <w:tc>
          <w:tcPr>
            <w:tcW w:type="dxa" w:w="5400"/>
            <w:tcMar>
              <w:top w:w="95" w:type="dxa"/>
              <w:start w:w="95" w:type="dxa"/>
              <w:bottom w:w="95" w:type="dxa"/>
              <w:end w:w="95" w:type="dxa"/>
            </w:tcMar>
            <w:vAlign w:val="center"/>
          </w:tcPr>
          <w:p>
            <w:pPr>
              <w:spacing w:after="20" w:line="240" w:lineRule="auto"/>
            </w:pPr>
            <w:r>
              <w:rPr>
                <w:sz w:val="15"/>
              </w:rPr>
              <w:t>Did anyone receive a benefit or avoid loss?</w:t>
            </w:r>
          </w:p>
        </w:tc>
        <w:tc>
          <w:tcPr>
            <w:tcW w:type="dxa" w:w="648"/>
            <w:tcMar>
              <w:top w:w="95" w:type="dxa"/>
              <w:start w:w="95" w:type="dxa"/>
              <w:bottom w:w="95" w:type="dxa"/>
              <w:end w:w="95" w:type="dxa"/>
            </w:tcMar>
            <w:vAlign w:val="center"/>
          </w:tcPr>
          <w:p>
            <w:pPr>
              <w:spacing w:after="20" w:line="240" w:lineRule="auto"/>
            </w:pPr>
            <w:r>
              <w:rPr>
                <w:sz w:val="15"/>
              </w:rPr>
              <w:t>☐</w:t>
            </w:r>
          </w:p>
        </w:tc>
        <w:tc>
          <w:tcPr>
            <w:tcW w:type="dxa" w:w="648"/>
            <w:tcMar>
              <w:top w:w="95" w:type="dxa"/>
              <w:start w:w="95" w:type="dxa"/>
              <w:bottom w:w="95" w:type="dxa"/>
              <w:end w:w="95" w:type="dxa"/>
            </w:tcMar>
            <w:vAlign w:val="center"/>
          </w:tcPr>
          <w:p>
            <w:pPr>
              <w:spacing w:after="20" w:line="240" w:lineRule="auto"/>
            </w:pPr>
            <w:r>
              <w:rPr>
                <w:sz w:val="15"/>
              </w:rPr>
              <w:t>☐</w:t>
            </w:r>
          </w:p>
        </w:tc>
        <w:tc>
          <w:tcPr>
            <w:tcW w:type="dxa" w:w="936"/>
            <w:tcMar>
              <w:top w:w="95" w:type="dxa"/>
              <w:start w:w="95" w:type="dxa"/>
              <w:bottom w:w="95" w:type="dxa"/>
              <w:end w:w="95" w:type="dxa"/>
            </w:tcMar>
            <w:vAlign w:val="center"/>
          </w:tcPr>
          <w:p>
            <w:pPr>
              <w:spacing w:after="20" w:line="240" w:lineRule="auto"/>
            </w:pPr>
            <w:r>
              <w:rPr>
                <w:sz w:val="15"/>
              </w:rPr>
              <w:t>☐</w:t>
            </w:r>
          </w:p>
        </w:tc>
        <w:tc>
          <w:tcPr>
            <w:tcW w:type="dxa" w:w="2304"/>
            <w:tcMar>
              <w:top w:w="95" w:type="dxa"/>
              <w:start w:w="95" w:type="dxa"/>
              <w:bottom w:w="95" w:type="dxa"/>
              <w:end w:w="95" w:type="dxa"/>
            </w:tcMar>
            <w:vAlign w:val="center"/>
          </w:tcPr>
          <w:p>
            <w:pPr>
              <w:spacing w:after="20" w:line="240" w:lineRule="auto"/>
            </w:pPr>
            <w:r>
              <w:rPr>
                <w:sz w:val="15"/>
              </w:rPr>
            </w:r>
          </w:p>
        </w:tc>
      </w:tr>
      <w:tr>
        <w:trPr>
          <w:cantSplit/>
        </w:trPr>
        <w:tc>
          <w:tcPr>
            <w:tcW w:type="dxa" w:w="5400"/>
            <w:tcMar>
              <w:top w:w="95" w:type="dxa"/>
              <w:start w:w="95" w:type="dxa"/>
              <w:bottom w:w="95" w:type="dxa"/>
              <w:end w:w="95" w:type="dxa"/>
            </w:tcMar>
            <w:vAlign w:val="center"/>
            <w:shd w:fill="F4F7FA"/>
          </w:tcPr>
          <w:p>
            <w:pPr>
              <w:spacing w:after="20" w:line="240" w:lineRule="auto"/>
            </w:pPr>
            <w:r>
              <w:rPr>
                <w:sz w:val="15"/>
              </w:rPr>
              <w:t>Was the decision or process compromised?</w:t>
            </w:r>
          </w:p>
        </w:tc>
        <w:tc>
          <w:tcPr>
            <w:tcW w:type="dxa" w:w="648"/>
            <w:tcMar>
              <w:top w:w="95" w:type="dxa"/>
              <w:start w:w="95" w:type="dxa"/>
              <w:bottom w:w="95" w:type="dxa"/>
              <w:end w:w="95" w:type="dxa"/>
            </w:tcMar>
            <w:vAlign w:val="center"/>
            <w:shd w:fill="F4F7FA"/>
          </w:tcPr>
          <w:p>
            <w:pPr>
              <w:spacing w:after="20" w:line="240" w:lineRule="auto"/>
            </w:pPr>
            <w:r>
              <w:rPr>
                <w:sz w:val="15"/>
              </w:rPr>
              <w:t>☐</w:t>
            </w:r>
          </w:p>
        </w:tc>
        <w:tc>
          <w:tcPr>
            <w:tcW w:type="dxa" w:w="648"/>
            <w:tcMar>
              <w:top w:w="95" w:type="dxa"/>
              <w:start w:w="95" w:type="dxa"/>
              <w:bottom w:w="95" w:type="dxa"/>
              <w:end w:w="95" w:type="dxa"/>
            </w:tcMar>
            <w:vAlign w:val="center"/>
            <w:shd w:fill="F4F7FA"/>
          </w:tcPr>
          <w:p>
            <w:pPr>
              <w:spacing w:after="20" w:line="240" w:lineRule="auto"/>
            </w:pPr>
            <w:r>
              <w:rPr>
                <w:sz w:val="15"/>
              </w:rPr>
              <w:t>☐</w:t>
            </w:r>
          </w:p>
        </w:tc>
        <w:tc>
          <w:tcPr>
            <w:tcW w:type="dxa" w:w="936"/>
            <w:tcMar>
              <w:top w:w="95" w:type="dxa"/>
              <w:start w:w="95" w:type="dxa"/>
              <w:bottom w:w="95" w:type="dxa"/>
              <w:end w:w="95" w:type="dxa"/>
            </w:tcMar>
            <w:vAlign w:val="center"/>
            <w:shd w:fill="F4F7FA"/>
          </w:tcPr>
          <w:p>
            <w:pPr>
              <w:spacing w:after="20" w:line="240" w:lineRule="auto"/>
            </w:pPr>
            <w:r>
              <w:rPr>
                <w:sz w:val="15"/>
              </w:rPr>
              <w:t>☐</w:t>
            </w:r>
          </w:p>
        </w:tc>
        <w:tc>
          <w:tcPr>
            <w:tcW w:type="dxa" w:w="2304"/>
            <w:tcMar>
              <w:top w:w="95" w:type="dxa"/>
              <w:start w:w="95" w:type="dxa"/>
              <w:bottom w:w="95" w:type="dxa"/>
              <w:end w:w="95" w:type="dxa"/>
            </w:tcMar>
            <w:vAlign w:val="center"/>
            <w:shd w:fill="F4F7FA"/>
          </w:tcPr>
          <w:p>
            <w:pPr>
              <w:spacing w:after="20" w:line="240" w:lineRule="auto"/>
            </w:pPr>
            <w:r>
              <w:rPr>
                <w:sz w:val="15"/>
              </w:rPr>
            </w:r>
          </w:p>
        </w:tc>
      </w:tr>
      <w:tr>
        <w:trPr>
          <w:cantSplit/>
        </w:trPr>
        <w:tc>
          <w:tcPr>
            <w:tcW w:type="dxa" w:w="5400"/>
            <w:tcMar>
              <w:top w:w="95" w:type="dxa"/>
              <w:start w:w="95" w:type="dxa"/>
              <w:bottom w:w="95" w:type="dxa"/>
              <w:end w:w="95" w:type="dxa"/>
            </w:tcMar>
            <w:vAlign w:val="center"/>
          </w:tcPr>
          <w:p>
            <w:pPr>
              <w:spacing w:after="20" w:line="240" w:lineRule="auto"/>
            </w:pPr>
            <w:r>
              <w:rPr>
                <w:sz w:val="15"/>
              </w:rPr>
              <w:t>Is retaliation or evidence loss a concern?</w:t>
            </w:r>
          </w:p>
        </w:tc>
        <w:tc>
          <w:tcPr>
            <w:tcW w:type="dxa" w:w="648"/>
            <w:tcMar>
              <w:top w:w="95" w:type="dxa"/>
              <w:start w:w="95" w:type="dxa"/>
              <w:bottom w:w="95" w:type="dxa"/>
              <w:end w:w="95" w:type="dxa"/>
            </w:tcMar>
            <w:vAlign w:val="center"/>
          </w:tcPr>
          <w:p>
            <w:pPr>
              <w:spacing w:after="20" w:line="240" w:lineRule="auto"/>
            </w:pPr>
            <w:r>
              <w:rPr>
                <w:sz w:val="15"/>
              </w:rPr>
              <w:t>☐</w:t>
            </w:r>
          </w:p>
        </w:tc>
        <w:tc>
          <w:tcPr>
            <w:tcW w:type="dxa" w:w="648"/>
            <w:tcMar>
              <w:top w:w="95" w:type="dxa"/>
              <w:start w:w="95" w:type="dxa"/>
              <w:bottom w:w="95" w:type="dxa"/>
              <w:end w:w="95" w:type="dxa"/>
            </w:tcMar>
            <w:vAlign w:val="center"/>
          </w:tcPr>
          <w:p>
            <w:pPr>
              <w:spacing w:after="20" w:line="240" w:lineRule="auto"/>
            </w:pPr>
            <w:r>
              <w:rPr>
                <w:sz w:val="15"/>
              </w:rPr>
              <w:t>☐</w:t>
            </w:r>
          </w:p>
        </w:tc>
        <w:tc>
          <w:tcPr>
            <w:tcW w:type="dxa" w:w="936"/>
            <w:tcMar>
              <w:top w:w="95" w:type="dxa"/>
              <w:start w:w="95" w:type="dxa"/>
              <w:bottom w:w="95" w:type="dxa"/>
              <w:end w:w="95" w:type="dxa"/>
            </w:tcMar>
            <w:vAlign w:val="center"/>
          </w:tcPr>
          <w:p>
            <w:pPr>
              <w:spacing w:after="20" w:line="240" w:lineRule="auto"/>
            </w:pPr>
            <w:r>
              <w:rPr>
                <w:sz w:val="15"/>
              </w:rPr>
              <w:t>☐</w:t>
            </w:r>
          </w:p>
        </w:tc>
        <w:tc>
          <w:tcPr>
            <w:tcW w:type="dxa" w:w="2304"/>
            <w:tcMar>
              <w:top w:w="95" w:type="dxa"/>
              <w:start w:w="95" w:type="dxa"/>
              <w:bottom w:w="95" w:type="dxa"/>
              <w:end w:w="95" w:type="dxa"/>
            </w:tcMar>
            <w:vAlign w:val="center"/>
          </w:tcPr>
          <w:p>
            <w:pPr>
              <w:spacing w:after="20" w:line="240" w:lineRule="auto"/>
            </w:pPr>
            <w:r>
              <w:rPr>
                <w:sz w:val="15"/>
              </w:rPr>
            </w:r>
          </w:p>
        </w:tc>
      </w:tr>
      <w:tr>
        <w:trPr>
          <w:cantSplit/>
        </w:trPr>
        <w:tc>
          <w:tcPr>
            <w:tcW w:type="dxa" w:w="5400"/>
            <w:tcMar>
              <w:top w:w="95" w:type="dxa"/>
              <w:start w:w="95" w:type="dxa"/>
              <w:bottom w:w="95" w:type="dxa"/>
              <w:end w:w="95" w:type="dxa"/>
            </w:tcMar>
            <w:vAlign w:val="center"/>
            <w:shd w:fill="F4F7FA"/>
          </w:tcPr>
          <w:p>
            <w:pPr>
              <w:spacing w:after="20" w:line="240" w:lineRule="auto"/>
            </w:pPr>
            <w:r>
              <w:rPr>
                <w:sz w:val="15"/>
              </w:rPr>
              <w:t>Does the matter require formal investigation or external advice?</w:t>
            </w:r>
          </w:p>
        </w:tc>
        <w:tc>
          <w:tcPr>
            <w:tcW w:type="dxa" w:w="648"/>
            <w:tcMar>
              <w:top w:w="95" w:type="dxa"/>
              <w:start w:w="95" w:type="dxa"/>
              <w:bottom w:w="95" w:type="dxa"/>
              <w:end w:w="95" w:type="dxa"/>
            </w:tcMar>
            <w:vAlign w:val="center"/>
            <w:shd w:fill="F4F7FA"/>
          </w:tcPr>
          <w:p>
            <w:pPr>
              <w:spacing w:after="20" w:line="240" w:lineRule="auto"/>
            </w:pPr>
            <w:r>
              <w:rPr>
                <w:sz w:val="15"/>
              </w:rPr>
              <w:t>☐</w:t>
            </w:r>
          </w:p>
        </w:tc>
        <w:tc>
          <w:tcPr>
            <w:tcW w:type="dxa" w:w="648"/>
            <w:tcMar>
              <w:top w:w="95" w:type="dxa"/>
              <w:start w:w="95" w:type="dxa"/>
              <w:bottom w:w="95" w:type="dxa"/>
              <w:end w:w="95" w:type="dxa"/>
            </w:tcMar>
            <w:vAlign w:val="center"/>
            <w:shd w:fill="F4F7FA"/>
          </w:tcPr>
          <w:p>
            <w:pPr>
              <w:spacing w:after="20" w:line="240" w:lineRule="auto"/>
            </w:pPr>
            <w:r>
              <w:rPr>
                <w:sz w:val="15"/>
              </w:rPr>
              <w:t>☐</w:t>
            </w:r>
          </w:p>
        </w:tc>
        <w:tc>
          <w:tcPr>
            <w:tcW w:type="dxa" w:w="936"/>
            <w:tcMar>
              <w:top w:w="95" w:type="dxa"/>
              <w:start w:w="95" w:type="dxa"/>
              <w:bottom w:w="95" w:type="dxa"/>
              <w:end w:w="95" w:type="dxa"/>
            </w:tcMar>
            <w:vAlign w:val="center"/>
            <w:shd w:fill="F4F7FA"/>
          </w:tcPr>
          <w:p>
            <w:pPr>
              <w:spacing w:after="20" w:line="240" w:lineRule="auto"/>
            </w:pPr>
            <w:r>
              <w:rPr>
                <w:sz w:val="15"/>
              </w:rPr>
              <w:t>☐</w:t>
            </w:r>
          </w:p>
        </w:tc>
        <w:tc>
          <w:tcPr>
            <w:tcW w:type="dxa" w:w="2304"/>
            <w:tcMar>
              <w:top w:w="95" w:type="dxa"/>
              <w:start w:w="95" w:type="dxa"/>
              <w:bottom w:w="95" w:type="dxa"/>
              <w:end w:w="95" w:type="dxa"/>
            </w:tcMar>
            <w:vAlign w:val="center"/>
            <w:shd w:fill="F4F7FA"/>
          </w:tcPr>
          <w:p>
            <w:pPr>
              <w:spacing w:after="20" w:line="240" w:lineRule="auto"/>
            </w:pPr>
            <w:r>
              <w:rPr>
                <w:sz w:val="15"/>
              </w:rPr>
            </w:r>
          </w:p>
        </w:tc>
      </w:tr>
    </w:tbl>
    <w:p>
      <w:pPr>
        <w:spacing w:after="20"/>
      </w:pPr>
    </w:p>
    <w:p>
      <w:pPr>
        <w:pStyle w:val="Heading2"/>
      </w:pPr>
      <w:r>
        <w:t>11.1 Action Log</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704"/>
        <w:gridCol w:w="1704"/>
        <w:gridCol w:w="1704"/>
        <w:gridCol w:w="1704"/>
        <w:gridCol w:w="1704"/>
        <w:gridCol w:w="1704"/>
      </w:tblGrid>
      <w:tr>
        <w:trPr>
          <w:tblHeader w:val="true"/>
          <w:cantSplit/>
        </w:trPr>
        <w:tc>
          <w:tcPr>
            <w:tcW w:type="dxa" w:w="3096"/>
            <w:shd w:fill="17365D"/>
            <w:tcMar>
              <w:top w:w="95" w:type="dxa"/>
              <w:start w:w="95" w:type="dxa"/>
              <w:bottom w:w="95" w:type="dxa"/>
              <w:end w:w="95" w:type="dxa"/>
            </w:tcMar>
            <w:vAlign w:val="center"/>
          </w:tcPr>
          <w:p>
            <w:r>
              <w:rPr>
                <w:b/>
                <w:color w:val="FFFFFF"/>
                <w:sz w:val="15"/>
              </w:rPr>
              <w:t>Action</w:t>
            </w:r>
          </w:p>
        </w:tc>
        <w:tc>
          <w:tcPr>
            <w:tcW w:type="dxa" w:w="1152"/>
            <w:shd w:fill="17365D"/>
            <w:tcMar>
              <w:top w:w="95" w:type="dxa"/>
              <w:start w:w="95" w:type="dxa"/>
              <w:bottom w:w="95" w:type="dxa"/>
              <w:end w:w="95" w:type="dxa"/>
            </w:tcMar>
            <w:vAlign w:val="center"/>
          </w:tcPr>
          <w:p>
            <w:r>
              <w:rPr>
                <w:b/>
                <w:color w:val="FFFFFF"/>
                <w:sz w:val="15"/>
              </w:rPr>
              <w:t>Owner</w:t>
            </w:r>
          </w:p>
        </w:tc>
        <w:tc>
          <w:tcPr>
            <w:tcW w:type="dxa" w:w="1152"/>
            <w:shd w:fill="17365D"/>
            <w:tcMar>
              <w:top w:w="95" w:type="dxa"/>
              <w:start w:w="95" w:type="dxa"/>
              <w:bottom w:w="95" w:type="dxa"/>
              <w:end w:w="95" w:type="dxa"/>
            </w:tcMar>
            <w:vAlign w:val="center"/>
          </w:tcPr>
          <w:p>
            <w:r>
              <w:rPr>
                <w:b/>
                <w:color w:val="FFFFFF"/>
                <w:sz w:val="15"/>
              </w:rPr>
              <w:t>Authority</w:t>
            </w:r>
          </w:p>
        </w:tc>
        <w:tc>
          <w:tcPr>
            <w:tcW w:type="dxa" w:w="1008"/>
            <w:shd w:fill="17365D"/>
            <w:tcMar>
              <w:top w:w="95" w:type="dxa"/>
              <w:start w:w="95" w:type="dxa"/>
              <w:bottom w:w="95" w:type="dxa"/>
              <w:end w:w="95" w:type="dxa"/>
            </w:tcMar>
            <w:vAlign w:val="center"/>
          </w:tcPr>
          <w:p>
            <w:r>
              <w:rPr>
                <w:b/>
                <w:color w:val="FFFFFF"/>
                <w:sz w:val="15"/>
              </w:rPr>
              <w:t>Due</w:t>
            </w:r>
          </w:p>
        </w:tc>
        <w:tc>
          <w:tcPr>
            <w:tcW w:type="dxa" w:w="2232"/>
            <w:shd w:fill="17365D"/>
            <w:tcMar>
              <w:top w:w="95" w:type="dxa"/>
              <w:start w:w="95" w:type="dxa"/>
              <w:bottom w:w="95" w:type="dxa"/>
              <w:end w:w="95" w:type="dxa"/>
            </w:tcMar>
            <w:vAlign w:val="center"/>
          </w:tcPr>
          <w:p>
            <w:r>
              <w:rPr>
                <w:b/>
                <w:color w:val="FFFFFF"/>
                <w:sz w:val="15"/>
              </w:rPr>
              <w:t>Evidence</w:t>
            </w:r>
          </w:p>
        </w:tc>
        <w:tc>
          <w:tcPr>
            <w:tcW w:type="dxa" w:w="1296"/>
            <w:shd w:fill="17365D"/>
            <w:tcMar>
              <w:top w:w="95" w:type="dxa"/>
              <w:start w:w="95" w:type="dxa"/>
              <w:bottom w:w="95" w:type="dxa"/>
              <w:end w:w="95" w:type="dxa"/>
            </w:tcMar>
            <w:vAlign w:val="center"/>
          </w:tcPr>
          <w:p>
            <w:r>
              <w:rPr>
                <w:b/>
                <w:color w:val="FFFFFF"/>
                <w:sz w:val="15"/>
              </w:rPr>
              <w:t>Status</w:t>
            </w:r>
          </w:p>
        </w:tc>
      </w:tr>
      <w:tr>
        <w:trPr>
          <w:cantSplit/>
        </w:trPr>
        <w:tc>
          <w:tcPr>
            <w:tcW w:type="dxa" w:w="3096"/>
            <w:tcMar>
              <w:top w:w="95" w:type="dxa"/>
              <w:start w:w="95" w:type="dxa"/>
              <w:bottom w:w="95" w:type="dxa"/>
              <w:end w:w="95" w:type="dxa"/>
            </w:tcMar>
            <w:vAlign w:val="center"/>
          </w:tcPr>
          <w:p>
            <w:pPr>
              <w:spacing w:after="20" w:line="240" w:lineRule="auto"/>
            </w:pPr>
            <w:r>
              <w:rPr>
                <w:sz w:val="15"/>
              </w:rPr>
            </w:r>
          </w:p>
        </w:tc>
        <w:tc>
          <w:tcPr>
            <w:tcW w:type="dxa" w:w="1152"/>
            <w:tcMar>
              <w:top w:w="95" w:type="dxa"/>
              <w:start w:w="95" w:type="dxa"/>
              <w:bottom w:w="95" w:type="dxa"/>
              <w:end w:w="95" w:type="dxa"/>
            </w:tcMar>
            <w:vAlign w:val="center"/>
          </w:tcPr>
          <w:p>
            <w:pPr>
              <w:spacing w:after="20" w:line="240" w:lineRule="auto"/>
            </w:pPr>
            <w:r>
              <w:rPr>
                <w:sz w:val="15"/>
              </w:rPr>
            </w:r>
          </w:p>
        </w:tc>
        <w:tc>
          <w:tcPr>
            <w:tcW w:type="dxa" w:w="1152"/>
            <w:tcMar>
              <w:top w:w="95" w:type="dxa"/>
              <w:start w:w="95" w:type="dxa"/>
              <w:bottom w:w="95" w:type="dxa"/>
              <w:end w:w="95" w:type="dxa"/>
            </w:tcMar>
            <w:vAlign w:val="center"/>
          </w:tcPr>
          <w:p>
            <w:pPr>
              <w:spacing w:after="20" w:line="240" w:lineRule="auto"/>
            </w:pPr>
            <w:r>
              <w:rPr>
                <w:sz w:val="15"/>
              </w:rPr>
            </w:r>
          </w:p>
        </w:tc>
        <w:tc>
          <w:tcPr>
            <w:tcW w:type="dxa" w:w="1008"/>
            <w:tcMar>
              <w:top w:w="95" w:type="dxa"/>
              <w:start w:w="95" w:type="dxa"/>
              <w:bottom w:w="95" w:type="dxa"/>
              <w:end w:w="95" w:type="dxa"/>
            </w:tcMar>
            <w:vAlign w:val="center"/>
          </w:tcPr>
          <w:p>
            <w:pPr>
              <w:spacing w:after="20" w:line="240" w:lineRule="auto"/>
            </w:pPr>
            <w:r>
              <w:rPr>
                <w:sz w:val="15"/>
              </w:rPr>
            </w:r>
          </w:p>
        </w:tc>
        <w:tc>
          <w:tcPr>
            <w:tcW w:type="dxa" w:w="2232"/>
            <w:tcMar>
              <w:top w:w="95" w:type="dxa"/>
              <w:start w:w="95" w:type="dxa"/>
              <w:bottom w:w="95" w:type="dxa"/>
              <w:end w:w="95" w:type="dxa"/>
            </w:tcMar>
            <w:vAlign w:val="center"/>
          </w:tcPr>
          <w:p>
            <w:pPr>
              <w:spacing w:after="20" w:line="240" w:lineRule="auto"/>
            </w:pPr>
            <w:r>
              <w:rPr>
                <w:sz w:val="15"/>
              </w:rPr>
            </w:r>
          </w:p>
        </w:tc>
        <w:tc>
          <w:tcPr>
            <w:tcW w:type="dxa" w:w="1296"/>
            <w:tcMar>
              <w:top w:w="95" w:type="dxa"/>
              <w:start w:w="95" w:type="dxa"/>
              <w:bottom w:w="95" w:type="dxa"/>
              <w:end w:w="95" w:type="dxa"/>
            </w:tcMar>
            <w:vAlign w:val="center"/>
          </w:tcPr>
          <w:p>
            <w:pPr>
              <w:spacing w:after="20" w:line="240" w:lineRule="auto"/>
            </w:pPr>
            <w:r>
              <w:rPr>
                <w:sz w:val="15"/>
              </w:rPr>
            </w:r>
          </w:p>
        </w:tc>
      </w:tr>
      <w:tr>
        <w:trPr>
          <w:cantSplit/>
        </w:trPr>
        <w:tc>
          <w:tcPr>
            <w:tcW w:type="dxa" w:w="3096"/>
            <w:tcMar>
              <w:top w:w="95" w:type="dxa"/>
              <w:start w:w="95" w:type="dxa"/>
              <w:bottom w:w="95" w:type="dxa"/>
              <w:end w:w="95" w:type="dxa"/>
            </w:tcMar>
            <w:vAlign w:val="center"/>
            <w:shd w:fill="F4F7FA"/>
          </w:tcPr>
          <w:p>
            <w:pPr>
              <w:spacing w:after="20" w:line="240" w:lineRule="auto"/>
            </w:pPr>
            <w:r>
              <w:rPr>
                <w:sz w:val="15"/>
              </w:rPr>
            </w:r>
          </w:p>
        </w:tc>
        <w:tc>
          <w:tcPr>
            <w:tcW w:type="dxa" w:w="1152"/>
            <w:tcMar>
              <w:top w:w="95" w:type="dxa"/>
              <w:start w:w="95" w:type="dxa"/>
              <w:bottom w:w="95" w:type="dxa"/>
              <w:end w:w="95" w:type="dxa"/>
            </w:tcMar>
            <w:vAlign w:val="center"/>
            <w:shd w:fill="F4F7FA"/>
          </w:tcPr>
          <w:p>
            <w:pPr>
              <w:spacing w:after="20" w:line="240" w:lineRule="auto"/>
            </w:pPr>
            <w:r>
              <w:rPr>
                <w:sz w:val="15"/>
              </w:rPr>
            </w:r>
          </w:p>
        </w:tc>
        <w:tc>
          <w:tcPr>
            <w:tcW w:type="dxa" w:w="1152"/>
            <w:tcMar>
              <w:top w:w="95" w:type="dxa"/>
              <w:start w:w="95" w:type="dxa"/>
              <w:bottom w:w="95" w:type="dxa"/>
              <w:end w:w="95" w:type="dxa"/>
            </w:tcMar>
            <w:vAlign w:val="center"/>
            <w:shd w:fill="F4F7FA"/>
          </w:tcPr>
          <w:p>
            <w:pPr>
              <w:spacing w:after="20" w:line="240" w:lineRule="auto"/>
            </w:pPr>
            <w:r>
              <w:rPr>
                <w:sz w:val="15"/>
              </w:rPr>
            </w:r>
          </w:p>
        </w:tc>
        <w:tc>
          <w:tcPr>
            <w:tcW w:type="dxa" w:w="1008"/>
            <w:tcMar>
              <w:top w:w="95" w:type="dxa"/>
              <w:start w:w="95" w:type="dxa"/>
              <w:bottom w:w="95" w:type="dxa"/>
              <w:end w:w="95" w:type="dxa"/>
            </w:tcMar>
            <w:vAlign w:val="center"/>
            <w:shd w:fill="F4F7FA"/>
          </w:tcPr>
          <w:p>
            <w:pPr>
              <w:spacing w:after="20" w:line="240" w:lineRule="auto"/>
            </w:pPr>
            <w:r>
              <w:rPr>
                <w:sz w:val="15"/>
              </w:rPr>
            </w:r>
          </w:p>
        </w:tc>
        <w:tc>
          <w:tcPr>
            <w:tcW w:type="dxa" w:w="2232"/>
            <w:tcMar>
              <w:top w:w="95" w:type="dxa"/>
              <w:start w:w="95" w:type="dxa"/>
              <w:bottom w:w="95" w:type="dxa"/>
              <w:end w:w="95" w:type="dxa"/>
            </w:tcMar>
            <w:vAlign w:val="center"/>
            <w:shd w:fill="F4F7FA"/>
          </w:tcPr>
          <w:p>
            <w:pPr>
              <w:spacing w:after="20" w:line="240" w:lineRule="auto"/>
            </w:pPr>
            <w:r>
              <w:rPr>
                <w:sz w:val="15"/>
              </w:rPr>
            </w:r>
          </w:p>
        </w:tc>
        <w:tc>
          <w:tcPr>
            <w:tcW w:type="dxa" w:w="1296"/>
            <w:tcMar>
              <w:top w:w="95" w:type="dxa"/>
              <w:start w:w="95" w:type="dxa"/>
              <w:bottom w:w="95" w:type="dxa"/>
              <w:end w:w="95" w:type="dxa"/>
            </w:tcMar>
            <w:vAlign w:val="center"/>
            <w:shd w:fill="F4F7FA"/>
          </w:tcPr>
          <w:p>
            <w:pPr>
              <w:spacing w:after="20" w:line="240" w:lineRule="auto"/>
            </w:pPr>
            <w:r>
              <w:rPr>
                <w:sz w:val="15"/>
              </w:rPr>
            </w:r>
          </w:p>
        </w:tc>
      </w:tr>
      <w:tr>
        <w:trPr>
          <w:cantSplit/>
        </w:trPr>
        <w:tc>
          <w:tcPr>
            <w:tcW w:type="dxa" w:w="3096"/>
            <w:tcMar>
              <w:top w:w="95" w:type="dxa"/>
              <w:start w:w="95" w:type="dxa"/>
              <w:bottom w:w="95" w:type="dxa"/>
              <w:end w:w="95" w:type="dxa"/>
            </w:tcMar>
            <w:vAlign w:val="center"/>
          </w:tcPr>
          <w:p>
            <w:pPr>
              <w:spacing w:after="20" w:line="240" w:lineRule="auto"/>
            </w:pPr>
            <w:r>
              <w:rPr>
                <w:sz w:val="15"/>
              </w:rPr>
            </w:r>
          </w:p>
        </w:tc>
        <w:tc>
          <w:tcPr>
            <w:tcW w:type="dxa" w:w="1152"/>
            <w:tcMar>
              <w:top w:w="95" w:type="dxa"/>
              <w:start w:w="95" w:type="dxa"/>
              <w:bottom w:w="95" w:type="dxa"/>
              <w:end w:w="95" w:type="dxa"/>
            </w:tcMar>
            <w:vAlign w:val="center"/>
          </w:tcPr>
          <w:p>
            <w:pPr>
              <w:spacing w:after="20" w:line="240" w:lineRule="auto"/>
            </w:pPr>
            <w:r>
              <w:rPr>
                <w:sz w:val="15"/>
              </w:rPr>
            </w:r>
          </w:p>
        </w:tc>
        <w:tc>
          <w:tcPr>
            <w:tcW w:type="dxa" w:w="1152"/>
            <w:tcMar>
              <w:top w:w="95" w:type="dxa"/>
              <w:start w:w="95" w:type="dxa"/>
              <w:bottom w:w="95" w:type="dxa"/>
              <w:end w:w="95" w:type="dxa"/>
            </w:tcMar>
            <w:vAlign w:val="center"/>
          </w:tcPr>
          <w:p>
            <w:pPr>
              <w:spacing w:after="20" w:line="240" w:lineRule="auto"/>
            </w:pPr>
            <w:r>
              <w:rPr>
                <w:sz w:val="15"/>
              </w:rPr>
            </w:r>
          </w:p>
        </w:tc>
        <w:tc>
          <w:tcPr>
            <w:tcW w:type="dxa" w:w="1008"/>
            <w:tcMar>
              <w:top w:w="95" w:type="dxa"/>
              <w:start w:w="95" w:type="dxa"/>
              <w:bottom w:w="95" w:type="dxa"/>
              <w:end w:w="95" w:type="dxa"/>
            </w:tcMar>
            <w:vAlign w:val="center"/>
          </w:tcPr>
          <w:p>
            <w:pPr>
              <w:spacing w:after="20" w:line="240" w:lineRule="auto"/>
            </w:pPr>
            <w:r>
              <w:rPr>
                <w:sz w:val="15"/>
              </w:rPr>
            </w:r>
          </w:p>
        </w:tc>
        <w:tc>
          <w:tcPr>
            <w:tcW w:type="dxa" w:w="2232"/>
            <w:tcMar>
              <w:top w:w="95" w:type="dxa"/>
              <w:start w:w="95" w:type="dxa"/>
              <w:bottom w:w="95" w:type="dxa"/>
              <w:end w:w="95" w:type="dxa"/>
            </w:tcMar>
            <w:vAlign w:val="center"/>
          </w:tcPr>
          <w:p>
            <w:pPr>
              <w:spacing w:after="20" w:line="240" w:lineRule="auto"/>
            </w:pPr>
            <w:r>
              <w:rPr>
                <w:sz w:val="15"/>
              </w:rPr>
            </w:r>
          </w:p>
        </w:tc>
        <w:tc>
          <w:tcPr>
            <w:tcW w:type="dxa" w:w="1296"/>
            <w:tcMar>
              <w:top w:w="95" w:type="dxa"/>
              <w:start w:w="95" w:type="dxa"/>
              <w:bottom w:w="95" w:type="dxa"/>
              <w:end w:w="95" w:type="dxa"/>
            </w:tcMar>
            <w:vAlign w:val="center"/>
          </w:tcPr>
          <w:p>
            <w:pPr>
              <w:spacing w:after="20" w:line="240" w:lineRule="auto"/>
            </w:pPr>
            <w:r>
              <w:rPr>
                <w:sz w:val="15"/>
              </w:rPr>
            </w:r>
          </w:p>
        </w:tc>
      </w:tr>
      <w:tr>
        <w:trPr>
          <w:cantSplit/>
        </w:trPr>
        <w:tc>
          <w:tcPr>
            <w:tcW w:type="dxa" w:w="3096"/>
            <w:tcMar>
              <w:top w:w="95" w:type="dxa"/>
              <w:start w:w="95" w:type="dxa"/>
              <w:bottom w:w="95" w:type="dxa"/>
              <w:end w:w="95" w:type="dxa"/>
            </w:tcMar>
            <w:vAlign w:val="center"/>
            <w:shd w:fill="F4F7FA"/>
          </w:tcPr>
          <w:p>
            <w:pPr>
              <w:spacing w:after="20" w:line="240" w:lineRule="auto"/>
            </w:pPr>
            <w:r>
              <w:rPr>
                <w:sz w:val="15"/>
              </w:rPr>
            </w:r>
          </w:p>
        </w:tc>
        <w:tc>
          <w:tcPr>
            <w:tcW w:type="dxa" w:w="1152"/>
            <w:tcMar>
              <w:top w:w="95" w:type="dxa"/>
              <w:start w:w="95" w:type="dxa"/>
              <w:bottom w:w="95" w:type="dxa"/>
              <w:end w:w="95" w:type="dxa"/>
            </w:tcMar>
            <w:vAlign w:val="center"/>
            <w:shd w:fill="F4F7FA"/>
          </w:tcPr>
          <w:p>
            <w:pPr>
              <w:spacing w:after="20" w:line="240" w:lineRule="auto"/>
            </w:pPr>
            <w:r>
              <w:rPr>
                <w:sz w:val="15"/>
              </w:rPr>
            </w:r>
          </w:p>
        </w:tc>
        <w:tc>
          <w:tcPr>
            <w:tcW w:type="dxa" w:w="1152"/>
            <w:tcMar>
              <w:top w:w="95" w:type="dxa"/>
              <w:start w:w="95" w:type="dxa"/>
              <w:bottom w:w="95" w:type="dxa"/>
              <w:end w:w="95" w:type="dxa"/>
            </w:tcMar>
            <w:vAlign w:val="center"/>
            <w:shd w:fill="F4F7FA"/>
          </w:tcPr>
          <w:p>
            <w:pPr>
              <w:spacing w:after="20" w:line="240" w:lineRule="auto"/>
            </w:pPr>
            <w:r>
              <w:rPr>
                <w:sz w:val="15"/>
              </w:rPr>
            </w:r>
          </w:p>
        </w:tc>
        <w:tc>
          <w:tcPr>
            <w:tcW w:type="dxa" w:w="1008"/>
            <w:tcMar>
              <w:top w:w="95" w:type="dxa"/>
              <w:start w:w="95" w:type="dxa"/>
              <w:bottom w:w="95" w:type="dxa"/>
              <w:end w:w="95" w:type="dxa"/>
            </w:tcMar>
            <w:vAlign w:val="center"/>
            <w:shd w:fill="F4F7FA"/>
          </w:tcPr>
          <w:p>
            <w:pPr>
              <w:spacing w:after="20" w:line="240" w:lineRule="auto"/>
            </w:pPr>
            <w:r>
              <w:rPr>
                <w:sz w:val="15"/>
              </w:rPr>
            </w:r>
          </w:p>
        </w:tc>
        <w:tc>
          <w:tcPr>
            <w:tcW w:type="dxa" w:w="2232"/>
            <w:tcMar>
              <w:top w:w="95" w:type="dxa"/>
              <w:start w:w="95" w:type="dxa"/>
              <w:bottom w:w="95" w:type="dxa"/>
              <w:end w:w="95" w:type="dxa"/>
            </w:tcMar>
            <w:vAlign w:val="center"/>
            <w:shd w:fill="F4F7FA"/>
          </w:tcPr>
          <w:p>
            <w:pPr>
              <w:spacing w:after="20" w:line="240" w:lineRule="auto"/>
            </w:pPr>
            <w:r>
              <w:rPr>
                <w:sz w:val="15"/>
              </w:rPr>
            </w:r>
          </w:p>
        </w:tc>
        <w:tc>
          <w:tcPr>
            <w:tcW w:type="dxa" w:w="1296"/>
            <w:tcMar>
              <w:top w:w="95" w:type="dxa"/>
              <w:start w:w="95" w:type="dxa"/>
              <w:bottom w:w="95" w:type="dxa"/>
              <w:end w:w="95" w:type="dxa"/>
            </w:tcMar>
            <w:vAlign w:val="center"/>
            <w:shd w:fill="F4F7FA"/>
          </w:tcPr>
          <w:p>
            <w:pPr>
              <w:spacing w:after="20" w:line="240" w:lineRule="auto"/>
            </w:pPr>
            <w:r>
              <w:rPr>
                <w:sz w:val="15"/>
              </w:rPr>
            </w:r>
          </w:p>
        </w:tc>
      </w:tr>
      <w:tr>
        <w:trPr>
          <w:cantSplit/>
        </w:trPr>
        <w:tc>
          <w:tcPr>
            <w:tcW w:type="dxa" w:w="3096"/>
            <w:tcMar>
              <w:top w:w="95" w:type="dxa"/>
              <w:start w:w="95" w:type="dxa"/>
              <w:bottom w:w="95" w:type="dxa"/>
              <w:end w:w="95" w:type="dxa"/>
            </w:tcMar>
            <w:vAlign w:val="center"/>
          </w:tcPr>
          <w:p>
            <w:pPr>
              <w:spacing w:after="20" w:line="240" w:lineRule="auto"/>
            </w:pPr>
            <w:r>
              <w:rPr>
                <w:sz w:val="15"/>
              </w:rPr>
            </w:r>
          </w:p>
        </w:tc>
        <w:tc>
          <w:tcPr>
            <w:tcW w:type="dxa" w:w="1152"/>
            <w:tcMar>
              <w:top w:w="95" w:type="dxa"/>
              <w:start w:w="95" w:type="dxa"/>
              <w:bottom w:w="95" w:type="dxa"/>
              <w:end w:w="95" w:type="dxa"/>
            </w:tcMar>
            <w:vAlign w:val="center"/>
          </w:tcPr>
          <w:p>
            <w:pPr>
              <w:spacing w:after="20" w:line="240" w:lineRule="auto"/>
            </w:pPr>
            <w:r>
              <w:rPr>
                <w:sz w:val="15"/>
              </w:rPr>
            </w:r>
          </w:p>
        </w:tc>
        <w:tc>
          <w:tcPr>
            <w:tcW w:type="dxa" w:w="1152"/>
            <w:tcMar>
              <w:top w:w="95" w:type="dxa"/>
              <w:start w:w="95" w:type="dxa"/>
              <w:bottom w:w="95" w:type="dxa"/>
              <w:end w:w="95" w:type="dxa"/>
            </w:tcMar>
            <w:vAlign w:val="center"/>
          </w:tcPr>
          <w:p>
            <w:pPr>
              <w:spacing w:after="20" w:line="240" w:lineRule="auto"/>
            </w:pPr>
            <w:r>
              <w:rPr>
                <w:sz w:val="15"/>
              </w:rPr>
            </w:r>
          </w:p>
        </w:tc>
        <w:tc>
          <w:tcPr>
            <w:tcW w:type="dxa" w:w="1008"/>
            <w:tcMar>
              <w:top w:w="95" w:type="dxa"/>
              <w:start w:w="95" w:type="dxa"/>
              <w:bottom w:w="95" w:type="dxa"/>
              <w:end w:w="95" w:type="dxa"/>
            </w:tcMar>
            <w:vAlign w:val="center"/>
          </w:tcPr>
          <w:p>
            <w:pPr>
              <w:spacing w:after="20" w:line="240" w:lineRule="auto"/>
            </w:pPr>
            <w:r>
              <w:rPr>
                <w:sz w:val="15"/>
              </w:rPr>
            </w:r>
          </w:p>
        </w:tc>
        <w:tc>
          <w:tcPr>
            <w:tcW w:type="dxa" w:w="2232"/>
            <w:tcMar>
              <w:top w:w="95" w:type="dxa"/>
              <w:start w:w="95" w:type="dxa"/>
              <w:bottom w:w="95" w:type="dxa"/>
              <w:end w:w="95" w:type="dxa"/>
            </w:tcMar>
            <w:vAlign w:val="center"/>
          </w:tcPr>
          <w:p>
            <w:pPr>
              <w:spacing w:after="20" w:line="240" w:lineRule="auto"/>
            </w:pPr>
            <w:r>
              <w:rPr>
                <w:sz w:val="15"/>
              </w:rPr>
            </w:r>
          </w:p>
        </w:tc>
        <w:tc>
          <w:tcPr>
            <w:tcW w:type="dxa" w:w="1296"/>
            <w:tcMar>
              <w:top w:w="95" w:type="dxa"/>
              <w:start w:w="95" w:type="dxa"/>
              <w:bottom w:w="95" w:type="dxa"/>
              <w:end w:w="95" w:type="dxa"/>
            </w:tcMar>
            <w:vAlign w:val="center"/>
          </w:tcPr>
          <w:p>
            <w:pPr>
              <w:spacing w:after="20" w:line="240" w:lineRule="auto"/>
            </w:pPr>
            <w:r>
              <w:rPr>
                <w:sz w:val="15"/>
              </w:rPr>
            </w:r>
          </w:p>
        </w:tc>
      </w:tr>
      <w:tr>
        <w:trPr>
          <w:cantSplit/>
        </w:trPr>
        <w:tc>
          <w:tcPr>
            <w:tcW w:type="dxa" w:w="3096"/>
            <w:tcMar>
              <w:top w:w="95" w:type="dxa"/>
              <w:start w:w="95" w:type="dxa"/>
              <w:bottom w:w="95" w:type="dxa"/>
              <w:end w:w="95" w:type="dxa"/>
            </w:tcMar>
            <w:vAlign w:val="center"/>
            <w:shd w:fill="F4F7FA"/>
          </w:tcPr>
          <w:p>
            <w:pPr>
              <w:spacing w:after="20" w:line="240" w:lineRule="auto"/>
            </w:pPr>
            <w:r>
              <w:rPr>
                <w:sz w:val="15"/>
              </w:rPr>
            </w:r>
          </w:p>
        </w:tc>
        <w:tc>
          <w:tcPr>
            <w:tcW w:type="dxa" w:w="1152"/>
            <w:tcMar>
              <w:top w:w="95" w:type="dxa"/>
              <w:start w:w="95" w:type="dxa"/>
              <w:bottom w:w="95" w:type="dxa"/>
              <w:end w:w="95" w:type="dxa"/>
            </w:tcMar>
            <w:vAlign w:val="center"/>
            <w:shd w:fill="F4F7FA"/>
          </w:tcPr>
          <w:p>
            <w:pPr>
              <w:spacing w:after="20" w:line="240" w:lineRule="auto"/>
            </w:pPr>
            <w:r>
              <w:rPr>
                <w:sz w:val="15"/>
              </w:rPr>
            </w:r>
          </w:p>
        </w:tc>
        <w:tc>
          <w:tcPr>
            <w:tcW w:type="dxa" w:w="1152"/>
            <w:tcMar>
              <w:top w:w="95" w:type="dxa"/>
              <w:start w:w="95" w:type="dxa"/>
              <w:bottom w:w="95" w:type="dxa"/>
              <w:end w:w="95" w:type="dxa"/>
            </w:tcMar>
            <w:vAlign w:val="center"/>
            <w:shd w:fill="F4F7FA"/>
          </w:tcPr>
          <w:p>
            <w:pPr>
              <w:spacing w:after="20" w:line="240" w:lineRule="auto"/>
            </w:pPr>
            <w:r>
              <w:rPr>
                <w:sz w:val="15"/>
              </w:rPr>
            </w:r>
          </w:p>
        </w:tc>
        <w:tc>
          <w:tcPr>
            <w:tcW w:type="dxa" w:w="1008"/>
            <w:tcMar>
              <w:top w:w="95" w:type="dxa"/>
              <w:start w:w="95" w:type="dxa"/>
              <w:bottom w:w="95" w:type="dxa"/>
              <w:end w:w="95" w:type="dxa"/>
            </w:tcMar>
            <w:vAlign w:val="center"/>
            <w:shd w:fill="F4F7FA"/>
          </w:tcPr>
          <w:p>
            <w:pPr>
              <w:spacing w:after="20" w:line="240" w:lineRule="auto"/>
            </w:pPr>
            <w:r>
              <w:rPr>
                <w:sz w:val="15"/>
              </w:rPr>
            </w:r>
          </w:p>
        </w:tc>
        <w:tc>
          <w:tcPr>
            <w:tcW w:type="dxa" w:w="2232"/>
            <w:tcMar>
              <w:top w:w="95" w:type="dxa"/>
              <w:start w:w="95" w:type="dxa"/>
              <w:bottom w:w="95" w:type="dxa"/>
              <w:end w:w="95" w:type="dxa"/>
            </w:tcMar>
            <w:vAlign w:val="center"/>
            <w:shd w:fill="F4F7FA"/>
          </w:tcPr>
          <w:p>
            <w:pPr>
              <w:spacing w:after="20" w:line="240" w:lineRule="auto"/>
            </w:pPr>
            <w:r>
              <w:rPr>
                <w:sz w:val="15"/>
              </w:rPr>
            </w:r>
          </w:p>
        </w:tc>
        <w:tc>
          <w:tcPr>
            <w:tcW w:type="dxa" w:w="1296"/>
            <w:tcMar>
              <w:top w:w="95" w:type="dxa"/>
              <w:start w:w="95" w:type="dxa"/>
              <w:bottom w:w="95" w:type="dxa"/>
              <w:end w:w="95" w:type="dxa"/>
            </w:tcMar>
            <w:vAlign w:val="center"/>
            <w:shd w:fill="F4F7FA"/>
          </w:tcPr>
          <w:p>
            <w:pPr>
              <w:spacing w:after="20" w:line="240" w:lineRule="auto"/>
            </w:pPr>
            <w:r>
              <w:rPr>
                <w:sz w:val="15"/>
              </w:rPr>
            </w:r>
          </w:p>
        </w:tc>
      </w:tr>
      <w:tr>
        <w:trPr>
          <w:cantSplit/>
        </w:trPr>
        <w:tc>
          <w:tcPr>
            <w:tcW w:type="dxa" w:w="3096"/>
            <w:tcMar>
              <w:top w:w="95" w:type="dxa"/>
              <w:start w:w="95" w:type="dxa"/>
              <w:bottom w:w="95" w:type="dxa"/>
              <w:end w:w="95" w:type="dxa"/>
            </w:tcMar>
            <w:vAlign w:val="center"/>
          </w:tcPr>
          <w:p>
            <w:pPr>
              <w:spacing w:after="20" w:line="240" w:lineRule="auto"/>
            </w:pPr>
            <w:r>
              <w:rPr>
                <w:sz w:val="15"/>
              </w:rPr>
            </w:r>
          </w:p>
        </w:tc>
        <w:tc>
          <w:tcPr>
            <w:tcW w:type="dxa" w:w="1152"/>
            <w:tcMar>
              <w:top w:w="95" w:type="dxa"/>
              <w:start w:w="95" w:type="dxa"/>
              <w:bottom w:w="95" w:type="dxa"/>
              <w:end w:w="95" w:type="dxa"/>
            </w:tcMar>
            <w:vAlign w:val="center"/>
          </w:tcPr>
          <w:p>
            <w:pPr>
              <w:spacing w:after="20" w:line="240" w:lineRule="auto"/>
            </w:pPr>
            <w:r>
              <w:rPr>
                <w:sz w:val="15"/>
              </w:rPr>
            </w:r>
          </w:p>
        </w:tc>
        <w:tc>
          <w:tcPr>
            <w:tcW w:type="dxa" w:w="1152"/>
            <w:tcMar>
              <w:top w:w="95" w:type="dxa"/>
              <w:start w:w="95" w:type="dxa"/>
              <w:bottom w:w="95" w:type="dxa"/>
              <w:end w:w="95" w:type="dxa"/>
            </w:tcMar>
            <w:vAlign w:val="center"/>
          </w:tcPr>
          <w:p>
            <w:pPr>
              <w:spacing w:after="20" w:line="240" w:lineRule="auto"/>
            </w:pPr>
            <w:r>
              <w:rPr>
                <w:sz w:val="15"/>
              </w:rPr>
            </w:r>
          </w:p>
        </w:tc>
        <w:tc>
          <w:tcPr>
            <w:tcW w:type="dxa" w:w="1008"/>
            <w:tcMar>
              <w:top w:w="95" w:type="dxa"/>
              <w:start w:w="95" w:type="dxa"/>
              <w:bottom w:w="95" w:type="dxa"/>
              <w:end w:w="95" w:type="dxa"/>
            </w:tcMar>
            <w:vAlign w:val="center"/>
          </w:tcPr>
          <w:p>
            <w:pPr>
              <w:spacing w:after="20" w:line="240" w:lineRule="auto"/>
            </w:pPr>
            <w:r>
              <w:rPr>
                <w:sz w:val="15"/>
              </w:rPr>
            </w:r>
          </w:p>
        </w:tc>
        <w:tc>
          <w:tcPr>
            <w:tcW w:type="dxa" w:w="2232"/>
            <w:tcMar>
              <w:top w:w="95" w:type="dxa"/>
              <w:start w:w="95" w:type="dxa"/>
              <w:bottom w:w="95" w:type="dxa"/>
              <w:end w:w="95" w:type="dxa"/>
            </w:tcMar>
            <w:vAlign w:val="center"/>
          </w:tcPr>
          <w:p>
            <w:pPr>
              <w:spacing w:after="20" w:line="240" w:lineRule="auto"/>
            </w:pPr>
            <w:r>
              <w:rPr>
                <w:sz w:val="15"/>
              </w:rPr>
            </w:r>
          </w:p>
        </w:tc>
        <w:tc>
          <w:tcPr>
            <w:tcW w:type="dxa" w:w="1296"/>
            <w:tcMar>
              <w:top w:w="95" w:type="dxa"/>
              <w:start w:w="95" w:type="dxa"/>
              <w:bottom w:w="95" w:type="dxa"/>
              <w:end w:w="95" w:type="dxa"/>
            </w:tcMar>
            <w:vAlign w:val="center"/>
          </w:tcPr>
          <w:p>
            <w:pPr>
              <w:spacing w:after="20" w:line="240" w:lineRule="auto"/>
            </w:pPr>
            <w:r>
              <w:rPr>
                <w:sz w:val="15"/>
              </w:rPr>
            </w:r>
          </w:p>
        </w:tc>
      </w:tr>
    </w:tbl>
    <w:p>
      <w:pPr>
        <w:spacing w:after="20"/>
      </w:pPr>
    </w:p>
    <w:p>
      <w:r>
        <w:br w:type="page"/>
      </w:r>
    </w:p>
    <w:p>
      <w:pPr>
        <w:pStyle w:val="Heading1"/>
      </w:pPr>
      <w:r>
        <w:t>Section 12 Guidance and Examples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408"/>
        <w:gridCol w:w="3408"/>
        <w:gridCol w:w="3408"/>
      </w:tblGrid>
      <w:tr>
        <w:trPr>
          <w:tblHeader w:val="true"/>
          <w:cantSplit/>
        </w:trPr>
        <w:tc>
          <w:tcPr>
            <w:tcW w:type="dxa" w:w="3456"/>
            <w:shd w:fill="17365D"/>
            <w:tcMar>
              <w:top w:w="95" w:type="dxa"/>
              <w:start w:w="95" w:type="dxa"/>
              <w:bottom w:w="95" w:type="dxa"/>
              <w:end w:w="95" w:type="dxa"/>
            </w:tcMar>
            <w:vAlign w:val="center"/>
          </w:tcPr>
          <w:p>
            <w:r>
              <w:rPr>
                <w:b/>
                <w:color w:val="FFFFFF"/>
                <w:sz w:val="16"/>
              </w:rPr>
              <w:t>Situation</w:t>
            </w:r>
          </w:p>
        </w:tc>
        <w:tc>
          <w:tcPr>
            <w:tcW w:type="dxa" w:w="3240"/>
            <w:shd w:fill="17365D"/>
            <w:tcMar>
              <w:top w:w="95" w:type="dxa"/>
              <w:start w:w="95" w:type="dxa"/>
              <w:bottom w:w="95" w:type="dxa"/>
              <w:end w:w="95" w:type="dxa"/>
            </w:tcMar>
            <w:vAlign w:val="center"/>
          </w:tcPr>
          <w:p>
            <w:r>
              <w:rPr>
                <w:b/>
                <w:color w:val="FFFFFF"/>
                <w:sz w:val="16"/>
              </w:rPr>
              <w:t>Disclosure expected</w:t>
            </w:r>
          </w:p>
        </w:tc>
        <w:tc>
          <w:tcPr>
            <w:tcW w:type="dxa" w:w="3240"/>
            <w:shd w:fill="17365D"/>
            <w:tcMar>
              <w:top w:w="95" w:type="dxa"/>
              <w:start w:w="95" w:type="dxa"/>
              <w:bottom w:w="95" w:type="dxa"/>
              <w:end w:w="95" w:type="dxa"/>
            </w:tcMar>
            <w:vAlign w:val="center"/>
          </w:tcPr>
          <w:p>
            <w:r>
              <w:rPr>
                <w:b/>
                <w:color w:val="FFFFFF"/>
                <w:sz w:val="16"/>
              </w:rPr>
              <w:t>Typical safeguard</w:t>
            </w:r>
          </w:p>
        </w:tc>
      </w:tr>
      <w:tr>
        <w:trPr>
          <w:cantSplit/>
        </w:trPr>
        <w:tc>
          <w:tcPr>
            <w:tcW w:type="dxa" w:w="3456"/>
            <w:tcMar>
              <w:top w:w="95" w:type="dxa"/>
              <w:start w:w="95" w:type="dxa"/>
              <w:bottom w:w="95" w:type="dxa"/>
              <w:end w:w="95" w:type="dxa"/>
            </w:tcMar>
            <w:vAlign w:val="center"/>
          </w:tcPr>
          <w:p>
            <w:pPr>
              <w:spacing w:after="20" w:line="240" w:lineRule="auto"/>
            </w:pPr>
            <w:r>
              <w:rPr>
                <w:sz w:val="16"/>
              </w:rPr>
              <w:t>Employee’s sibling owns a bidding supplier.</w:t>
            </w:r>
          </w:p>
        </w:tc>
        <w:tc>
          <w:tcPr>
            <w:tcW w:type="dxa" w:w="3240"/>
            <w:tcMar>
              <w:top w:w="95" w:type="dxa"/>
              <w:start w:w="95" w:type="dxa"/>
              <w:bottom w:w="95" w:type="dxa"/>
              <w:end w:w="95" w:type="dxa"/>
            </w:tcMar>
            <w:vAlign w:val="center"/>
          </w:tcPr>
          <w:p>
            <w:pPr>
              <w:spacing w:after="20" w:line="240" w:lineRule="auto"/>
            </w:pPr>
            <w:r>
              <w:rPr>
                <w:sz w:val="16"/>
              </w:rPr>
              <w:t>Yes actual or potential conflict.</w:t>
            </w:r>
          </w:p>
        </w:tc>
        <w:tc>
          <w:tcPr>
            <w:tcW w:type="dxa" w:w="3240"/>
            <w:tcMar>
              <w:top w:w="95" w:type="dxa"/>
              <w:start w:w="95" w:type="dxa"/>
              <w:bottom w:w="95" w:type="dxa"/>
              <w:end w:w="95" w:type="dxa"/>
            </w:tcMar>
            <w:vAlign w:val="center"/>
          </w:tcPr>
          <w:p>
            <w:pPr>
              <w:spacing w:after="20" w:line="240" w:lineRule="auto"/>
            </w:pPr>
            <w:r>
              <w:rPr>
                <w:sz w:val="16"/>
              </w:rPr>
              <w:t>Full recusal; restricted information; independent evaluation.</w:t>
            </w:r>
          </w:p>
        </w:tc>
      </w:tr>
      <w:tr>
        <w:trPr>
          <w:cantSplit/>
        </w:trPr>
        <w:tc>
          <w:tcPr>
            <w:tcW w:type="dxa" w:w="3456"/>
            <w:tcMar>
              <w:top w:w="95" w:type="dxa"/>
              <w:start w:w="95" w:type="dxa"/>
              <w:bottom w:w="95" w:type="dxa"/>
              <w:end w:w="95" w:type="dxa"/>
            </w:tcMar>
            <w:vAlign w:val="center"/>
            <w:shd w:fill="F4F7FA"/>
          </w:tcPr>
          <w:p>
            <w:pPr>
              <w:spacing w:after="20" w:line="240" w:lineRule="auto"/>
            </w:pPr>
            <w:r>
              <w:rPr>
                <w:sz w:val="16"/>
              </w:rPr>
              <w:t>Director holds shares in a customer affected by strategy.</w:t>
            </w:r>
          </w:p>
        </w:tc>
        <w:tc>
          <w:tcPr>
            <w:tcW w:type="dxa" w:w="3240"/>
            <w:tcMar>
              <w:top w:w="95" w:type="dxa"/>
              <w:start w:w="95" w:type="dxa"/>
              <w:bottom w:w="95" w:type="dxa"/>
              <w:end w:w="95" w:type="dxa"/>
            </w:tcMar>
            <w:vAlign w:val="center"/>
            <w:shd w:fill="F4F7FA"/>
          </w:tcPr>
          <w:p>
            <w:pPr>
              <w:spacing w:after="20" w:line="240" w:lineRule="auto"/>
            </w:pPr>
            <w:r>
              <w:rPr>
                <w:sz w:val="16"/>
              </w:rPr>
              <w:t>Yes financial and perceived conflict.</w:t>
            </w:r>
          </w:p>
        </w:tc>
        <w:tc>
          <w:tcPr>
            <w:tcW w:type="dxa" w:w="3240"/>
            <w:tcMar>
              <w:top w:w="95" w:type="dxa"/>
              <w:start w:w="95" w:type="dxa"/>
              <w:bottom w:w="95" w:type="dxa"/>
              <w:end w:w="95" w:type="dxa"/>
            </w:tcMar>
            <w:vAlign w:val="center"/>
            <w:shd w:fill="F4F7FA"/>
          </w:tcPr>
          <w:p>
            <w:pPr>
              <w:spacing w:after="20" w:line="240" w:lineRule="auto"/>
            </w:pPr>
            <w:r>
              <w:rPr>
                <w:sz w:val="16"/>
              </w:rPr>
              <w:t>Declare; assess materiality; recuse or divest where required.</w:t>
            </w:r>
          </w:p>
        </w:tc>
      </w:tr>
      <w:tr>
        <w:trPr>
          <w:cantSplit/>
        </w:trPr>
        <w:tc>
          <w:tcPr>
            <w:tcW w:type="dxa" w:w="3456"/>
            <w:tcMar>
              <w:top w:w="95" w:type="dxa"/>
              <w:start w:w="95" w:type="dxa"/>
              <w:bottom w:w="95" w:type="dxa"/>
              <w:end w:w="95" w:type="dxa"/>
            </w:tcMar>
            <w:vAlign w:val="center"/>
          </w:tcPr>
          <w:p>
            <w:pPr>
              <w:spacing w:after="20" w:line="240" w:lineRule="auto"/>
            </w:pPr>
            <w:r>
              <w:rPr>
                <w:sz w:val="16"/>
              </w:rPr>
              <w:t>Manager recruits a close friend who meets requirements.</w:t>
            </w:r>
          </w:p>
        </w:tc>
        <w:tc>
          <w:tcPr>
            <w:tcW w:type="dxa" w:w="3240"/>
            <w:tcMar>
              <w:top w:w="95" w:type="dxa"/>
              <w:start w:w="95" w:type="dxa"/>
              <w:bottom w:w="95" w:type="dxa"/>
              <w:end w:w="95" w:type="dxa"/>
            </w:tcMar>
            <w:vAlign w:val="center"/>
          </w:tcPr>
          <w:p>
            <w:pPr>
              <w:spacing w:after="20" w:line="240" w:lineRule="auto"/>
            </w:pPr>
            <w:r>
              <w:rPr>
                <w:sz w:val="16"/>
              </w:rPr>
              <w:t>Yes relationship creates perceived conflict.</w:t>
            </w:r>
          </w:p>
        </w:tc>
        <w:tc>
          <w:tcPr>
            <w:tcW w:type="dxa" w:w="3240"/>
            <w:tcMar>
              <w:top w:w="95" w:type="dxa"/>
              <w:start w:w="95" w:type="dxa"/>
              <w:bottom w:w="95" w:type="dxa"/>
              <w:end w:w="95" w:type="dxa"/>
            </w:tcMar>
            <w:vAlign w:val="center"/>
          </w:tcPr>
          <w:p>
            <w:pPr>
              <w:spacing w:after="20" w:line="240" w:lineRule="auto"/>
            </w:pPr>
            <w:r>
              <w:rPr>
                <w:sz w:val="16"/>
              </w:rPr>
              <w:t>Independent panel; no scoring, interview or approval by manager.</w:t>
            </w:r>
          </w:p>
        </w:tc>
      </w:tr>
      <w:tr>
        <w:trPr>
          <w:cantSplit/>
        </w:trPr>
        <w:tc>
          <w:tcPr>
            <w:tcW w:type="dxa" w:w="3456"/>
            <w:tcMar>
              <w:top w:w="95" w:type="dxa"/>
              <w:start w:w="95" w:type="dxa"/>
              <w:bottom w:w="95" w:type="dxa"/>
              <w:end w:w="95" w:type="dxa"/>
            </w:tcMar>
            <w:vAlign w:val="center"/>
            <w:shd w:fill="F4F7FA"/>
          </w:tcPr>
          <w:p>
            <w:pPr>
              <w:spacing w:after="20" w:line="240" w:lineRule="auto"/>
            </w:pPr>
            <w:r>
              <w:rPr>
                <w:sz w:val="16"/>
              </w:rPr>
              <w:t>Employee receives a modest meal from a supplier outside a decision.</w:t>
            </w:r>
          </w:p>
        </w:tc>
        <w:tc>
          <w:tcPr>
            <w:tcW w:type="dxa" w:w="3240"/>
            <w:tcMar>
              <w:top w:w="95" w:type="dxa"/>
              <w:start w:w="95" w:type="dxa"/>
              <w:bottom w:w="95" w:type="dxa"/>
              <w:end w:w="95" w:type="dxa"/>
            </w:tcMar>
            <w:vAlign w:val="center"/>
            <w:shd w:fill="F4F7FA"/>
          </w:tcPr>
          <w:p>
            <w:pPr>
              <w:spacing w:after="20" w:line="240" w:lineRule="auto"/>
            </w:pPr>
            <w:r>
              <w:rPr>
                <w:sz w:val="16"/>
              </w:rPr>
              <w:t>Possibly; apply policy threshold and context.</w:t>
            </w:r>
          </w:p>
        </w:tc>
        <w:tc>
          <w:tcPr>
            <w:tcW w:type="dxa" w:w="3240"/>
            <w:tcMar>
              <w:top w:w="95" w:type="dxa"/>
              <w:start w:w="95" w:type="dxa"/>
              <w:bottom w:w="95" w:type="dxa"/>
              <w:end w:w="95" w:type="dxa"/>
            </w:tcMar>
            <w:vAlign w:val="center"/>
            <w:shd w:fill="F4F7FA"/>
          </w:tcPr>
          <w:p>
            <w:pPr>
              <w:spacing w:after="20" w:line="240" w:lineRule="auto"/>
            </w:pPr>
            <w:r>
              <w:rPr>
                <w:sz w:val="16"/>
              </w:rPr>
              <w:t>Record or obtain approval; aggregate repeat benefits.</w:t>
            </w:r>
          </w:p>
        </w:tc>
      </w:tr>
      <w:tr>
        <w:trPr>
          <w:cantSplit/>
        </w:trPr>
        <w:tc>
          <w:tcPr>
            <w:tcW w:type="dxa" w:w="3456"/>
            <w:tcMar>
              <w:top w:w="95" w:type="dxa"/>
              <w:start w:w="95" w:type="dxa"/>
              <w:bottom w:w="95" w:type="dxa"/>
              <w:end w:w="95" w:type="dxa"/>
            </w:tcMar>
            <w:vAlign w:val="center"/>
          </w:tcPr>
          <w:p>
            <w:pPr>
              <w:spacing w:after="20" w:line="240" w:lineRule="auto"/>
            </w:pPr>
            <w:r>
              <w:rPr>
                <w:sz w:val="16"/>
              </w:rPr>
              <w:t>Staff member volunteers for an unrelated charity.</w:t>
            </w:r>
          </w:p>
        </w:tc>
        <w:tc>
          <w:tcPr>
            <w:tcW w:type="dxa" w:w="3240"/>
            <w:tcMar>
              <w:top w:w="95" w:type="dxa"/>
              <w:start w:w="95" w:type="dxa"/>
              <w:bottom w:w="95" w:type="dxa"/>
              <w:end w:w="95" w:type="dxa"/>
            </w:tcMar>
            <w:vAlign w:val="center"/>
          </w:tcPr>
          <w:p>
            <w:pPr>
              <w:spacing w:after="20" w:line="240" w:lineRule="auto"/>
            </w:pPr>
            <w:r>
              <w:rPr>
                <w:sz w:val="16"/>
              </w:rPr>
              <w:t>Usually no conflict unless duties, resources or decisions overlap.</w:t>
            </w:r>
          </w:p>
        </w:tc>
        <w:tc>
          <w:tcPr>
            <w:tcW w:type="dxa" w:w="3240"/>
            <w:tcMar>
              <w:top w:w="95" w:type="dxa"/>
              <w:start w:w="95" w:type="dxa"/>
              <w:bottom w:w="95" w:type="dxa"/>
              <w:end w:w="95" w:type="dxa"/>
            </w:tcMar>
            <w:vAlign w:val="center"/>
          </w:tcPr>
          <w:p>
            <w:pPr>
              <w:spacing w:after="20" w:line="240" w:lineRule="auto"/>
            </w:pPr>
            <w:r>
              <w:rPr>
                <w:sz w:val="16"/>
              </w:rPr>
              <w:t>Record only if policy requires; monitor change.</w:t>
            </w:r>
          </w:p>
        </w:tc>
      </w:tr>
      <w:tr>
        <w:trPr>
          <w:cantSplit/>
        </w:trPr>
        <w:tc>
          <w:tcPr>
            <w:tcW w:type="dxa" w:w="3456"/>
            <w:tcMar>
              <w:top w:w="95" w:type="dxa"/>
              <w:start w:w="95" w:type="dxa"/>
              <w:bottom w:w="95" w:type="dxa"/>
              <w:end w:w="95" w:type="dxa"/>
            </w:tcMar>
            <w:vAlign w:val="center"/>
            <w:shd w:fill="F4F7FA"/>
          </w:tcPr>
          <w:p>
            <w:pPr>
              <w:spacing w:after="20" w:line="240" w:lineRule="auto"/>
            </w:pPr>
            <w:r>
              <w:rPr>
                <w:sz w:val="16"/>
              </w:rPr>
              <w:t>Former employer submits a proposal two years later.</w:t>
            </w:r>
          </w:p>
        </w:tc>
        <w:tc>
          <w:tcPr>
            <w:tcW w:type="dxa" w:w="3240"/>
            <w:tcMar>
              <w:top w:w="95" w:type="dxa"/>
              <w:start w:w="95" w:type="dxa"/>
              <w:bottom w:w="95" w:type="dxa"/>
              <w:end w:w="95" w:type="dxa"/>
            </w:tcMar>
            <w:vAlign w:val="center"/>
            <w:shd w:fill="F4F7FA"/>
          </w:tcPr>
          <w:p>
            <w:pPr>
              <w:spacing w:after="20" w:line="240" w:lineRule="auto"/>
            </w:pPr>
            <w:r>
              <w:rPr>
                <w:sz w:val="16"/>
              </w:rPr>
              <w:t>Assess under policy look-back and relationship.</w:t>
            </w:r>
          </w:p>
        </w:tc>
        <w:tc>
          <w:tcPr>
            <w:tcW w:type="dxa" w:w="3240"/>
            <w:tcMar>
              <w:top w:w="95" w:type="dxa"/>
              <w:start w:w="95" w:type="dxa"/>
              <w:bottom w:w="95" w:type="dxa"/>
              <w:end w:w="95" w:type="dxa"/>
            </w:tcMar>
            <w:vAlign w:val="center"/>
            <w:shd w:fill="F4F7FA"/>
          </w:tcPr>
          <w:p>
            <w:pPr>
              <w:spacing w:after="20" w:line="240" w:lineRule="auto"/>
            </w:pPr>
            <w:r>
              <w:rPr>
                <w:sz w:val="16"/>
              </w:rPr>
              <w:t>Declare; independent review; restrict confidential information.</w:t>
            </w:r>
          </w:p>
        </w:tc>
      </w:tr>
      <w:tr>
        <w:trPr>
          <w:cantSplit/>
        </w:trPr>
        <w:tc>
          <w:tcPr>
            <w:tcW w:type="dxa" w:w="3456"/>
            <w:tcMar>
              <w:top w:w="95" w:type="dxa"/>
              <w:start w:w="95" w:type="dxa"/>
              <w:bottom w:w="95" w:type="dxa"/>
              <w:end w:w="95" w:type="dxa"/>
            </w:tcMar>
            <w:vAlign w:val="center"/>
          </w:tcPr>
          <w:p>
            <w:pPr>
              <w:spacing w:after="20" w:line="240" w:lineRule="auto"/>
            </w:pPr>
            <w:r>
              <w:rPr>
                <w:sz w:val="16"/>
              </w:rPr>
              <w:t>Employee is offered a job by a regulated party.</w:t>
            </w:r>
          </w:p>
        </w:tc>
        <w:tc>
          <w:tcPr>
            <w:tcW w:type="dxa" w:w="3240"/>
            <w:tcMar>
              <w:top w:w="95" w:type="dxa"/>
              <w:start w:w="95" w:type="dxa"/>
              <w:bottom w:w="95" w:type="dxa"/>
              <w:end w:w="95" w:type="dxa"/>
            </w:tcMar>
            <w:vAlign w:val="center"/>
          </w:tcPr>
          <w:p>
            <w:pPr>
              <w:spacing w:after="20" w:line="240" w:lineRule="auto"/>
            </w:pPr>
            <w:r>
              <w:rPr>
                <w:sz w:val="16"/>
              </w:rPr>
              <w:t>Yes potential conflict.</w:t>
            </w:r>
          </w:p>
        </w:tc>
        <w:tc>
          <w:tcPr>
            <w:tcW w:type="dxa" w:w="3240"/>
            <w:tcMar>
              <w:top w:w="95" w:type="dxa"/>
              <w:start w:w="95" w:type="dxa"/>
              <w:bottom w:w="95" w:type="dxa"/>
              <w:end w:w="95" w:type="dxa"/>
            </w:tcMar>
            <w:vAlign w:val="center"/>
          </w:tcPr>
          <w:p>
            <w:pPr>
              <w:spacing w:after="20" w:line="240" w:lineRule="auto"/>
            </w:pPr>
            <w:r>
              <w:rPr>
                <w:sz w:val="16"/>
              </w:rPr>
              <w:t>Immediate disclosure; remove from relevant decisions.</w:t>
            </w:r>
          </w:p>
        </w:tc>
      </w:tr>
      <w:tr>
        <w:trPr>
          <w:cantSplit/>
        </w:trPr>
        <w:tc>
          <w:tcPr>
            <w:tcW w:type="dxa" w:w="3456"/>
            <w:tcMar>
              <w:top w:w="95" w:type="dxa"/>
              <w:start w:w="95" w:type="dxa"/>
              <w:bottom w:w="95" w:type="dxa"/>
              <w:end w:w="95" w:type="dxa"/>
            </w:tcMar>
            <w:vAlign w:val="center"/>
            <w:shd w:fill="F4F7FA"/>
          </w:tcPr>
          <w:p>
            <w:pPr>
              <w:spacing w:after="20" w:line="240" w:lineRule="auto"/>
            </w:pPr>
            <w:r>
              <w:rPr>
                <w:sz w:val="16"/>
              </w:rPr>
              <w:t>Board member’s community group requests a donation.</w:t>
            </w:r>
          </w:p>
        </w:tc>
        <w:tc>
          <w:tcPr>
            <w:tcW w:type="dxa" w:w="3240"/>
            <w:tcMar>
              <w:top w:w="95" w:type="dxa"/>
              <w:start w:w="95" w:type="dxa"/>
              <w:bottom w:w="95" w:type="dxa"/>
              <w:end w:w="95" w:type="dxa"/>
            </w:tcMar>
            <w:vAlign w:val="center"/>
            <w:shd w:fill="F4F7FA"/>
          </w:tcPr>
          <w:p>
            <w:pPr>
              <w:spacing w:after="20" w:line="240" w:lineRule="auto"/>
            </w:pPr>
            <w:r>
              <w:rPr>
                <w:sz w:val="16"/>
              </w:rPr>
              <w:t>Yes actual or perceived conflict.</w:t>
            </w:r>
          </w:p>
        </w:tc>
        <w:tc>
          <w:tcPr>
            <w:tcW w:type="dxa" w:w="3240"/>
            <w:tcMar>
              <w:top w:w="95" w:type="dxa"/>
              <w:start w:w="95" w:type="dxa"/>
              <w:bottom w:w="95" w:type="dxa"/>
              <w:end w:w="95" w:type="dxa"/>
            </w:tcMar>
            <w:vAlign w:val="center"/>
            <w:shd w:fill="F4F7FA"/>
          </w:tcPr>
          <w:p>
            <w:pPr>
              <w:spacing w:after="20" w:line="240" w:lineRule="auto"/>
            </w:pPr>
            <w:r>
              <w:rPr>
                <w:sz w:val="16"/>
              </w:rPr>
              <w:t>Recusal; independent due diligence and approval.</w:t>
            </w:r>
          </w:p>
        </w:tc>
      </w:tr>
      <w:tr>
        <w:trPr>
          <w:cantSplit/>
        </w:trPr>
        <w:tc>
          <w:tcPr>
            <w:tcW w:type="dxa" w:w="3456"/>
            <w:tcMar>
              <w:top w:w="95" w:type="dxa"/>
              <w:start w:w="95" w:type="dxa"/>
              <w:bottom w:w="95" w:type="dxa"/>
              <w:end w:w="95" w:type="dxa"/>
            </w:tcMar>
            <w:vAlign w:val="center"/>
          </w:tcPr>
          <w:p>
            <w:pPr>
              <w:spacing w:after="20" w:line="240" w:lineRule="auto"/>
            </w:pPr>
            <w:r>
              <w:rPr>
                <w:sz w:val="16"/>
              </w:rPr>
              <w:t>Person dislikes an applicant because of a past dispute.</w:t>
            </w:r>
          </w:p>
        </w:tc>
        <w:tc>
          <w:tcPr>
            <w:tcW w:type="dxa" w:w="3240"/>
            <w:tcMar>
              <w:top w:w="95" w:type="dxa"/>
              <w:start w:w="95" w:type="dxa"/>
              <w:bottom w:w="95" w:type="dxa"/>
              <w:end w:w="95" w:type="dxa"/>
            </w:tcMar>
            <w:vAlign w:val="center"/>
          </w:tcPr>
          <w:p>
            <w:pPr>
              <w:spacing w:after="20" w:line="240" w:lineRule="auto"/>
            </w:pPr>
            <w:r>
              <w:rPr>
                <w:sz w:val="16"/>
              </w:rPr>
              <w:t>Yes non-financial conflict or bias risk.</w:t>
            </w:r>
          </w:p>
        </w:tc>
        <w:tc>
          <w:tcPr>
            <w:tcW w:type="dxa" w:w="3240"/>
            <w:tcMar>
              <w:top w:w="95" w:type="dxa"/>
              <w:start w:w="95" w:type="dxa"/>
              <w:bottom w:w="95" w:type="dxa"/>
              <w:end w:w="95" w:type="dxa"/>
            </w:tcMar>
            <w:vAlign w:val="center"/>
          </w:tcPr>
          <w:p>
            <w:pPr>
              <w:spacing w:after="20" w:line="240" w:lineRule="auto"/>
            </w:pPr>
            <w:r>
              <w:rPr>
                <w:sz w:val="16"/>
              </w:rPr>
              <w:t>Declare; independent decision-maker.</w:t>
            </w:r>
          </w:p>
        </w:tc>
      </w:tr>
      <w:tr>
        <w:trPr>
          <w:cantSplit/>
        </w:trPr>
        <w:tc>
          <w:tcPr>
            <w:tcW w:type="dxa" w:w="3456"/>
            <w:tcMar>
              <w:top w:w="95" w:type="dxa"/>
              <w:start w:w="95" w:type="dxa"/>
              <w:bottom w:w="95" w:type="dxa"/>
              <w:end w:w="95" w:type="dxa"/>
            </w:tcMar>
            <w:vAlign w:val="center"/>
            <w:shd w:fill="F4F7FA"/>
          </w:tcPr>
          <w:p>
            <w:pPr>
              <w:spacing w:after="20" w:line="240" w:lineRule="auto"/>
            </w:pPr>
            <w:r>
              <w:rPr>
                <w:sz w:val="16"/>
              </w:rPr>
              <w:t>No financial benefit exists but public perception is likely.</w:t>
            </w:r>
          </w:p>
        </w:tc>
        <w:tc>
          <w:tcPr>
            <w:tcW w:type="dxa" w:w="3240"/>
            <w:tcMar>
              <w:top w:w="95" w:type="dxa"/>
              <w:start w:w="95" w:type="dxa"/>
              <w:bottom w:w="95" w:type="dxa"/>
              <w:end w:w="95" w:type="dxa"/>
            </w:tcMar>
            <w:vAlign w:val="center"/>
            <w:shd w:fill="F4F7FA"/>
          </w:tcPr>
          <w:p>
            <w:pPr>
              <w:spacing w:after="20" w:line="240" w:lineRule="auto"/>
            </w:pPr>
            <w:r>
              <w:rPr>
                <w:sz w:val="16"/>
              </w:rPr>
              <w:t>Yes perceived conflict.</w:t>
            </w:r>
          </w:p>
        </w:tc>
        <w:tc>
          <w:tcPr>
            <w:tcW w:type="dxa" w:w="3240"/>
            <w:tcMar>
              <w:top w:w="95" w:type="dxa"/>
              <w:start w:w="95" w:type="dxa"/>
              <w:bottom w:w="95" w:type="dxa"/>
              <w:end w:w="95" w:type="dxa"/>
            </w:tcMar>
            <w:vAlign w:val="center"/>
            <w:shd w:fill="F4F7FA"/>
          </w:tcPr>
          <w:p>
            <w:pPr>
              <w:spacing w:after="20" w:line="240" w:lineRule="auto"/>
            </w:pPr>
            <w:r>
              <w:rPr>
                <w:sz w:val="16"/>
              </w:rPr>
              <w:t>Disclosure and documented management plan.</w:t>
            </w:r>
          </w:p>
        </w:tc>
      </w:tr>
    </w:tbl>
    <w:p>
      <w:pPr>
        <w:spacing w:after="20"/>
      </w:pPr>
    </w:p>
    <w:p>
      <w:pPr>
        <w:pStyle w:val="Heading2"/>
      </w:pPr>
      <w:r>
        <w:t>12.1 Frequently Missed Interests</w:t>
      </w:r>
    </w:p>
    <w:p>
      <w:pPr>
        <w:pStyle w:val="ListBullet"/>
        <w:spacing w:after="60"/>
        <w:ind w:left="360"/>
      </w:pPr>
      <w:r>
        <w:t>Indirect ownership through a spouse, nominee, trust or controlled company.</w:t>
      </w:r>
    </w:p>
    <w:p>
      <w:pPr>
        <w:pStyle w:val="ListBullet"/>
        <w:spacing w:after="60"/>
        <w:ind w:left="360"/>
      </w:pPr>
      <w:r>
        <w:t>Future employment negotiations with a party affected by current duties.</w:t>
      </w:r>
    </w:p>
    <w:p>
      <w:pPr>
        <w:pStyle w:val="ListBullet"/>
        <w:spacing w:after="60"/>
        <w:ind w:left="360"/>
      </w:pPr>
      <w:r>
        <w:t>Close friendships and personal rivalries.</w:t>
      </w:r>
    </w:p>
    <w:p>
      <w:pPr>
        <w:pStyle w:val="ListBullet"/>
        <w:spacing w:after="60"/>
        <w:ind w:left="360"/>
      </w:pPr>
      <w:r>
        <w:t>Unpaid board, charity, religious, professional or community roles.</w:t>
      </w:r>
    </w:p>
    <w:p>
      <w:pPr>
        <w:pStyle w:val="ListBullet"/>
        <w:spacing w:after="60"/>
        <w:ind w:left="360"/>
      </w:pPr>
      <w:r>
        <w:t>Loans, guarantees, debts, discounts and property interests.</w:t>
      </w:r>
    </w:p>
    <w:p>
      <w:pPr>
        <w:pStyle w:val="ListBullet"/>
        <w:spacing w:after="60"/>
        <w:ind w:left="360"/>
      </w:pPr>
      <w:r>
        <w:t>Benefits provided to relatives rather than the declarant.</w:t>
      </w:r>
    </w:p>
    <w:p>
      <w:pPr>
        <w:pStyle w:val="ListBullet"/>
        <w:spacing w:after="60"/>
        <w:ind w:left="360"/>
      </w:pPr>
      <w:r>
        <w:t>Confidential information that creates an investment or business opportunity.</w:t>
      </w:r>
    </w:p>
    <w:p>
      <w:pPr>
        <w:pStyle w:val="ListBullet"/>
        <w:spacing w:after="60"/>
        <w:ind w:left="360"/>
      </w:pPr>
      <w:r>
        <w:t>Relationships formed after a procurement or employment process began.</w:t>
      </w:r>
    </w:p>
    <w:p>
      <w:r>
        <w:br w:type="page"/>
      </w:r>
    </w:p>
    <w:p>
      <w:pPr>
        <w:pStyle w:val="Heading1"/>
      </w:pPr>
      <w:r>
        <w:t>Appendix A Reviewer Checklist</w:t>
      </w:r>
    </w:p>
    <w:p>
      <w:r>
        <w:t>☐ Declaration is complete, signed and dated.</w:t>
      </w:r>
    </w:p>
    <w:p>
      <w:r>
        <w:t>☐ Related people, entities, decisions and dates are identifiable.</w:t>
      </w:r>
    </w:p>
    <w:p>
      <w:r>
        <w:t>☐ Ownership and financial value are sufficiently described.</w:t>
      </w:r>
    </w:p>
    <w:p>
      <w:r>
        <w:t>☐ Actual, potential and perceived dimensions were assessed.</w:t>
      </w:r>
    </w:p>
    <w:p>
      <w:r>
        <w:t>☐ Reasonable-person perception was considered.</w:t>
      </w:r>
    </w:p>
    <w:p>
      <w:r>
        <w:t>☐ Policy prohibitions and approval authority were checked.</w:t>
      </w:r>
    </w:p>
    <w:p>
      <w:r>
        <w:t>☐ The management plan is specific, observable and time-bound.</w:t>
      </w:r>
    </w:p>
    <w:p>
      <w:r>
        <w:t>☐ Information and system access restrictions were implemented.</w:t>
      </w:r>
    </w:p>
    <w:p>
      <w:r>
        <w:t>☐ Recusal and delegation arrangements are recorded.</w:t>
      </w:r>
    </w:p>
    <w:p>
      <w:r>
        <w:t>☐ Affected decision-makers received necessary notice without excessive disclosure.</w:t>
      </w:r>
    </w:p>
    <w:p>
      <w:r>
        <w:t>☐ Review date and change triggers are set.</w:t>
      </w:r>
    </w:p>
    <w:p>
      <w:r>
        <w:t>☐ Register and retention requirements are satisfied.</w:t>
      </w:r>
    </w:p>
    <w:p>
      <w:pPr>
        <w:pStyle w:val="Heading2"/>
      </w:pPr>
      <w:r>
        <w:t>Reviewer Sign Off</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045"/>
        <w:gridCol w:w="2045"/>
        <w:gridCol w:w="2045"/>
        <w:gridCol w:w="2045"/>
        <w:gridCol w:w="2045"/>
      </w:tblGrid>
      <w:tr>
        <w:trPr>
          <w:tblHeader w:val="true"/>
          <w:cantSplit/>
        </w:trPr>
        <w:tc>
          <w:tcPr>
            <w:tcW w:type="dxa" w:w="2592"/>
            <w:shd w:fill="17365D"/>
            <w:tcMar>
              <w:top w:w="95" w:type="dxa"/>
              <w:start w:w="95" w:type="dxa"/>
              <w:bottom w:w="95" w:type="dxa"/>
              <w:end w:w="95" w:type="dxa"/>
            </w:tcMar>
            <w:vAlign w:val="center"/>
          </w:tcPr>
          <w:p>
            <w:r>
              <w:rPr>
                <w:b/>
                <w:color w:val="FFFFFF"/>
                <w:sz w:val="16"/>
              </w:rPr>
              <w:t>Role</w:t>
            </w:r>
          </w:p>
        </w:tc>
        <w:tc>
          <w:tcPr>
            <w:tcW w:type="dxa" w:w="2016"/>
            <w:shd w:fill="17365D"/>
            <w:tcMar>
              <w:top w:w="95" w:type="dxa"/>
              <w:start w:w="95" w:type="dxa"/>
              <w:bottom w:w="95" w:type="dxa"/>
              <w:end w:w="95" w:type="dxa"/>
            </w:tcMar>
            <w:vAlign w:val="center"/>
          </w:tcPr>
          <w:p>
            <w:r>
              <w:rPr>
                <w:b/>
                <w:color w:val="FFFFFF"/>
                <w:sz w:val="16"/>
              </w:rPr>
              <w:t>Name</w:t>
            </w:r>
          </w:p>
        </w:tc>
        <w:tc>
          <w:tcPr>
            <w:tcW w:type="dxa" w:w="2448"/>
            <w:shd w:fill="17365D"/>
            <w:tcMar>
              <w:top w:w="95" w:type="dxa"/>
              <w:start w:w="95" w:type="dxa"/>
              <w:bottom w:w="95" w:type="dxa"/>
              <w:end w:w="95" w:type="dxa"/>
            </w:tcMar>
            <w:vAlign w:val="center"/>
          </w:tcPr>
          <w:p>
            <w:r>
              <w:rPr>
                <w:b/>
                <w:color w:val="FFFFFF"/>
                <w:sz w:val="16"/>
              </w:rPr>
              <w:t>Conclusion</w:t>
            </w:r>
          </w:p>
        </w:tc>
        <w:tc>
          <w:tcPr>
            <w:tcW w:type="dxa" w:w="1872"/>
            <w:shd w:fill="17365D"/>
            <w:tcMar>
              <w:top w:w="95" w:type="dxa"/>
              <w:start w:w="95" w:type="dxa"/>
              <w:bottom w:w="95" w:type="dxa"/>
              <w:end w:w="95" w:type="dxa"/>
            </w:tcMar>
            <w:vAlign w:val="center"/>
          </w:tcPr>
          <w:p>
            <w:r>
              <w:rPr>
                <w:b/>
                <w:color w:val="FFFFFF"/>
                <w:sz w:val="16"/>
              </w:rPr>
              <w:t>Signature</w:t>
            </w:r>
          </w:p>
        </w:tc>
        <w:tc>
          <w:tcPr>
            <w:tcW w:type="dxa" w:w="1008"/>
            <w:shd w:fill="17365D"/>
            <w:tcMar>
              <w:top w:w="95" w:type="dxa"/>
              <w:start w:w="95" w:type="dxa"/>
              <w:bottom w:w="95" w:type="dxa"/>
              <w:end w:w="95" w:type="dxa"/>
            </w:tcMar>
            <w:vAlign w:val="center"/>
          </w:tcPr>
          <w:p>
            <w:r>
              <w:rPr>
                <w:b/>
                <w:color w:val="FFFFFF"/>
                <w:sz w:val="16"/>
              </w:rPr>
              <w:t>Date</w:t>
            </w:r>
          </w:p>
        </w:tc>
      </w:tr>
      <w:tr>
        <w:trPr>
          <w:cantSplit/>
        </w:trPr>
        <w:tc>
          <w:tcPr>
            <w:tcW w:type="dxa" w:w="2592"/>
            <w:tcMar>
              <w:top w:w="95" w:type="dxa"/>
              <w:start w:w="95" w:type="dxa"/>
              <w:bottom w:w="95" w:type="dxa"/>
              <w:end w:w="95" w:type="dxa"/>
            </w:tcMar>
            <w:vAlign w:val="center"/>
          </w:tcPr>
          <w:p>
            <w:pPr>
              <w:spacing w:after="20" w:line="240" w:lineRule="auto"/>
            </w:pPr>
            <w:r>
              <w:rPr>
                <w:sz w:val="16"/>
              </w:rPr>
              <w:t>Reviewer</w:t>
            </w:r>
          </w:p>
        </w:tc>
        <w:tc>
          <w:tcPr>
            <w:tcW w:type="dxa" w:w="2016"/>
            <w:tcMar>
              <w:top w:w="95" w:type="dxa"/>
              <w:start w:w="95" w:type="dxa"/>
              <w:bottom w:w="95" w:type="dxa"/>
              <w:end w:w="95" w:type="dxa"/>
            </w:tcMar>
            <w:vAlign w:val="center"/>
          </w:tcPr>
          <w:p>
            <w:pPr>
              <w:spacing w:after="20" w:line="240" w:lineRule="auto"/>
            </w:pPr>
            <w:r>
              <w:rPr>
                <w:sz w:val="16"/>
              </w:rPr>
            </w:r>
          </w:p>
        </w:tc>
        <w:tc>
          <w:tcPr>
            <w:tcW w:type="dxa" w:w="2448"/>
            <w:tcMar>
              <w:top w:w="95" w:type="dxa"/>
              <w:start w:w="95" w:type="dxa"/>
              <w:bottom w:w="95" w:type="dxa"/>
              <w:end w:w="95" w:type="dxa"/>
            </w:tcMar>
            <w:vAlign w:val="center"/>
          </w:tcPr>
          <w:p>
            <w:pPr>
              <w:spacing w:after="20" w:line="240" w:lineRule="auto"/>
            </w:pPr>
            <w:r>
              <w:rPr>
                <w:sz w:val="16"/>
              </w:rPr>
              <w:t>Complete / Incomplete</w:t>
            </w:r>
          </w:p>
        </w:tc>
        <w:tc>
          <w:tcPr>
            <w:tcW w:type="dxa" w:w="1872"/>
            <w:tcMar>
              <w:top w:w="95" w:type="dxa"/>
              <w:start w:w="95" w:type="dxa"/>
              <w:bottom w:w="95" w:type="dxa"/>
              <w:end w:w="95" w:type="dxa"/>
            </w:tcMar>
            <w:vAlign w:val="center"/>
          </w:tcPr>
          <w:p>
            <w:pPr>
              <w:spacing w:after="20" w:line="240" w:lineRule="auto"/>
            </w:pPr>
            <w:r>
              <w:rPr>
                <w:sz w:val="16"/>
              </w:rPr>
            </w:r>
          </w:p>
        </w:tc>
        <w:tc>
          <w:tcPr>
            <w:tcW w:type="dxa" w:w="1008"/>
            <w:tcMar>
              <w:top w:w="95" w:type="dxa"/>
              <w:start w:w="95" w:type="dxa"/>
              <w:bottom w:w="95" w:type="dxa"/>
              <w:end w:w="95" w:type="dxa"/>
            </w:tcMar>
            <w:vAlign w:val="center"/>
          </w:tcPr>
          <w:p>
            <w:pPr>
              <w:spacing w:after="20" w:line="240" w:lineRule="auto"/>
            </w:pPr>
            <w:r>
              <w:rPr>
                <w:sz w:val="16"/>
              </w:rPr>
            </w:r>
          </w:p>
        </w:tc>
      </w:tr>
      <w:tr>
        <w:trPr>
          <w:cantSplit/>
        </w:trPr>
        <w:tc>
          <w:tcPr>
            <w:tcW w:type="dxa" w:w="2592"/>
            <w:tcMar>
              <w:top w:w="95" w:type="dxa"/>
              <w:start w:w="95" w:type="dxa"/>
              <w:bottom w:w="95" w:type="dxa"/>
              <w:end w:w="95" w:type="dxa"/>
            </w:tcMar>
            <w:vAlign w:val="center"/>
            <w:shd w:fill="F4F7FA"/>
          </w:tcPr>
          <w:p>
            <w:pPr>
              <w:spacing w:after="20" w:line="240" w:lineRule="auto"/>
            </w:pPr>
            <w:r>
              <w:rPr>
                <w:sz w:val="16"/>
              </w:rPr>
              <w:t>Compliance or ethics</w:t>
            </w:r>
          </w:p>
        </w:tc>
        <w:tc>
          <w:tcPr>
            <w:tcW w:type="dxa" w:w="2016"/>
            <w:tcMar>
              <w:top w:w="95" w:type="dxa"/>
              <w:start w:w="95" w:type="dxa"/>
              <w:bottom w:w="95" w:type="dxa"/>
              <w:end w:w="95" w:type="dxa"/>
            </w:tcMar>
            <w:vAlign w:val="center"/>
            <w:shd w:fill="F4F7FA"/>
          </w:tcPr>
          <w:p>
            <w:pPr>
              <w:spacing w:after="20" w:line="240" w:lineRule="auto"/>
            </w:pPr>
            <w:r>
              <w:rPr>
                <w:sz w:val="16"/>
              </w:rPr>
            </w:r>
          </w:p>
        </w:tc>
        <w:tc>
          <w:tcPr>
            <w:tcW w:type="dxa" w:w="2448"/>
            <w:tcMar>
              <w:top w:w="95" w:type="dxa"/>
              <w:start w:w="95" w:type="dxa"/>
              <w:bottom w:w="95" w:type="dxa"/>
              <w:end w:w="95" w:type="dxa"/>
            </w:tcMar>
            <w:vAlign w:val="center"/>
            <w:shd w:fill="F4F7FA"/>
          </w:tcPr>
          <w:p>
            <w:pPr>
              <w:spacing w:after="20" w:line="240" w:lineRule="auto"/>
            </w:pPr>
            <w:r>
              <w:rPr>
                <w:sz w:val="16"/>
              </w:rPr>
              <w:t>Satisfactory / Qualified</w:t>
            </w:r>
          </w:p>
        </w:tc>
        <w:tc>
          <w:tcPr>
            <w:tcW w:type="dxa" w:w="1872"/>
            <w:tcMar>
              <w:top w:w="95" w:type="dxa"/>
              <w:start w:w="95" w:type="dxa"/>
              <w:bottom w:w="95" w:type="dxa"/>
              <w:end w:w="95" w:type="dxa"/>
            </w:tcMar>
            <w:vAlign w:val="center"/>
            <w:shd w:fill="F4F7FA"/>
          </w:tcPr>
          <w:p>
            <w:pPr>
              <w:spacing w:after="20" w:line="240" w:lineRule="auto"/>
            </w:pPr>
            <w:r>
              <w:rPr>
                <w:sz w:val="16"/>
              </w:rPr>
            </w:r>
          </w:p>
        </w:tc>
        <w:tc>
          <w:tcPr>
            <w:tcW w:type="dxa" w:w="1008"/>
            <w:tcMar>
              <w:top w:w="95" w:type="dxa"/>
              <w:start w:w="95" w:type="dxa"/>
              <w:bottom w:w="95" w:type="dxa"/>
              <w:end w:w="95" w:type="dxa"/>
            </w:tcMar>
            <w:vAlign w:val="center"/>
            <w:shd w:fill="F4F7FA"/>
          </w:tcPr>
          <w:p>
            <w:pPr>
              <w:spacing w:after="20" w:line="240" w:lineRule="auto"/>
            </w:pPr>
            <w:r>
              <w:rPr>
                <w:sz w:val="16"/>
              </w:rPr>
            </w:r>
          </w:p>
        </w:tc>
      </w:tr>
      <w:tr>
        <w:trPr>
          <w:cantSplit/>
        </w:trPr>
        <w:tc>
          <w:tcPr>
            <w:tcW w:type="dxa" w:w="2592"/>
            <w:tcMar>
              <w:top w:w="95" w:type="dxa"/>
              <w:start w:w="95" w:type="dxa"/>
              <w:bottom w:w="95" w:type="dxa"/>
              <w:end w:w="95" w:type="dxa"/>
            </w:tcMar>
            <w:vAlign w:val="center"/>
          </w:tcPr>
          <w:p>
            <w:pPr>
              <w:spacing w:after="20" w:line="240" w:lineRule="auto"/>
            </w:pPr>
            <w:r>
              <w:rPr>
                <w:sz w:val="16"/>
              </w:rPr>
              <w:t>Approving authority</w:t>
            </w:r>
          </w:p>
        </w:tc>
        <w:tc>
          <w:tcPr>
            <w:tcW w:type="dxa" w:w="2016"/>
            <w:tcMar>
              <w:top w:w="95" w:type="dxa"/>
              <w:start w:w="95" w:type="dxa"/>
              <w:bottom w:w="95" w:type="dxa"/>
              <w:end w:w="95" w:type="dxa"/>
            </w:tcMar>
            <w:vAlign w:val="center"/>
          </w:tcPr>
          <w:p>
            <w:pPr>
              <w:spacing w:after="20" w:line="240" w:lineRule="auto"/>
            </w:pPr>
            <w:r>
              <w:rPr>
                <w:sz w:val="16"/>
              </w:rPr>
            </w:r>
          </w:p>
        </w:tc>
        <w:tc>
          <w:tcPr>
            <w:tcW w:type="dxa" w:w="2448"/>
            <w:tcMar>
              <w:top w:w="95" w:type="dxa"/>
              <w:start w:w="95" w:type="dxa"/>
              <w:bottom w:w="95" w:type="dxa"/>
              <w:end w:w="95" w:type="dxa"/>
            </w:tcMar>
            <w:vAlign w:val="center"/>
          </w:tcPr>
          <w:p>
            <w:pPr>
              <w:spacing w:after="20" w:line="240" w:lineRule="auto"/>
            </w:pPr>
            <w:r>
              <w:rPr>
                <w:sz w:val="16"/>
              </w:rPr>
              <w:t>Approved / Prohibited</w:t>
            </w:r>
          </w:p>
        </w:tc>
        <w:tc>
          <w:tcPr>
            <w:tcW w:type="dxa" w:w="1872"/>
            <w:tcMar>
              <w:top w:w="95" w:type="dxa"/>
              <w:start w:w="95" w:type="dxa"/>
              <w:bottom w:w="95" w:type="dxa"/>
              <w:end w:w="95" w:type="dxa"/>
            </w:tcMar>
            <w:vAlign w:val="center"/>
          </w:tcPr>
          <w:p>
            <w:pPr>
              <w:spacing w:after="20" w:line="240" w:lineRule="auto"/>
            </w:pPr>
            <w:r>
              <w:rPr>
                <w:sz w:val="16"/>
              </w:rPr>
            </w:r>
          </w:p>
        </w:tc>
        <w:tc>
          <w:tcPr>
            <w:tcW w:type="dxa" w:w="1008"/>
            <w:tcMar>
              <w:top w:w="95" w:type="dxa"/>
              <w:start w:w="95" w:type="dxa"/>
              <w:bottom w:w="95" w:type="dxa"/>
              <w:end w:w="95" w:type="dxa"/>
            </w:tcMar>
            <w:vAlign w:val="center"/>
          </w:tcPr>
          <w:p>
            <w:pPr>
              <w:spacing w:after="20" w:line="240" w:lineRule="auto"/>
            </w:pPr>
            <w:r>
              <w:rPr>
                <w:sz w:val="16"/>
              </w:rPr>
            </w:r>
          </w:p>
        </w:tc>
      </w:tr>
    </w:tbl>
    <w:p>
      <w:pPr>
        <w:spacing w:after="20"/>
      </w:pPr>
    </w:p>
    <w:p>
      <w:r>
        <w:br w:type="page"/>
      </w:r>
    </w:p>
    <w:p>
      <w:pPr>
        <w:pStyle w:val="Heading1"/>
      </w:pPr>
      <w:r>
        <w:t>Appendix B Blank Additional Disclosure Pages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12"/>
        <w:gridCol w:w="5112"/>
      </w:tblGrid>
      <w:tr>
        <w:trPr>
          <w:tblHeader w:val="true"/>
          <w:cantSplit/>
        </w:trPr>
        <w:tc>
          <w:tcPr>
            <w:tcW w:type="dxa" w:w="3240"/>
            <w:shd w:fill="17365D"/>
            <w:tcMar>
              <w:top w:w="95" w:type="dxa"/>
              <w:start w:w="95" w:type="dxa"/>
              <w:bottom w:w="95" w:type="dxa"/>
              <w:end w:w="95" w:type="dxa"/>
            </w:tcMar>
            <w:vAlign w:val="center"/>
          </w:tcPr>
          <w:p>
            <w:r>
              <w:rPr>
                <w:b/>
                <w:color w:val="FFFFFF"/>
                <w:sz w:val="18"/>
              </w:rPr>
              <w:t>Field</w:t>
            </w:r>
          </w:p>
        </w:tc>
        <w:tc>
          <w:tcPr>
            <w:tcW w:type="dxa" w:w="6696"/>
            <w:shd w:fill="17365D"/>
            <w:tcMar>
              <w:top w:w="95" w:type="dxa"/>
              <w:start w:w="95" w:type="dxa"/>
              <w:bottom w:w="95" w:type="dxa"/>
              <w:end w:w="95" w:type="dxa"/>
            </w:tcMar>
            <w:vAlign w:val="center"/>
          </w:tcPr>
          <w:p>
            <w:r>
              <w:rPr>
                <w:b/>
                <w:color w:val="FFFFFF"/>
                <w:sz w:val="18"/>
              </w:rPr>
              <w:t>Declaration</w:t>
            </w:r>
          </w:p>
        </w:tc>
      </w:tr>
      <w:tr>
        <w:trPr>
          <w:cantSplit/>
        </w:trPr>
        <w:tc>
          <w:tcPr>
            <w:tcW w:type="dxa" w:w="3240"/>
            <w:tcMar>
              <w:top w:w="95" w:type="dxa"/>
              <w:start w:w="95" w:type="dxa"/>
              <w:bottom w:w="95" w:type="dxa"/>
              <w:end w:w="95" w:type="dxa"/>
            </w:tcMar>
            <w:vAlign w:val="center"/>
          </w:tcPr>
          <w:p>
            <w:pPr>
              <w:spacing w:after="20" w:line="240" w:lineRule="auto"/>
            </w:pPr>
            <w:r>
              <w:rPr>
                <w:sz w:val="18"/>
              </w:rPr>
              <w:t>Disclosure ID</w:t>
            </w:r>
          </w:p>
        </w:tc>
        <w:tc>
          <w:tcPr>
            <w:tcW w:type="dxa" w:w="6696"/>
            <w:tcMar>
              <w:top w:w="95" w:type="dxa"/>
              <w:start w:w="95" w:type="dxa"/>
              <w:bottom w:w="95" w:type="dxa"/>
              <w:end w:w="95" w:type="dxa"/>
            </w:tcMar>
            <w:vAlign w:val="center"/>
          </w:tcPr>
          <w:p>
            <w:pPr>
              <w:spacing w:after="20" w:line="240" w:lineRule="auto"/>
            </w:pPr>
            <w:r>
              <w:rPr>
                <w:sz w:val="18"/>
              </w:rPr>
            </w:r>
          </w:p>
        </w:tc>
      </w:tr>
      <w:tr>
        <w:trPr>
          <w:cantSplit/>
        </w:trPr>
        <w:tc>
          <w:tcPr>
            <w:tcW w:type="dxa" w:w="3240"/>
            <w:tcMar>
              <w:top w:w="95" w:type="dxa"/>
              <w:start w:w="95" w:type="dxa"/>
              <w:bottom w:w="95" w:type="dxa"/>
              <w:end w:w="95" w:type="dxa"/>
            </w:tcMar>
            <w:vAlign w:val="center"/>
            <w:shd w:fill="F4F7FA"/>
          </w:tcPr>
          <w:p>
            <w:pPr>
              <w:spacing w:after="20" w:line="240" w:lineRule="auto"/>
            </w:pPr>
            <w:r>
              <w:rPr>
                <w:sz w:val="18"/>
              </w:rPr>
              <w:t>Declarant</w:t>
            </w:r>
          </w:p>
        </w:tc>
        <w:tc>
          <w:tcPr>
            <w:tcW w:type="dxa" w:w="6696"/>
            <w:tcMar>
              <w:top w:w="95" w:type="dxa"/>
              <w:start w:w="95" w:type="dxa"/>
              <w:bottom w:w="95" w:type="dxa"/>
              <w:end w:w="95" w:type="dxa"/>
            </w:tcMar>
            <w:vAlign w:val="center"/>
            <w:shd w:fill="F4F7FA"/>
          </w:tcPr>
          <w:p>
            <w:pPr>
              <w:spacing w:after="20" w:line="240" w:lineRule="auto"/>
            </w:pPr>
            <w:r>
              <w:rPr>
                <w:sz w:val="18"/>
              </w:rPr>
            </w:r>
          </w:p>
        </w:tc>
      </w:tr>
      <w:tr>
        <w:trPr>
          <w:cantSplit/>
        </w:trPr>
        <w:tc>
          <w:tcPr>
            <w:tcW w:type="dxa" w:w="3240"/>
            <w:tcMar>
              <w:top w:w="95" w:type="dxa"/>
              <w:start w:w="95" w:type="dxa"/>
              <w:bottom w:w="95" w:type="dxa"/>
              <w:end w:w="95" w:type="dxa"/>
            </w:tcMar>
            <w:vAlign w:val="center"/>
          </w:tcPr>
          <w:p>
            <w:pPr>
              <w:spacing w:after="20" w:line="240" w:lineRule="auto"/>
            </w:pPr>
            <w:r>
              <w:rPr>
                <w:sz w:val="18"/>
              </w:rPr>
              <w:t>Conflict type</w:t>
            </w:r>
          </w:p>
        </w:tc>
        <w:tc>
          <w:tcPr>
            <w:tcW w:type="dxa" w:w="6696"/>
            <w:tcMar>
              <w:top w:w="95" w:type="dxa"/>
              <w:start w:w="95" w:type="dxa"/>
              <w:bottom w:w="95" w:type="dxa"/>
              <w:end w:w="95" w:type="dxa"/>
            </w:tcMar>
            <w:vAlign w:val="center"/>
          </w:tcPr>
          <w:p>
            <w:pPr>
              <w:spacing w:after="20" w:line="240" w:lineRule="auto"/>
            </w:pPr>
            <w:r>
              <w:rPr>
                <w:sz w:val="18"/>
              </w:rPr>
            </w:r>
          </w:p>
        </w:tc>
      </w:tr>
      <w:tr>
        <w:trPr>
          <w:cantSplit/>
        </w:trPr>
        <w:tc>
          <w:tcPr>
            <w:tcW w:type="dxa" w:w="3240"/>
            <w:tcMar>
              <w:top w:w="95" w:type="dxa"/>
              <w:start w:w="95" w:type="dxa"/>
              <w:bottom w:w="95" w:type="dxa"/>
              <w:end w:w="95" w:type="dxa"/>
            </w:tcMar>
            <w:vAlign w:val="center"/>
            <w:shd w:fill="F4F7FA"/>
          </w:tcPr>
          <w:p>
            <w:pPr>
              <w:spacing w:after="20" w:line="240" w:lineRule="auto"/>
            </w:pPr>
            <w:r>
              <w:rPr>
                <w:sz w:val="18"/>
              </w:rPr>
              <w:t>Person or entity</w:t>
            </w:r>
          </w:p>
        </w:tc>
        <w:tc>
          <w:tcPr>
            <w:tcW w:type="dxa" w:w="6696"/>
            <w:tcMar>
              <w:top w:w="95" w:type="dxa"/>
              <w:start w:w="95" w:type="dxa"/>
              <w:bottom w:w="95" w:type="dxa"/>
              <w:end w:w="95" w:type="dxa"/>
            </w:tcMar>
            <w:vAlign w:val="center"/>
            <w:shd w:fill="F4F7FA"/>
          </w:tcPr>
          <w:p>
            <w:pPr>
              <w:spacing w:after="20" w:line="240" w:lineRule="auto"/>
            </w:pPr>
            <w:r>
              <w:rPr>
                <w:sz w:val="18"/>
              </w:rPr>
            </w:r>
          </w:p>
        </w:tc>
      </w:tr>
      <w:tr>
        <w:trPr>
          <w:cantSplit/>
        </w:trPr>
        <w:tc>
          <w:tcPr>
            <w:tcW w:type="dxa" w:w="3240"/>
            <w:tcMar>
              <w:top w:w="95" w:type="dxa"/>
              <w:start w:w="95" w:type="dxa"/>
              <w:bottom w:w="95" w:type="dxa"/>
              <w:end w:w="95" w:type="dxa"/>
            </w:tcMar>
            <w:vAlign w:val="center"/>
          </w:tcPr>
          <w:p>
            <w:pPr>
              <w:spacing w:after="20" w:line="240" w:lineRule="auto"/>
            </w:pPr>
            <w:r>
              <w:rPr>
                <w:sz w:val="18"/>
              </w:rPr>
              <w:t>Interest or relationship</w:t>
            </w:r>
          </w:p>
        </w:tc>
        <w:tc>
          <w:tcPr>
            <w:tcW w:type="dxa" w:w="6696"/>
            <w:tcMar>
              <w:top w:w="95" w:type="dxa"/>
              <w:start w:w="95" w:type="dxa"/>
              <w:bottom w:w="95" w:type="dxa"/>
              <w:end w:w="95" w:type="dxa"/>
            </w:tcMar>
            <w:vAlign w:val="center"/>
          </w:tcPr>
          <w:p>
            <w:pPr>
              <w:spacing w:after="20" w:line="240" w:lineRule="auto"/>
            </w:pPr>
            <w:r>
              <w:rPr>
                <w:sz w:val="18"/>
              </w:rPr>
            </w:r>
          </w:p>
        </w:tc>
      </w:tr>
      <w:tr>
        <w:trPr>
          <w:cantSplit/>
        </w:trPr>
        <w:tc>
          <w:tcPr>
            <w:tcW w:type="dxa" w:w="3240"/>
            <w:tcMar>
              <w:top w:w="95" w:type="dxa"/>
              <w:start w:w="95" w:type="dxa"/>
              <w:bottom w:w="95" w:type="dxa"/>
              <w:end w:w="95" w:type="dxa"/>
            </w:tcMar>
            <w:vAlign w:val="center"/>
            <w:shd w:fill="F4F7FA"/>
          </w:tcPr>
          <w:p>
            <w:pPr>
              <w:spacing w:after="20" w:line="240" w:lineRule="auto"/>
            </w:pPr>
            <w:r>
              <w:rPr>
                <w:sz w:val="18"/>
              </w:rPr>
              <w:t>Decision or duty affected</w:t>
            </w:r>
          </w:p>
        </w:tc>
        <w:tc>
          <w:tcPr>
            <w:tcW w:type="dxa" w:w="6696"/>
            <w:tcMar>
              <w:top w:w="95" w:type="dxa"/>
              <w:start w:w="95" w:type="dxa"/>
              <w:bottom w:w="95" w:type="dxa"/>
              <w:end w:w="95" w:type="dxa"/>
            </w:tcMar>
            <w:vAlign w:val="center"/>
            <w:shd w:fill="F4F7FA"/>
          </w:tcPr>
          <w:p>
            <w:pPr>
              <w:spacing w:after="20" w:line="240" w:lineRule="auto"/>
            </w:pPr>
            <w:r>
              <w:rPr>
                <w:sz w:val="18"/>
              </w:rPr>
            </w:r>
          </w:p>
        </w:tc>
      </w:tr>
      <w:tr>
        <w:trPr>
          <w:cantSplit/>
        </w:trPr>
        <w:tc>
          <w:tcPr>
            <w:tcW w:type="dxa" w:w="3240"/>
            <w:tcMar>
              <w:top w:w="95" w:type="dxa"/>
              <w:start w:w="95" w:type="dxa"/>
              <w:bottom w:w="95" w:type="dxa"/>
              <w:end w:w="95" w:type="dxa"/>
            </w:tcMar>
            <w:vAlign w:val="center"/>
          </w:tcPr>
          <w:p>
            <w:pPr>
              <w:spacing w:after="20" w:line="240" w:lineRule="auto"/>
            </w:pPr>
            <w:r>
              <w:rPr>
                <w:sz w:val="18"/>
              </w:rPr>
              <w:t>Relevant dates</w:t>
            </w:r>
          </w:p>
        </w:tc>
        <w:tc>
          <w:tcPr>
            <w:tcW w:type="dxa" w:w="6696"/>
            <w:tcMar>
              <w:top w:w="95" w:type="dxa"/>
              <w:start w:w="95" w:type="dxa"/>
              <w:bottom w:w="95" w:type="dxa"/>
              <w:end w:w="95" w:type="dxa"/>
            </w:tcMar>
            <w:vAlign w:val="center"/>
          </w:tcPr>
          <w:p>
            <w:pPr>
              <w:spacing w:after="20" w:line="240" w:lineRule="auto"/>
            </w:pPr>
            <w:r>
              <w:rPr>
                <w:sz w:val="18"/>
              </w:rPr>
            </w:r>
          </w:p>
        </w:tc>
      </w:tr>
      <w:tr>
        <w:trPr>
          <w:cantSplit/>
        </w:trPr>
        <w:tc>
          <w:tcPr>
            <w:tcW w:type="dxa" w:w="3240"/>
            <w:tcMar>
              <w:top w:w="95" w:type="dxa"/>
              <w:start w:w="95" w:type="dxa"/>
              <w:bottom w:w="95" w:type="dxa"/>
              <w:end w:w="95" w:type="dxa"/>
            </w:tcMar>
            <w:vAlign w:val="center"/>
            <w:shd w:fill="F4F7FA"/>
          </w:tcPr>
          <w:p>
            <w:pPr>
              <w:spacing w:after="20" w:line="240" w:lineRule="auto"/>
            </w:pPr>
            <w:r>
              <w:rPr>
                <w:sz w:val="18"/>
              </w:rPr>
              <w:t>Benefit or value</w:t>
            </w:r>
          </w:p>
        </w:tc>
        <w:tc>
          <w:tcPr>
            <w:tcW w:type="dxa" w:w="6696"/>
            <w:tcMar>
              <w:top w:w="95" w:type="dxa"/>
              <w:start w:w="95" w:type="dxa"/>
              <w:bottom w:w="95" w:type="dxa"/>
              <w:end w:w="95" w:type="dxa"/>
            </w:tcMar>
            <w:vAlign w:val="center"/>
            <w:shd w:fill="F4F7FA"/>
          </w:tcPr>
          <w:p>
            <w:pPr>
              <w:spacing w:after="20" w:line="240" w:lineRule="auto"/>
            </w:pPr>
            <w:r>
              <w:rPr>
                <w:sz w:val="18"/>
              </w:rPr>
            </w:r>
          </w:p>
        </w:tc>
      </w:tr>
      <w:tr>
        <w:trPr>
          <w:cantSplit/>
        </w:trPr>
        <w:tc>
          <w:tcPr>
            <w:tcW w:type="dxa" w:w="3240"/>
            <w:tcMar>
              <w:top w:w="95" w:type="dxa"/>
              <w:start w:w="95" w:type="dxa"/>
              <w:bottom w:w="95" w:type="dxa"/>
              <w:end w:w="95" w:type="dxa"/>
            </w:tcMar>
            <w:vAlign w:val="center"/>
          </w:tcPr>
          <w:p>
            <w:pPr>
              <w:spacing w:after="20" w:line="240" w:lineRule="auto"/>
            </w:pPr>
            <w:r>
              <w:rPr>
                <w:sz w:val="18"/>
              </w:rPr>
              <w:t>Why conflict may arise</w:t>
            </w:r>
          </w:p>
        </w:tc>
        <w:tc>
          <w:tcPr>
            <w:tcW w:type="dxa" w:w="6696"/>
            <w:tcMar>
              <w:top w:w="95" w:type="dxa"/>
              <w:start w:w="95" w:type="dxa"/>
              <w:bottom w:w="95" w:type="dxa"/>
              <w:end w:w="95" w:type="dxa"/>
            </w:tcMar>
            <w:vAlign w:val="center"/>
          </w:tcPr>
          <w:p>
            <w:pPr>
              <w:spacing w:after="20" w:line="240" w:lineRule="auto"/>
            </w:pPr>
            <w:r>
              <w:rPr>
                <w:sz w:val="18"/>
              </w:rPr>
            </w:r>
          </w:p>
        </w:tc>
      </w:tr>
      <w:tr>
        <w:trPr>
          <w:cantSplit/>
        </w:trPr>
        <w:tc>
          <w:tcPr>
            <w:tcW w:type="dxa" w:w="3240"/>
            <w:tcMar>
              <w:top w:w="95" w:type="dxa"/>
              <w:start w:w="95" w:type="dxa"/>
              <w:bottom w:w="95" w:type="dxa"/>
              <w:end w:w="95" w:type="dxa"/>
            </w:tcMar>
            <w:vAlign w:val="center"/>
            <w:shd w:fill="F4F7FA"/>
          </w:tcPr>
          <w:p>
            <w:pPr>
              <w:spacing w:after="20" w:line="240" w:lineRule="auto"/>
            </w:pPr>
            <w:r>
              <w:rPr>
                <w:sz w:val="18"/>
              </w:rPr>
              <w:t>Actions already taken</w:t>
            </w:r>
          </w:p>
        </w:tc>
        <w:tc>
          <w:tcPr>
            <w:tcW w:type="dxa" w:w="6696"/>
            <w:tcMar>
              <w:top w:w="95" w:type="dxa"/>
              <w:start w:w="95" w:type="dxa"/>
              <w:bottom w:w="95" w:type="dxa"/>
              <w:end w:w="95" w:type="dxa"/>
            </w:tcMar>
            <w:vAlign w:val="center"/>
            <w:shd w:fill="F4F7FA"/>
          </w:tcPr>
          <w:p>
            <w:pPr>
              <w:spacing w:after="20" w:line="240" w:lineRule="auto"/>
            </w:pPr>
            <w:r>
              <w:rPr>
                <w:sz w:val="18"/>
              </w:rPr>
            </w:r>
          </w:p>
        </w:tc>
      </w:tr>
      <w:tr>
        <w:trPr>
          <w:cantSplit/>
        </w:trPr>
        <w:tc>
          <w:tcPr>
            <w:tcW w:type="dxa" w:w="3240"/>
            <w:tcMar>
              <w:top w:w="95" w:type="dxa"/>
              <w:start w:w="95" w:type="dxa"/>
              <w:bottom w:w="95" w:type="dxa"/>
              <w:end w:w="95" w:type="dxa"/>
            </w:tcMar>
            <w:vAlign w:val="center"/>
          </w:tcPr>
          <w:p>
            <w:pPr>
              <w:spacing w:after="20" w:line="240" w:lineRule="auto"/>
            </w:pPr>
            <w:r>
              <w:rPr>
                <w:sz w:val="18"/>
              </w:rPr>
              <w:t>Requested guidance</w:t>
            </w:r>
          </w:p>
        </w:tc>
        <w:tc>
          <w:tcPr>
            <w:tcW w:type="dxa" w:w="6696"/>
            <w:tcMar>
              <w:top w:w="95" w:type="dxa"/>
              <w:start w:w="95" w:type="dxa"/>
              <w:bottom w:w="95" w:type="dxa"/>
              <w:end w:w="95" w:type="dxa"/>
            </w:tcMar>
            <w:vAlign w:val="center"/>
          </w:tcPr>
          <w:p>
            <w:pPr>
              <w:spacing w:after="20" w:line="240" w:lineRule="auto"/>
            </w:pPr>
            <w:r>
              <w:rPr>
                <w:sz w:val="18"/>
              </w:rPr>
            </w:r>
          </w:p>
        </w:tc>
      </w:tr>
    </w:tbl>
    <w:p>
      <w:pPr>
        <w:spacing w:after="2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0224"/>
      </w:tblGrid>
      <w:tr>
        <w:trPr>
          <w:tblHeader w:val="true"/>
          <w:cantSplit/>
        </w:trPr>
        <w:tc>
          <w:tcPr>
            <w:tcW w:type="dxa" w:w="9936"/>
            <w:shd w:fill="17365D"/>
            <w:tcMar>
              <w:top w:w="95" w:type="dxa"/>
              <w:start w:w="95" w:type="dxa"/>
              <w:bottom w:w="95" w:type="dxa"/>
              <w:end w:w="95" w:type="dxa"/>
            </w:tcMar>
            <w:vAlign w:val="center"/>
          </w:tcPr>
          <w:p>
            <w:r>
              <w:rPr>
                <w:b/>
                <w:color w:val="FFFFFF"/>
                <w:sz w:val="18"/>
              </w:rPr>
              <w:t>Additional narrative</w:t>
            </w:r>
          </w:p>
        </w:tc>
      </w:tr>
      <w:tr>
        <w:trPr>
          <w:cantSplit/>
        </w:trPr>
        <w:tc>
          <w:tcPr>
            <w:tcW w:type="dxa" w:w="9936"/>
            <w:tcMar>
              <w:top w:w="95" w:type="dxa"/>
              <w:start w:w="95" w:type="dxa"/>
              <w:bottom w:w="95" w:type="dxa"/>
              <w:end w:w="95" w:type="dxa"/>
            </w:tcMar>
            <w:vAlign w:val="center"/>
          </w:tcPr>
          <w:p>
            <w:pPr>
              <w:spacing w:after="20" w:line="240" w:lineRule="auto"/>
            </w:pPr>
            <w:r>
              <w:rPr>
                <w:sz w:val="18"/>
              </w:rPr>
            </w:r>
          </w:p>
        </w:tc>
      </w:tr>
      <w:tr>
        <w:trPr>
          <w:cantSplit/>
        </w:trPr>
        <w:tc>
          <w:tcPr>
            <w:tcW w:type="dxa" w:w="9936"/>
            <w:tcMar>
              <w:top w:w="95" w:type="dxa"/>
              <w:start w:w="95" w:type="dxa"/>
              <w:bottom w:w="95" w:type="dxa"/>
              <w:end w:w="95" w:type="dxa"/>
            </w:tcMar>
            <w:vAlign w:val="center"/>
            <w:shd w:fill="F4F7FA"/>
          </w:tcPr>
          <w:p>
            <w:pPr>
              <w:spacing w:after="20" w:line="240" w:lineRule="auto"/>
            </w:pPr>
            <w:r>
              <w:rPr>
                <w:sz w:val="18"/>
              </w:rPr>
            </w:r>
          </w:p>
        </w:tc>
      </w:tr>
      <w:tr>
        <w:trPr>
          <w:cantSplit/>
        </w:trPr>
        <w:tc>
          <w:tcPr>
            <w:tcW w:type="dxa" w:w="9936"/>
            <w:tcMar>
              <w:top w:w="95" w:type="dxa"/>
              <w:start w:w="95" w:type="dxa"/>
              <w:bottom w:w="95" w:type="dxa"/>
              <w:end w:w="95" w:type="dxa"/>
            </w:tcMar>
            <w:vAlign w:val="center"/>
          </w:tcPr>
          <w:p>
            <w:pPr>
              <w:spacing w:after="20" w:line="240" w:lineRule="auto"/>
            </w:pPr>
            <w:r>
              <w:rPr>
                <w:sz w:val="18"/>
              </w:rPr>
            </w:r>
          </w:p>
        </w:tc>
      </w:tr>
      <w:tr>
        <w:trPr>
          <w:cantSplit/>
        </w:trPr>
        <w:tc>
          <w:tcPr>
            <w:tcW w:type="dxa" w:w="9936"/>
            <w:tcMar>
              <w:top w:w="95" w:type="dxa"/>
              <w:start w:w="95" w:type="dxa"/>
              <w:bottom w:w="95" w:type="dxa"/>
              <w:end w:w="95" w:type="dxa"/>
            </w:tcMar>
            <w:vAlign w:val="center"/>
            <w:shd w:fill="F4F7FA"/>
          </w:tcPr>
          <w:p>
            <w:pPr>
              <w:spacing w:after="20" w:line="240" w:lineRule="auto"/>
            </w:pPr>
            <w:r>
              <w:rPr>
                <w:sz w:val="18"/>
              </w:rPr>
            </w:r>
          </w:p>
        </w:tc>
      </w:tr>
    </w:tbl>
    <w:p>
      <w:pPr>
        <w:spacing w:after="20"/>
      </w:pPr>
    </w:p>
    <w:p>
      <w:pPr>
        <w:pStyle w:val="Heading2"/>
      </w:pPr>
      <w:r>
        <w:t>Attachments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045"/>
        <w:gridCol w:w="2045"/>
        <w:gridCol w:w="2045"/>
        <w:gridCol w:w="2045"/>
        <w:gridCol w:w="2045"/>
      </w:tblGrid>
      <w:tr>
        <w:trPr>
          <w:tblHeader w:val="true"/>
          <w:cantSplit/>
        </w:trPr>
        <w:tc>
          <w:tcPr>
            <w:tcW w:type="dxa" w:w="3456"/>
            <w:shd w:fill="17365D"/>
            <w:tcMar>
              <w:top w:w="95" w:type="dxa"/>
              <w:start w:w="95" w:type="dxa"/>
              <w:bottom w:w="95" w:type="dxa"/>
              <w:end w:w="95" w:type="dxa"/>
            </w:tcMar>
            <w:vAlign w:val="center"/>
          </w:tcPr>
          <w:p>
            <w:r>
              <w:rPr>
                <w:b/>
                <w:color w:val="FFFFFF"/>
                <w:sz w:val="16"/>
              </w:rPr>
              <w:t>Attachment</w:t>
            </w:r>
          </w:p>
        </w:tc>
        <w:tc>
          <w:tcPr>
            <w:tcW w:type="dxa" w:w="2160"/>
            <w:shd w:fill="17365D"/>
            <w:tcMar>
              <w:top w:w="95" w:type="dxa"/>
              <w:start w:w="95" w:type="dxa"/>
              <w:bottom w:w="95" w:type="dxa"/>
              <w:end w:w="95" w:type="dxa"/>
            </w:tcMar>
            <w:vAlign w:val="center"/>
          </w:tcPr>
          <w:p>
            <w:r>
              <w:rPr>
                <w:b/>
                <w:color w:val="FFFFFF"/>
                <w:sz w:val="16"/>
              </w:rPr>
              <w:t>Reference</w:t>
            </w:r>
          </w:p>
        </w:tc>
        <w:tc>
          <w:tcPr>
            <w:tcW w:type="dxa" w:w="1152"/>
            <w:shd w:fill="17365D"/>
            <w:tcMar>
              <w:top w:w="95" w:type="dxa"/>
              <w:start w:w="95" w:type="dxa"/>
              <w:bottom w:w="95" w:type="dxa"/>
              <w:end w:w="95" w:type="dxa"/>
            </w:tcMar>
            <w:vAlign w:val="center"/>
          </w:tcPr>
          <w:p>
            <w:r>
              <w:rPr>
                <w:b/>
                <w:color w:val="FFFFFF"/>
                <w:sz w:val="16"/>
              </w:rPr>
              <w:t>Date</w:t>
            </w:r>
          </w:p>
        </w:tc>
        <w:tc>
          <w:tcPr>
            <w:tcW w:type="dxa" w:w="1728"/>
            <w:shd w:fill="17365D"/>
            <w:tcMar>
              <w:top w:w="95" w:type="dxa"/>
              <w:start w:w="95" w:type="dxa"/>
              <w:bottom w:w="95" w:type="dxa"/>
              <w:end w:w="95" w:type="dxa"/>
            </w:tcMar>
            <w:vAlign w:val="center"/>
          </w:tcPr>
          <w:p>
            <w:r>
              <w:rPr>
                <w:b/>
                <w:color w:val="FFFFFF"/>
                <w:sz w:val="16"/>
              </w:rPr>
              <w:t>Confidential</w:t>
            </w:r>
          </w:p>
        </w:tc>
        <w:tc>
          <w:tcPr>
            <w:tcW w:type="dxa" w:w="1440"/>
            <w:shd w:fill="17365D"/>
            <w:tcMar>
              <w:top w:w="95" w:type="dxa"/>
              <w:start w:w="95" w:type="dxa"/>
              <w:bottom w:w="95" w:type="dxa"/>
              <w:end w:w="95" w:type="dxa"/>
            </w:tcMar>
            <w:vAlign w:val="center"/>
          </w:tcPr>
          <w:p>
            <w:r>
              <w:rPr>
                <w:b/>
                <w:color w:val="FFFFFF"/>
                <w:sz w:val="16"/>
              </w:rPr>
              <w:t>Received</w:t>
            </w:r>
          </w:p>
        </w:tc>
      </w:tr>
      <w:tr>
        <w:trPr>
          <w:cantSplit/>
        </w:trPr>
        <w:tc>
          <w:tcPr>
            <w:tcW w:type="dxa" w:w="3456"/>
            <w:tcMar>
              <w:top w:w="95" w:type="dxa"/>
              <w:start w:w="95" w:type="dxa"/>
              <w:bottom w:w="95" w:type="dxa"/>
              <w:end w:w="95" w:type="dxa"/>
            </w:tcMar>
            <w:vAlign w:val="center"/>
          </w:tcPr>
          <w:p>
            <w:pPr>
              <w:spacing w:after="20" w:line="240" w:lineRule="auto"/>
            </w:pPr>
            <w:r>
              <w:rPr>
                <w:sz w:val="16"/>
              </w:rPr>
            </w:r>
          </w:p>
        </w:tc>
        <w:tc>
          <w:tcPr>
            <w:tcW w:type="dxa" w:w="2160"/>
            <w:tcMar>
              <w:top w:w="95" w:type="dxa"/>
              <w:start w:w="95" w:type="dxa"/>
              <w:bottom w:w="95" w:type="dxa"/>
              <w:end w:w="95" w:type="dxa"/>
            </w:tcMar>
            <w:vAlign w:val="center"/>
          </w:tcPr>
          <w:p>
            <w:pPr>
              <w:spacing w:after="20" w:line="240" w:lineRule="auto"/>
            </w:pPr>
            <w:r>
              <w:rPr>
                <w:sz w:val="16"/>
              </w:rPr>
            </w:r>
          </w:p>
        </w:tc>
        <w:tc>
          <w:tcPr>
            <w:tcW w:type="dxa" w:w="1152"/>
            <w:tcMar>
              <w:top w:w="95" w:type="dxa"/>
              <w:start w:w="95" w:type="dxa"/>
              <w:bottom w:w="95" w:type="dxa"/>
              <w:end w:w="95" w:type="dxa"/>
            </w:tcMar>
            <w:vAlign w:val="center"/>
          </w:tcPr>
          <w:p>
            <w:pPr>
              <w:spacing w:after="20" w:line="240" w:lineRule="auto"/>
            </w:pPr>
            <w:r>
              <w:rPr>
                <w:sz w:val="16"/>
              </w:rPr>
            </w:r>
          </w:p>
        </w:tc>
        <w:tc>
          <w:tcPr>
            <w:tcW w:type="dxa" w:w="1728"/>
            <w:tcMar>
              <w:top w:w="95" w:type="dxa"/>
              <w:start w:w="95" w:type="dxa"/>
              <w:bottom w:w="95" w:type="dxa"/>
              <w:end w:w="95" w:type="dxa"/>
            </w:tcMar>
            <w:vAlign w:val="center"/>
          </w:tcPr>
          <w:p>
            <w:pPr>
              <w:spacing w:after="20" w:line="240" w:lineRule="auto"/>
            </w:pPr>
            <w:r>
              <w:rPr>
                <w:sz w:val="16"/>
              </w:rPr>
              <w:t>Yes / No</w:t>
            </w:r>
          </w:p>
        </w:tc>
        <w:tc>
          <w:tcPr>
            <w:tcW w:type="dxa" w:w="1440"/>
            <w:tcMar>
              <w:top w:w="95" w:type="dxa"/>
              <w:start w:w="95" w:type="dxa"/>
              <w:bottom w:w="95" w:type="dxa"/>
              <w:end w:w="95" w:type="dxa"/>
            </w:tcMar>
            <w:vAlign w:val="center"/>
          </w:tcPr>
          <w:p>
            <w:pPr>
              <w:spacing w:after="20" w:line="240" w:lineRule="auto"/>
            </w:pPr>
            <w:r>
              <w:rPr>
                <w:sz w:val="16"/>
              </w:rPr>
            </w:r>
          </w:p>
        </w:tc>
      </w:tr>
      <w:tr>
        <w:trPr>
          <w:cantSplit/>
        </w:trPr>
        <w:tc>
          <w:tcPr>
            <w:tcW w:type="dxa" w:w="3456"/>
            <w:tcMar>
              <w:top w:w="95" w:type="dxa"/>
              <w:start w:w="95" w:type="dxa"/>
              <w:bottom w:w="95" w:type="dxa"/>
              <w:end w:w="95" w:type="dxa"/>
            </w:tcMar>
            <w:vAlign w:val="center"/>
            <w:shd w:fill="F4F7FA"/>
          </w:tcPr>
          <w:p>
            <w:pPr>
              <w:spacing w:after="20" w:line="240" w:lineRule="auto"/>
            </w:pPr>
            <w:r>
              <w:rPr>
                <w:sz w:val="16"/>
              </w:rPr>
            </w:r>
          </w:p>
        </w:tc>
        <w:tc>
          <w:tcPr>
            <w:tcW w:type="dxa" w:w="2160"/>
            <w:tcMar>
              <w:top w:w="95" w:type="dxa"/>
              <w:start w:w="95" w:type="dxa"/>
              <w:bottom w:w="95" w:type="dxa"/>
              <w:end w:w="95" w:type="dxa"/>
            </w:tcMar>
            <w:vAlign w:val="center"/>
            <w:shd w:fill="F4F7FA"/>
          </w:tcPr>
          <w:p>
            <w:pPr>
              <w:spacing w:after="20" w:line="240" w:lineRule="auto"/>
            </w:pPr>
            <w:r>
              <w:rPr>
                <w:sz w:val="16"/>
              </w:rPr>
            </w:r>
          </w:p>
        </w:tc>
        <w:tc>
          <w:tcPr>
            <w:tcW w:type="dxa" w:w="1152"/>
            <w:tcMar>
              <w:top w:w="95" w:type="dxa"/>
              <w:start w:w="95" w:type="dxa"/>
              <w:bottom w:w="95" w:type="dxa"/>
              <w:end w:w="95" w:type="dxa"/>
            </w:tcMar>
            <w:vAlign w:val="center"/>
            <w:shd w:fill="F4F7FA"/>
          </w:tcPr>
          <w:p>
            <w:pPr>
              <w:spacing w:after="20" w:line="240" w:lineRule="auto"/>
            </w:pPr>
            <w:r>
              <w:rPr>
                <w:sz w:val="16"/>
              </w:rPr>
            </w:r>
          </w:p>
        </w:tc>
        <w:tc>
          <w:tcPr>
            <w:tcW w:type="dxa" w:w="1728"/>
            <w:tcMar>
              <w:top w:w="95" w:type="dxa"/>
              <w:start w:w="95" w:type="dxa"/>
              <w:bottom w:w="95" w:type="dxa"/>
              <w:end w:w="95" w:type="dxa"/>
            </w:tcMar>
            <w:vAlign w:val="center"/>
            <w:shd w:fill="F4F7FA"/>
          </w:tcPr>
          <w:p>
            <w:pPr>
              <w:spacing w:after="20" w:line="240" w:lineRule="auto"/>
            </w:pPr>
            <w:r>
              <w:rPr>
                <w:sz w:val="16"/>
              </w:rPr>
              <w:t>Yes / No</w:t>
            </w:r>
          </w:p>
        </w:tc>
        <w:tc>
          <w:tcPr>
            <w:tcW w:type="dxa" w:w="1440"/>
            <w:tcMar>
              <w:top w:w="95" w:type="dxa"/>
              <w:start w:w="95" w:type="dxa"/>
              <w:bottom w:w="95" w:type="dxa"/>
              <w:end w:w="95" w:type="dxa"/>
            </w:tcMar>
            <w:vAlign w:val="center"/>
            <w:shd w:fill="F4F7FA"/>
          </w:tcPr>
          <w:p>
            <w:pPr>
              <w:spacing w:after="20" w:line="240" w:lineRule="auto"/>
            </w:pPr>
            <w:r>
              <w:rPr>
                <w:sz w:val="16"/>
              </w:rPr>
            </w:r>
          </w:p>
        </w:tc>
      </w:tr>
      <w:tr>
        <w:trPr>
          <w:cantSplit/>
        </w:trPr>
        <w:tc>
          <w:tcPr>
            <w:tcW w:type="dxa" w:w="3456"/>
            <w:tcMar>
              <w:top w:w="95" w:type="dxa"/>
              <w:start w:w="95" w:type="dxa"/>
              <w:bottom w:w="95" w:type="dxa"/>
              <w:end w:w="95" w:type="dxa"/>
            </w:tcMar>
            <w:vAlign w:val="center"/>
          </w:tcPr>
          <w:p>
            <w:pPr>
              <w:spacing w:after="20" w:line="240" w:lineRule="auto"/>
            </w:pPr>
            <w:r>
              <w:rPr>
                <w:sz w:val="16"/>
              </w:rPr>
            </w:r>
          </w:p>
        </w:tc>
        <w:tc>
          <w:tcPr>
            <w:tcW w:type="dxa" w:w="2160"/>
            <w:tcMar>
              <w:top w:w="95" w:type="dxa"/>
              <w:start w:w="95" w:type="dxa"/>
              <w:bottom w:w="95" w:type="dxa"/>
              <w:end w:w="95" w:type="dxa"/>
            </w:tcMar>
            <w:vAlign w:val="center"/>
          </w:tcPr>
          <w:p>
            <w:pPr>
              <w:spacing w:after="20" w:line="240" w:lineRule="auto"/>
            </w:pPr>
            <w:r>
              <w:rPr>
                <w:sz w:val="16"/>
              </w:rPr>
            </w:r>
          </w:p>
        </w:tc>
        <w:tc>
          <w:tcPr>
            <w:tcW w:type="dxa" w:w="1152"/>
            <w:tcMar>
              <w:top w:w="95" w:type="dxa"/>
              <w:start w:w="95" w:type="dxa"/>
              <w:bottom w:w="95" w:type="dxa"/>
              <w:end w:w="95" w:type="dxa"/>
            </w:tcMar>
            <w:vAlign w:val="center"/>
          </w:tcPr>
          <w:p>
            <w:pPr>
              <w:spacing w:after="20" w:line="240" w:lineRule="auto"/>
            </w:pPr>
            <w:r>
              <w:rPr>
                <w:sz w:val="16"/>
              </w:rPr>
            </w:r>
          </w:p>
        </w:tc>
        <w:tc>
          <w:tcPr>
            <w:tcW w:type="dxa" w:w="1728"/>
            <w:tcMar>
              <w:top w:w="95" w:type="dxa"/>
              <w:start w:w="95" w:type="dxa"/>
              <w:bottom w:w="95" w:type="dxa"/>
              <w:end w:w="95" w:type="dxa"/>
            </w:tcMar>
            <w:vAlign w:val="center"/>
          </w:tcPr>
          <w:p>
            <w:pPr>
              <w:spacing w:after="20" w:line="240" w:lineRule="auto"/>
            </w:pPr>
            <w:r>
              <w:rPr>
                <w:sz w:val="16"/>
              </w:rPr>
              <w:t>Yes / No</w:t>
            </w:r>
          </w:p>
        </w:tc>
        <w:tc>
          <w:tcPr>
            <w:tcW w:type="dxa" w:w="1440"/>
            <w:tcMar>
              <w:top w:w="95" w:type="dxa"/>
              <w:start w:w="95" w:type="dxa"/>
              <w:bottom w:w="95" w:type="dxa"/>
              <w:end w:w="95" w:type="dxa"/>
            </w:tcMar>
            <w:vAlign w:val="center"/>
          </w:tcPr>
          <w:p>
            <w:pPr>
              <w:spacing w:after="20" w:line="240" w:lineRule="auto"/>
            </w:pPr>
            <w:r>
              <w:rPr>
                <w:sz w:val="16"/>
              </w:rPr>
            </w:r>
          </w:p>
        </w:tc>
      </w:tr>
      <w:tr>
        <w:trPr>
          <w:cantSplit/>
        </w:trPr>
        <w:tc>
          <w:tcPr>
            <w:tcW w:type="dxa" w:w="3456"/>
            <w:tcMar>
              <w:top w:w="95" w:type="dxa"/>
              <w:start w:w="95" w:type="dxa"/>
              <w:bottom w:w="95" w:type="dxa"/>
              <w:end w:w="95" w:type="dxa"/>
            </w:tcMar>
            <w:vAlign w:val="center"/>
            <w:shd w:fill="F4F7FA"/>
          </w:tcPr>
          <w:p>
            <w:pPr>
              <w:spacing w:after="20" w:line="240" w:lineRule="auto"/>
            </w:pPr>
            <w:r>
              <w:rPr>
                <w:sz w:val="16"/>
              </w:rPr>
            </w:r>
          </w:p>
        </w:tc>
        <w:tc>
          <w:tcPr>
            <w:tcW w:type="dxa" w:w="2160"/>
            <w:tcMar>
              <w:top w:w="95" w:type="dxa"/>
              <w:start w:w="95" w:type="dxa"/>
              <w:bottom w:w="95" w:type="dxa"/>
              <w:end w:w="95" w:type="dxa"/>
            </w:tcMar>
            <w:vAlign w:val="center"/>
            <w:shd w:fill="F4F7FA"/>
          </w:tcPr>
          <w:p>
            <w:pPr>
              <w:spacing w:after="20" w:line="240" w:lineRule="auto"/>
            </w:pPr>
            <w:r>
              <w:rPr>
                <w:sz w:val="16"/>
              </w:rPr>
            </w:r>
          </w:p>
        </w:tc>
        <w:tc>
          <w:tcPr>
            <w:tcW w:type="dxa" w:w="1152"/>
            <w:tcMar>
              <w:top w:w="95" w:type="dxa"/>
              <w:start w:w="95" w:type="dxa"/>
              <w:bottom w:w="95" w:type="dxa"/>
              <w:end w:w="95" w:type="dxa"/>
            </w:tcMar>
            <w:vAlign w:val="center"/>
            <w:shd w:fill="F4F7FA"/>
          </w:tcPr>
          <w:p>
            <w:pPr>
              <w:spacing w:after="20" w:line="240" w:lineRule="auto"/>
            </w:pPr>
            <w:r>
              <w:rPr>
                <w:sz w:val="16"/>
              </w:rPr>
            </w:r>
          </w:p>
        </w:tc>
        <w:tc>
          <w:tcPr>
            <w:tcW w:type="dxa" w:w="1728"/>
            <w:tcMar>
              <w:top w:w="95" w:type="dxa"/>
              <w:start w:w="95" w:type="dxa"/>
              <w:bottom w:w="95" w:type="dxa"/>
              <w:end w:w="95" w:type="dxa"/>
            </w:tcMar>
            <w:vAlign w:val="center"/>
            <w:shd w:fill="F4F7FA"/>
          </w:tcPr>
          <w:p>
            <w:pPr>
              <w:spacing w:after="20" w:line="240" w:lineRule="auto"/>
            </w:pPr>
            <w:r>
              <w:rPr>
                <w:sz w:val="16"/>
              </w:rPr>
              <w:t>Yes / No</w:t>
            </w:r>
          </w:p>
        </w:tc>
        <w:tc>
          <w:tcPr>
            <w:tcW w:type="dxa" w:w="1440"/>
            <w:tcMar>
              <w:top w:w="95" w:type="dxa"/>
              <w:start w:w="95" w:type="dxa"/>
              <w:bottom w:w="95" w:type="dxa"/>
              <w:end w:w="95" w:type="dxa"/>
            </w:tcMar>
            <w:vAlign w:val="center"/>
            <w:shd w:fill="F4F7FA"/>
          </w:tcPr>
          <w:p>
            <w:pPr>
              <w:spacing w:after="20" w:line="240" w:lineRule="auto"/>
            </w:pPr>
            <w:r>
              <w:rPr>
                <w:sz w:val="16"/>
              </w:rPr>
            </w:r>
          </w:p>
        </w:tc>
      </w:tr>
      <w:tr>
        <w:trPr>
          <w:cantSplit/>
        </w:trPr>
        <w:tc>
          <w:tcPr>
            <w:tcW w:type="dxa" w:w="3456"/>
            <w:tcMar>
              <w:top w:w="95" w:type="dxa"/>
              <w:start w:w="95" w:type="dxa"/>
              <w:bottom w:w="95" w:type="dxa"/>
              <w:end w:w="95" w:type="dxa"/>
            </w:tcMar>
            <w:vAlign w:val="center"/>
          </w:tcPr>
          <w:p>
            <w:pPr>
              <w:spacing w:after="20" w:line="240" w:lineRule="auto"/>
            </w:pPr>
            <w:r>
              <w:rPr>
                <w:sz w:val="16"/>
              </w:rPr>
            </w:r>
          </w:p>
        </w:tc>
        <w:tc>
          <w:tcPr>
            <w:tcW w:type="dxa" w:w="2160"/>
            <w:tcMar>
              <w:top w:w="95" w:type="dxa"/>
              <w:start w:w="95" w:type="dxa"/>
              <w:bottom w:w="95" w:type="dxa"/>
              <w:end w:w="95" w:type="dxa"/>
            </w:tcMar>
            <w:vAlign w:val="center"/>
          </w:tcPr>
          <w:p>
            <w:pPr>
              <w:spacing w:after="20" w:line="240" w:lineRule="auto"/>
            </w:pPr>
            <w:r>
              <w:rPr>
                <w:sz w:val="16"/>
              </w:rPr>
            </w:r>
          </w:p>
        </w:tc>
        <w:tc>
          <w:tcPr>
            <w:tcW w:type="dxa" w:w="1152"/>
            <w:tcMar>
              <w:top w:w="95" w:type="dxa"/>
              <w:start w:w="95" w:type="dxa"/>
              <w:bottom w:w="95" w:type="dxa"/>
              <w:end w:w="95" w:type="dxa"/>
            </w:tcMar>
            <w:vAlign w:val="center"/>
          </w:tcPr>
          <w:p>
            <w:pPr>
              <w:spacing w:after="20" w:line="240" w:lineRule="auto"/>
            </w:pPr>
            <w:r>
              <w:rPr>
                <w:sz w:val="16"/>
              </w:rPr>
            </w:r>
          </w:p>
        </w:tc>
        <w:tc>
          <w:tcPr>
            <w:tcW w:type="dxa" w:w="1728"/>
            <w:tcMar>
              <w:top w:w="95" w:type="dxa"/>
              <w:start w:w="95" w:type="dxa"/>
              <w:bottom w:w="95" w:type="dxa"/>
              <w:end w:w="95" w:type="dxa"/>
            </w:tcMar>
            <w:vAlign w:val="center"/>
          </w:tcPr>
          <w:p>
            <w:pPr>
              <w:spacing w:after="20" w:line="240" w:lineRule="auto"/>
            </w:pPr>
            <w:r>
              <w:rPr>
                <w:sz w:val="16"/>
              </w:rPr>
              <w:t>Yes / No</w:t>
            </w:r>
          </w:p>
        </w:tc>
        <w:tc>
          <w:tcPr>
            <w:tcW w:type="dxa" w:w="1440"/>
            <w:tcMar>
              <w:top w:w="95" w:type="dxa"/>
              <w:start w:w="95" w:type="dxa"/>
              <w:bottom w:w="95" w:type="dxa"/>
              <w:end w:w="95" w:type="dxa"/>
            </w:tcMar>
            <w:vAlign w:val="center"/>
          </w:tcPr>
          <w:p>
            <w:pPr>
              <w:spacing w:after="20" w:line="240" w:lineRule="auto"/>
            </w:pPr>
            <w:r>
              <w:rPr>
                <w:sz w:val="16"/>
              </w:rPr>
            </w:r>
          </w:p>
        </w:tc>
      </w:tr>
    </w:tbl>
    <w:p>
      <w:pPr>
        <w:spacing w:after="20"/>
      </w:pPr>
    </w:p>
    <w:sectPr w:rsidR="00FC693F" w:rsidRPr="0006063C" w:rsidSect="00034616">
      <w:headerReference w:type="default" r:id="rId9"/>
      <w:footerReference w:type="default" r:id="rId10"/>
      <w:pgSz w:w="12240" w:h="15840"/>
      <w:pgMar w:top="979" w:right="1008" w:bottom="979"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Confidential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color w:val="646464"/>
        <w:sz w:val="15"/>
      </w:rPr>
      <w:t>CONFLICT OF INTEREST DECLARATION FORM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4" w:lineRule="auto"/>
    </w:pPr>
    <w:rPr>
      <w:rFonts w:ascii="Aptos" w:hAnsi="Aptos"/>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asciiTheme="majorHAnsi" w:eastAsiaTheme="majorEastAsia" w:hAnsiTheme="majorHAnsi" w:cstheme="majorBidi" w:ascii="Aptos Display" w:hAnsi="Aptos Display"/>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heme="majorHAnsi" w:eastAsiaTheme="majorEastAsia" w:hAnsiTheme="majorHAnsi" w:cstheme="majorBidi" w:ascii="Aptos Display" w:hAnsi="Aptos Display"/>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180" w:after="100"/>
      <w:outlineLvl w:val="2"/>
    </w:pPr>
    <w:rPr>
      <w:rFonts w:asciiTheme="majorHAnsi" w:eastAsiaTheme="majorEastAsia" w:hAnsiTheme="majorHAnsi" w:cstheme="majorBidi" w:ascii="Aptos Display" w:hAnsi="Aptos Display"/>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ptos Display" w:hAnsi="Aptos Display"/>
      <w:i/>
      <w:iCs/>
      <w:color w:val="000000"/>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Conflict of Interest Declaration Form</dc:title>
  <dc:subject>Comprehensive conflict disclosure assessment management and monitoring form</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